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Remote Data Entry &amp; Data Annotation CV Template</w:t>
      </w:r>
    </w:p>
    <w:p>
      <w:r>
        <w:rPr>
          <w:b/>
        </w:rPr>
        <w:t>Full Name</w:t>
        <w:br/>
      </w:r>
      <w:r>
        <w:t>Phone: ____________</w:t>
        <w:br/>
        <w:t>Email: ____________</w:t>
        <w:br/>
        <w:t>Location: Kenya</w:t>
        <w:br/>
        <w:t>LinkedIn: ____________</w:t>
        <w:br/>
      </w:r>
    </w:p>
    <w:p>
      <w:pPr>
        <w:pStyle w:val="Heading2"/>
      </w:pPr>
      <w:r>
        <w:t>Professional Summary</w:t>
      </w:r>
    </w:p>
    <w:p>
      <w:r>
        <w:t>A detail-oriented and reliable professional with strong computer skills, excellent attention to detail, and the ability to follow instructions accurately. Seeking remote data entry, data annotation, AI evaluation, or administrative support opportunities.</w:t>
      </w:r>
    </w:p>
    <w:p>
      <w:pPr>
        <w:pStyle w:val="Heading2"/>
      </w:pPr>
      <w:r>
        <w:t>Core Skills</w:t>
      </w:r>
    </w:p>
    <w:p>
      <w:r>
        <w:t>• Data Entry</w:t>
        <w:br/>
        <w:t>• Data Annotation</w:t>
        <w:br/>
        <w:t>• Microsoft Excel</w:t>
        <w:br/>
        <w:t>• Google Sheets</w:t>
        <w:br/>
        <w:t>• Microsoft Word</w:t>
        <w:br/>
        <w:t>• Internet Research</w:t>
        <w:br/>
        <w:t>• Attention to Detail</w:t>
        <w:br/>
        <w:t>• Time Management</w:t>
        <w:br/>
        <w:t>• Written English</w:t>
      </w:r>
    </w:p>
    <w:p>
      <w:pPr>
        <w:pStyle w:val="Heading2"/>
      </w:pPr>
      <w:r>
        <w:t>Work Experience</w:t>
      </w:r>
    </w:p>
    <w:p>
      <w:r>
        <w:t>Job Title – Company</w:t>
        <w:br/>
        <w:t>Dates</w:t>
        <w:br/>
        <w:t>- Achievement/responsibility</w:t>
        <w:br/>
        <w:t>- Achievement/responsibility</w:t>
      </w:r>
    </w:p>
    <w:p>
      <w:pPr>
        <w:pStyle w:val="Heading2"/>
      </w:pPr>
      <w:r>
        <w:t>Education</w:t>
      </w:r>
    </w:p>
    <w:p>
      <w:r>
        <w:t>Qualification – Institution – Year</w:t>
      </w:r>
    </w:p>
    <w:p>
      <w:pPr>
        <w:pStyle w:val="Heading2"/>
      </w:pPr>
      <w:r>
        <w:t>Certifications</w:t>
      </w:r>
    </w:p>
    <w:p>
      <w:r>
        <w:t>List relevant online courses and certificates</w:t>
      </w:r>
    </w:p>
    <w:p>
      <w:pPr>
        <w:pStyle w:val="Heading2"/>
      </w:pPr>
      <w:r>
        <w:t>Technical Skills</w:t>
      </w:r>
    </w:p>
    <w:p>
      <w:r>
        <w:t>Computer, internet, typing speed (if known), software, languages</w:t>
      </w:r>
    </w:p>
    <w:p>
      <w:pPr>
        <w:pStyle w:val="Heading2"/>
      </w:pPr>
      <w:r>
        <w:t>References</w:t>
      </w:r>
    </w:p>
    <w:p>
      <w:r>
        <w:t>Available upon request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