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ATS-Friendly Remote Jobs CV Template</w:t>
      </w:r>
    </w:p>
    <w:p>
      <w:pPr>
        <w:jc w:val="center"/>
      </w:pPr>
      <w:r>
        <w:t>Ideal for Data Entry • Data Annotation • Transcription • Virtual Assistant • AI Evaluation</w:t>
        <w:br/>
      </w:r>
    </w:p>
    <w:p>
      <w:r>
        <w:t>Website Branding: ________________________________</w:t>
      </w:r>
    </w:p>
    <w:p>
      <w:pPr>
        <w:pStyle w:val="Heading2"/>
      </w:pPr>
      <w:r>
        <w:t>CONTACT INFORMATION</w:t>
      </w:r>
    </w:p>
    <w:p>
      <w:r>
        <w:t>Full Name</w:t>
        <w:br/>
        <w:t>Phone</w:t>
        <w:br/>
        <w:t>Professional Email</w:t>
        <w:br/>
        <w:t>Location (County, Kenya)</w:t>
        <w:br/>
        <w:t>LinkedIn (optional)</w:t>
        <w:br/>
        <w:t>Portfolio (optional)</w:t>
      </w:r>
    </w:p>
    <w:p>
      <w:pPr>
        <w:pStyle w:val="Heading2"/>
      </w:pPr>
      <w:r>
        <w:t>PROFESSIONAL SUMMARY</w:t>
      </w:r>
    </w:p>
    <w:p>
      <w:r>
        <w:t>Write 3-4 sentences highlighting accuracy, attention to detail, computer skills, reliability, English proficiency, and interest in remote work.</w:t>
      </w:r>
    </w:p>
    <w:p>
      <w:pPr>
        <w:pStyle w:val="Heading2"/>
      </w:pPr>
      <w:r>
        <w:t>CORE SKILLS</w:t>
      </w:r>
    </w:p>
    <w:p>
      <w:r>
        <w:t>• Data Entry • Data Annotation • Microsoft Excel • Google Sheets • Microsoft Word</w:t>
        <w:br/>
        <w:t>• Internet Research • AI Evaluation • Typing • Attention to Detail • Time Management</w:t>
      </w:r>
    </w:p>
    <w:p>
      <w:pPr>
        <w:pStyle w:val="Heading2"/>
      </w:pPr>
      <w:r>
        <w:t>PROFESSIONAL EXPERIENCE</w:t>
      </w:r>
    </w:p>
    <w:p>
      <w:r>
        <w:t>Job Title | Employer | Dates</w:t>
        <w:br/>
        <w:t>• Achievement using action verbs.</w:t>
        <w:br/>
        <w:t>• Quantify results where possible.</w:t>
      </w:r>
    </w:p>
    <w:p>
      <w:pPr>
        <w:pStyle w:val="Heading2"/>
      </w:pPr>
      <w:r>
        <w:t>EDUCATION</w:t>
      </w:r>
    </w:p>
    <w:p>
      <w:r>
        <w:t>Qualification | Institution | Year</w:t>
      </w:r>
    </w:p>
    <w:p>
      <w:pPr>
        <w:pStyle w:val="Heading2"/>
      </w:pPr>
      <w:r>
        <w:t>CERTIFICATIONS</w:t>
      </w:r>
    </w:p>
    <w:p>
      <w:r>
        <w:t>List relevant courses (Excel, Google Workspace, AI, Data Entry, etc.)</w:t>
      </w:r>
    </w:p>
    <w:p>
      <w:pPr>
        <w:pStyle w:val="Heading2"/>
      </w:pPr>
      <w:r>
        <w:t>TECHNICAL SKILLS</w:t>
      </w:r>
    </w:p>
    <w:p>
      <w:r>
        <w:t>Typing Speed: ____ WPM</w:t>
        <w:br/>
        <w:t>Operating Systems</w:t>
        <w:br/>
        <w:t>Office Software</w:t>
        <w:br/>
        <w:t>Languages</w:t>
      </w:r>
    </w:p>
    <w:p>
      <w:pPr>
        <w:pStyle w:val="Heading2"/>
      </w:pPr>
      <w:r>
        <w:t>REFERENCES</w:t>
      </w:r>
    </w:p>
    <w:p>
      <w:r>
        <w:t>Available upon request</w:t>
      </w:r>
    </w:p>
    <w:p>
      <w:pPr>
        <w:pStyle w:val="Heading2"/>
      </w:pPr>
      <w:r>
        <w:t>ATS TIPS</w:t>
      </w:r>
    </w:p>
    <w:p>
      <w:pPr>
        <w:pStyle w:val="ListBullet"/>
      </w:pPr>
      <w:r>
        <w:t>Use a professional email address.</w:t>
      </w:r>
    </w:p>
    <w:p>
      <w:pPr>
        <w:pStyle w:val="ListBullet"/>
      </w:pPr>
      <w:r>
        <w:t>Save as PDF before submitting unless instructed otherwise.</w:t>
      </w:r>
    </w:p>
    <w:p>
      <w:pPr>
        <w:pStyle w:val="ListBullet"/>
      </w:pPr>
      <w:r>
        <w:t>Match keywords from the job description.</w:t>
      </w:r>
    </w:p>
    <w:p>
      <w:pPr>
        <w:pStyle w:val="ListBullet"/>
      </w:pPr>
      <w:r>
        <w:t>Avoid tables, text boxes, graphics, headers/footers for key info.</w:t>
      </w:r>
    </w:p>
    <w:p>
      <w:pPr>
        <w:pStyle w:val="ListBullet"/>
      </w:pPr>
      <w:r>
        <w:t>Keep to 1 page if under 5 years' experience.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