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2693" w:rsidRPr="00EC725E" w:rsidRDefault="00000000">
      <w:pPr>
        <w:spacing w:after="24" w:line="230" w:lineRule="auto"/>
        <w:jc w:val="center"/>
        <w:rPr>
          <w:lang w:val="it-IT"/>
        </w:rPr>
      </w:pPr>
      <w:r w:rsidRPr="00EC725E">
        <w:rPr>
          <w:b/>
          <w:color w:val="222222"/>
          <w:sz w:val="34"/>
          <w:lang w:val="it-IT"/>
        </w:rPr>
        <w:t>MODULO DI ISCRIZIONE - MINORENNI</w:t>
      </w:r>
    </w:p>
    <w:p w:rsidR="00002693" w:rsidRPr="00EC725E" w:rsidRDefault="00000000">
      <w:pPr>
        <w:spacing w:after="24" w:line="230" w:lineRule="auto"/>
        <w:jc w:val="center"/>
        <w:rPr>
          <w:lang w:val="it-IT"/>
        </w:rPr>
      </w:pPr>
      <w:r w:rsidRPr="00EC725E">
        <w:rPr>
          <w:b/>
          <w:color w:val="B08D2F"/>
          <w:sz w:val="18"/>
          <w:lang w:val="it-IT"/>
        </w:rPr>
        <w:t>STAGIONE SPORTIVA 2026/27</w:t>
      </w:r>
    </w:p>
    <w:p w:rsidR="00002693" w:rsidRDefault="00000000">
      <w:pPr>
        <w:pStyle w:val="Titolo1"/>
        <w:spacing w:before="100" w:after="60"/>
      </w:pPr>
      <w:r>
        <w:t xml:space="preserve">1. </w:t>
      </w:r>
      <w:proofErr w:type="spellStart"/>
      <w:r>
        <w:t>Dati</w:t>
      </w:r>
      <w:proofErr w:type="spellEnd"/>
      <w:r>
        <w:t xml:space="preserve"> del </w:t>
      </w:r>
      <w:proofErr w:type="spellStart"/>
      <w:r>
        <w:t>minore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b/>
                <w:sz w:val="16"/>
              </w:rPr>
              <w:t>Cognome e nome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Pr="00EC725E" w:rsidRDefault="00000000">
            <w:pPr>
              <w:spacing w:after="0"/>
              <w:rPr>
                <w:lang w:val="it-IT"/>
              </w:rPr>
            </w:pPr>
            <w:r w:rsidRPr="00EC725E">
              <w:rPr>
                <w:b/>
                <w:sz w:val="16"/>
                <w:lang w:val="it-IT"/>
              </w:rPr>
              <w:t>Luogo e data di nascita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b/>
                <w:sz w:val="16"/>
              </w:rPr>
              <w:t>Codice fiscale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b/>
                <w:sz w:val="16"/>
              </w:rPr>
              <w:t>Residenza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b/>
                <w:sz w:val="16"/>
              </w:rPr>
              <w:t>CAP / Comune / Provincia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</w:tbl>
    <w:p w:rsidR="00002693" w:rsidRDefault="00002693">
      <w:pPr>
        <w:spacing w:after="24" w:line="230" w:lineRule="auto"/>
      </w:pPr>
    </w:p>
    <w:p w:rsidR="00002693" w:rsidRDefault="00000000">
      <w:pPr>
        <w:pStyle w:val="Titolo1"/>
        <w:spacing w:before="100" w:after="60"/>
      </w:pPr>
      <w:r>
        <w:t>2. Genitore / esercente responsabilità genitoriale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b/>
                <w:sz w:val="16"/>
              </w:rPr>
              <w:t>Cognome e nome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b/>
                <w:sz w:val="16"/>
              </w:rPr>
              <w:t>Codice fiscale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b/>
                <w:sz w:val="16"/>
              </w:rPr>
              <w:t>Telefono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b/>
                <w:sz w:val="16"/>
              </w:rPr>
              <w:t>E-mail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proofErr w:type="spellStart"/>
            <w:r>
              <w:rPr>
                <w:b/>
                <w:sz w:val="16"/>
              </w:rPr>
              <w:t>Telefono</w:t>
            </w:r>
            <w:proofErr w:type="spellEnd"/>
            <w:r>
              <w:rPr>
                <w:b/>
                <w:sz w:val="16"/>
              </w:rPr>
              <w:t xml:space="preserve"> / e-mail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</w:tbl>
    <w:p w:rsidR="00002693" w:rsidRDefault="00002693">
      <w:pPr>
        <w:spacing w:after="24" w:line="230" w:lineRule="auto"/>
      </w:pPr>
    </w:p>
    <w:p w:rsidR="00002693" w:rsidRDefault="00000000">
      <w:pPr>
        <w:pStyle w:val="Titolo1"/>
        <w:spacing w:before="100" w:after="60"/>
      </w:pPr>
      <w:r>
        <w:t>3. Iscrizione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b/>
                <w:sz w:val="16"/>
              </w:rPr>
              <w:t>Corso / disciplina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proofErr w:type="spellStart"/>
            <w:r>
              <w:rPr>
                <w:b/>
                <w:sz w:val="16"/>
              </w:rPr>
              <w:t>Giorni</w:t>
            </w:r>
            <w:proofErr w:type="spellEnd"/>
            <w:r>
              <w:rPr>
                <w:b/>
                <w:sz w:val="16"/>
              </w:rPr>
              <w:t xml:space="preserve"> e </w:t>
            </w:r>
            <w:proofErr w:type="spellStart"/>
            <w:r>
              <w:rPr>
                <w:b/>
                <w:sz w:val="16"/>
              </w:rPr>
              <w:t>orari</w:t>
            </w:r>
            <w:proofErr w:type="spellEnd"/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________________________________________________________</w:t>
            </w:r>
          </w:p>
        </w:tc>
      </w:tr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b/>
                <w:sz w:val="16"/>
              </w:rPr>
              <w:t>Tipologia attività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>☐ non agonistica     ☐ agonistica     ☐ altra: __________________</w:t>
            </w:r>
          </w:p>
        </w:tc>
      </w:tr>
      <w:tr w:rsidR="00002693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b/>
                <w:sz w:val="16"/>
              </w:rPr>
              <w:t>Affiliazione / tesseramento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02693" w:rsidRDefault="00000000">
            <w:pPr>
              <w:spacing w:after="0"/>
            </w:pPr>
            <w:r>
              <w:rPr>
                <w:sz w:val="16"/>
              </w:rPr>
              <w:t xml:space="preserve">ASC </w:t>
            </w:r>
          </w:p>
        </w:tc>
      </w:tr>
    </w:tbl>
    <w:p w:rsidR="00002693" w:rsidRDefault="00002693">
      <w:pPr>
        <w:spacing w:after="24" w:line="230" w:lineRule="auto"/>
      </w:pPr>
    </w:p>
    <w:p w:rsidR="00002693" w:rsidRDefault="00000000">
      <w:pPr>
        <w:pStyle w:val="Titolo1"/>
        <w:spacing w:before="100" w:after="60"/>
      </w:pPr>
      <w:r>
        <w:t>4. Tesseramento annuale</w:t>
      </w:r>
    </w:p>
    <w:p w:rsidR="00002693" w:rsidRDefault="00000000">
      <w:pPr>
        <w:spacing w:after="24" w:line="230" w:lineRule="auto"/>
        <w:rPr>
          <w:lang w:val="it-IT"/>
        </w:rPr>
      </w:pPr>
      <w:r w:rsidRPr="00EC725E">
        <w:rPr>
          <w:lang w:val="it-IT"/>
        </w:rPr>
        <w:t>Il tesseramento annuale è pari a € 30,00 e comprende affiliazione, assicurazione e spese di segreteria. La quota di tesseramento è non rimborsabile.</w:t>
      </w:r>
    </w:p>
    <w:p w:rsidR="00EC725E" w:rsidRDefault="00EC725E">
      <w:pPr>
        <w:spacing w:after="24" w:line="230" w:lineRule="auto"/>
        <w:rPr>
          <w:lang w:val="it-IT"/>
        </w:rPr>
      </w:pPr>
    </w:p>
    <w:p w:rsidR="00EC725E" w:rsidRPr="00680832" w:rsidRDefault="00EC725E" w:rsidP="00EC725E">
      <w:pPr>
        <w:rPr>
          <w:lang w:val="it-IT"/>
        </w:rPr>
      </w:pPr>
      <w:r w:rsidRPr="00680832">
        <w:rPr>
          <w:rStyle w:val="Enfasigrassetto"/>
          <w:b w:val="0"/>
          <w:bCs w:val="0"/>
          <w:lang w:val="it-IT"/>
        </w:rPr>
        <w:t>TESSERATI AGONISTI</w:t>
      </w:r>
      <w:r w:rsidRPr="00680832">
        <w:rPr>
          <w:lang w:val="it-IT"/>
        </w:rPr>
        <w:br/>
        <w:t xml:space="preserve">Per gli allievi che svolgono </w:t>
      </w:r>
      <w:r w:rsidRPr="00680832">
        <w:rPr>
          <w:rStyle w:val="Enfasigrassetto"/>
          <w:b w:val="0"/>
          <w:bCs w:val="0"/>
          <w:lang w:val="it-IT"/>
        </w:rPr>
        <w:t>attività</w:t>
      </w:r>
      <w:r w:rsidRPr="00680832">
        <w:rPr>
          <w:rStyle w:val="Enfasigrassetto"/>
          <w:lang w:val="it-IT"/>
        </w:rPr>
        <w:t xml:space="preserve"> </w:t>
      </w:r>
      <w:r w:rsidRPr="00680832">
        <w:rPr>
          <w:rStyle w:val="Enfasigrassetto"/>
          <w:b w:val="0"/>
          <w:bCs w:val="0"/>
          <w:lang w:val="it-IT"/>
        </w:rPr>
        <w:t>agonistica</w:t>
      </w:r>
      <w:r w:rsidRPr="00680832">
        <w:rPr>
          <w:lang w:val="it-IT"/>
        </w:rPr>
        <w:t xml:space="preserve">, il tesseramento </w:t>
      </w:r>
      <w:r w:rsidRPr="00680832">
        <w:rPr>
          <w:rStyle w:val="Enfasigrassetto"/>
          <w:b w:val="0"/>
          <w:bCs w:val="0"/>
          <w:lang w:val="it-IT"/>
        </w:rPr>
        <w:t>FIDESM</w:t>
      </w:r>
      <w:r w:rsidRPr="00680832">
        <w:rPr>
          <w:lang w:val="it-IT"/>
        </w:rPr>
        <w:t xml:space="preserve"> è </w:t>
      </w:r>
      <w:r w:rsidRPr="00680832">
        <w:rPr>
          <w:rStyle w:val="Enfasigrassetto"/>
          <w:b w:val="0"/>
          <w:bCs w:val="0"/>
          <w:lang w:val="it-IT"/>
        </w:rPr>
        <w:t>a carico dell’atleta</w:t>
      </w:r>
      <w:r w:rsidRPr="00680832">
        <w:rPr>
          <w:lang w:val="it-IT"/>
        </w:rPr>
        <w:t xml:space="preserve"> e non è compreso nella quota annuale di tesseramento di €30,00 della Ventura Dance Academy.</w:t>
      </w:r>
      <w:r w:rsidRPr="00680832">
        <w:rPr>
          <w:lang w:val="it-IT"/>
        </w:rPr>
        <w:br/>
        <w:t xml:space="preserve">La quota FIDESM </w:t>
      </w:r>
      <w:r w:rsidRPr="00680832">
        <w:rPr>
          <w:rStyle w:val="Enfasigrassetto"/>
          <w:b w:val="0"/>
          <w:bCs w:val="0"/>
          <w:lang w:val="it-IT"/>
        </w:rPr>
        <w:t>varia in base alla classe/categoria di appartenenza dell’atleta</w:t>
      </w:r>
      <w:r w:rsidRPr="00680832">
        <w:rPr>
          <w:lang w:val="it-IT"/>
        </w:rPr>
        <w:t xml:space="preserve"> e sarà comunicata dalla Segreteria secondo le tariffe previste per la stagione sportiva di riferimento.</w:t>
      </w:r>
    </w:p>
    <w:p w:rsidR="00EC725E" w:rsidRPr="00EC725E" w:rsidRDefault="00EC725E">
      <w:pPr>
        <w:spacing w:after="24" w:line="230" w:lineRule="auto"/>
        <w:rPr>
          <w:lang w:val="it-IT"/>
        </w:rPr>
      </w:pPr>
    </w:p>
    <w:p w:rsidR="00002693" w:rsidRPr="00EC725E" w:rsidRDefault="00000000">
      <w:pPr>
        <w:pStyle w:val="Titolo1"/>
        <w:spacing w:before="100" w:after="60"/>
        <w:rPr>
          <w:lang w:val="it-IT"/>
        </w:rPr>
      </w:pPr>
      <w:r w:rsidRPr="00EC725E">
        <w:rPr>
          <w:lang w:val="it-IT"/>
        </w:rPr>
        <w:t>5. Dichiarazioni</w:t>
      </w:r>
    </w:p>
    <w:p w:rsidR="00002693" w:rsidRPr="00EC725E" w:rsidRDefault="00000000">
      <w:pPr>
        <w:spacing w:after="24" w:line="230" w:lineRule="auto"/>
        <w:rPr>
          <w:lang w:val="it-IT"/>
        </w:rPr>
      </w:pPr>
      <w:r w:rsidRPr="00EC725E">
        <w:rPr>
          <w:lang w:val="it-IT"/>
        </w:rPr>
        <w:t>• Chiedo l'iscrizione del minore alle attività della Società per la stagione 2026/27 e dichiaro che i dati forniti sono corretti.</w:t>
      </w:r>
    </w:p>
    <w:p w:rsidR="00002693" w:rsidRPr="00EC725E" w:rsidRDefault="00000000">
      <w:pPr>
        <w:spacing w:after="24" w:line="230" w:lineRule="auto"/>
        <w:rPr>
          <w:lang w:val="it-IT"/>
        </w:rPr>
      </w:pPr>
      <w:r w:rsidRPr="00EC725E">
        <w:rPr>
          <w:lang w:val="it-IT"/>
        </w:rPr>
        <w:t>• Dichiaro di aver ricevuto o di poter consultare il Regolamento pagamenti e norme disciplinari e mi impegno a farlo rispettare al minore.</w:t>
      </w:r>
    </w:p>
    <w:p w:rsidR="00002693" w:rsidRPr="00EC725E" w:rsidRDefault="00000000">
      <w:pPr>
        <w:spacing w:after="24" w:line="230" w:lineRule="auto"/>
        <w:rPr>
          <w:lang w:val="it-IT"/>
        </w:rPr>
      </w:pPr>
      <w:r w:rsidRPr="00EC725E">
        <w:rPr>
          <w:lang w:val="it-IT"/>
        </w:rPr>
        <w:t>• Mi impegno a presentare la certificazione medica richiesta per la tipologia di attività praticata, quando dovuta, prima della partecipazione alle attività interessate.</w:t>
      </w:r>
    </w:p>
    <w:p w:rsidR="00002693" w:rsidRPr="00EC725E" w:rsidRDefault="00000000">
      <w:pPr>
        <w:spacing w:after="24" w:line="230" w:lineRule="auto"/>
        <w:rPr>
          <w:lang w:val="it-IT"/>
        </w:rPr>
      </w:pPr>
      <w:r w:rsidRPr="00EC725E">
        <w:rPr>
          <w:lang w:val="it-IT"/>
        </w:rPr>
        <w:t>• Dichiaro di aver ricevuto o di poter consultare l'Informativa privacy. L'eventuale autorizzazione per foto e video è raccolta separatamente.</w:t>
      </w:r>
    </w:p>
    <w:p w:rsidR="00002693" w:rsidRPr="00EC725E" w:rsidRDefault="00002693">
      <w:pPr>
        <w:spacing w:after="24" w:line="230" w:lineRule="auto"/>
        <w:rPr>
          <w:lang w:val="it-IT"/>
        </w:rPr>
      </w:pPr>
    </w:p>
    <w:p w:rsidR="00EC725E" w:rsidRDefault="00EC725E">
      <w:pPr>
        <w:spacing w:after="24" w:line="230" w:lineRule="auto"/>
        <w:rPr>
          <w:lang w:val="it-IT"/>
        </w:rPr>
      </w:pPr>
    </w:p>
    <w:p w:rsidR="00002693" w:rsidRPr="00EC725E" w:rsidRDefault="00000000">
      <w:pPr>
        <w:spacing w:after="24" w:line="230" w:lineRule="auto"/>
        <w:rPr>
          <w:lang w:val="it-IT"/>
        </w:rPr>
      </w:pPr>
      <w:r w:rsidRPr="00EC725E">
        <w:rPr>
          <w:lang w:val="it-IT"/>
        </w:rPr>
        <w:t>Luogo e data: ____________________________________________</w:t>
      </w:r>
    </w:p>
    <w:p w:rsidR="00EC725E" w:rsidRDefault="00EC725E">
      <w:pPr>
        <w:spacing w:after="24" w:line="230" w:lineRule="auto"/>
        <w:rPr>
          <w:lang w:val="it-IT"/>
        </w:rPr>
      </w:pPr>
    </w:p>
    <w:p w:rsidR="00EC725E" w:rsidRDefault="00EC725E">
      <w:pPr>
        <w:spacing w:after="24" w:line="230" w:lineRule="auto"/>
        <w:rPr>
          <w:lang w:val="it-IT"/>
        </w:rPr>
      </w:pPr>
    </w:p>
    <w:p w:rsidR="00002693" w:rsidRPr="00EC725E" w:rsidRDefault="00000000">
      <w:pPr>
        <w:spacing w:after="24" w:line="230" w:lineRule="auto"/>
        <w:rPr>
          <w:lang w:val="it-IT"/>
        </w:rPr>
      </w:pPr>
      <w:r w:rsidRPr="00EC725E">
        <w:rPr>
          <w:lang w:val="it-IT"/>
        </w:rPr>
        <w:t>Firma genitore/tutore: ______________________________________</w:t>
      </w:r>
    </w:p>
    <w:p w:rsidR="00EC725E" w:rsidRDefault="00EC725E">
      <w:pPr>
        <w:spacing w:after="24" w:line="230" w:lineRule="auto"/>
        <w:rPr>
          <w:lang w:val="it-IT"/>
        </w:rPr>
      </w:pPr>
    </w:p>
    <w:p w:rsidR="00002693" w:rsidRPr="00EC725E" w:rsidRDefault="00002693">
      <w:pPr>
        <w:spacing w:after="24" w:line="230" w:lineRule="auto"/>
        <w:rPr>
          <w:lang w:val="it-IT"/>
        </w:rPr>
      </w:pPr>
    </w:p>
    <w:sectPr w:rsidR="00002693" w:rsidRPr="00EC725E" w:rsidSect="00034616">
      <w:headerReference w:type="default" r:id="rId8"/>
      <w:footerReference w:type="default" r:id="rId9"/>
      <w:pgSz w:w="12240" w:h="15840"/>
      <w:pgMar w:top="595" w:right="879" w:bottom="567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533D" w:rsidRDefault="007C533D">
      <w:pPr>
        <w:spacing w:after="0" w:line="240" w:lineRule="auto"/>
      </w:pPr>
      <w:r>
        <w:separator/>
      </w:r>
    </w:p>
  </w:endnote>
  <w:endnote w:type="continuationSeparator" w:id="0">
    <w:p w:rsidR="007C533D" w:rsidRDefault="007C5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2693" w:rsidRPr="00EC725E" w:rsidRDefault="00000000">
    <w:pPr>
      <w:pStyle w:val="Pidipagina"/>
      <w:jc w:val="center"/>
      <w:rPr>
        <w:lang w:val="it-IT"/>
      </w:rPr>
    </w:pPr>
    <w:r w:rsidRPr="00EC725E">
      <w:rPr>
        <w:color w:val="666666"/>
        <w:sz w:val="14"/>
        <w:lang w:val="it-IT"/>
      </w:rPr>
      <w:t>Via Umberto Bobbio 7/B, 43122 Parma (PR)  •  P.IVA/C.F. 03159430341  •  info@venturadanceacademy.it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533D" w:rsidRDefault="007C533D">
      <w:pPr>
        <w:spacing w:after="0" w:line="240" w:lineRule="auto"/>
      </w:pPr>
      <w:r>
        <w:separator/>
      </w:r>
    </w:p>
  </w:footnote>
  <w:footnote w:type="continuationSeparator" w:id="0">
    <w:p w:rsidR="007C533D" w:rsidRDefault="007C5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2693" w:rsidRDefault="00000000">
    <w:pPr>
      <w:pStyle w:val="Intestazione"/>
      <w:jc w:val="center"/>
    </w:pPr>
    <w:r>
      <w:rPr>
        <w:b/>
        <w:color w:val="B08D2F"/>
        <w:sz w:val="21"/>
      </w:rPr>
      <w:t>VENTURA DANCE ACADEMY</w:t>
    </w:r>
    <w:r>
      <w:t xml:space="preserve">  |  SSD a r.l.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6291506">
    <w:abstractNumId w:val="8"/>
  </w:num>
  <w:num w:numId="2" w16cid:durableId="908733563">
    <w:abstractNumId w:val="6"/>
  </w:num>
  <w:num w:numId="3" w16cid:durableId="2102067919">
    <w:abstractNumId w:val="5"/>
  </w:num>
  <w:num w:numId="4" w16cid:durableId="1791044417">
    <w:abstractNumId w:val="4"/>
  </w:num>
  <w:num w:numId="5" w16cid:durableId="2055615596">
    <w:abstractNumId w:val="7"/>
  </w:num>
  <w:num w:numId="6" w16cid:durableId="1079058819">
    <w:abstractNumId w:val="3"/>
  </w:num>
  <w:num w:numId="7" w16cid:durableId="121073565">
    <w:abstractNumId w:val="2"/>
  </w:num>
  <w:num w:numId="8" w16cid:durableId="1999963117">
    <w:abstractNumId w:val="1"/>
  </w:num>
  <w:num w:numId="9" w16cid:durableId="144241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693"/>
    <w:rsid w:val="00034616"/>
    <w:rsid w:val="0006063C"/>
    <w:rsid w:val="0015074B"/>
    <w:rsid w:val="0029639D"/>
    <w:rsid w:val="00326F90"/>
    <w:rsid w:val="007C533D"/>
    <w:rsid w:val="00AA1D8D"/>
    <w:rsid w:val="00B47730"/>
    <w:rsid w:val="00CB0664"/>
    <w:rsid w:val="00EC72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0F5777"/>
  <w14:defaultImageDpi w14:val="300"/>
  <w15:docId w15:val="{80D3929D-3D5C-6F44-93AA-5817D07D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7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08D2F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22222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2026-09-06T21:27:00Z</dcterms:modified>
  <cp:category/>
</cp:coreProperties>
</file>