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27D8" w:rsidRPr="00D907AB" w:rsidRDefault="00000000">
      <w:pPr>
        <w:spacing w:after="20"/>
        <w:jc w:val="center"/>
        <w:rPr>
          <w:lang w:val="it-IT"/>
        </w:rPr>
      </w:pPr>
      <w:r w:rsidRPr="00D907AB">
        <w:rPr>
          <w:b/>
          <w:color w:val="222222"/>
          <w:sz w:val="34"/>
          <w:lang w:val="it-IT"/>
        </w:rPr>
        <w:t>AUTORIZZAZIONE USCITA MINORI</w:t>
      </w:r>
    </w:p>
    <w:p w:rsidR="00C527D8" w:rsidRPr="00D907AB" w:rsidRDefault="00000000">
      <w:pPr>
        <w:spacing w:after="120"/>
        <w:jc w:val="center"/>
        <w:rPr>
          <w:lang w:val="it-IT"/>
        </w:rPr>
      </w:pPr>
      <w:r w:rsidRPr="00D907AB">
        <w:rPr>
          <w:b/>
          <w:color w:val="B08D2F"/>
          <w:lang w:val="it-IT"/>
        </w:rPr>
        <w:t>STAGIONE SPORTIVA 2026/27</w:t>
      </w:r>
    </w:p>
    <w:p w:rsidR="00C527D8" w:rsidRDefault="00000000">
      <w:pPr>
        <w:pStyle w:val="Titolo1"/>
        <w:spacing w:before="100" w:after="60"/>
      </w:pPr>
      <w:proofErr w:type="spellStart"/>
      <w:r>
        <w:t>Dati</w:t>
      </w:r>
      <w:proofErr w:type="spellEnd"/>
      <w:r>
        <w:t xml:space="preserve"> del </w:t>
      </w:r>
      <w:proofErr w:type="spellStart"/>
      <w:r>
        <w:t>minore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Cognome e nome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Data di nascita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Corso / gruppo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Giorni / orari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</w:tbl>
    <w:p w:rsidR="00C527D8" w:rsidRDefault="00C527D8">
      <w:pPr>
        <w:spacing w:after="0"/>
      </w:pPr>
    </w:p>
    <w:p w:rsidR="00C527D8" w:rsidRDefault="00000000">
      <w:pPr>
        <w:pStyle w:val="Titolo1"/>
        <w:spacing w:before="100" w:after="60"/>
      </w:pPr>
      <w:r>
        <w:t>Genitore / esercente responsabilità genitoriale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Cognome e nome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Telefono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E-mail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</w:tbl>
    <w:p w:rsidR="00C527D8" w:rsidRDefault="00C527D8">
      <w:pPr>
        <w:spacing w:after="0"/>
      </w:pPr>
    </w:p>
    <w:p w:rsidR="00C527D8" w:rsidRDefault="00000000">
      <w:pPr>
        <w:pStyle w:val="Titolo1"/>
        <w:spacing w:before="100" w:after="60"/>
      </w:pPr>
      <w:r>
        <w:t>Modalità di uscita</w:t>
      </w:r>
    </w:p>
    <w:p w:rsidR="00C527D8" w:rsidRPr="00D907AB" w:rsidRDefault="00000000">
      <w:pPr>
        <w:rPr>
          <w:lang w:val="it-IT"/>
        </w:rPr>
      </w:pPr>
      <w:r w:rsidRPr="00D907AB">
        <w:rPr>
          <w:lang w:val="it-IT"/>
        </w:rPr>
        <w:t>Selezionare UNA delle seguenti opzioni:</w:t>
      </w:r>
    </w:p>
    <w:p w:rsidR="00C527D8" w:rsidRPr="00D907AB" w:rsidRDefault="00000000">
      <w:pPr>
        <w:spacing w:after="40" w:line="240" w:lineRule="auto"/>
        <w:rPr>
          <w:lang w:val="it-IT"/>
        </w:rPr>
      </w:pPr>
      <w:r w:rsidRPr="00D907AB">
        <w:rPr>
          <w:lang w:val="it-IT"/>
        </w:rPr>
        <w:t>• ☐ USCITA AUTONOMA - Autorizzo il minore, al termine delle lezioni/attività, a lasciare autonomamente la struttura senza la presenza di un adulto incaricato del ritiro.</w:t>
      </w:r>
    </w:p>
    <w:p w:rsidR="00C527D8" w:rsidRPr="00D907AB" w:rsidRDefault="00000000">
      <w:pPr>
        <w:spacing w:after="40" w:line="240" w:lineRule="auto"/>
        <w:rPr>
          <w:lang w:val="it-IT"/>
        </w:rPr>
      </w:pPr>
      <w:r w:rsidRPr="00D907AB">
        <w:rPr>
          <w:lang w:val="it-IT"/>
        </w:rPr>
        <w:t>• ☐ RITIRO DA PARTE DI ADULTO AUTORIZZATO - Il minore potrà lasciare la struttura esclusivamente con il genitore/tutore o con una delle persone maggiorenni indicate di seguito.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 xml:space="preserve">Persona </w:t>
            </w:r>
            <w:proofErr w:type="spellStart"/>
            <w:r>
              <w:rPr>
                <w:b/>
                <w:sz w:val="17"/>
              </w:rPr>
              <w:t>autorizzata</w:t>
            </w:r>
            <w:proofErr w:type="spellEnd"/>
            <w:r>
              <w:rPr>
                <w:b/>
                <w:sz w:val="17"/>
              </w:rPr>
              <w:t xml:space="preserve"> 1 - nome/cognome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Relazione / telefono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Persona autorizzata 2 - nome/cognome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Relazione / telefono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Persona autorizzata 3 - nome/cognome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C527D8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b/>
                <w:sz w:val="17"/>
              </w:rPr>
              <w:t>Relazione / telefono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527D8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</w:tbl>
    <w:p w:rsidR="00C527D8" w:rsidRDefault="00C527D8">
      <w:pPr>
        <w:spacing w:after="0"/>
      </w:pPr>
    </w:p>
    <w:p w:rsidR="00C527D8" w:rsidRDefault="00000000">
      <w:pPr>
        <w:pStyle w:val="Titolo1"/>
        <w:spacing w:before="100" w:after="60"/>
      </w:pPr>
      <w:r>
        <w:t>Dichiarazioni</w:t>
      </w:r>
    </w:p>
    <w:p w:rsidR="00C527D8" w:rsidRPr="00D907AB" w:rsidRDefault="00000000">
      <w:pPr>
        <w:spacing w:after="40" w:line="240" w:lineRule="auto"/>
        <w:rPr>
          <w:lang w:val="it-IT"/>
        </w:rPr>
      </w:pPr>
      <w:r w:rsidRPr="00D907AB">
        <w:rPr>
          <w:lang w:val="it-IT"/>
        </w:rPr>
        <w:t>• Mi impegno a comunicare tempestivamente per iscritto eventuali variazioni o revoche della presente autorizzazione.</w:t>
      </w:r>
    </w:p>
    <w:p w:rsidR="00C527D8" w:rsidRPr="00D907AB" w:rsidRDefault="00000000">
      <w:pPr>
        <w:spacing w:after="40" w:line="240" w:lineRule="auto"/>
        <w:rPr>
          <w:lang w:val="it-IT"/>
        </w:rPr>
      </w:pPr>
      <w:r w:rsidRPr="00D907AB">
        <w:rPr>
          <w:lang w:val="it-IT"/>
        </w:rPr>
        <w:t>• In caso di ritiro da parte di persona autorizzata, la Società può richiedere un documento di identità.</w:t>
      </w:r>
    </w:p>
    <w:p w:rsidR="00C527D8" w:rsidRPr="00D907AB" w:rsidRDefault="00000000">
      <w:pPr>
        <w:spacing w:after="40" w:line="240" w:lineRule="auto"/>
        <w:rPr>
          <w:lang w:val="it-IT"/>
        </w:rPr>
      </w:pPr>
      <w:r w:rsidRPr="00D907AB">
        <w:rPr>
          <w:lang w:val="it-IT"/>
        </w:rPr>
        <w:t>• L'autorizzazione vale per la stagione 2026/27 salvo revoca scritta.</w:t>
      </w:r>
    </w:p>
    <w:p w:rsidR="00C527D8" w:rsidRPr="00D907AB" w:rsidRDefault="00C527D8">
      <w:pPr>
        <w:rPr>
          <w:lang w:val="it-IT"/>
        </w:rPr>
      </w:pPr>
    </w:p>
    <w:p w:rsidR="00C527D8" w:rsidRPr="00D907AB" w:rsidRDefault="00000000">
      <w:pPr>
        <w:spacing w:after="80"/>
        <w:rPr>
          <w:lang w:val="it-IT"/>
        </w:rPr>
      </w:pPr>
      <w:r w:rsidRPr="00D907AB">
        <w:rPr>
          <w:lang w:val="it-IT"/>
        </w:rPr>
        <w:t>Luogo e data: ____________________________________________</w:t>
      </w:r>
    </w:p>
    <w:p w:rsidR="00D907AB" w:rsidRPr="00D907AB" w:rsidRDefault="00D907AB">
      <w:pPr>
        <w:spacing w:after="80"/>
        <w:rPr>
          <w:lang w:val="it-IT"/>
        </w:rPr>
      </w:pPr>
    </w:p>
    <w:p w:rsidR="00C527D8" w:rsidRPr="00D907AB" w:rsidRDefault="00000000">
      <w:pPr>
        <w:spacing w:after="80"/>
        <w:rPr>
          <w:lang w:val="it-IT"/>
        </w:rPr>
      </w:pPr>
      <w:r w:rsidRPr="00D907AB">
        <w:rPr>
          <w:lang w:val="it-IT"/>
        </w:rPr>
        <w:t>Firma genitore/tutore: ______________________________________</w:t>
      </w:r>
    </w:p>
    <w:p w:rsidR="00D907AB" w:rsidRPr="00D907AB" w:rsidRDefault="00D907AB">
      <w:pPr>
        <w:spacing w:after="80"/>
        <w:rPr>
          <w:lang w:val="it-IT"/>
        </w:rPr>
      </w:pPr>
    </w:p>
    <w:p w:rsidR="00C527D8" w:rsidRPr="00D907AB" w:rsidRDefault="00C527D8">
      <w:pPr>
        <w:spacing w:after="80"/>
        <w:rPr>
          <w:lang w:val="it-IT"/>
        </w:rPr>
      </w:pPr>
    </w:p>
    <w:sectPr w:rsidR="00C527D8" w:rsidRPr="00D907AB" w:rsidSect="00034616">
      <w:headerReference w:type="default" r:id="rId8"/>
      <w:footerReference w:type="default" r:id="rId9"/>
      <w:pgSz w:w="12240" w:h="15840"/>
      <w:pgMar w:top="765" w:right="879" w:bottom="737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5AD3" w:rsidRDefault="00095AD3">
      <w:pPr>
        <w:spacing w:after="0" w:line="240" w:lineRule="auto"/>
      </w:pPr>
      <w:r>
        <w:separator/>
      </w:r>
    </w:p>
  </w:endnote>
  <w:endnote w:type="continuationSeparator" w:id="0">
    <w:p w:rsidR="00095AD3" w:rsidRDefault="0009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27D8" w:rsidRPr="00D907AB" w:rsidRDefault="00000000">
    <w:pPr>
      <w:pStyle w:val="Pidipagina"/>
      <w:jc w:val="center"/>
      <w:rPr>
        <w:lang w:val="it-IT"/>
      </w:rPr>
    </w:pPr>
    <w:r w:rsidRPr="00D907AB">
      <w:rPr>
        <w:color w:val="666666"/>
        <w:sz w:val="14"/>
        <w:lang w:val="it-IT"/>
      </w:rPr>
      <w:t>Via Umberto Bobbio 7/B, 43122 Parma (PR)  •  P.IVA/C.F. 03159430341  •  info@venturadanceacademy.it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5AD3" w:rsidRDefault="00095AD3">
      <w:pPr>
        <w:spacing w:after="0" w:line="240" w:lineRule="auto"/>
      </w:pPr>
      <w:r>
        <w:separator/>
      </w:r>
    </w:p>
  </w:footnote>
  <w:footnote w:type="continuationSeparator" w:id="0">
    <w:p w:rsidR="00095AD3" w:rsidRDefault="0009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27D8" w:rsidRDefault="00000000">
    <w:pPr>
      <w:pStyle w:val="Intestazione"/>
      <w:jc w:val="center"/>
    </w:pPr>
    <w:r>
      <w:rPr>
        <w:b/>
        <w:color w:val="B08D2F"/>
        <w:sz w:val="21"/>
      </w:rPr>
      <w:t>VENTURA DANCE ACADEMY</w:t>
    </w:r>
    <w:r>
      <w:rPr>
        <w:sz w:val="17"/>
      </w:rPr>
      <w:t xml:space="preserve">  |  SSD a r.l.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968008">
    <w:abstractNumId w:val="8"/>
  </w:num>
  <w:num w:numId="2" w16cid:durableId="1279025734">
    <w:abstractNumId w:val="6"/>
  </w:num>
  <w:num w:numId="3" w16cid:durableId="318269588">
    <w:abstractNumId w:val="5"/>
  </w:num>
  <w:num w:numId="4" w16cid:durableId="1723480198">
    <w:abstractNumId w:val="4"/>
  </w:num>
  <w:num w:numId="5" w16cid:durableId="562065093">
    <w:abstractNumId w:val="7"/>
  </w:num>
  <w:num w:numId="6" w16cid:durableId="264113178">
    <w:abstractNumId w:val="3"/>
  </w:num>
  <w:num w:numId="7" w16cid:durableId="1812868300">
    <w:abstractNumId w:val="2"/>
  </w:num>
  <w:num w:numId="8" w16cid:durableId="974455957">
    <w:abstractNumId w:val="1"/>
  </w:num>
  <w:num w:numId="9" w16cid:durableId="196819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AD3"/>
    <w:rsid w:val="0015074B"/>
    <w:rsid w:val="0029639D"/>
    <w:rsid w:val="00326F90"/>
    <w:rsid w:val="00AA1D8D"/>
    <w:rsid w:val="00B47730"/>
    <w:rsid w:val="00C527D8"/>
    <w:rsid w:val="00CB0664"/>
    <w:rsid w:val="00D907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E8AC10"/>
  <w14:defaultImageDpi w14:val="300"/>
  <w15:docId w15:val="{80D3929D-3D5C-6F44-93AA-5817D07D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08D2F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22222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2026-09-06T21:47:00Z</dcterms:modified>
  <cp:category/>
</cp:coreProperties>
</file>