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5562" w:rsidRPr="008121E6" w:rsidRDefault="00000000">
      <w:pPr>
        <w:spacing w:after="20"/>
        <w:jc w:val="center"/>
        <w:rPr>
          <w:lang w:val="it-IT"/>
        </w:rPr>
      </w:pPr>
      <w:r w:rsidRPr="008121E6">
        <w:rPr>
          <w:b/>
          <w:color w:val="222222"/>
          <w:sz w:val="34"/>
          <w:lang w:val="it-IT"/>
        </w:rPr>
        <w:t>LIBERATORIA E CONSENSI PER FOTO E VIDEO</w:t>
      </w:r>
    </w:p>
    <w:p w:rsidR="00EF5562" w:rsidRDefault="00000000">
      <w:pPr>
        <w:spacing w:after="120"/>
        <w:jc w:val="center"/>
      </w:pPr>
      <w:r>
        <w:rPr>
          <w:b/>
          <w:color w:val="B08D2F"/>
        </w:rPr>
        <w:t>STAGIONE SPORTIVA 2026/27</w:t>
      </w:r>
    </w:p>
    <w:p w:rsidR="00EF5562" w:rsidRDefault="00000000">
      <w:pPr>
        <w:pStyle w:val="Titolo1"/>
        <w:spacing w:before="100" w:after="60"/>
      </w:pPr>
      <w:r>
        <w:t>Dati dell'interessato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EF5562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b/>
                <w:sz w:val="17"/>
              </w:rPr>
              <w:t>Nome e cognome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EF5562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b/>
                <w:sz w:val="17"/>
              </w:rPr>
              <w:t>Data di nascita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EF5562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b/>
                <w:sz w:val="17"/>
              </w:rPr>
              <w:t>Se minore - genitore/tutore 1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EF5562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b/>
                <w:sz w:val="17"/>
              </w:rPr>
              <w:t>Se minore - genitore/tutore 2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F5562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</w:tbl>
    <w:p w:rsidR="00EF5562" w:rsidRDefault="00EF5562">
      <w:pPr>
        <w:spacing w:after="0"/>
      </w:pPr>
    </w:p>
    <w:p w:rsidR="00EF5562" w:rsidRDefault="00000000">
      <w:r w:rsidRPr="008121E6">
        <w:rPr>
          <w:lang w:val="it-IT"/>
        </w:rPr>
        <w:t xml:space="preserve">Autorizzo Ventura Dance Academy SSD a r.l. a realizzare fotografie e riprese audio/video durante lezioni, saggi, gare, eventi e attività societarie. </w:t>
      </w:r>
      <w:r>
        <w:t xml:space="preserve">Per </w:t>
      </w:r>
      <w:proofErr w:type="spellStart"/>
      <w:r>
        <w:t>ciascuna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esprimo</w:t>
      </w:r>
      <w:proofErr w:type="spellEnd"/>
      <w:r>
        <w:t xml:space="preserve"> separatamente la mia scelta: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0"/>
        <w:gridCol w:w="2620"/>
        <w:gridCol w:w="2620"/>
        <w:gridCol w:w="2620"/>
      </w:tblGrid>
      <w:tr w:rsidR="00EF5562">
        <w:trPr>
          <w:jc w:val="center"/>
        </w:trPr>
        <w:tc>
          <w:tcPr>
            <w:tcW w:w="2620" w:type="dxa"/>
            <w:shd w:val="clear" w:color="auto" w:fill="F4F0E6"/>
          </w:tcPr>
          <w:p w:rsidR="00EF5562" w:rsidRDefault="00000000">
            <w:r>
              <w:rPr>
                <w:b/>
              </w:rPr>
              <w:t>Finalità / canale</w:t>
            </w:r>
          </w:p>
        </w:tc>
        <w:tc>
          <w:tcPr>
            <w:tcW w:w="2620" w:type="dxa"/>
            <w:shd w:val="clear" w:color="auto" w:fill="F4F0E6"/>
          </w:tcPr>
          <w:p w:rsidR="00EF5562" w:rsidRDefault="00000000">
            <w:r>
              <w:rPr>
                <w:b/>
              </w:rPr>
              <w:t>SÌ</w:t>
            </w:r>
          </w:p>
        </w:tc>
        <w:tc>
          <w:tcPr>
            <w:tcW w:w="2620" w:type="dxa"/>
            <w:shd w:val="clear" w:color="auto" w:fill="F4F0E6"/>
          </w:tcPr>
          <w:p w:rsidR="00EF5562" w:rsidRDefault="00000000">
            <w:r>
              <w:rPr>
                <w:b/>
              </w:rPr>
              <w:t>NO</w:t>
            </w:r>
          </w:p>
        </w:tc>
        <w:tc>
          <w:tcPr>
            <w:tcW w:w="2620" w:type="dxa"/>
            <w:shd w:val="clear" w:color="auto" w:fill="F4F0E6"/>
          </w:tcPr>
          <w:p w:rsidR="00EF5562" w:rsidRDefault="00000000">
            <w:r>
              <w:rPr>
                <w:b/>
              </w:rPr>
              <w:t>Note</w:t>
            </w:r>
          </w:p>
        </w:tc>
      </w:tr>
      <w:tr w:rsidR="00EF5562">
        <w:trPr>
          <w:jc w:val="center"/>
        </w:trPr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Archivio interno/documentazione attività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EF5562"/>
        </w:tc>
      </w:tr>
      <w:tr w:rsidR="00EF5562">
        <w:trPr>
          <w:jc w:val="center"/>
        </w:trPr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Pr="008121E6" w:rsidRDefault="00000000">
            <w:pPr>
              <w:rPr>
                <w:lang w:val="it-IT"/>
              </w:rPr>
            </w:pPr>
            <w:r w:rsidRPr="008121E6">
              <w:rPr>
                <w:lang w:val="it-IT"/>
              </w:rPr>
              <w:t>Gruppi/chat riservati agli iscritti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EF5562"/>
        </w:tc>
      </w:tr>
      <w:tr w:rsidR="00EF5562">
        <w:trPr>
          <w:jc w:val="center"/>
        </w:trPr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Sito web ufficiale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EF5562"/>
        </w:tc>
      </w:tr>
      <w:tr w:rsidR="00EF5562">
        <w:trPr>
          <w:jc w:val="center"/>
        </w:trPr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Profili social ufficiali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EF5562"/>
        </w:tc>
      </w:tr>
      <w:tr w:rsidR="00EF5562">
        <w:trPr>
          <w:jc w:val="center"/>
        </w:trPr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Pr="008121E6" w:rsidRDefault="00000000">
            <w:pPr>
              <w:rPr>
                <w:lang w:val="it-IT"/>
              </w:rPr>
            </w:pPr>
            <w:r w:rsidRPr="008121E6">
              <w:rPr>
                <w:lang w:val="it-IT"/>
              </w:rPr>
              <w:t>Materiale promozionale digitale o stampato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000000">
            <w:r>
              <w:t>☐</w:t>
            </w:r>
          </w:p>
        </w:tc>
        <w:tc>
          <w:tcPr>
            <w:tcW w:w="26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F5562" w:rsidRDefault="00EF5562"/>
        </w:tc>
      </w:tr>
    </w:tbl>
    <w:p w:rsidR="00EF5562" w:rsidRPr="008121E6" w:rsidRDefault="00000000">
      <w:pPr>
        <w:rPr>
          <w:lang w:val="it-IT"/>
        </w:rPr>
      </w:pPr>
      <w:r w:rsidRPr="008121E6">
        <w:rPr>
          <w:lang w:val="it-IT"/>
        </w:rPr>
        <w:t>Il consenso è facoltativo e può essere revocato per il futuro scrivendo a info@venturadanceacademy.it. La revoca non pregiudica i trattamenti già effettuati prima della sua ricezione. La Società si impegna a utilizzare immagini rispettose della dignità e del decoro delle persone ritratte, con particolare cautela per i minori.</w:t>
      </w:r>
    </w:p>
    <w:p w:rsidR="00EF5562" w:rsidRPr="008121E6" w:rsidRDefault="00EF5562">
      <w:pPr>
        <w:rPr>
          <w:lang w:val="it-IT"/>
        </w:rPr>
      </w:pPr>
    </w:p>
    <w:p w:rsidR="00EF5562" w:rsidRPr="008121E6" w:rsidRDefault="00000000">
      <w:pPr>
        <w:spacing w:after="80"/>
        <w:rPr>
          <w:lang w:val="it-IT"/>
        </w:rPr>
      </w:pPr>
      <w:r w:rsidRPr="008121E6">
        <w:rPr>
          <w:lang w:val="it-IT"/>
        </w:rPr>
        <w:t>Luogo e data: ____________________________________________</w:t>
      </w:r>
    </w:p>
    <w:p w:rsidR="008121E6" w:rsidRPr="008121E6" w:rsidRDefault="008121E6">
      <w:pPr>
        <w:spacing w:after="80"/>
        <w:rPr>
          <w:lang w:val="it-IT"/>
        </w:rPr>
      </w:pPr>
    </w:p>
    <w:p w:rsidR="00EF5562" w:rsidRPr="008121E6" w:rsidRDefault="00000000">
      <w:pPr>
        <w:spacing w:after="80"/>
        <w:rPr>
          <w:lang w:val="it-IT"/>
        </w:rPr>
      </w:pPr>
      <w:r w:rsidRPr="008121E6">
        <w:rPr>
          <w:lang w:val="it-IT"/>
        </w:rPr>
        <w:t>Firma maggiorenne: _________________________________________</w:t>
      </w:r>
    </w:p>
    <w:p w:rsidR="008121E6" w:rsidRPr="008121E6" w:rsidRDefault="008121E6">
      <w:pPr>
        <w:spacing w:after="80"/>
        <w:rPr>
          <w:lang w:val="it-IT"/>
        </w:rPr>
      </w:pPr>
    </w:p>
    <w:p w:rsidR="00EF5562" w:rsidRPr="008121E6" w:rsidRDefault="00000000">
      <w:pPr>
        <w:spacing w:after="80"/>
        <w:rPr>
          <w:lang w:val="it-IT"/>
        </w:rPr>
      </w:pPr>
      <w:r w:rsidRPr="008121E6">
        <w:rPr>
          <w:lang w:val="it-IT"/>
        </w:rPr>
        <w:t>Per minore - Firma genitore/tutore 1: __________________________</w:t>
      </w:r>
    </w:p>
    <w:p w:rsidR="008121E6" w:rsidRPr="008121E6" w:rsidRDefault="008121E6">
      <w:pPr>
        <w:spacing w:after="80"/>
        <w:rPr>
          <w:lang w:val="it-IT"/>
        </w:rPr>
      </w:pPr>
    </w:p>
    <w:p w:rsidR="00EF5562" w:rsidRPr="008121E6" w:rsidRDefault="00000000">
      <w:pPr>
        <w:spacing w:after="80"/>
        <w:rPr>
          <w:lang w:val="it-IT"/>
        </w:rPr>
      </w:pPr>
      <w:r w:rsidRPr="008121E6">
        <w:rPr>
          <w:lang w:val="it-IT"/>
        </w:rPr>
        <w:t>Per minore - Firma genitore/tutore 2 (ove necessaria): _____________</w:t>
      </w:r>
    </w:p>
    <w:sectPr w:rsidR="00EF5562" w:rsidRPr="008121E6" w:rsidSect="00034616">
      <w:headerReference w:type="default" r:id="rId8"/>
      <w:footerReference w:type="default" r:id="rId9"/>
      <w:pgSz w:w="12240" w:h="15840"/>
      <w:pgMar w:top="765" w:right="879" w:bottom="73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54F5" w:rsidRDefault="007454F5">
      <w:pPr>
        <w:spacing w:after="0" w:line="240" w:lineRule="auto"/>
      </w:pPr>
      <w:r>
        <w:separator/>
      </w:r>
    </w:p>
  </w:endnote>
  <w:endnote w:type="continuationSeparator" w:id="0">
    <w:p w:rsidR="007454F5" w:rsidRDefault="00745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5562" w:rsidRPr="008121E6" w:rsidRDefault="00000000">
    <w:pPr>
      <w:pStyle w:val="Pidipagina"/>
      <w:jc w:val="center"/>
      <w:rPr>
        <w:lang w:val="it-IT"/>
      </w:rPr>
    </w:pPr>
    <w:r w:rsidRPr="008121E6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54F5" w:rsidRDefault="007454F5">
      <w:pPr>
        <w:spacing w:after="0" w:line="240" w:lineRule="auto"/>
      </w:pPr>
      <w:r>
        <w:separator/>
      </w:r>
    </w:p>
  </w:footnote>
  <w:footnote w:type="continuationSeparator" w:id="0">
    <w:p w:rsidR="007454F5" w:rsidRDefault="00745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5562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rPr>
        <w:sz w:val="17"/>
      </w:rP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33215">
    <w:abstractNumId w:val="8"/>
  </w:num>
  <w:num w:numId="2" w16cid:durableId="612784104">
    <w:abstractNumId w:val="6"/>
  </w:num>
  <w:num w:numId="3" w16cid:durableId="146211807">
    <w:abstractNumId w:val="5"/>
  </w:num>
  <w:num w:numId="4" w16cid:durableId="1574778591">
    <w:abstractNumId w:val="4"/>
  </w:num>
  <w:num w:numId="5" w16cid:durableId="616372651">
    <w:abstractNumId w:val="7"/>
  </w:num>
  <w:num w:numId="6" w16cid:durableId="1698891928">
    <w:abstractNumId w:val="3"/>
  </w:num>
  <w:num w:numId="7" w16cid:durableId="231358070">
    <w:abstractNumId w:val="2"/>
  </w:num>
  <w:num w:numId="8" w16cid:durableId="1617638314">
    <w:abstractNumId w:val="1"/>
  </w:num>
  <w:num w:numId="9" w16cid:durableId="160229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54F5"/>
    <w:rsid w:val="008121E6"/>
    <w:rsid w:val="00AA1D8D"/>
    <w:rsid w:val="00B47730"/>
    <w:rsid w:val="00CB0664"/>
    <w:rsid w:val="00EF55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4EC504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2026-09-06T21:30:00Z</dcterms:modified>
  <cp:category/>
</cp:coreProperties>
</file>