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538A7" w:rsidRPr="00737110" w:rsidRDefault="00000000">
      <w:pPr>
        <w:spacing w:after="20"/>
        <w:jc w:val="center"/>
        <w:rPr>
          <w:lang w:val="it-IT"/>
        </w:rPr>
      </w:pPr>
      <w:r w:rsidRPr="00737110">
        <w:rPr>
          <w:b/>
          <w:color w:val="222222"/>
          <w:sz w:val="34"/>
          <w:lang w:val="it-IT"/>
        </w:rPr>
        <w:t>RICHIESTA CERTIFICATO DI IDONEITÀ SPORTIVA NON AGONISTICA</w:t>
      </w:r>
    </w:p>
    <w:p w:rsidR="007538A7" w:rsidRPr="00737110" w:rsidRDefault="00000000">
      <w:pPr>
        <w:spacing w:after="120"/>
        <w:jc w:val="center"/>
        <w:rPr>
          <w:lang w:val="it-IT"/>
        </w:rPr>
      </w:pPr>
      <w:r w:rsidRPr="00737110">
        <w:rPr>
          <w:b/>
          <w:color w:val="B08D2F"/>
          <w:lang w:val="it-IT"/>
        </w:rPr>
        <w:t>STAGIONE SPORTIVA 2026/27</w:t>
      </w:r>
    </w:p>
    <w:p w:rsidR="007538A7" w:rsidRPr="00737110" w:rsidRDefault="007538A7">
      <w:pPr>
        <w:spacing w:after="0"/>
        <w:rPr>
          <w:lang w:val="it-IT"/>
        </w:rPr>
      </w:pPr>
    </w:p>
    <w:p w:rsidR="007538A7" w:rsidRPr="00737110" w:rsidRDefault="00000000">
      <w:pPr>
        <w:rPr>
          <w:lang w:val="it-IT"/>
        </w:rPr>
      </w:pPr>
      <w:r w:rsidRPr="00737110">
        <w:rPr>
          <w:lang w:val="it-IT"/>
        </w:rPr>
        <w:t>Spett.le Medico certificatore</w:t>
      </w:r>
    </w:p>
    <w:p w:rsidR="007538A7" w:rsidRPr="00737110" w:rsidRDefault="00000000">
      <w:pPr>
        <w:rPr>
          <w:lang w:val="it-IT"/>
        </w:rPr>
      </w:pPr>
      <w:r w:rsidRPr="00737110">
        <w:rPr>
          <w:lang w:val="it-IT"/>
        </w:rPr>
        <w:t>Ventura Dance Academy SSD a r.l., con sede in Via Umberto Bobbio 7/B, 43122 Parma (PR), C.F./P.IVA 03159430341, affiliata a ASC e FIDESM,</w:t>
      </w:r>
    </w:p>
    <w:p w:rsidR="007538A7" w:rsidRPr="00737110" w:rsidRDefault="00000000">
      <w:pPr>
        <w:jc w:val="center"/>
        <w:rPr>
          <w:lang w:val="it-IT"/>
        </w:rPr>
      </w:pPr>
      <w:r w:rsidRPr="00737110">
        <w:rPr>
          <w:b/>
          <w:sz w:val="24"/>
          <w:lang w:val="it-IT"/>
        </w:rPr>
        <w:t>CHIEDE</w:t>
      </w:r>
    </w:p>
    <w:p w:rsidR="007538A7" w:rsidRPr="00737110" w:rsidRDefault="00000000">
      <w:pPr>
        <w:rPr>
          <w:lang w:val="it-IT"/>
        </w:rPr>
      </w:pPr>
      <w:r w:rsidRPr="00737110">
        <w:rPr>
          <w:lang w:val="it-IT"/>
        </w:rPr>
        <w:t>il rilascio, ove previsto, del certificato di idoneità alla pratica sportiva non agonistica per l'atleta sotto indicato/a.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75"/>
        <w:gridCol w:w="6406"/>
      </w:tblGrid>
      <w:tr w:rsidR="007538A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proofErr w:type="spellStart"/>
            <w:r>
              <w:rPr>
                <w:b/>
                <w:sz w:val="17"/>
              </w:rPr>
              <w:t>Cognome</w:t>
            </w:r>
            <w:proofErr w:type="spellEnd"/>
            <w:r>
              <w:rPr>
                <w:b/>
                <w:sz w:val="17"/>
              </w:rPr>
              <w:t xml:space="preserve"> e </w:t>
            </w:r>
            <w:proofErr w:type="spellStart"/>
            <w:r>
              <w:rPr>
                <w:b/>
                <w:sz w:val="17"/>
              </w:rPr>
              <w:t>nome</w:t>
            </w:r>
            <w:proofErr w:type="spellEnd"/>
            <w:r>
              <w:rPr>
                <w:b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atleta</w:t>
            </w:r>
            <w:proofErr w:type="spellEnd"/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7538A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Pr="00737110" w:rsidRDefault="00000000">
            <w:pPr>
              <w:spacing w:after="0"/>
              <w:rPr>
                <w:lang w:val="it-IT"/>
              </w:rPr>
            </w:pPr>
            <w:r w:rsidRPr="00737110">
              <w:rPr>
                <w:b/>
                <w:sz w:val="17"/>
                <w:lang w:val="it-IT"/>
              </w:rPr>
              <w:t>Luogo e data di nascita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7538A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b/>
                <w:sz w:val="17"/>
              </w:rPr>
              <w:t>Codice fiscale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7538A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b/>
                <w:sz w:val="17"/>
              </w:rPr>
              <w:t>Residenza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7538A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b/>
                <w:sz w:val="17"/>
              </w:rPr>
              <w:t>Disciplina / attività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sz w:val="17"/>
              </w:rPr>
              <w:t>________________________________________</w:t>
            </w:r>
            <w:r w:rsidR="00737110">
              <w:rPr>
                <w:sz w:val="17"/>
              </w:rPr>
              <w:t>________________</w:t>
            </w:r>
          </w:p>
        </w:tc>
      </w:tr>
      <w:tr w:rsidR="007538A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b/>
                <w:sz w:val="17"/>
              </w:rPr>
              <w:t>Corso / gruppo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sz w:val="17"/>
              </w:rPr>
              <w:t>________________________________________________________</w:t>
            </w:r>
          </w:p>
        </w:tc>
      </w:tr>
      <w:tr w:rsidR="007538A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b/>
                <w:sz w:val="17"/>
              </w:rPr>
              <w:t>Qualifica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sz w:val="17"/>
              </w:rPr>
              <w:t>ATLETA / TESSERATO NON AGONISTA</w:t>
            </w:r>
          </w:p>
        </w:tc>
      </w:tr>
      <w:tr w:rsidR="007538A7">
        <w:trPr>
          <w:jc w:val="center"/>
        </w:trPr>
        <w:tc>
          <w:tcPr>
            <w:tcW w:w="3175" w:type="dxa"/>
            <w:shd w:val="clear" w:color="auto" w:fill="F4F0E6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b/>
                <w:sz w:val="17"/>
              </w:rPr>
              <w:t>Stagione sportiva</w:t>
            </w:r>
          </w:p>
        </w:tc>
        <w:tc>
          <w:tcPr>
            <w:tcW w:w="6406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:rsidR="007538A7" w:rsidRDefault="00000000">
            <w:pPr>
              <w:spacing w:after="0"/>
            </w:pPr>
            <w:r>
              <w:rPr>
                <w:sz w:val="17"/>
              </w:rPr>
              <w:t>2026/27</w:t>
            </w:r>
          </w:p>
        </w:tc>
      </w:tr>
    </w:tbl>
    <w:p w:rsidR="007538A7" w:rsidRDefault="007538A7">
      <w:pPr>
        <w:spacing w:after="0"/>
      </w:pPr>
    </w:p>
    <w:p w:rsidR="007538A7" w:rsidRDefault="007538A7"/>
    <w:p w:rsidR="007538A7" w:rsidRDefault="00000000">
      <w:pPr>
        <w:spacing w:after="80"/>
      </w:pPr>
      <w:r>
        <w:t>Luogo e data: ____________________________________________</w:t>
      </w:r>
    </w:p>
    <w:p w:rsidR="00737110" w:rsidRDefault="00737110">
      <w:pPr>
        <w:spacing w:after="80"/>
      </w:pPr>
    </w:p>
    <w:p w:rsidR="007538A7" w:rsidRDefault="00000000">
      <w:pPr>
        <w:spacing w:after="80"/>
      </w:pPr>
      <w:proofErr w:type="spellStart"/>
      <w:r>
        <w:t>Legale</w:t>
      </w:r>
      <w:proofErr w:type="spellEnd"/>
      <w:r>
        <w:t xml:space="preserve"> </w:t>
      </w:r>
      <w:proofErr w:type="spellStart"/>
      <w:r>
        <w:t>Rappresentante</w:t>
      </w:r>
      <w:proofErr w:type="spellEnd"/>
      <w:r>
        <w:t>: _____________________________________</w:t>
      </w:r>
    </w:p>
    <w:p w:rsidR="00737110" w:rsidRDefault="00737110">
      <w:pPr>
        <w:spacing w:after="80"/>
        <w:rPr>
          <w:lang w:val="it-IT"/>
        </w:rPr>
      </w:pPr>
    </w:p>
    <w:p w:rsidR="007538A7" w:rsidRPr="00737110" w:rsidRDefault="00000000">
      <w:pPr>
        <w:spacing w:after="80"/>
        <w:rPr>
          <w:lang w:val="it-IT"/>
        </w:rPr>
      </w:pPr>
      <w:r w:rsidRPr="00737110">
        <w:rPr>
          <w:lang w:val="it-IT"/>
        </w:rPr>
        <w:t>Firma e timbro della Società: _________________________________</w:t>
      </w:r>
    </w:p>
    <w:sectPr w:rsidR="007538A7" w:rsidRPr="00737110" w:rsidSect="00034616">
      <w:headerReference w:type="default" r:id="rId8"/>
      <w:footerReference w:type="default" r:id="rId9"/>
      <w:pgSz w:w="12240" w:h="15840"/>
      <w:pgMar w:top="765" w:right="879" w:bottom="737" w:left="87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741A" w:rsidRDefault="0031741A">
      <w:pPr>
        <w:spacing w:after="0" w:line="240" w:lineRule="auto"/>
      </w:pPr>
      <w:r>
        <w:separator/>
      </w:r>
    </w:p>
  </w:endnote>
  <w:endnote w:type="continuationSeparator" w:id="0">
    <w:p w:rsidR="0031741A" w:rsidRDefault="0031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538A7" w:rsidRPr="00737110" w:rsidRDefault="00000000">
    <w:pPr>
      <w:pStyle w:val="Pidipagina"/>
      <w:jc w:val="center"/>
      <w:rPr>
        <w:lang w:val="it-IT"/>
      </w:rPr>
    </w:pPr>
    <w:r w:rsidRPr="00737110">
      <w:rPr>
        <w:color w:val="666666"/>
        <w:sz w:val="14"/>
        <w:lang w:val="it-IT"/>
      </w:rPr>
      <w:t>Via Umberto Bobbio 7/B, 43122 Parma (PR)  •  P.IVA/C.F. 03159430341  •  info@venturadanceacademy.it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741A" w:rsidRDefault="0031741A">
      <w:pPr>
        <w:spacing w:after="0" w:line="240" w:lineRule="auto"/>
      </w:pPr>
      <w:r>
        <w:separator/>
      </w:r>
    </w:p>
  </w:footnote>
  <w:footnote w:type="continuationSeparator" w:id="0">
    <w:p w:rsidR="0031741A" w:rsidRDefault="003174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7538A7" w:rsidRDefault="00000000">
    <w:pPr>
      <w:pStyle w:val="Intestazione"/>
      <w:jc w:val="center"/>
    </w:pPr>
    <w:r>
      <w:rPr>
        <w:b/>
        <w:color w:val="B08D2F"/>
        <w:sz w:val="21"/>
      </w:rPr>
      <w:t>VENTURA DANCE ACADEMY</w:t>
    </w:r>
    <w:r>
      <w:rPr>
        <w:sz w:val="17"/>
      </w:rPr>
      <w:t xml:space="preserve">  |  SSD a r.l.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85701857">
    <w:abstractNumId w:val="8"/>
  </w:num>
  <w:num w:numId="2" w16cid:durableId="1670331880">
    <w:abstractNumId w:val="6"/>
  </w:num>
  <w:num w:numId="3" w16cid:durableId="360321472">
    <w:abstractNumId w:val="5"/>
  </w:num>
  <w:num w:numId="4" w16cid:durableId="973296941">
    <w:abstractNumId w:val="4"/>
  </w:num>
  <w:num w:numId="5" w16cid:durableId="1320310777">
    <w:abstractNumId w:val="7"/>
  </w:num>
  <w:num w:numId="6" w16cid:durableId="2106728169">
    <w:abstractNumId w:val="3"/>
  </w:num>
  <w:num w:numId="7" w16cid:durableId="485168818">
    <w:abstractNumId w:val="2"/>
  </w:num>
  <w:num w:numId="8" w16cid:durableId="648439681">
    <w:abstractNumId w:val="1"/>
  </w:num>
  <w:num w:numId="9" w16cid:durableId="2741410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1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741A"/>
    <w:rsid w:val="00326F90"/>
    <w:rsid w:val="00737110"/>
    <w:rsid w:val="007538A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18A278E"/>
  <w14:defaultImageDpi w14:val="300"/>
  <w15:docId w15:val="{80D3929D-3D5C-6F44-93AA-5817D07D8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  <w:rPr>
      <w:rFonts w:ascii="Aptos" w:hAnsi="Aptos"/>
      <w:sz w:val="18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B08D2F"/>
      <w:sz w:val="25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222222"/>
      <w:sz w:val="21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1095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2</cp:revision>
  <dcterms:created xsi:type="dcterms:W3CDTF">2013-12-23T23:15:00Z</dcterms:created>
  <dcterms:modified xsi:type="dcterms:W3CDTF">2026-09-06T21:42:00Z</dcterms:modified>
  <cp:category/>
</cp:coreProperties>
</file>