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52"/>
      </w:tblGrid>
      <w:tr w:rsidR="000D7453" w:rsidRPr="004C2187" w14:paraId="65913348" w14:textId="77777777">
        <w:trPr>
          <w:jc w:val="center"/>
        </w:trPr>
        <w:tc>
          <w:tcPr>
            <w:tcW w:w="10152" w:type="dxa"/>
            <w:tcBorders>
              <w:top w:val="single" w:sz="18" w:space="0" w:color="0B2D4D"/>
              <w:left w:val="single" w:sz="18" w:space="0" w:color="0B2D4D"/>
              <w:bottom w:val="single" w:sz="18" w:space="0" w:color="0B2D4D"/>
              <w:right w:val="single" w:sz="18" w:space="0" w:color="0B2D4D"/>
            </w:tcBorders>
            <w:shd w:val="clear" w:color="auto" w:fill="F5E9D1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0DD9700" w14:textId="77777777" w:rsidR="000D7453" w:rsidRPr="004C2187" w:rsidRDefault="0021226F">
            <w:pPr>
              <w:spacing w:after="20"/>
              <w:jc w:val="center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b/>
                <w:color w:val="0B2D4D"/>
                <w:sz w:val="24"/>
                <w:szCs w:val="24"/>
              </w:rPr>
              <w:t>OLD FASHION DAYS FESTIVAL</w:t>
            </w:r>
          </w:p>
          <w:p w14:paraId="3FF6A3FB" w14:textId="77777777" w:rsidR="000D7453" w:rsidRPr="004C2187" w:rsidRDefault="0021226F">
            <w:pPr>
              <w:spacing w:after="0"/>
              <w:jc w:val="center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b/>
                <w:color w:val="B22222"/>
                <w:sz w:val="24"/>
                <w:szCs w:val="24"/>
              </w:rPr>
              <w:t>PET PARADE REGISTRATION FORM</w:t>
            </w:r>
          </w:p>
          <w:p w14:paraId="73FDAADF" w14:textId="77777777" w:rsidR="000D7453" w:rsidRPr="004C2187" w:rsidRDefault="0021226F">
            <w:pPr>
              <w:spacing w:after="0"/>
              <w:jc w:val="center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b/>
                <w:color w:val="0B2D4D"/>
                <w:sz w:val="24"/>
                <w:szCs w:val="24"/>
              </w:rPr>
              <w:t>Sunday, September 6</w:t>
            </w:r>
            <w:proofErr w:type="gramStart"/>
            <w:r w:rsidRPr="004C2187">
              <w:rPr>
                <w:rFonts w:ascii="AvenirNext LT Pro Light" w:hAnsi="AvenirNext LT Pro Light"/>
                <w:b/>
                <w:color w:val="0B2D4D"/>
                <w:sz w:val="24"/>
                <w:szCs w:val="24"/>
              </w:rPr>
              <w:t>th  |</w:t>
            </w:r>
            <w:proofErr w:type="gramEnd"/>
            <w:r w:rsidRPr="004C2187">
              <w:rPr>
                <w:rFonts w:ascii="AvenirNext LT Pro Light" w:hAnsi="AvenirNext LT Pro Light"/>
                <w:b/>
                <w:color w:val="0B2D4D"/>
                <w:sz w:val="24"/>
                <w:szCs w:val="24"/>
              </w:rPr>
              <w:t xml:space="preserve">  5:00 PM</w:t>
            </w:r>
          </w:p>
        </w:tc>
      </w:tr>
    </w:tbl>
    <w:p w14:paraId="0E693E2E" w14:textId="77777777" w:rsidR="000D7453" w:rsidRPr="004C2187" w:rsidRDefault="0021226F">
      <w:pPr>
        <w:spacing w:after="0" w:line="40" w:lineRule="exact"/>
        <w:rPr>
          <w:rFonts w:ascii="AvenirNext LT Pro Light" w:hAnsi="AvenirNext LT Pro Light"/>
          <w:sz w:val="24"/>
          <w:szCs w:val="24"/>
        </w:rPr>
      </w:pPr>
      <w:r w:rsidRPr="004C2187">
        <w:rPr>
          <w:rFonts w:ascii="AvenirNext LT Pro Light" w:hAnsi="AvenirNext LT Pro Light"/>
          <w:sz w:val="24"/>
          <w:szCs w:val="24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52"/>
      </w:tblGrid>
      <w:tr w:rsidR="000D7453" w:rsidRPr="004C2187" w14:paraId="20D0761A" w14:textId="77777777">
        <w:trPr>
          <w:jc w:val="center"/>
        </w:trPr>
        <w:tc>
          <w:tcPr>
            <w:tcW w:w="10152" w:type="dxa"/>
            <w:shd w:val="clear" w:color="auto" w:fill="0B2D4D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832933" w14:textId="77777777" w:rsidR="000D7453" w:rsidRPr="004C2187" w:rsidRDefault="0021226F">
            <w:pPr>
              <w:spacing w:after="0"/>
              <w:jc w:val="center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b/>
                <w:color w:val="FFFFFF"/>
                <w:sz w:val="24"/>
                <w:szCs w:val="24"/>
              </w:rPr>
              <w:t>PARTICIPANT INFORMATION</w:t>
            </w:r>
          </w:p>
        </w:tc>
      </w:tr>
    </w:tbl>
    <w:p w14:paraId="784F7E90" w14:textId="77777777" w:rsidR="000D7453" w:rsidRPr="004C2187" w:rsidRDefault="0021226F">
      <w:pPr>
        <w:spacing w:after="0" w:line="40" w:lineRule="exact"/>
        <w:rPr>
          <w:rFonts w:ascii="AvenirNext LT Pro Light" w:hAnsi="AvenirNext LT Pro Light"/>
          <w:sz w:val="24"/>
          <w:szCs w:val="24"/>
        </w:rPr>
      </w:pPr>
      <w:r w:rsidRPr="004C2187">
        <w:rPr>
          <w:rFonts w:ascii="AvenirNext LT Pro Light" w:hAnsi="AvenirNext LT Pro Light"/>
          <w:sz w:val="24"/>
          <w:szCs w:val="24"/>
        </w:rPr>
        <w:t xml:space="preserve"> </w:t>
      </w:r>
    </w:p>
    <w:p w14:paraId="1CB74038" w14:textId="77777777" w:rsidR="000D7453" w:rsidRPr="004C2187" w:rsidRDefault="0021226F">
      <w:pPr>
        <w:spacing w:after="60"/>
        <w:rPr>
          <w:rFonts w:ascii="AvenirNext LT Pro Light" w:hAnsi="AvenirNext LT Pro Light"/>
          <w:sz w:val="24"/>
          <w:szCs w:val="24"/>
        </w:rPr>
      </w:pPr>
      <w:r w:rsidRPr="004C2187">
        <w:rPr>
          <w:rFonts w:ascii="AvenirNext LT Pro Light" w:hAnsi="AvenirNext LT Pro Light"/>
          <w:b/>
          <w:sz w:val="24"/>
          <w:szCs w:val="24"/>
        </w:rPr>
        <w:t xml:space="preserve">Owner/Handler Name: </w:t>
      </w:r>
      <w:r w:rsidRPr="004C2187">
        <w:rPr>
          <w:rFonts w:ascii="AvenirNext LT Pro Light" w:hAnsi="AvenirNext LT Pro Light"/>
          <w:sz w:val="24"/>
          <w:szCs w:val="24"/>
        </w:rPr>
        <w:t>___________________________________________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56"/>
        <w:gridCol w:w="4896"/>
        <w:gridCol w:w="360"/>
      </w:tblGrid>
      <w:tr w:rsidR="000D7453" w:rsidRPr="004C2187" w14:paraId="69A32901" w14:textId="77777777">
        <w:trPr>
          <w:jc w:val="center"/>
        </w:trPr>
        <w:tc>
          <w:tcPr>
            <w:tcW w:w="5256" w:type="dxa"/>
            <w:tcBorders>
              <w:bottom w:val="nil"/>
            </w:tcBorders>
            <w:tcMar>
              <w:top w:w="15" w:type="dxa"/>
              <w:left w:w="0" w:type="dxa"/>
              <w:bottom w:w="15" w:type="dxa"/>
              <w:right w:w="10" w:type="dxa"/>
            </w:tcMar>
          </w:tcPr>
          <w:p w14:paraId="3D275905" w14:textId="77777777" w:rsidR="000D7453" w:rsidRPr="004C2187" w:rsidRDefault="0021226F">
            <w:pPr>
              <w:spacing w:after="0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b/>
                <w:sz w:val="24"/>
                <w:szCs w:val="24"/>
              </w:rPr>
              <w:t xml:space="preserve">Phone Number: </w:t>
            </w:r>
            <w:r w:rsidRPr="004C2187">
              <w:rPr>
                <w:rFonts w:ascii="AvenirNext LT Pro Light" w:hAnsi="AvenirNext LT Pro Light"/>
                <w:sz w:val="24"/>
                <w:szCs w:val="24"/>
              </w:rPr>
              <w:t>______________________</w:t>
            </w:r>
          </w:p>
        </w:tc>
        <w:tc>
          <w:tcPr>
            <w:tcW w:w="5256" w:type="dxa"/>
            <w:gridSpan w:val="2"/>
            <w:tcBorders>
              <w:bottom w:val="nil"/>
            </w:tcBorders>
            <w:tcMar>
              <w:top w:w="15" w:type="dxa"/>
              <w:left w:w="0" w:type="dxa"/>
              <w:bottom w:w="15" w:type="dxa"/>
              <w:right w:w="10" w:type="dxa"/>
            </w:tcMar>
          </w:tcPr>
          <w:p w14:paraId="298EE2E5" w14:textId="77777777" w:rsidR="000D7453" w:rsidRPr="004C2187" w:rsidRDefault="0021226F">
            <w:pPr>
              <w:spacing w:after="0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b/>
                <w:sz w:val="24"/>
                <w:szCs w:val="24"/>
              </w:rPr>
              <w:t xml:space="preserve">Email (optional): </w:t>
            </w:r>
            <w:r w:rsidRPr="004C2187">
              <w:rPr>
                <w:rFonts w:ascii="AvenirNext LT Pro Light" w:hAnsi="AvenirNext LT Pro Light"/>
                <w:sz w:val="24"/>
                <w:szCs w:val="24"/>
              </w:rPr>
              <w:t>______________________</w:t>
            </w:r>
          </w:p>
        </w:tc>
      </w:tr>
      <w:tr w:rsidR="000D7453" w:rsidRPr="004C2187" w14:paraId="5F15F50C" w14:textId="77777777">
        <w:trPr>
          <w:gridAfter w:val="1"/>
          <w:wAfter w:w="90" w:type="dxa"/>
          <w:jc w:val="center"/>
        </w:trPr>
        <w:tc>
          <w:tcPr>
            <w:tcW w:w="10152" w:type="dxa"/>
            <w:gridSpan w:val="2"/>
            <w:shd w:val="clear" w:color="auto" w:fill="0B2D4D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36905F2" w14:textId="77777777" w:rsidR="000D7453" w:rsidRPr="004C2187" w:rsidRDefault="0021226F">
            <w:pPr>
              <w:spacing w:after="0"/>
              <w:jc w:val="center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b/>
                <w:color w:val="FFFFFF"/>
                <w:sz w:val="24"/>
                <w:szCs w:val="24"/>
              </w:rPr>
              <w:t>PET INFORMATION</w:t>
            </w:r>
          </w:p>
        </w:tc>
      </w:tr>
    </w:tbl>
    <w:p w14:paraId="6866A8EB" w14:textId="77777777" w:rsidR="000D7453" w:rsidRPr="004C2187" w:rsidRDefault="0021226F">
      <w:pPr>
        <w:spacing w:after="0" w:line="40" w:lineRule="exact"/>
        <w:rPr>
          <w:rFonts w:ascii="AvenirNext LT Pro Light" w:hAnsi="AvenirNext LT Pro Light"/>
          <w:sz w:val="24"/>
          <w:szCs w:val="24"/>
        </w:rPr>
      </w:pPr>
      <w:r w:rsidRPr="004C2187">
        <w:rPr>
          <w:rFonts w:ascii="AvenirNext LT Pro Light" w:hAnsi="AvenirNext LT Pro Light"/>
          <w:sz w:val="24"/>
          <w:szCs w:val="24"/>
        </w:rPr>
        <w:t xml:space="preserve"> </w:t>
      </w:r>
    </w:p>
    <w:p w14:paraId="456B3E3A" w14:textId="77777777" w:rsidR="000D7453" w:rsidRPr="004C2187" w:rsidRDefault="0021226F">
      <w:pPr>
        <w:spacing w:after="60"/>
        <w:rPr>
          <w:rFonts w:ascii="AvenirNext LT Pro Light" w:hAnsi="AvenirNext LT Pro Light"/>
          <w:sz w:val="24"/>
          <w:szCs w:val="24"/>
        </w:rPr>
      </w:pPr>
      <w:r w:rsidRPr="004C2187">
        <w:rPr>
          <w:rFonts w:ascii="AvenirNext LT Pro Light" w:hAnsi="AvenirNext LT Pro Light"/>
          <w:b/>
          <w:sz w:val="24"/>
          <w:szCs w:val="24"/>
        </w:rPr>
        <w:t xml:space="preserve">Pet's Name: </w:t>
      </w:r>
      <w:r w:rsidRPr="004C2187">
        <w:rPr>
          <w:rFonts w:ascii="AvenirNext LT Pro Light" w:hAnsi="AvenirNext LT Pro Light"/>
          <w:sz w:val="24"/>
          <w:szCs w:val="24"/>
        </w:rPr>
        <w:t>__________________________________________________</w:t>
      </w:r>
    </w:p>
    <w:p w14:paraId="3E3EFE67" w14:textId="77777777" w:rsidR="000D7453" w:rsidRPr="004C2187" w:rsidRDefault="0021226F">
      <w:pPr>
        <w:spacing w:after="60"/>
        <w:rPr>
          <w:rFonts w:ascii="AvenirNext LT Pro Light" w:hAnsi="AvenirNext LT Pro Light"/>
          <w:sz w:val="24"/>
          <w:szCs w:val="24"/>
        </w:rPr>
      </w:pPr>
      <w:r w:rsidRPr="004C2187">
        <w:rPr>
          <w:rFonts w:ascii="AvenirNext LT Pro Light" w:hAnsi="AvenirNext LT Pro Light"/>
          <w:b/>
          <w:sz w:val="24"/>
          <w:szCs w:val="24"/>
        </w:rPr>
        <w:t xml:space="preserve">Type/Breed: </w:t>
      </w:r>
      <w:r w:rsidRPr="004C2187">
        <w:rPr>
          <w:rFonts w:ascii="AvenirNext LT Pro Light" w:hAnsi="AvenirNext LT Pro Light"/>
          <w:sz w:val="24"/>
          <w:szCs w:val="24"/>
        </w:rPr>
        <w:t>__________________________________________________</w:t>
      </w:r>
    </w:p>
    <w:p w14:paraId="11B28C43" w14:textId="77777777" w:rsidR="000D7453" w:rsidRPr="004C2187" w:rsidRDefault="0021226F">
      <w:pPr>
        <w:spacing w:after="60"/>
        <w:rPr>
          <w:rFonts w:ascii="AvenirNext LT Pro Light" w:hAnsi="AvenirNext LT Pro Light"/>
          <w:sz w:val="24"/>
          <w:szCs w:val="24"/>
        </w:rPr>
      </w:pPr>
      <w:r w:rsidRPr="004C2187">
        <w:rPr>
          <w:rFonts w:ascii="AvenirNext LT Pro Light" w:hAnsi="AvenirNext LT Pro Light"/>
          <w:b/>
          <w:sz w:val="24"/>
          <w:szCs w:val="24"/>
        </w:rPr>
        <w:t xml:space="preserve">Pet's Age: </w:t>
      </w:r>
      <w:r w:rsidRPr="004C2187">
        <w:rPr>
          <w:rFonts w:ascii="AvenirNext LT Pro Light" w:hAnsi="AvenirNext LT Pro Light"/>
          <w:sz w:val="24"/>
          <w:szCs w:val="24"/>
        </w:rPr>
        <w:t>____________________________________________________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52"/>
      </w:tblGrid>
      <w:tr w:rsidR="000D7453" w:rsidRPr="004C2187" w14:paraId="00083612" w14:textId="77777777">
        <w:trPr>
          <w:jc w:val="center"/>
        </w:trPr>
        <w:tc>
          <w:tcPr>
            <w:tcW w:w="10152" w:type="dxa"/>
            <w:shd w:val="clear" w:color="auto" w:fill="0B2D4D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9BBADD3" w14:textId="77777777" w:rsidR="000D7453" w:rsidRPr="004C2187" w:rsidRDefault="0021226F">
            <w:pPr>
              <w:spacing w:after="0"/>
              <w:jc w:val="center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b/>
                <w:color w:val="FFFFFF"/>
                <w:sz w:val="24"/>
                <w:szCs w:val="24"/>
              </w:rPr>
              <w:t>PET CATEGORY - CHECK ONE</w:t>
            </w:r>
          </w:p>
        </w:tc>
      </w:tr>
    </w:tbl>
    <w:p w14:paraId="560F0FC7" w14:textId="77777777" w:rsidR="000D7453" w:rsidRPr="004C2187" w:rsidRDefault="0021226F">
      <w:pPr>
        <w:spacing w:after="0" w:line="40" w:lineRule="exact"/>
        <w:rPr>
          <w:rFonts w:ascii="AvenirNext LT Pro Light" w:hAnsi="AvenirNext LT Pro Light"/>
          <w:sz w:val="24"/>
          <w:szCs w:val="24"/>
        </w:rPr>
      </w:pPr>
      <w:r w:rsidRPr="004C2187">
        <w:rPr>
          <w:rFonts w:ascii="AvenirNext LT Pro Light" w:hAnsi="AvenirNext LT Pro Light"/>
          <w:sz w:val="24"/>
          <w:szCs w:val="24"/>
        </w:rPr>
        <w:t xml:space="preserve"> </w:t>
      </w:r>
    </w:p>
    <w:p w14:paraId="1ADD2AD3" w14:textId="77777777" w:rsidR="000D7453" w:rsidRPr="004C2187" w:rsidRDefault="0021226F">
      <w:pPr>
        <w:spacing w:after="100"/>
        <w:jc w:val="center"/>
        <w:rPr>
          <w:rFonts w:ascii="AvenirNext LT Pro Light" w:hAnsi="AvenirNext LT Pro Light"/>
          <w:sz w:val="24"/>
          <w:szCs w:val="24"/>
        </w:rPr>
      </w:pPr>
      <w:proofErr w:type="gramStart"/>
      <w:r w:rsidRPr="004C2187">
        <w:rPr>
          <w:rFonts w:ascii="AvenirNext LT Pro Light" w:hAnsi="AvenirNext LT Pro Light"/>
          <w:b/>
          <w:sz w:val="24"/>
          <w:szCs w:val="24"/>
        </w:rPr>
        <w:t>[ ]</w:t>
      </w:r>
      <w:proofErr w:type="gramEnd"/>
      <w:r w:rsidRPr="004C2187">
        <w:rPr>
          <w:rFonts w:ascii="AvenirNext LT Pro Light" w:hAnsi="AvenirNext LT Pro Light"/>
          <w:b/>
          <w:sz w:val="24"/>
          <w:szCs w:val="24"/>
        </w:rPr>
        <w:t xml:space="preserve"> Dog  </w:t>
      </w:r>
      <w:proofErr w:type="gramStart"/>
      <w:r w:rsidRPr="004C2187">
        <w:rPr>
          <w:rFonts w:ascii="AvenirNext LT Pro Light" w:hAnsi="AvenirNext LT Pro Light"/>
          <w:b/>
          <w:sz w:val="24"/>
          <w:szCs w:val="24"/>
        </w:rPr>
        <w:t xml:space="preserve">   [</w:t>
      </w:r>
      <w:proofErr w:type="gramEnd"/>
      <w:r w:rsidRPr="004C2187">
        <w:rPr>
          <w:rFonts w:ascii="AvenirNext LT Pro Light" w:hAnsi="AvenirNext LT Pro Light"/>
          <w:b/>
          <w:sz w:val="24"/>
          <w:szCs w:val="24"/>
        </w:rPr>
        <w:t xml:space="preserve"> ] Cat  </w:t>
      </w:r>
      <w:proofErr w:type="gramStart"/>
      <w:r w:rsidRPr="004C2187">
        <w:rPr>
          <w:rFonts w:ascii="AvenirNext LT Pro Light" w:hAnsi="AvenirNext LT Pro Light"/>
          <w:b/>
          <w:sz w:val="24"/>
          <w:szCs w:val="24"/>
        </w:rPr>
        <w:t xml:space="preserve">   [</w:t>
      </w:r>
      <w:proofErr w:type="gramEnd"/>
      <w:r w:rsidRPr="004C2187">
        <w:rPr>
          <w:rFonts w:ascii="AvenirNext LT Pro Light" w:hAnsi="AvenirNext LT Pro Light"/>
          <w:b/>
          <w:sz w:val="24"/>
          <w:szCs w:val="24"/>
        </w:rPr>
        <w:t xml:space="preserve"> ] Small House Pet  </w:t>
      </w:r>
      <w:proofErr w:type="gramStart"/>
      <w:r w:rsidRPr="004C2187">
        <w:rPr>
          <w:rFonts w:ascii="AvenirNext LT Pro Light" w:hAnsi="AvenirNext LT Pro Light"/>
          <w:b/>
          <w:sz w:val="24"/>
          <w:szCs w:val="24"/>
        </w:rPr>
        <w:t xml:space="preserve">   [</w:t>
      </w:r>
      <w:proofErr w:type="gramEnd"/>
      <w:r w:rsidRPr="004C2187">
        <w:rPr>
          <w:rFonts w:ascii="AvenirNext LT Pro Light" w:hAnsi="AvenirNext LT Pro Light"/>
          <w:b/>
          <w:sz w:val="24"/>
          <w:szCs w:val="24"/>
        </w:rPr>
        <w:t xml:space="preserve"> ] Farm Animal    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52"/>
      </w:tblGrid>
      <w:tr w:rsidR="000D7453" w:rsidRPr="004C2187" w14:paraId="46BFC7FA" w14:textId="77777777">
        <w:trPr>
          <w:jc w:val="center"/>
        </w:trPr>
        <w:tc>
          <w:tcPr>
            <w:tcW w:w="10152" w:type="dxa"/>
            <w:shd w:val="clear" w:color="auto" w:fill="0B2D4D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1C0A67D" w14:textId="77777777" w:rsidR="000D7453" w:rsidRPr="004C2187" w:rsidRDefault="0021226F">
            <w:pPr>
              <w:spacing w:after="0"/>
              <w:jc w:val="center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b/>
                <w:color w:val="FFFFFF"/>
                <w:sz w:val="24"/>
                <w:szCs w:val="24"/>
              </w:rPr>
              <w:t>COSTUME</w:t>
            </w:r>
          </w:p>
        </w:tc>
      </w:tr>
    </w:tbl>
    <w:p w14:paraId="46678EFF" w14:textId="77777777" w:rsidR="000D7453" w:rsidRPr="004C2187" w:rsidRDefault="0021226F">
      <w:pPr>
        <w:spacing w:after="0" w:line="40" w:lineRule="exact"/>
        <w:rPr>
          <w:rFonts w:ascii="AvenirNext LT Pro Light" w:hAnsi="AvenirNext LT Pro Light"/>
          <w:sz w:val="24"/>
          <w:szCs w:val="24"/>
        </w:rPr>
      </w:pPr>
      <w:r w:rsidRPr="004C2187">
        <w:rPr>
          <w:rFonts w:ascii="AvenirNext LT Pro Light" w:hAnsi="AvenirNext LT Pro Light"/>
          <w:sz w:val="24"/>
          <w:szCs w:val="24"/>
        </w:rPr>
        <w:t xml:space="preserve"> </w:t>
      </w:r>
    </w:p>
    <w:p w14:paraId="0DE5A9ED" w14:textId="77777777" w:rsidR="000D7453" w:rsidRPr="004C2187" w:rsidRDefault="0021226F">
      <w:pPr>
        <w:spacing w:after="60"/>
        <w:rPr>
          <w:rFonts w:ascii="AvenirNext LT Pro Light" w:hAnsi="AvenirNext LT Pro Light"/>
          <w:sz w:val="24"/>
          <w:szCs w:val="24"/>
        </w:rPr>
      </w:pPr>
      <w:r w:rsidRPr="004C2187">
        <w:rPr>
          <w:rFonts w:ascii="AvenirNext LT Pro Light" w:hAnsi="AvenirNext LT Pro Light"/>
          <w:b/>
          <w:sz w:val="24"/>
          <w:szCs w:val="24"/>
        </w:rPr>
        <w:t xml:space="preserve">Will your pet be wearing a costume?   </w:t>
      </w:r>
      <w:proofErr w:type="gramStart"/>
      <w:r w:rsidRPr="004C2187">
        <w:rPr>
          <w:rFonts w:ascii="AvenirNext LT Pro Light" w:hAnsi="AvenirNext LT Pro Light"/>
          <w:sz w:val="24"/>
          <w:szCs w:val="24"/>
        </w:rPr>
        <w:t>[ ]</w:t>
      </w:r>
      <w:proofErr w:type="gramEnd"/>
      <w:r w:rsidRPr="004C2187">
        <w:rPr>
          <w:rFonts w:ascii="AvenirNext LT Pro Light" w:hAnsi="AvenirNext LT Pro Light"/>
          <w:sz w:val="24"/>
          <w:szCs w:val="24"/>
        </w:rPr>
        <w:t xml:space="preserve"> Yes  </w:t>
      </w:r>
      <w:proofErr w:type="gramStart"/>
      <w:r w:rsidRPr="004C2187">
        <w:rPr>
          <w:rFonts w:ascii="AvenirNext LT Pro Light" w:hAnsi="AvenirNext LT Pro Light"/>
          <w:sz w:val="24"/>
          <w:szCs w:val="24"/>
        </w:rPr>
        <w:t xml:space="preserve">   [</w:t>
      </w:r>
      <w:proofErr w:type="gramEnd"/>
      <w:r w:rsidRPr="004C2187">
        <w:rPr>
          <w:rFonts w:ascii="AvenirNext LT Pro Light" w:hAnsi="AvenirNext LT Pro Light"/>
          <w:sz w:val="24"/>
          <w:szCs w:val="24"/>
        </w:rPr>
        <w:t xml:space="preserve"> ] No</w:t>
      </w:r>
    </w:p>
    <w:p w14:paraId="3EB4A20B" w14:textId="77777777" w:rsidR="000D7453" w:rsidRPr="004C2187" w:rsidRDefault="0021226F">
      <w:pPr>
        <w:spacing w:after="60"/>
        <w:rPr>
          <w:rFonts w:ascii="AvenirNext LT Pro Light" w:hAnsi="AvenirNext LT Pro Light"/>
          <w:sz w:val="24"/>
          <w:szCs w:val="24"/>
        </w:rPr>
      </w:pPr>
      <w:r w:rsidRPr="004C2187">
        <w:rPr>
          <w:rFonts w:ascii="AvenirNext LT Pro Light" w:hAnsi="AvenirNext LT Pro Light"/>
          <w:b/>
          <w:sz w:val="24"/>
          <w:szCs w:val="24"/>
        </w:rPr>
        <w:t xml:space="preserve">Costume/Theme (optional): </w:t>
      </w:r>
      <w:r w:rsidRPr="004C2187">
        <w:rPr>
          <w:rFonts w:ascii="AvenirNext LT Pro Light" w:hAnsi="AvenirNext LT Pro Light"/>
          <w:sz w:val="24"/>
          <w:szCs w:val="24"/>
        </w:rPr>
        <w:t>________________________________________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52"/>
      </w:tblGrid>
      <w:tr w:rsidR="000D7453" w:rsidRPr="004C2187" w14:paraId="0BFD3550" w14:textId="77777777">
        <w:trPr>
          <w:jc w:val="center"/>
        </w:trPr>
        <w:tc>
          <w:tcPr>
            <w:tcW w:w="10152" w:type="dxa"/>
            <w:shd w:val="clear" w:color="auto" w:fill="0B2D4D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2B95BA2" w14:textId="77777777" w:rsidR="000D7453" w:rsidRPr="004C2187" w:rsidRDefault="0021226F">
            <w:pPr>
              <w:spacing w:after="0"/>
              <w:jc w:val="center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b/>
                <w:color w:val="FFFFFF"/>
                <w:sz w:val="24"/>
                <w:szCs w:val="24"/>
              </w:rPr>
              <w:t>TELL US A FUN FACT!</w:t>
            </w:r>
          </w:p>
        </w:tc>
      </w:tr>
    </w:tbl>
    <w:p w14:paraId="0BF30147" w14:textId="77777777" w:rsidR="000D7453" w:rsidRPr="004C2187" w:rsidRDefault="0021226F">
      <w:pPr>
        <w:spacing w:after="0" w:line="40" w:lineRule="exact"/>
        <w:rPr>
          <w:rFonts w:ascii="AvenirNext LT Pro Light" w:hAnsi="AvenirNext LT Pro Light"/>
          <w:sz w:val="24"/>
          <w:szCs w:val="24"/>
        </w:rPr>
      </w:pPr>
      <w:r w:rsidRPr="004C2187">
        <w:rPr>
          <w:rFonts w:ascii="AvenirNext LT Pro Light" w:hAnsi="AvenirNext LT Pro Light"/>
          <w:sz w:val="24"/>
          <w:szCs w:val="24"/>
        </w:rPr>
        <w:t xml:space="preserve"> </w:t>
      </w:r>
    </w:p>
    <w:p w14:paraId="0484B1A6" w14:textId="77777777" w:rsidR="000D7453" w:rsidRPr="004C2187" w:rsidRDefault="0021226F" w:rsidP="004C2187">
      <w:pPr>
        <w:spacing w:after="60"/>
        <w:jc w:val="center"/>
        <w:rPr>
          <w:rFonts w:ascii="AvenirNext LT Pro Light" w:hAnsi="AvenirNext LT Pro Light"/>
          <w:sz w:val="24"/>
          <w:szCs w:val="24"/>
        </w:rPr>
      </w:pPr>
      <w:r w:rsidRPr="004C2187">
        <w:rPr>
          <w:rFonts w:ascii="AvenirNext LT Pro Light" w:hAnsi="AvenirNext LT Pro Light"/>
          <w:b/>
          <w:color w:val="B22222"/>
          <w:sz w:val="24"/>
          <w:szCs w:val="24"/>
        </w:rPr>
        <w:t>Share something fun, funny, or interesting about your pet, the handler, or BOTH!</w:t>
      </w:r>
    </w:p>
    <w:p w14:paraId="719FF143" w14:textId="77777777" w:rsidR="000D7453" w:rsidRPr="004C2187" w:rsidRDefault="0021226F" w:rsidP="004C2187">
      <w:pPr>
        <w:spacing w:after="80"/>
        <w:jc w:val="center"/>
        <w:rPr>
          <w:rFonts w:ascii="AvenirNext LT Pro Light" w:hAnsi="AvenirNext LT Pro Light"/>
          <w:sz w:val="24"/>
          <w:szCs w:val="24"/>
        </w:rPr>
      </w:pPr>
      <w:r w:rsidRPr="004C2187">
        <w:rPr>
          <w:rFonts w:ascii="AvenirNext LT Pro Light" w:hAnsi="AvenirNext LT Pro Light"/>
          <w:color w:val="464646"/>
          <w:sz w:val="24"/>
          <w:szCs w:val="24"/>
        </w:rPr>
        <w:t>We may share your fun fact while introducing you during the parade.</w:t>
      </w:r>
    </w:p>
    <w:p w14:paraId="1FF78DE1" w14:textId="1E06BFC4" w:rsidR="000D7453" w:rsidRPr="004C2187" w:rsidRDefault="0021226F" w:rsidP="004C2187">
      <w:pPr>
        <w:spacing w:after="20"/>
        <w:jc w:val="center"/>
        <w:rPr>
          <w:rFonts w:ascii="AvenirNext LT Pro Light" w:hAnsi="AvenirNext LT Pro Light"/>
          <w:sz w:val="24"/>
          <w:szCs w:val="24"/>
        </w:rPr>
      </w:pPr>
      <w:r w:rsidRPr="004C2187">
        <w:rPr>
          <w:rFonts w:ascii="AvenirNext LT Pro Light" w:hAnsi="AvenirNext LT Pro Light"/>
          <w:sz w:val="24"/>
          <w:szCs w:val="24"/>
        </w:rPr>
        <w:t>_______________________________________________________________________________________</w:t>
      </w:r>
    </w:p>
    <w:p w14:paraId="44F7C133" w14:textId="3D38C55D" w:rsidR="004C2187" w:rsidRDefault="0021226F" w:rsidP="004C2187">
      <w:pPr>
        <w:spacing w:after="20"/>
        <w:jc w:val="center"/>
        <w:rPr>
          <w:rFonts w:ascii="AvenirNext LT Pro Light" w:hAnsi="AvenirNext LT Pro Light"/>
          <w:sz w:val="24"/>
          <w:szCs w:val="24"/>
        </w:rPr>
      </w:pPr>
      <w:r w:rsidRPr="004C2187">
        <w:rPr>
          <w:rFonts w:ascii="AvenirNext LT Pro Light" w:hAnsi="AvenirNext LT Pro Light"/>
          <w:sz w:val="24"/>
          <w:szCs w:val="24"/>
        </w:rPr>
        <w:t>_______________________________________________________________________________________</w:t>
      </w:r>
    </w:p>
    <w:p w14:paraId="475926A9" w14:textId="77777777" w:rsidR="004C2187" w:rsidRPr="004C2187" w:rsidRDefault="004C2187" w:rsidP="004C2187">
      <w:pPr>
        <w:spacing w:after="20"/>
        <w:jc w:val="center"/>
        <w:rPr>
          <w:rFonts w:ascii="AvenirNext LT Pro Light" w:hAnsi="AvenirNext LT Pro Light"/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52"/>
      </w:tblGrid>
      <w:tr w:rsidR="000D7453" w:rsidRPr="004C2187" w14:paraId="03113318" w14:textId="77777777">
        <w:trPr>
          <w:jc w:val="center"/>
        </w:trPr>
        <w:tc>
          <w:tcPr>
            <w:tcW w:w="10152" w:type="dxa"/>
            <w:shd w:val="clear" w:color="auto" w:fill="0B2D4D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05B8BDB" w14:textId="77777777" w:rsidR="000D7453" w:rsidRPr="004C2187" w:rsidRDefault="0021226F">
            <w:pPr>
              <w:spacing w:after="0"/>
              <w:jc w:val="center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b/>
                <w:color w:val="FFFFFF"/>
                <w:sz w:val="24"/>
                <w:szCs w:val="24"/>
              </w:rPr>
              <w:t>AWARDS &amp; PET SAFETY</w:t>
            </w:r>
          </w:p>
        </w:tc>
      </w:tr>
    </w:tbl>
    <w:p w14:paraId="45E1CDCD" w14:textId="77777777" w:rsidR="000D7453" w:rsidRPr="004C2187" w:rsidRDefault="0021226F">
      <w:pPr>
        <w:spacing w:after="0" w:line="40" w:lineRule="exact"/>
        <w:rPr>
          <w:rFonts w:ascii="AvenirNext LT Pro Light" w:hAnsi="AvenirNext LT Pro Light"/>
          <w:sz w:val="24"/>
          <w:szCs w:val="24"/>
        </w:rPr>
      </w:pPr>
      <w:r w:rsidRPr="004C2187">
        <w:rPr>
          <w:rFonts w:ascii="AvenirNext LT Pro Light" w:hAnsi="AvenirNext LT Pro Light"/>
          <w:sz w:val="24"/>
          <w:szCs w:val="24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92"/>
        <w:gridCol w:w="5760"/>
      </w:tblGrid>
      <w:tr w:rsidR="000D7453" w:rsidRPr="004C2187" w14:paraId="3FB50794" w14:textId="77777777">
        <w:trPr>
          <w:jc w:val="center"/>
        </w:trPr>
        <w:tc>
          <w:tcPr>
            <w:tcW w:w="4392" w:type="dxa"/>
            <w:tcBorders>
              <w:top w:val="single" w:sz="8" w:space="0" w:color="D9C7A2"/>
              <w:left w:val="single" w:sz="8" w:space="0" w:color="D9C7A2"/>
              <w:bottom w:val="single" w:sz="8" w:space="0" w:color="D9C7A2"/>
              <w:right w:val="single" w:sz="8" w:space="0" w:color="D9C7A2"/>
            </w:tcBorders>
            <w:shd w:val="clear" w:color="auto" w:fill="FFF9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A10027" w14:textId="77777777" w:rsidR="000D7453" w:rsidRPr="004C2187" w:rsidRDefault="0021226F">
            <w:pPr>
              <w:spacing w:after="40"/>
              <w:jc w:val="center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b/>
                <w:sz w:val="24"/>
                <w:szCs w:val="24"/>
              </w:rPr>
              <w:t>Pets are eligible for:</w:t>
            </w:r>
          </w:p>
          <w:p w14:paraId="758F9801" w14:textId="77777777" w:rsidR="000D7453" w:rsidRPr="004C2187" w:rsidRDefault="0021226F">
            <w:pPr>
              <w:spacing w:after="20"/>
              <w:jc w:val="center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b/>
                <w:color w:val="B22222"/>
                <w:sz w:val="24"/>
                <w:szCs w:val="24"/>
              </w:rPr>
              <w:t>Best in Category</w:t>
            </w:r>
          </w:p>
          <w:p w14:paraId="20C75547" w14:textId="77777777" w:rsidR="000D7453" w:rsidRPr="004C2187" w:rsidRDefault="0021226F">
            <w:pPr>
              <w:spacing w:after="0"/>
              <w:jc w:val="center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b/>
                <w:color w:val="0B2D4D"/>
                <w:sz w:val="24"/>
                <w:szCs w:val="24"/>
              </w:rPr>
              <w:t>Overall Judges Award</w:t>
            </w:r>
          </w:p>
        </w:tc>
        <w:tc>
          <w:tcPr>
            <w:tcW w:w="5760" w:type="dxa"/>
            <w:tcBorders>
              <w:top w:val="single" w:sz="8" w:space="0" w:color="D9C7A2"/>
              <w:left w:val="single" w:sz="8" w:space="0" w:color="D9C7A2"/>
              <w:bottom w:val="single" w:sz="8" w:space="0" w:color="D9C7A2"/>
              <w:right w:val="single" w:sz="8" w:space="0" w:color="D9C7A2"/>
            </w:tcBorders>
            <w:shd w:val="clear" w:color="auto" w:fill="FFF9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1F5964" w14:textId="77777777" w:rsidR="000D7453" w:rsidRPr="004C2187" w:rsidRDefault="0021226F">
            <w:pPr>
              <w:spacing w:after="40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b/>
                <w:sz w:val="24"/>
                <w:szCs w:val="24"/>
              </w:rPr>
              <w:t xml:space="preserve">All pets must be safely leashed, contained, or appropriately handled during the parade. </w:t>
            </w:r>
            <w:r w:rsidRPr="004C2187">
              <w:rPr>
                <w:rFonts w:ascii="AvenirNext LT Pro Light" w:hAnsi="AvenirNext LT Pro Light"/>
                <w:sz w:val="24"/>
                <w:szCs w:val="24"/>
              </w:rPr>
              <w:t xml:space="preserve">The owner/handler is responsible for </w:t>
            </w:r>
            <w:proofErr w:type="gramStart"/>
            <w:r w:rsidRPr="004C2187">
              <w:rPr>
                <w:rFonts w:ascii="AvenirNext LT Pro Light" w:hAnsi="AvenirNext LT Pro Light"/>
                <w:sz w:val="24"/>
                <w:szCs w:val="24"/>
              </w:rPr>
              <w:t>keeping the pet under control at all times</w:t>
            </w:r>
            <w:proofErr w:type="gramEnd"/>
            <w:r w:rsidRPr="004C2187">
              <w:rPr>
                <w:rFonts w:ascii="AvenirNext LT Pro Light" w:hAnsi="AvenirNext LT Pro Light"/>
                <w:sz w:val="24"/>
                <w:szCs w:val="24"/>
              </w:rPr>
              <w:t>.</w:t>
            </w:r>
          </w:p>
        </w:tc>
      </w:tr>
    </w:tbl>
    <w:p w14:paraId="1EF07FBA" w14:textId="77777777" w:rsidR="000D7453" w:rsidRPr="004C2187" w:rsidRDefault="0021226F">
      <w:pPr>
        <w:spacing w:after="0" w:line="40" w:lineRule="exact"/>
        <w:rPr>
          <w:rFonts w:ascii="AvenirNext LT Pro Light" w:hAnsi="AvenirNext LT Pro Light"/>
          <w:sz w:val="24"/>
          <w:szCs w:val="24"/>
        </w:rPr>
      </w:pPr>
      <w:r w:rsidRPr="004C2187">
        <w:rPr>
          <w:rFonts w:ascii="AvenirNext LT Pro Light" w:hAnsi="AvenirNext LT Pro Light"/>
          <w:sz w:val="24"/>
          <w:szCs w:val="24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4"/>
        <w:gridCol w:w="1752"/>
        <w:gridCol w:w="1752"/>
        <w:gridCol w:w="3504"/>
        <w:gridCol w:w="38"/>
      </w:tblGrid>
      <w:tr w:rsidR="000D7453" w:rsidRPr="004C2187" w14:paraId="3E0B3D88" w14:textId="77777777">
        <w:trPr>
          <w:gridAfter w:val="1"/>
          <w:wAfter w:w="38" w:type="dxa"/>
          <w:jc w:val="center"/>
        </w:trPr>
        <w:tc>
          <w:tcPr>
            <w:tcW w:w="5256" w:type="dxa"/>
            <w:gridSpan w:val="2"/>
          </w:tcPr>
          <w:p w14:paraId="7668EF48" w14:textId="77777777" w:rsidR="004C2187" w:rsidRPr="004C2187" w:rsidRDefault="004C2187">
            <w:pPr>
              <w:spacing w:after="0"/>
              <w:rPr>
                <w:rFonts w:ascii="AvenirNext LT Pro Light" w:hAnsi="AvenirNext LT Pro Light"/>
                <w:b/>
                <w:sz w:val="24"/>
                <w:szCs w:val="24"/>
              </w:rPr>
            </w:pPr>
          </w:p>
          <w:p w14:paraId="0B60B693" w14:textId="2242C414" w:rsidR="000D7453" w:rsidRPr="004C2187" w:rsidRDefault="0021226F">
            <w:pPr>
              <w:spacing w:after="0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b/>
                <w:sz w:val="24"/>
                <w:szCs w:val="24"/>
              </w:rPr>
              <w:t xml:space="preserve">Owner/Handler Signature: </w:t>
            </w:r>
            <w:r w:rsidRPr="004C2187">
              <w:rPr>
                <w:rFonts w:ascii="AvenirNext LT Pro Light" w:hAnsi="AvenirNext LT Pro Light"/>
                <w:sz w:val="24"/>
                <w:szCs w:val="24"/>
              </w:rPr>
              <w:t>_____________________________</w:t>
            </w:r>
          </w:p>
        </w:tc>
        <w:tc>
          <w:tcPr>
            <w:tcW w:w="5256" w:type="dxa"/>
            <w:gridSpan w:val="2"/>
          </w:tcPr>
          <w:p w14:paraId="39A92597" w14:textId="77777777" w:rsidR="004C2187" w:rsidRPr="004C2187" w:rsidRDefault="004C2187">
            <w:pPr>
              <w:spacing w:after="0"/>
              <w:rPr>
                <w:rFonts w:ascii="AvenirNext LT Pro Light" w:hAnsi="AvenirNext LT Pro Light"/>
                <w:b/>
                <w:sz w:val="24"/>
                <w:szCs w:val="24"/>
              </w:rPr>
            </w:pPr>
          </w:p>
          <w:p w14:paraId="1B5EB7FA" w14:textId="32B089F4" w:rsidR="000D7453" w:rsidRPr="004C2187" w:rsidRDefault="0021226F">
            <w:pPr>
              <w:spacing w:after="0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b/>
                <w:sz w:val="24"/>
                <w:szCs w:val="24"/>
              </w:rPr>
              <w:t xml:space="preserve">Date: </w:t>
            </w:r>
            <w:r w:rsidRPr="004C2187">
              <w:rPr>
                <w:rFonts w:ascii="AvenirNext LT Pro Light" w:hAnsi="AvenirNext LT Pro Light"/>
                <w:sz w:val="24"/>
                <w:szCs w:val="24"/>
              </w:rPr>
              <w:t>__________________</w:t>
            </w:r>
          </w:p>
          <w:p w14:paraId="6613D798" w14:textId="77777777" w:rsidR="004C2187" w:rsidRPr="004C2187" w:rsidRDefault="004C2187">
            <w:pPr>
              <w:spacing w:after="0"/>
              <w:rPr>
                <w:rFonts w:ascii="AvenirNext LT Pro Light" w:hAnsi="AvenirNext LT Pro Light"/>
                <w:sz w:val="24"/>
                <w:szCs w:val="24"/>
              </w:rPr>
            </w:pPr>
          </w:p>
          <w:p w14:paraId="1848DB21" w14:textId="77777777" w:rsidR="004C2187" w:rsidRPr="004C2187" w:rsidRDefault="004C2187">
            <w:pPr>
              <w:spacing w:after="0"/>
              <w:rPr>
                <w:rFonts w:ascii="AvenirNext LT Pro Light" w:hAnsi="AvenirNext LT Pro Light"/>
                <w:sz w:val="24"/>
                <w:szCs w:val="24"/>
              </w:rPr>
            </w:pPr>
          </w:p>
        </w:tc>
      </w:tr>
      <w:tr w:rsidR="000D7453" w:rsidRPr="004C2187" w14:paraId="696DA613" w14:textId="77777777">
        <w:trPr>
          <w:jc w:val="center"/>
        </w:trPr>
        <w:tc>
          <w:tcPr>
            <w:tcW w:w="10512" w:type="dxa"/>
            <w:gridSpan w:val="5"/>
            <w:shd w:val="clear" w:color="auto" w:fill="B2222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0445B41" w14:textId="77777777" w:rsidR="000D7453" w:rsidRPr="004C2187" w:rsidRDefault="0021226F">
            <w:pPr>
              <w:spacing w:after="0"/>
              <w:jc w:val="center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b/>
                <w:color w:val="FFFFFF"/>
                <w:sz w:val="24"/>
                <w:szCs w:val="24"/>
              </w:rPr>
              <w:t>FOR EVENT USE</w:t>
            </w:r>
          </w:p>
        </w:tc>
      </w:tr>
      <w:tr w:rsidR="000D7453" w:rsidRPr="004C2187" w14:paraId="182DAA8F" w14:textId="77777777">
        <w:trPr>
          <w:jc w:val="center"/>
        </w:trPr>
        <w:tc>
          <w:tcPr>
            <w:tcW w:w="3504" w:type="dxa"/>
            <w:shd w:val="clear" w:color="auto" w:fill="F8F1E4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2E892276" w14:textId="77777777" w:rsidR="000D7453" w:rsidRPr="004C2187" w:rsidRDefault="0021226F">
            <w:pPr>
              <w:spacing w:after="0"/>
              <w:jc w:val="center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sz w:val="24"/>
                <w:szCs w:val="24"/>
              </w:rPr>
              <w:t>Registration #: __________________</w:t>
            </w:r>
          </w:p>
        </w:tc>
        <w:tc>
          <w:tcPr>
            <w:tcW w:w="3504" w:type="dxa"/>
            <w:gridSpan w:val="2"/>
            <w:shd w:val="clear" w:color="auto" w:fill="F8F1E4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5DFBD07F" w14:textId="77777777" w:rsidR="000D7453" w:rsidRPr="004C2187" w:rsidRDefault="0021226F">
            <w:pPr>
              <w:spacing w:after="0"/>
              <w:jc w:val="center"/>
              <w:rPr>
                <w:rFonts w:ascii="AvenirNext LT Pro Light" w:hAnsi="AvenirNext LT Pro Light"/>
                <w:sz w:val="24"/>
                <w:szCs w:val="24"/>
              </w:rPr>
            </w:pPr>
            <w:r w:rsidRPr="004C2187">
              <w:rPr>
                <w:rFonts w:ascii="AvenirNext LT Pro Light" w:hAnsi="AvenirNext LT Pro Light"/>
                <w:sz w:val="24"/>
                <w:szCs w:val="24"/>
              </w:rPr>
              <w:t>Category: __________________</w:t>
            </w:r>
          </w:p>
        </w:tc>
        <w:tc>
          <w:tcPr>
            <w:tcW w:w="3504" w:type="dxa"/>
            <w:gridSpan w:val="2"/>
            <w:shd w:val="clear" w:color="auto" w:fill="F8F1E4"/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207A8ADB" w14:textId="77777777" w:rsidR="000D7453" w:rsidRPr="004C2187" w:rsidRDefault="0021226F">
            <w:pPr>
              <w:rPr>
                <w:rFonts w:ascii="AvenirNext LT Pro Light" w:hAnsi="AvenirNext LT Pro Light"/>
                <w:sz w:val="24"/>
                <w:szCs w:val="24"/>
              </w:rPr>
            </w:pPr>
            <w:proofErr w:type="gramStart"/>
            <w:r w:rsidRPr="004C2187">
              <w:rPr>
                <w:rFonts w:ascii="AvenirNext LT Pro Light" w:hAnsi="AvenirNext LT Pro Light"/>
                <w:b/>
                <w:sz w:val="24"/>
                <w:szCs w:val="24"/>
              </w:rPr>
              <w:t>[ ]</w:t>
            </w:r>
            <w:proofErr w:type="gramEnd"/>
            <w:r w:rsidRPr="004C2187">
              <w:rPr>
                <w:rFonts w:ascii="AvenirNext LT Pro Light" w:hAnsi="AvenirNext LT Pro Light"/>
                <w:b/>
                <w:sz w:val="24"/>
                <w:szCs w:val="24"/>
              </w:rPr>
              <w:t xml:space="preserve"> Best Category</w:t>
            </w:r>
            <w:proofErr w:type="gramStart"/>
            <w:r w:rsidRPr="004C2187">
              <w:rPr>
                <w:rFonts w:ascii="AvenirNext LT Pro Light" w:hAnsi="AvenirNext LT Pro Light"/>
                <w:b/>
                <w:sz w:val="24"/>
                <w:szCs w:val="24"/>
              </w:rPr>
              <w:t xml:space="preserve">   [</w:t>
            </w:r>
            <w:proofErr w:type="gramEnd"/>
            <w:r w:rsidRPr="004C2187">
              <w:rPr>
                <w:rFonts w:ascii="AvenirNext LT Pro Light" w:hAnsi="AvenirNext LT Pro Light"/>
                <w:b/>
                <w:sz w:val="24"/>
                <w:szCs w:val="24"/>
              </w:rPr>
              <w:t xml:space="preserve"> ] Overall Award</w:t>
            </w:r>
          </w:p>
        </w:tc>
      </w:tr>
    </w:tbl>
    <w:p w14:paraId="2AF4EFDD" w14:textId="6C2FFB4C" w:rsidR="000D7453" w:rsidRPr="004C2187" w:rsidRDefault="000D7453" w:rsidP="004C2187">
      <w:pPr>
        <w:spacing w:before="20" w:after="0"/>
        <w:jc w:val="center"/>
        <w:rPr>
          <w:rFonts w:ascii="AvenirNext LT Pro Light" w:hAnsi="AvenirNext LT Pro Light"/>
          <w:sz w:val="24"/>
          <w:szCs w:val="24"/>
        </w:rPr>
      </w:pPr>
    </w:p>
    <w:sectPr w:rsidR="000D7453" w:rsidRPr="004C2187" w:rsidSect="00034616">
      <w:footerReference w:type="default" r:id="rId8"/>
      <w:pgSz w:w="12240" w:h="15840"/>
      <w:pgMar w:top="461" w:right="864" w:bottom="403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A6BB4" w14:textId="77777777" w:rsidR="0021226F" w:rsidRDefault="0021226F">
      <w:pPr>
        <w:spacing w:after="0" w:line="240" w:lineRule="auto"/>
      </w:pPr>
      <w:r>
        <w:separator/>
      </w:r>
    </w:p>
  </w:endnote>
  <w:endnote w:type="continuationSeparator" w:id="0">
    <w:p w14:paraId="317F9ECD" w14:textId="77777777" w:rsidR="0021226F" w:rsidRDefault="00212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venirNext LT Pro Light">
    <w:panose1 w:val="020B0403020202020204"/>
    <w:charset w:val="00"/>
    <w:family w:val="swiss"/>
    <w:pitch w:val="variable"/>
    <w:sig w:usb0="A00000AF" w:usb1="5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8C090" w14:textId="77777777" w:rsidR="000D7453" w:rsidRDefault="0021226F">
    <w:pPr>
      <w:pStyle w:val="Footer"/>
      <w:jc w:val="center"/>
      <w:rPr>
        <w:color w:val="6E6E6E"/>
        <w:sz w:val="16"/>
      </w:rPr>
    </w:pPr>
    <w:r>
      <w:rPr>
        <w:color w:val="6E6E6E"/>
        <w:sz w:val="16"/>
      </w:rPr>
      <w:t>Old Fashion Days Festival Pet Parade</w:t>
    </w:r>
  </w:p>
  <w:p w14:paraId="509F126B" w14:textId="77777777" w:rsidR="004C2187" w:rsidRPr="004C2187" w:rsidRDefault="004C2187" w:rsidP="004C2187">
    <w:pPr>
      <w:spacing w:before="20" w:after="0"/>
      <w:jc w:val="center"/>
      <w:rPr>
        <w:rFonts w:ascii="AvenirNext LT Pro Light" w:hAnsi="AvenirNext LT Pro Light"/>
        <w:sz w:val="24"/>
        <w:szCs w:val="24"/>
      </w:rPr>
    </w:pPr>
    <w:r w:rsidRPr="004C2187">
      <w:rPr>
        <w:rFonts w:ascii="AvenirNext LT Pro Light" w:hAnsi="AvenirNext LT Pro Light"/>
        <w:b/>
        <w:color w:val="0B2D4D"/>
        <w:sz w:val="24"/>
        <w:szCs w:val="24"/>
      </w:rPr>
      <w:t>ALL PETS WELCOME!  Come join the fun at Old Fashion Days!</w:t>
    </w:r>
  </w:p>
  <w:p w14:paraId="15DCBF2E" w14:textId="77777777" w:rsidR="004C2187" w:rsidRDefault="004C218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9156D" w14:textId="77777777" w:rsidR="0021226F" w:rsidRDefault="0021226F">
      <w:pPr>
        <w:spacing w:after="0" w:line="240" w:lineRule="auto"/>
      </w:pPr>
      <w:r>
        <w:separator/>
      </w:r>
    </w:p>
  </w:footnote>
  <w:footnote w:type="continuationSeparator" w:id="0">
    <w:p w14:paraId="246E2A4E" w14:textId="77777777" w:rsidR="0021226F" w:rsidRDefault="00212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2991973">
    <w:abstractNumId w:val="8"/>
  </w:num>
  <w:num w:numId="2" w16cid:durableId="1043601723">
    <w:abstractNumId w:val="6"/>
  </w:num>
  <w:num w:numId="3" w16cid:durableId="206182785">
    <w:abstractNumId w:val="5"/>
  </w:num>
  <w:num w:numId="4" w16cid:durableId="1342246689">
    <w:abstractNumId w:val="4"/>
  </w:num>
  <w:num w:numId="5" w16cid:durableId="1068724606">
    <w:abstractNumId w:val="7"/>
  </w:num>
  <w:num w:numId="6" w16cid:durableId="187332960">
    <w:abstractNumId w:val="3"/>
  </w:num>
  <w:num w:numId="7" w16cid:durableId="771322787">
    <w:abstractNumId w:val="2"/>
  </w:num>
  <w:num w:numId="8" w16cid:durableId="1708288859">
    <w:abstractNumId w:val="1"/>
  </w:num>
  <w:num w:numId="9" w16cid:durableId="1757821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05CA"/>
    <w:rsid w:val="000D7453"/>
    <w:rsid w:val="0015074B"/>
    <w:rsid w:val="0021226F"/>
    <w:rsid w:val="0029639D"/>
    <w:rsid w:val="00326F90"/>
    <w:rsid w:val="004C2187"/>
    <w:rsid w:val="00626D31"/>
    <w:rsid w:val="006B52AD"/>
    <w:rsid w:val="00AA1D8D"/>
    <w:rsid w:val="00B47730"/>
    <w:rsid w:val="00CB0664"/>
    <w:rsid w:val="00EA1D3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0969C6"/>
  <w14:defaultImageDpi w14:val="300"/>
  <w15:docId w15:val="{4B39650D-D74B-44EB-98C0-D19F79D5D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Heather Montgomery</cp:lastModifiedBy>
  <cp:revision>2</cp:revision>
  <dcterms:created xsi:type="dcterms:W3CDTF">2026-08-09T20:52:00Z</dcterms:created>
  <dcterms:modified xsi:type="dcterms:W3CDTF">2026-08-09T20:52:00Z</dcterms:modified>
  <cp:category/>
</cp:coreProperties>
</file>