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11232"/>
      </w:tblGrid>
      <w:tr w:rsidR="0033171A" w14:paraId="237B4A75" w14:textId="77777777">
        <w:trPr>
          <w:cantSplit/>
          <w:jc w:val="center"/>
        </w:trPr>
        <w:tc>
          <w:tcPr>
            <w:tcW w:w="11232" w:type="dxa"/>
            <w:shd w:val="clear" w:color="auto" w:fill="17364D"/>
            <w:tcMar>
              <w:top w:w="35" w:type="dxa"/>
              <w:left w:w="55" w:type="dxa"/>
              <w:bottom w:w="35" w:type="dxa"/>
              <w:right w:w="55" w:type="dxa"/>
            </w:tcMar>
            <w:vAlign w:val="center"/>
          </w:tcPr>
          <w:p w14:paraId="6C8D81AB" w14:textId="77777777" w:rsidR="0033171A" w:rsidRDefault="00952DB8">
            <w:pPr>
              <w:keepLines/>
              <w:spacing w:after="0" w:line="240" w:lineRule="auto"/>
            </w:pPr>
            <w:r>
              <w:rPr>
                <w:b/>
                <w:color w:val="FFFFFF"/>
                <w:sz w:val="44"/>
              </w:rPr>
              <w:t>Can a Promise Affect a Will?</w:t>
            </w:r>
          </w:p>
          <w:p w14:paraId="0BB46B0B" w14:textId="77777777" w:rsidR="0033171A" w:rsidRDefault="00952DB8">
            <w:pPr>
              <w:keepLines/>
              <w:spacing w:after="0" w:line="240" w:lineRule="auto"/>
            </w:pPr>
            <w:r>
              <w:rPr>
                <w:b/>
                <w:color w:val="DCE8EE"/>
              </w:rPr>
              <w:t>50 questions to consider before seeking advice</w:t>
            </w:r>
          </w:p>
        </w:tc>
      </w:tr>
    </w:tbl>
    <w:p w14:paraId="4BE42C97" w14:textId="77777777" w:rsidR="0033171A" w:rsidRDefault="0033171A">
      <w:pPr>
        <w:spacing w:after="60" w:line="240" w:lineRule="auto"/>
      </w:pPr>
    </w:p>
    <w:p w14:paraId="0B8F7EA4" w14:textId="77777777" w:rsidR="0033171A" w:rsidRDefault="00952DB8">
      <w:pPr>
        <w:spacing w:after="60" w:line="240" w:lineRule="auto"/>
        <w:jc w:val="center"/>
      </w:pPr>
      <w:r>
        <w:rPr>
          <w:b/>
          <w:color w:val="3F6F62"/>
          <w:sz w:val="26"/>
        </w:rPr>
        <w:t>A fact-finding checklist for promises about homes, property and inheritance</w:t>
      </w:r>
    </w:p>
    <w:tbl>
      <w:tblPr>
        <w:tblW w:w="0" w:type="auto"/>
        <w:jc w:val="center"/>
        <w:tblLayout w:type="fixed"/>
        <w:tblLook w:val="04A0" w:firstRow="1" w:lastRow="0" w:firstColumn="1" w:lastColumn="0" w:noHBand="0" w:noVBand="1"/>
      </w:tblPr>
      <w:tblGrid>
        <w:gridCol w:w="11232"/>
      </w:tblGrid>
      <w:tr w:rsidR="0033171A" w14:paraId="0610010C" w14:textId="77777777">
        <w:trPr>
          <w:cantSplit/>
          <w:jc w:val="center"/>
        </w:trPr>
        <w:tc>
          <w:tcPr>
            <w:tcW w:w="11232" w:type="dxa"/>
            <w:tcBorders>
              <w:left w:val="single" w:sz="18" w:space="0" w:color="3F6F62"/>
            </w:tcBorders>
            <w:shd w:val="clear" w:color="auto" w:fill="EAF2EF"/>
            <w:tcMar>
              <w:top w:w="35" w:type="dxa"/>
              <w:left w:w="55" w:type="dxa"/>
              <w:bottom w:w="35" w:type="dxa"/>
              <w:right w:w="55" w:type="dxa"/>
            </w:tcMar>
            <w:vAlign w:val="center"/>
          </w:tcPr>
          <w:p w14:paraId="5AB99AD9" w14:textId="77777777" w:rsidR="000B207F" w:rsidRDefault="000759C6">
            <w:pPr>
              <w:keepLines/>
              <w:spacing w:after="0" w:line="240" w:lineRule="auto"/>
            </w:pPr>
            <w:r>
              <w:rPr>
                <w:b/>
              </w:rPr>
              <w:t>Important: This checklist does not determine whether a legal claim exists. Proprietary estoppel, beneficial ownership and Inheritance Act claims are fact-sensitive. Use the questions to organise the history, identify possible evidence and prepare for a discussion with an appropriate adviser.</w:t>
            </w:r>
            <w:r>
              <w:rPr>
                <w:b/>
              </w:rPr>
              <w:br/>
            </w:r>
            <w:r>
              <w:rPr>
                <w:b/>
              </w:rPr>
              <w:br/>
            </w:r>
            <w:r>
              <w:rPr>
                <w:b/>
              </w:rPr>
              <w:t>Editable Word version: Save your own copy before you begin. You can type directly into the Notes or evidence columns, or print the document and complete it by hand. You do not need to answer every question. Brief notes are enough at this stage. If you need more space, continue on a separate page and record the relevant question number.</w:t>
            </w:r>
          </w:p>
        </w:tc>
      </w:tr>
    </w:tbl>
    <w:p w14:paraId="2F04D292" w14:textId="77777777" w:rsidR="0033171A" w:rsidRDefault="0033171A">
      <w:pPr>
        <w:spacing w:after="60" w:line="240" w:lineRule="auto"/>
      </w:pPr>
    </w:p>
    <w:p w14:paraId="670F0121" w14:textId="77777777" w:rsidR="0033171A" w:rsidRDefault="00952DB8">
      <w:pPr>
        <w:pStyle w:val="Heading1"/>
        <w:spacing w:before="80" w:after="60" w:line="240" w:lineRule="auto"/>
      </w:pPr>
      <w:r>
        <w:rPr>
          <w:rFonts w:ascii="Aptos" w:hAnsi="Aptos"/>
          <w:sz w:val="32"/>
        </w:rPr>
        <w:t>Who is this for?</w:t>
      </w:r>
    </w:p>
    <w:p w14:paraId="45AB43E0" w14:textId="77777777" w:rsidR="0033171A" w:rsidRDefault="00952DB8">
      <w:pPr>
        <w:spacing w:after="60" w:line="240" w:lineRule="auto"/>
      </w:pPr>
      <w:r>
        <w:t>Use this checklist if you are:</w:t>
      </w:r>
    </w:p>
    <w:p w14:paraId="5657D000" w14:textId="77777777" w:rsidR="0033171A" w:rsidRDefault="00952DB8">
      <w:pPr>
        <w:pStyle w:val="ListBullet"/>
        <w:spacing w:after="20" w:line="240" w:lineRule="auto"/>
        <w:ind w:left="259" w:hanging="173"/>
      </w:pPr>
      <w:r>
        <w:t>making or reviewing a Will and may previously have promised someone a home, property interest or inheritance;</w:t>
      </w:r>
    </w:p>
    <w:p w14:paraId="01D371DC" w14:textId="77777777" w:rsidR="0033171A" w:rsidRDefault="00952DB8">
      <w:pPr>
        <w:pStyle w:val="ListBullet"/>
        <w:spacing w:after="20" w:line="240" w:lineRule="auto"/>
        <w:ind w:left="259" w:hanging="173"/>
      </w:pPr>
      <w:r>
        <w:t>concerned that somebody has changed their position because of something you said;</w:t>
      </w:r>
    </w:p>
    <w:p w14:paraId="27C3C0F1" w14:textId="77777777" w:rsidR="0033171A" w:rsidRDefault="00952DB8">
      <w:pPr>
        <w:pStyle w:val="ListBullet"/>
        <w:spacing w:after="20" w:line="240" w:lineRule="auto"/>
        <w:ind w:left="259" w:hanging="173"/>
      </w:pPr>
      <w:r>
        <w:t>someone who believes a promise was made to them; or</w:t>
      </w:r>
    </w:p>
    <w:p w14:paraId="1BCDA3FD" w14:textId="77777777" w:rsidR="0033171A" w:rsidRDefault="00952DB8">
      <w:pPr>
        <w:pStyle w:val="ListBullet"/>
        <w:spacing w:after="20" w:line="240" w:lineRule="auto"/>
        <w:ind w:left="259" w:hanging="173"/>
      </w:pPr>
      <w:r>
        <w:t>an executor or family member trying to understand why a dispute may arise.</w:t>
      </w:r>
    </w:p>
    <w:p w14:paraId="3B18E180" w14:textId="77777777" w:rsidR="0033171A" w:rsidRDefault="00952DB8">
      <w:pPr>
        <w:pStyle w:val="Heading1"/>
        <w:spacing w:before="80" w:after="60" w:line="240" w:lineRule="auto"/>
      </w:pPr>
      <w:r>
        <w:rPr>
          <w:rFonts w:ascii="Aptos" w:hAnsi="Aptos"/>
          <w:sz w:val="32"/>
        </w:rPr>
        <w:t>Three separate issues may need checking</w:t>
      </w:r>
    </w:p>
    <w:tbl>
      <w:tblPr>
        <w:tblStyle w:val="TableGrid"/>
        <w:tblW w:w="0" w:type="auto"/>
        <w:jc w:val="center"/>
        <w:tblLayout w:type="fixed"/>
        <w:tblLook w:val="04A0" w:firstRow="1" w:lastRow="0" w:firstColumn="1" w:lastColumn="0" w:noHBand="0" w:noVBand="1"/>
      </w:tblPr>
      <w:tblGrid>
        <w:gridCol w:w="2664"/>
        <w:gridCol w:w="8568"/>
      </w:tblGrid>
      <w:tr w:rsidR="0033171A" w14:paraId="565A8D04" w14:textId="77777777" w:rsidTr="00CB0390">
        <w:trPr>
          <w:cantSplit/>
          <w:tblHeader/>
          <w:jc w:val="center"/>
        </w:trPr>
        <w:tc>
          <w:tcPr>
            <w:tcW w:w="2664" w:type="dxa"/>
            <w:shd w:val="clear" w:color="auto" w:fill="17364D"/>
            <w:tcMar>
              <w:top w:w="35" w:type="dxa"/>
              <w:left w:w="55" w:type="dxa"/>
              <w:bottom w:w="35" w:type="dxa"/>
              <w:right w:w="55" w:type="dxa"/>
            </w:tcMar>
            <w:vAlign w:val="center"/>
          </w:tcPr>
          <w:p w14:paraId="448FB501" w14:textId="77777777" w:rsidR="0033171A" w:rsidRDefault="00952DB8">
            <w:pPr>
              <w:keepLines/>
              <w:spacing w:after="0" w:line="240" w:lineRule="auto"/>
            </w:pPr>
            <w:r>
              <w:rPr>
                <w:b/>
                <w:color w:val="FFFFFF"/>
              </w:rPr>
              <w:t>Issue</w:t>
            </w:r>
          </w:p>
        </w:tc>
        <w:tc>
          <w:tcPr>
            <w:tcW w:w="8568" w:type="dxa"/>
            <w:shd w:val="clear" w:color="auto" w:fill="17364D"/>
            <w:tcMar>
              <w:top w:w="35" w:type="dxa"/>
              <w:left w:w="55" w:type="dxa"/>
              <w:bottom w:w="35" w:type="dxa"/>
              <w:right w:w="55" w:type="dxa"/>
            </w:tcMar>
            <w:vAlign w:val="center"/>
          </w:tcPr>
          <w:p w14:paraId="581FC878" w14:textId="77777777" w:rsidR="0033171A" w:rsidRDefault="00952DB8">
            <w:pPr>
              <w:keepLines/>
              <w:spacing w:after="0" w:line="240" w:lineRule="auto"/>
            </w:pPr>
            <w:r>
              <w:rPr>
                <w:b/>
                <w:color w:val="FFFFFF"/>
              </w:rPr>
              <w:t>What it asks</w:t>
            </w:r>
          </w:p>
        </w:tc>
      </w:tr>
      <w:tr w:rsidR="0033171A" w14:paraId="7C6E9104" w14:textId="77777777" w:rsidTr="00CB0390">
        <w:trPr>
          <w:cantSplit/>
          <w:jc w:val="center"/>
        </w:trPr>
        <w:tc>
          <w:tcPr>
            <w:tcW w:w="2664" w:type="dxa"/>
            <w:tcMar>
              <w:top w:w="35" w:type="dxa"/>
              <w:left w:w="55" w:type="dxa"/>
              <w:bottom w:w="35" w:type="dxa"/>
              <w:right w:w="55" w:type="dxa"/>
            </w:tcMar>
          </w:tcPr>
          <w:p w14:paraId="6AE0C218" w14:textId="77777777" w:rsidR="0033171A" w:rsidRDefault="00952DB8">
            <w:pPr>
              <w:keepLines/>
              <w:spacing w:after="0" w:line="240" w:lineRule="auto"/>
            </w:pPr>
            <w:r>
              <w:rPr>
                <w:b/>
              </w:rPr>
              <w:t>Proprietary estoppel</w:t>
            </w:r>
          </w:p>
        </w:tc>
        <w:tc>
          <w:tcPr>
            <w:tcW w:w="8568" w:type="dxa"/>
            <w:tcMar>
              <w:top w:w="35" w:type="dxa"/>
              <w:left w:w="55" w:type="dxa"/>
              <w:bottom w:w="35" w:type="dxa"/>
              <w:right w:w="55" w:type="dxa"/>
            </w:tcMar>
          </w:tcPr>
          <w:p w14:paraId="4B830549" w14:textId="77777777" w:rsidR="0033171A" w:rsidRDefault="00952DB8">
            <w:pPr>
              <w:keepLines/>
              <w:spacing w:after="0" w:line="240" w:lineRule="auto"/>
            </w:pPr>
            <w:r>
              <w:t>Was there a sufficiently clear assurance about property, reasonable reliance and resulting detriment?</w:t>
            </w:r>
          </w:p>
        </w:tc>
      </w:tr>
      <w:tr w:rsidR="0033171A" w14:paraId="4366E86A" w14:textId="77777777" w:rsidTr="00CB0390">
        <w:trPr>
          <w:cantSplit/>
          <w:jc w:val="center"/>
        </w:trPr>
        <w:tc>
          <w:tcPr>
            <w:tcW w:w="2664" w:type="dxa"/>
            <w:tcMar>
              <w:top w:w="35" w:type="dxa"/>
              <w:left w:w="55" w:type="dxa"/>
              <w:bottom w:w="35" w:type="dxa"/>
              <w:right w:w="55" w:type="dxa"/>
            </w:tcMar>
          </w:tcPr>
          <w:p w14:paraId="38BE3BF1" w14:textId="77777777" w:rsidR="0033171A" w:rsidRDefault="00952DB8">
            <w:pPr>
              <w:keepLines/>
              <w:spacing w:after="0" w:line="240" w:lineRule="auto"/>
            </w:pPr>
            <w:r>
              <w:rPr>
                <w:b/>
              </w:rPr>
              <w:t>Beneficial ownership</w:t>
            </w:r>
          </w:p>
        </w:tc>
        <w:tc>
          <w:tcPr>
            <w:tcW w:w="8568" w:type="dxa"/>
            <w:tcMar>
              <w:top w:w="35" w:type="dxa"/>
              <w:left w:w="55" w:type="dxa"/>
              <w:bottom w:w="35" w:type="dxa"/>
              <w:right w:w="55" w:type="dxa"/>
            </w:tcMar>
          </w:tcPr>
          <w:p w14:paraId="750E5F32" w14:textId="77777777" w:rsidR="0033171A" w:rsidRDefault="00952DB8">
            <w:pPr>
              <w:keepLines/>
              <w:spacing w:after="0" w:line="240" w:lineRule="auto"/>
            </w:pPr>
            <w:r>
              <w:t>Did the person already own a share of the property, regardless of the Will?</w:t>
            </w:r>
          </w:p>
        </w:tc>
      </w:tr>
      <w:tr w:rsidR="0033171A" w14:paraId="3B0432B2" w14:textId="77777777" w:rsidTr="00CB0390">
        <w:trPr>
          <w:cantSplit/>
          <w:jc w:val="center"/>
        </w:trPr>
        <w:tc>
          <w:tcPr>
            <w:tcW w:w="2664" w:type="dxa"/>
            <w:tcMar>
              <w:top w:w="35" w:type="dxa"/>
              <w:left w:w="55" w:type="dxa"/>
              <w:bottom w:w="35" w:type="dxa"/>
              <w:right w:w="55" w:type="dxa"/>
            </w:tcMar>
          </w:tcPr>
          <w:p w14:paraId="5DEF1009" w14:textId="77777777" w:rsidR="0033171A" w:rsidRDefault="00952DB8">
            <w:pPr>
              <w:keepLines/>
              <w:spacing w:after="0" w:line="240" w:lineRule="auto"/>
            </w:pPr>
            <w:r>
              <w:rPr>
                <w:b/>
              </w:rPr>
              <w:t>Inheritance Act 1975</w:t>
            </w:r>
          </w:p>
        </w:tc>
        <w:tc>
          <w:tcPr>
            <w:tcW w:w="8568" w:type="dxa"/>
            <w:tcMar>
              <w:top w:w="35" w:type="dxa"/>
              <w:left w:w="55" w:type="dxa"/>
              <w:bottom w:w="35" w:type="dxa"/>
              <w:right w:w="55" w:type="dxa"/>
            </w:tcMar>
          </w:tcPr>
          <w:p w14:paraId="374707D4" w14:textId="77777777" w:rsidR="0033171A" w:rsidRDefault="00952DB8">
            <w:pPr>
              <w:keepLines/>
              <w:spacing w:after="0" w:line="240" w:lineRule="auto"/>
            </w:pPr>
            <w:r>
              <w:t>Has the estate failed to make reasonable financial provision for an eligible applicant? A promise is not required.</w:t>
            </w:r>
          </w:p>
        </w:tc>
      </w:tr>
    </w:tbl>
    <w:p w14:paraId="2B19B8F9" w14:textId="77777777" w:rsidR="0033171A" w:rsidRDefault="00952DB8">
      <w:pPr>
        <w:pStyle w:val="Heading1"/>
        <w:spacing w:before="80" w:after="60" w:line="240" w:lineRule="auto"/>
      </w:pPr>
      <w:r>
        <w:rPr>
          <w:rFonts w:ascii="Aptos" w:hAnsi="Aptos"/>
          <w:sz w:val="32"/>
        </w:rPr>
        <w:t>Basic details</w:t>
      </w:r>
    </w:p>
    <w:p w14:paraId="14D9E7ED" w14:textId="77777777" w:rsidR="0033171A" w:rsidRDefault="00952DB8">
      <w:pPr>
        <w:spacing w:after="60" w:line="240" w:lineRule="auto"/>
      </w:pPr>
      <w:r>
        <w:rPr>
          <w:b/>
        </w:rPr>
        <w:t xml:space="preserve">Your name: </w:t>
      </w:r>
      <w:r>
        <w:rPr>
          <w:color w:val="6B7280"/>
        </w:rPr>
        <w:t>__________________________________________________________</w:t>
      </w:r>
    </w:p>
    <w:p w14:paraId="06A31CCF" w14:textId="77777777" w:rsidR="0033171A" w:rsidRDefault="00952DB8">
      <w:pPr>
        <w:spacing w:after="60" w:line="240" w:lineRule="auto"/>
      </w:pPr>
      <w:r>
        <w:rPr>
          <w:b/>
        </w:rPr>
        <w:t xml:space="preserve">Name of the person who made or received the promise: </w:t>
      </w:r>
      <w:r>
        <w:rPr>
          <w:color w:val="6B7280"/>
        </w:rPr>
        <w:t>__________________________________________________________</w:t>
      </w:r>
    </w:p>
    <w:p w14:paraId="3A94DD08" w14:textId="77777777" w:rsidR="0033171A" w:rsidRDefault="00952DB8">
      <w:pPr>
        <w:spacing w:after="60" w:line="240" w:lineRule="auto"/>
      </w:pPr>
      <w:r>
        <w:rPr>
          <w:b/>
        </w:rPr>
        <w:t xml:space="preserve">Property or asset involved: </w:t>
      </w:r>
      <w:r>
        <w:rPr>
          <w:color w:val="6B7280"/>
        </w:rPr>
        <w:t>__________________________________________________________</w:t>
      </w:r>
    </w:p>
    <w:p w14:paraId="7BF05FB5" w14:textId="374BD9FD" w:rsidR="00FF1D27" w:rsidRDefault="00952DB8">
      <w:pPr>
        <w:spacing w:after="60" w:line="240" w:lineRule="auto"/>
        <w:rPr>
          <w:color w:val="6B7280"/>
        </w:rPr>
      </w:pPr>
      <w:r>
        <w:rPr>
          <w:b/>
        </w:rPr>
        <w:t xml:space="preserve">Date completed: </w:t>
      </w:r>
      <w:r>
        <w:rPr>
          <w:color w:val="6B7280"/>
        </w:rPr>
        <w:t>__________________________________________________________</w:t>
      </w:r>
    </w:p>
    <w:p w14:paraId="73F6850A" w14:textId="77777777" w:rsidR="00FF1D27" w:rsidRDefault="00FF1D27">
      <w:pPr>
        <w:spacing w:after="60" w:line="240" w:lineRule="auto"/>
        <w:rPr>
          <w:color w:val="6B7280"/>
        </w:rPr>
      </w:pPr>
      <w:r>
        <w:rPr>
          <w:color w:val="6B7280"/>
        </w:rPr>
        <w:br w:type="page"/>
      </w:r>
    </w:p>
    <w:p w14:paraId="3797029C" w14:textId="77777777" w:rsidR="0033171A" w:rsidRDefault="0033171A">
      <w:pPr>
        <w:spacing w:after="60" w:line="240" w:lineRule="auto"/>
      </w:pPr>
    </w:p>
    <w:p w14:paraId="4F94A0DC" w14:textId="77777777" w:rsidR="0033171A" w:rsidRDefault="00952DB8">
      <w:pPr>
        <w:pStyle w:val="Heading1"/>
        <w:spacing w:before="80" w:after="60" w:line="240" w:lineRule="auto"/>
      </w:pPr>
      <w:r>
        <w:rPr>
          <w:rFonts w:ascii="Aptos" w:hAnsi="Aptos"/>
          <w:sz w:val="32"/>
        </w:rPr>
        <w:t>A. What was said or promised?</w:t>
      </w:r>
    </w:p>
    <w:tbl>
      <w:tblPr>
        <w:tblStyle w:val="TableGrid"/>
        <w:tblW w:w="0" w:type="auto"/>
        <w:jc w:val="center"/>
        <w:tblLayout w:type="fixed"/>
        <w:tblLook w:val="04A0" w:firstRow="1" w:lastRow="0" w:firstColumn="1" w:lastColumn="0" w:noHBand="0" w:noVBand="1"/>
      </w:tblPr>
      <w:tblGrid>
        <w:gridCol w:w="605"/>
        <w:gridCol w:w="5112"/>
        <w:gridCol w:w="5515"/>
      </w:tblGrid>
      <w:tr w:rsidR="0033171A" w14:paraId="0112AD98" w14:textId="77777777" w:rsidTr="00515A80">
        <w:trPr>
          <w:cantSplit/>
          <w:tblHeader/>
          <w:jc w:val="center"/>
        </w:trPr>
        <w:tc>
          <w:tcPr>
            <w:tcW w:w="605" w:type="dxa"/>
            <w:shd w:val="clear" w:color="auto" w:fill="3F6F62"/>
            <w:tcMar>
              <w:top w:w="35" w:type="dxa"/>
              <w:left w:w="55" w:type="dxa"/>
              <w:bottom w:w="35" w:type="dxa"/>
              <w:right w:w="55" w:type="dxa"/>
            </w:tcMar>
            <w:vAlign w:val="center"/>
          </w:tcPr>
          <w:p w14:paraId="13EBE660" w14:textId="77777777" w:rsidR="0033171A" w:rsidRDefault="00952DB8">
            <w:pPr>
              <w:keepLines/>
              <w:spacing w:after="0" w:line="240" w:lineRule="auto"/>
            </w:pPr>
            <w:r>
              <w:rPr>
                <w:b/>
                <w:color w:val="FFFFFF"/>
              </w:rPr>
              <w:t>No.</w:t>
            </w:r>
          </w:p>
        </w:tc>
        <w:tc>
          <w:tcPr>
            <w:tcW w:w="5112" w:type="dxa"/>
            <w:shd w:val="clear" w:color="auto" w:fill="3F6F62"/>
            <w:tcMar>
              <w:top w:w="35" w:type="dxa"/>
              <w:left w:w="55" w:type="dxa"/>
              <w:bottom w:w="35" w:type="dxa"/>
              <w:right w:w="55" w:type="dxa"/>
            </w:tcMar>
            <w:vAlign w:val="center"/>
          </w:tcPr>
          <w:p w14:paraId="5BF1AB2B" w14:textId="77777777" w:rsidR="0033171A" w:rsidRDefault="00952DB8">
            <w:pPr>
              <w:keepLines/>
              <w:spacing w:after="0" w:line="240" w:lineRule="auto"/>
            </w:pPr>
            <w:r>
              <w:rPr>
                <w:b/>
                <w:color w:val="FFFFFF"/>
              </w:rPr>
              <w:t>Question</w:t>
            </w:r>
          </w:p>
        </w:tc>
        <w:tc>
          <w:tcPr>
            <w:tcW w:w="5515" w:type="dxa"/>
            <w:shd w:val="clear" w:color="auto" w:fill="3F6F62"/>
            <w:tcMar>
              <w:top w:w="35" w:type="dxa"/>
              <w:left w:w="55" w:type="dxa"/>
              <w:bottom w:w="35" w:type="dxa"/>
              <w:right w:w="55" w:type="dxa"/>
            </w:tcMar>
            <w:vAlign w:val="center"/>
          </w:tcPr>
          <w:p w14:paraId="61407699" w14:textId="77777777" w:rsidR="0033171A" w:rsidRDefault="00952DB8">
            <w:pPr>
              <w:keepLines/>
              <w:spacing w:after="0" w:line="240" w:lineRule="auto"/>
            </w:pPr>
            <w:r>
              <w:rPr>
                <w:b/>
                <w:color w:val="FFFFFF"/>
              </w:rPr>
              <w:t>Notes or evidence</w:t>
            </w:r>
          </w:p>
        </w:tc>
      </w:tr>
      <w:tr w:rsidR="0033171A" w14:paraId="58CF4F74" w14:textId="77777777" w:rsidTr="005D73B6">
        <w:trPr>
          <w:cantSplit/>
          <w:trHeight w:val="1432"/>
          <w:jc w:val="center"/>
        </w:trPr>
        <w:tc>
          <w:tcPr>
            <w:tcW w:w="605" w:type="dxa"/>
            <w:shd w:val="clear" w:color="auto" w:fill="F2F2F2"/>
            <w:tcMar>
              <w:top w:w="35" w:type="dxa"/>
              <w:left w:w="55" w:type="dxa"/>
              <w:bottom w:w="35" w:type="dxa"/>
              <w:right w:w="55" w:type="dxa"/>
            </w:tcMar>
          </w:tcPr>
          <w:p w14:paraId="449A43CF" w14:textId="77777777" w:rsidR="0033171A" w:rsidRDefault="00952DB8">
            <w:pPr>
              <w:keepLines/>
              <w:spacing w:after="0" w:line="240" w:lineRule="auto"/>
            </w:pPr>
            <w:r>
              <w:t>1</w:t>
            </w:r>
          </w:p>
        </w:tc>
        <w:tc>
          <w:tcPr>
            <w:tcW w:w="5112" w:type="dxa"/>
            <w:tcMar>
              <w:top w:w="35" w:type="dxa"/>
              <w:left w:w="55" w:type="dxa"/>
              <w:bottom w:w="35" w:type="dxa"/>
              <w:right w:w="55" w:type="dxa"/>
            </w:tcMar>
          </w:tcPr>
          <w:p w14:paraId="6D2840C0" w14:textId="77777777" w:rsidR="0033171A" w:rsidRDefault="00952DB8">
            <w:pPr>
              <w:keepLines/>
              <w:spacing w:after="0" w:line="240" w:lineRule="auto"/>
            </w:pPr>
            <w:r>
              <w:t>What exact words were used?</w:t>
            </w:r>
            <w:r>
              <w:br/>
              <w:t>□ Yes   □ No   □ Unsure   □ Not applicable</w:t>
            </w:r>
          </w:p>
        </w:tc>
        <w:tc>
          <w:tcPr>
            <w:tcW w:w="5515" w:type="dxa"/>
            <w:tcMar>
              <w:top w:w="35" w:type="dxa"/>
              <w:left w:w="55" w:type="dxa"/>
              <w:bottom w:w="35" w:type="dxa"/>
              <w:right w:w="55" w:type="dxa"/>
            </w:tcMar>
          </w:tcPr>
          <w:p w14:paraId="3C490847" w14:textId="77777777" w:rsidR="0033171A" w:rsidRDefault="0033171A">
            <w:pPr>
              <w:keepLines/>
              <w:spacing w:after="0" w:line="240" w:lineRule="auto"/>
            </w:pPr>
          </w:p>
        </w:tc>
      </w:tr>
      <w:tr w:rsidR="0033171A" w14:paraId="1ED170BC" w14:textId="77777777" w:rsidTr="00515A80">
        <w:trPr>
          <w:cantSplit/>
          <w:jc w:val="center"/>
        </w:trPr>
        <w:tc>
          <w:tcPr>
            <w:tcW w:w="605" w:type="dxa"/>
            <w:shd w:val="clear" w:color="auto" w:fill="F2F2F2"/>
            <w:tcMar>
              <w:top w:w="35" w:type="dxa"/>
              <w:left w:w="55" w:type="dxa"/>
              <w:bottom w:w="35" w:type="dxa"/>
              <w:right w:w="55" w:type="dxa"/>
            </w:tcMar>
          </w:tcPr>
          <w:p w14:paraId="2427EFCE" w14:textId="77777777" w:rsidR="0033171A" w:rsidRDefault="00952DB8">
            <w:pPr>
              <w:keepLines/>
              <w:spacing w:after="0" w:line="240" w:lineRule="auto"/>
            </w:pPr>
            <w:r>
              <w:t>2</w:t>
            </w:r>
          </w:p>
        </w:tc>
        <w:tc>
          <w:tcPr>
            <w:tcW w:w="5112" w:type="dxa"/>
            <w:tcMar>
              <w:top w:w="35" w:type="dxa"/>
              <w:left w:w="55" w:type="dxa"/>
              <w:bottom w:w="35" w:type="dxa"/>
              <w:right w:w="55" w:type="dxa"/>
            </w:tcMar>
          </w:tcPr>
          <w:p w14:paraId="2B27836F" w14:textId="77777777" w:rsidR="0033171A" w:rsidRDefault="00952DB8">
            <w:pPr>
              <w:keepLines/>
              <w:spacing w:after="0" w:line="240" w:lineRule="auto"/>
            </w:pPr>
            <w:r>
              <w:t>Was a particular house, piece of land or other property identified?</w:t>
            </w:r>
            <w:r>
              <w:br/>
              <w:t>□ Yes   □ No   □ Unsure   □ Not applicable</w:t>
            </w:r>
          </w:p>
        </w:tc>
        <w:tc>
          <w:tcPr>
            <w:tcW w:w="5515" w:type="dxa"/>
            <w:tcMar>
              <w:top w:w="35" w:type="dxa"/>
              <w:left w:w="55" w:type="dxa"/>
              <w:bottom w:w="35" w:type="dxa"/>
              <w:right w:w="55" w:type="dxa"/>
            </w:tcMar>
          </w:tcPr>
          <w:p w14:paraId="25EA0BBF" w14:textId="77777777" w:rsidR="0033171A" w:rsidRDefault="0033171A">
            <w:pPr>
              <w:keepLines/>
              <w:spacing w:after="0" w:line="240" w:lineRule="auto"/>
            </w:pPr>
          </w:p>
        </w:tc>
      </w:tr>
      <w:tr w:rsidR="0033171A" w14:paraId="0E22AB27" w14:textId="77777777" w:rsidTr="00515A80">
        <w:trPr>
          <w:cantSplit/>
          <w:jc w:val="center"/>
        </w:trPr>
        <w:tc>
          <w:tcPr>
            <w:tcW w:w="605" w:type="dxa"/>
            <w:shd w:val="clear" w:color="auto" w:fill="F2F2F2"/>
            <w:tcMar>
              <w:top w:w="35" w:type="dxa"/>
              <w:left w:w="55" w:type="dxa"/>
              <w:bottom w:w="35" w:type="dxa"/>
              <w:right w:w="55" w:type="dxa"/>
            </w:tcMar>
          </w:tcPr>
          <w:p w14:paraId="63DEA7AC" w14:textId="77777777" w:rsidR="0033171A" w:rsidRDefault="00952DB8">
            <w:pPr>
              <w:keepLines/>
              <w:spacing w:after="0" w:line="240" w:lineRule="auto"/>
            </w:pPr>
            <w:r>
              <w:t>3</w:t>
            </w:r>
          </w:p>
        </w:tc>
        <w:tc>
          <w:tcPr>
            <w:tcW w:w="5112" w:type="dxa"/>
            <w:tcMar>
              <w:top w:w="35" w:type="dxa"/>
              <w:left w:w="55" w:type="dxa"/>
              <w:bottom w:w="35" w:type="dxa"/>
              <w:right w:w="55" w:type="dxa"/>
            </w:tcMar>
          </w:tcPr>
          <w:p w14:paraId="6FD36758" w14:textId="77777777" w:rsidR="0033171A" w:rsidRDefault="00952DB8">
            <w:pPr>
              <w:keepLines/>
              <w:spacing w:after="0" w:line="240" w:lineRule="auto"/>
            </w:pPr>
            <w:r>
              <w:t>Was the assurance about ownership, a defined share, a right to remain or sale proceeds?</w:t>
            </w:r>
            <w:r>
              <w:br/>
              <w:t>□ Yes   □ No   □ Unsure   □ Not applicable</w:t>
            </w:r>
          </w:p>
        </w:tc>
        <w:tc>
          <w:tcPr>
            <w:tcW w:w="5515" w:type="dxa"/>
            <w:tcMar>
              <w:top w:w="35" w:type="dxa"/>
              <w:left w:w="55" w:type="dxa"/>
              <w:bottom w:w="35" w:type="dxa"/>
              <w:right w:w="55" w:type="dxa"/>
            </w:tcMar>
          </w:tcPr>
          <w:p w14:paraId="1C309075" w14:textId="77777777" w:rsidR="0033171A" w:rsidRDefault="0033171A">
            <w:pPr>
              <w:keepLines/>
              <w:spacing w:after="0" w:line="240" w:lineRule="auto"/>
            </w:pPr>
          </w:p>
        </w:tc>
      </w:tr>
      <w:tr w:rsidR="0033171A" w14:paraId="5B188D1E" w14:textId="77777777" w:rsidTr="00515A80">
        <w:trPr>
          <w:cantSplit/>
          <w:jc w:val="center"/>
        </w:trPr>
        <w:tc>
          <w:tcPr>
            <w:tcW w:w="605" w:type="dxa"/>
            <w:shd w:val="clear" w:color="auto" w:fill="F2F2F2"/>
            <w:tcMar>
              <w:top w:w="35" w:type="dxa"/>
              <w:left w:w="55" w:type="dxa"/>
              <w:bottom w:w="35" w:type="dxa"/>
              <w:right w:w="55" w:type="dxa"/>
            </w:tcMar>
          </w:tcPr>
          <w:p w14:paraId="630CB80E" w14:textId="77777777" w:rsidR="0033171A" w:rsidRDefault="00952DB8">
            <w:pPr>
              <w:keepLines/>
              <w:spacing w:after="0" w:line="240" w:lineRule="auto"/>
            </w:pPr>
            <w:r>
              <w:t>4</w:t>
            </w:r>
          </w:p>
        </w:tc>
        <w:tc>
          <w:tcPr>
            <w:tcW w:w="5112" w:type="dxa"/>
            <w:tcMar>
              <w:top w:w="35" w:type="dxa"/>
              <w:left w:w="55" w:type="dxa"/>
              <w:bottom w:w="35" w:type="dxa"/>
              <w:right w:w="55" w:type="dxa"/>
            </w:tcMar>
          </w:tcPr>
          <w:p w14:paraId="79FDD676" w14:textId="77777777" w:rsidR="0033171A" w:rsidRDefault="00952DB8">
            <w:pPr>
              <w:keepLines/>
              <w:spacing w:after="0" w:line="240" w:lineRule="auto"/>
            </w:pPr>
            <w:r>
              <w:t>Was the person told that the property was already partly theirs or that they would receive it later?</w:t>
            </w:r>
            <w:r>
              <w:br/>
              <w:t>□ Yes   □ No   □ Unsure   □ Not applicable</w:t>
            </w:r>
          </w:p>
        </w:tc>
        <w:tc>
          <w:tcPr>
            <w:tcW w:w="5515" w:type="dxa"/>
            <w:tcMar>
              <w:top w:w="35" w:type="dxa"/>
              <w:left w:w="55" w:type="dxa"/>
              <w:bottom w:w="35" w:type="dxa"/>
              <w:right w:w="55" w:type="dxa"/>
            </w:tcMar>
          </w:tcPr>
          <w:p w14:paraId="1A1963DB" w14:textId="77777777" w:rsidR="0033171A" w:rsidRDefault="0033171A">
            <w:pPr>
              <w:keepLines/>
              <w:spacing w:after="0" w:line="240" w:lineRule="auto"/>
            </w:pPr>
          </w:p>
        </w:tc>
      </w:tr>
      <w:tr w:rsidR="0033171A" w14:paraId="1E19012E" w14:textId="77777777" w:rsidTr="005D73B6">
        <w:trPr>
          <w:cantSplit/>
          <w:trHeight w:val="1002"/>
          <w:jc w:val="center"/>
        </w:trPr>
        <w:tc>
          <w:tcPr>
            <w:tcW w:w="605" w:type="dxa"/>
            <w:shd w:val="clear" w:color="auto" w:fill="F2F2F2"/>
            <w:tcMar>
              <w:top w:w="35" w:type="dxa"/>
              <w:left w:w="55" w:type="dxa"/>
              <w:bottom w:w="35" w:type="dxa"/>
              <w:right w:w="55" w:type="dxa"/>
            </w:tcMar>
          </w:tcPr>
          <w:p w14:paraId="57EA9974" w14:textId="77777777" w:rsidR="0033171A" w:rsidRDefault="00952DB8">
            <w:pPr>
              <w:keepLines/>
              <w:spacing w:after="0" w:line="240" w:lineRule="auto"/>
            </w:pPr>
            <w:r>
              <w:t>5</w:t>
            </w:r>
          </w:p>
        </w:tc>
        <w:tc>
          <w:tcPr>
            <w:tcW w:w="5112" w:type="dxa"/>
            <w:tcMar>
              <w:top w:w="35" w:type="dxa"/>
              <w:left w:w="55" w:type="dxa"/>
              <w:bottom w:w="35" w:type="dxa"/>
              <w:right w:w="55" w:type="dxa"/>
            </w:tcMar>
          </w:tcPr>
          <w:p w14:paraId="5E0DE403" w14:textId="77777777" w:rsidR="0033171A" w:rsidRDefault="00952DB8">
            <w:pPr>
              <w:keepLines/>
              <w:spacing w:after="0" w:line="240" w:lineRule="auto"/>
            </w:pPr>
            <w:r>
              <w:t>When was the assurance first made?</w:t>
            </w:r>
            <w:r>
              <w:br/>
              <w:t>□ Yes   □ No   □ Unsure   □ Not applicable</w:t>
            </w:r>
          </w:p>
        </w:tc>
        <w:tc>
          <w:tcPr>
            <w:tcW w:w="5515" w:type="dxa"/>
            <w:tcMar>
              <w:top w:w="35" w:type="dxa"/>
              <w:left w:w="55" w:type="dxa"/>
              <w:bottom w:w="35" w:type="dxa"/>
              <w:right w:w="55" w:type="dxa"/>
            </w:tcMar>
          </w:tcPr>
          <w:p w14:paraId="55F11E01" w14:textId="77777777" w:rsidR="0033171A" w:rsidRDefault="0033171A">
            <w:pPr>
              <w:keepLines/>
              <w:spacing w:after="0" w:line="240" w:lineRule="auto"/>
            </w:pPr>
          </w:p>
        </w:tc>
      </w:tr>
      <w:tr w:rsidR="0033171A" w14:paraId="49F607FD" w14:textId="77777777" w:rsidTr="00515A80">
        <w:trPr>
          <w:cantSplit/>
          <w:jc w:val="center"/>
        </w:trPr>
        <w:tc>
          <w:tcPr>
            <w:tcW w:w="605" w:type="dxa"/>
            <w:shd w:val="clear" w:color="auto" w:fill="F2F2F2"/>
            <w:tcMar>
              <w:top w:w="35" w:type="dxa"/>
              <w:left w:w="55" w:type="dxa"/>
              <w:bottom w:w="35" w:type="dxa"/>
              <w:right w:w="55" w:type="dxa"/>
            </w:tcMar>
          </w:tcPr>
          <w:p w14:paraId="404EFC01" w14:textId="77777777" w:rsidR="0033171A" w:rsidRDefault="00952DB8">
            <w:pPr>
              <w:keepLines/>
              <w:spacing w:after="0" w:line="240" w:lineRule="auto"/>
            </w:pPr>
            <w:r>
              <w:t>6</w:t>
            </w:r>
          </w:p>
        </w:tc>
        <w:tc>
          <w:tcPr>
            <w:tcW w:w="5112" w:type="dxa"/>
            <w:tcMar>
              <w:top w:w="35" w:type="dxa"/>
              <w:left w:w="55" w:type="dxa"/>
              <w:bottom w:w="35" w:type="dxa"/>
              <w:right w:w="55" w:type="dxa"/>
            </w:tcMar>
          </w:tcPr>
          <w:p w14:paraId="31269858" w14:textId="77777777" w:rsidR="0033171A" w:rsidRDefault="00952DB8">
            <w:pPr>
              <w:keepLines/>
              <w:spacing w:after="0" w:line="240" w:lineRule="auto"/>
            </w:pPr>
            <w:r>
              <w:t>Was it made once or repeated over months or years?</w:t>
            </w:r>
            <w:r>
              <w:br/>
              <w:t>□ Yes   □ No   □ Unsure   □ Not applicable</w:t>
            </w:r>
          </w:p>
        </w:tc>
        <w:tc>
          <w:tcPr>
            <w:tcW w:w="5515" w:type="dxa"/>
            <w:tcMar>
              <w:top w:w="35" w:type="dxa"/>
              <w:left w:w="55" w:type="dxa"/>
              <w:bottom w:w="35" w:type="dxa"/>
              <w:right w:w="55" w:type="dxa"/>
            </w:tcMar>
          </w:tcPr>
          <w:p w14:paraId="30AF239D" w14:textId="77777777" w:rsidR="0033171A" w:rsidRDefault="0033171A">
            <w:pPr>
              <w:keepLines/>
              <w:spacing w:after="0" w:line="240" w:lineRule="auto"/>
            </w:pPr>
          </w:p>
        </w:tc>
      </w:tr>
      <w:tr w:rsidR="0033171A" w14:paraId="74A9724A" w14:textId="77777777" w:rsidTr="005D73B6">
        <w:trPr>
          <w:cantSplit/>
          <w:trHeight w:val="927"/>
          <w:jc w:val="center"/>
        </w:trPr>
        <w:tc>
          <w:tcPr>
            <w:tcW w:w="605" w:type="dxa"/>
            <w:shd w:val="clear" w:color="auto" w:fill="F2F2F2"/>
            <w:tcMar>
              <w:top w:w="35" w:type="dxa"/>
              <w:left w:w="55" w:type="dxa"/>
              <w:bottom w:w="35" w:type="dxa"/>
              <w:right w:w="55" w:type="dxa"/>
            </w:tcMar>
          </w:tcPr>
          <w:p w14:paraId="7E9D5976" w14:textId="77777777" w:rsidR="0033171A" w:rsidRDefault="00952DB8">
            <w:pPr>
              <w:keepLines/>
              <w:spacing w:after="0" w:line="240" w:lineRule="auto"/>
            </w:pPr>
            <w:r>
              <w:t>7</w:t>
            </w:r>
          </w:p>
        </w:tc>
        <w:tc>
          <w:tcPr>
            <w:tcW w:w="5112" w:type="dxa"/>
            <w:tcMar>
              <w:top w:w="35" w:type="dxa"/>
              <w:left w:w="55" w:type="dxa"/>
              <w:bottom w:w="35" w:type="dxa"/>
              <w:right w:w="55" w:type="dxa"/>
            </w:tcMar>
          </w:tcPr>
          <w:p w14:paraId="757DFAED" w14:textId="77777777" w:rsidR="0033171A" w:rsidRDefault="00952DB8">
            <w:pPr>
              <w:keepLines/>
              <w:spacing w:after="0" w:line="240" w:lineRule="auto"/>
            </w:pPr>
            <w:r>
              <w:t>In what circumstances was it made?</w:t>
            </w:r>
            <w:r>
              <w:br/>
              <w:t>□ Yes   □ No   □ Unsure   □ Not applicable</w:t>
            </w:r>
          </w:p>
        </w:tc>
        <w:tc>
          <w:tcPr>
            <w:tcW w:w="5515" w:type="dxa"/>
            <w:tcMar>
              <w:top w:w="35" w:type="dxa"/>
              <w:left w:w="55" w:type="dxa"/>
              <w:bottom w:w="35" w:type="dxa"/>
              <w:right w:w="55" w:type="dxa"/>
            </w:tcMar>
          </w:tcPr>
          <w:p w14:paraId="7D10480F" w14:textId="77777777" w:rsidR="0033171A" w:rsidRDefault="0033171A">
            <w:pPr>
              <w:keepLines/>
              <w:spacing w:after="0" w:line="240" w:lineRule="auto"/>
            </w:pPr>
          </w:p>
        </w:tc>
      </w:tr>
      <w:tr w:rsidR="0033171A" w14:paraId="16804F88" w14:textId="77777777" w:rsidTr="005D73B6">
        <w:trPr>
          <w:cantSplit/>
          <w:trHeight w:val="1676"/>
          <w:jc w:val="center"/>
        </w:trPr>
        <w:tc>
          <w:tcPr>
            <w:tcW w:w="605" w:type="dxa"/>
            <w:shd w:val="clear" w:color="auto" w:fill="F2F2F2"/>
            <w:tcMar>
              <w:top w:w="35" w:type="dxa"/>
              <w:left w:w="55" w:type="dxa"/>
              <w:bottom w:w="35" w:type="dxa"/>
              <w:right w:w="55" w:type="dxa"/>
            </w:tcMar>
          </w:tcPr>
          <w:p w14:paraId="2392710D" w14:textId="77777777" w:rsidR="0033171A" w:rsidRDefault="00952DB8">
            <w:pPr>
              <w:keepLines/>
              <w:spacing w:after="0" w:line="240" w:lineRule="auto"/>
            </w:pPr>
            <w:r>
              <w:t>8</w:t>
            </w:r>
          </w:p>
        </w:tc>
        <w:tc>
          <w:tcPr>
            <w:tcW w:w="5112" w:type="dxa"/>
            <w:tcMar>
              <w:top w:w="35" w:type="dxa"/>
              <w:left w:w="55" w:type="dxa"/>
              <w:bottom w:w="35" w:type="dxa"/>
              <w:right w:w="55" w:type="dxa"/>
            </w:tcMar>
          </w:tcPr>
          <w:p w14:paraId="4407D66A" w14:textId="77777777" w:rsidR="0033171A" w:rsidRDefault="00952DB8">
            <w:pPr>
              <w:keepLines/>
              <w:spacing w:after="0" w:line="240" w:lineRule="auto"/>
            </w:pPr>
            <w:r>
              <w:t>Did it appear to be a firm commitment, a present plan or general reassurance?</w:t>
            </w:r>
            <w:r>
              <w:br/>
              <w:t>□ Yes   □ No   □ Unsure   □ Not applicable</w:t>
            </w:r>
          </w:p>
        </w:tc>
        <w:tc>
          <w:tcPr>
            <w:tcW w:w="5515" w:type="dxa"/>
            <w:tcMar>
              <w:top w:w="35" w:type="dxa"/>
              <w:left w:w="55" w:type="dxa"/>
              <w:bottom w:w="35" w:type="dxa"/>
              <w:right w:w="55" w:type="dxa"/>
            </w:tcMar>
          </w:tcPr>
          <w:p w14:paraId="7BB9806A" w14:textId="77777777" w:rsidR="0033171A" w:rsidRDefault="0033171A">
            <w:pPr>
              <w:keepLines/>
              <w:spacing w:after="0" w:line="240" w:lineRule="auto"/>
            </w:pPr>
          </w:p>
        </w:tc>
      </w:tr>
      <w:tr w:rsidR="0033171A" w14:paraId="4B111106" w14:textId="77777777" w:rsidTr="005D73B6">
        <w:trPr>
          <w:cantSplit/>
          <w:trHeight w:val="1690"/>
          <w:jc w:val="center"/>
        </w:trPr>
        <w:tc>
          <w:tcPr>
            <w:tcW w:w="605" w:type="dxa"/>
            <w:shd w:val="clear" w:color="auto" w:fill="F2F2F2"/>
            <w:tcMar>
              <w:top w:w="35" w:type="dxa"/>
              <w:left w:w="55" w:type="dxa"/>
              <w:bottom w:w="35" w:type="dxa"/>
              <w:right w:w="55" w:type="dxa"/>
            </w:tcMar>
          </w:tcPr>
          <w:p w14:paraId="5377D2F8" w14:textId="77777777" w:rsidR="0033171A" w:rsidRDefault="00952DB8">
            <w:pPr>
              <w:keepLines/>
              <w:spacing w:after="0" w:line="240" w:lineRule="auto"/>
            </w:pPr>
            <w:r>
              <w:t>9</w:t>
            </w:r>
          </w:p>
        </w:tc>
        <w:tc>
          <w:tcPr>
            <w:tcW w:w="5112" w:type="dxa"/>
            <w:tcMar>
              <w:top w:w="35" w:type="dxa"/>
              <w:left w:w="55" w:type="dxa"/>
              <w:bottom w:w="35" w:type="dxa"/>
              <w:right w:w="55" w:type="dxa"/>
            </w:tcMar>
          </w:tcPr>
          <w:p w14:paraId="36E567A2" w14:textId="77777777" w:rsidR="0033171A" w:rsidRDefault="00952DB8">
            <w:pPr>
              <w:keepLines/>
              <w:spacing w:after="0" w:line="240" w:lineRule="auto"/>
            </w:pPr>
            <w:r>
              <w:t>Was the assurance later changed, qualified or withdrawn?</w:t>
            </w:r>
            <w:r>
              <w:br/>
              <w:t>□ Yes   □ No   □ Unsure   □ Not applicable</w:t>
            </w:r>
          </w:p>
        </w:tc>
        <w:tc>
          <w:tcPr>
            <w:tcW w:w="5515" w:type="dxa"/>
            <w:tcMar>
              <w:top w:w="35" w:type="dxa"/>
              <w:left w:w="55" w:type="dxa"/>
              <w:bottom w:w="35" w:type="dxa"/>
              <w:right w:w="55" w:type="dxa"/>
            </w:tcMar>
          </w:tcPr>
          <w:p w14:paraId="19C58F24" w14:textId="77777777" w:rsidR="0033171A" w:rsidRDefault="0033171A">
            <w:pPr>
              <w:keepLines/>
              <w:spacing w:after="0" w:line="240" w:lineRule="auto"/>
            </w:pPr>
          </w:p>
        </w:tc>
      </w:tr>
      <w:tr w:rsidR="0033171A" w14:paraId="31824991" w14:textId="77777777" w:rsidTr="005D73B6">
        <w:trPr>
          <w:cantSplit/>
          <w:trHeight w:val="1360"/>
          <w:jc w:val="center"/>
        </w:trPr>
        <w:tc>
          <w:tcPr>
            <w:tcW w:w="605" w:type="dxa"/>
            <w:shd w:val="clear" w:color="auto" w:fill="F2F2F2"/>
            <w:tcMar>
              <w:top w:w="35" w:type="dxa"/>
              <w:left w:w="55" w:type="dxa"/>
              <w:bottom w:w="35" w:type="dxa"/>
              <w:right w:w="55" w:type="dxa"/>
            </w:tcMar>
          </w:tcPr>
          <w:p w14:paraId="68C6EED1" w14:textId="77777777" w:rsidR="0033171A" w:rsidRDefault="00952DB8">
            <w:pPr>
              <w:keepLines/>
              <w:spacing w:after="0" w:line="240" w:lineRule="auto"/>
            </w:pPr>
            <w:r>
              <w:t>10</w:t>
            </w:r>
          </w:p>
        </w:tc>
        <w:tc>
          <w:tcPr>
            <w:tcW w:w="5112" w:type="dxa"/>
            <w:tcMar>
              <w:top w:w="35" w:type="dxa"/>
              <w:left w:w="55" w:type="dxa"/>
              <w:bottom w:w="35" w:type="dxa"/>
              <w:right w:w="55" w:type="dxa"/>
            </w:tcMar>
          </w:tcPr>
          <w:p w14:paraId="32C4A763" w14:textId="77777777" w:rsidR="0033171A" w:rsidRDefault="00952DB8">
            <w:pPr>
              <w:keepLines/>
              <w:spacing w:after="0" w:line="240" w:lineRule="auto"/>
            </w:pPr>
            <w:r>
              <w:t>Was it written down, recorded or heard by anyone else?</w:t>
            </w:r>
            <w:r>
              <w:br/>
              <w:t>□ Yes   □ No   □ Unsure   □ Not applicable</w:t>
            </w:r>
          </w:p>
        </w:tc>
        <w:tc>
          <w:tcPr>
            <w:tcW w:w="5515" w:type="dxa"/>
            <w:tcMar>
              <w:top w:w="35" w:type="dxa"/>
              <w:left w:w="55" w:type="dxa"/>
              <w:bottom w:w="35" w:type="dxa"/>
              <w:right w:w="55" w:type="dxa"/>
            </w:tcMar>
          </w:tcPr>
          <w:p w14:paraId="3D56442D" w14:textId="77777777" w:rsidR="0033171A" w:rsidRDefault="0033171A">
            <w:pPr>
              <w:keepLines/>
              <w:spacing w:after="0" w:line="240" w:lineRule="auto"/>
            </w:pPr>
          </w:p>
        </w:tc>
      </w:tr>
    </w:tbl>
    <w:p w14:paraId="6E4D03A2" w14:textId="77777777" w:rsidR="0033171A" w:rsidRDefault="0033171A">
      <w:pPr>
        <w:spacing w:after="60" w:line="240" w:lineRule="auto"/>
      </w:pPr>
    </w:p>
    <w:p w14:paraId="1B915464" w14:textId="33A44940" w:rsidR="0033171A" w:rsidRPr="005D73B6" w:rsidRDefault="00515A80" w:rsidP="005D73B6">
      <w:pPr>
        <w:spacing w:after="60" w:line="240" w:lineRule="auto"/>
        <w:rPr>
          <w:rFonts w:asciiTheme="majorHAnsi" w:eastAsiaTheme="majorEastAsia" w:hAnsiTheme="majorHAnsi" w:cstheme="majorBidi"/>
          <w:b/>
          <w:bCs/>
          <w:color w:val="17364D"/>
          <w:sz w:val="34"/>
          <w:szCs w:val="28"/>
        </w:rPr>
      </w:pPr>
      <w:r>
        <w:br w:type="page"/>
      </w:r>
      <w:r w:rsidR="00952DB8">
        <w:rPr>
          <w:b/>
          <w:sz w:val="32"/>
        </w:rPr>
        <w:lastRenderedPageBreak/>
        <w:t>B. What did the recipient understand?</w:t>
      </w:r>
    </w:p>
    <w:tbl>
      <w:tblPr>
        <w:tblStyle w:val="TableGrid"/>
        <w:tblW w:w="0" w:type="auto"/>
        <w:jc w:val="center"/>
        <w:tblLayout w:type="fixed"/>
        <w:tblLook w:val="04A0" w:firstRow="1" w:lastRow="0" w:firstColumn="1" w:lastColumn="0" w:noHBand="0" w:noVBand="1"/>
      </w:tblPr>
      <w:tblGrid>
        <w:gridCol w:w="605"/>
        <w:gridCol w:w="5112"/>
        <w:gridCol w:w="5515"/>
      </w:tblGrid>
      <w:tr w:rsidR="0033171A" w14:paraId="6725D3EE" w14:textId="77777777" w:rsidTr="00515A80">
        <w:trPr>
          <w:cantSplit/>
          <w:tblHeader/>
          <w:jc w:val="center"/>
        </w:trPr>
        <w:tc>
          <w:tcPr>
            <w:tcW w:w="605" w:type="dxa"/>
            <w:shd w:val="clear" w:color="auto" w:fill="3F6F62"/>
            <w:tcMar>
              <w:top w:w="35" w:type="dxa"/>
              <w:left w:w="55" w:type="dxa"/>
              <w:bottom w:w="35" w:type="dxa"/>
              <w:right w:w="55" w:type="dxa"/>
            </w:tcMar>
            <w:vAlign w:val="center"/>
          </w:tcPr>
          <w:p w14:paraId="315F4198" w14:textId="77777777" w:rsidR="0033171A" w:rsidRDefault="00952DB8">
            <w:pPr>
              <w:keepLines/>
              <w:spacing w:after="0" w:line="240" w:lineRule="auto"/>
            </w:pPr>
            <w:r>
              <w:rPr>
                <w:b/>
                <w:color w:val="FFFFFF"/>
              </w:rPr>
              <w:t>No.</w:t>
            </w:r>
          </w:p>
        </w:tc>
        <w:tc>
          <w:tcPr>
            <w:tcW w:w="5112" w:type="dxa"/>
            <w:shd w:val="clear" w:color="auto" w:fill="3F6F62"/>
            <w:tcMar>
              <w:top w:w="35" w:type="dxa"/>
              <w:left w:w="55" w:type="dxa"/>
              <w:bottom w:w="35" w:type="dxa"/>
              <w:right w:w="55" w:type="dxa"/>
            </w:tcMar>
            <w:vAlign w:val="center"/>
          </w:tcPr>
          <w:p w14:paraId="2E641FB7" w14:textId="77777777" w:rsidR="0033171A" w:rsidRDefault="00952DB8">
            <w:pPr>
              <w:keepLines/>
              <w:spacing w:after="0" w:line="240" w:lineRule="auto"/>
            </w:pPr>
            <w:r>
              <w:rPr>
                <w:b/>
                <w:color w:val="FFFFFF"/>
              </w:rPr>
              <w:t>Question</w:t>
            </w:r>
          </w:p>
        </w:tc>
        <w:tc>
          <w:tcPr>
            <w:tcW w:w="5515" w:type="dxa"/>
            <w:shd w:val="clear" w:color="auto" w:fill="3F6F62"/>
            <w:tcMar>
              <w:top w:w="35" w:type="dxa"/>
              <w:left w:w="55" w:type="dxa"/>
              <w:bottom w:w="35" w:type="dxa"/>
              <w:right w:w="55" w:type="dxa"/>
            </w:tcMar>
            <w:vAlign w:val="center"/>
          </w:tcPr>
          <w:p w14:paraId="52216B7F" w14:textId="77777777" w:rsidR="0033171A" w:rsidRDefault="00952DB8">
            <w:pPr>
              <w:keepLines/>
              <w:spacing w:after="0" w:line="240" w:lineRule="auto"/>
            </w:pPr>
            <w:r>
              <w:rPr>
                <w:b/>
                <w:color w:val="FFFFFF"/>
              </w:rPr>
              <w:t>Notes or evidence</w:t>
            </w:r>
          </w:p>
        </w:tc>
      </w:tr>
      <w:tr w:rsidR="0033171A" w14:paraId="20004928" w14:textId="77777777" w:rsidTr="00515A80">
        <w:trPr>
          <w:cantSplit/>
          <w:jc w:val="center"/>
        </w:trPr>
        <w:tc>
          <w:tcPr>
            <w:tcW w:w="605" w:type="dxa"/>
            <w:shd w:val="clear" w:color="auto" w:fill="F2F2F2"/>
            <w:tcMar>
              <w:top w:w="35" w:type="dxa"/>
              <w:left w:w="55" w:type="dxa"/>
              <w:bottom w:w="35" w:type="dxa"/>
              <w:right w:w="55" w:type="dxa"/>
            </w:tcMar>
          </w:tcPr>
          <w:p w14:paraId="314047C6" w14:textId="77777777" w:rsidR="0033171A" w:rsidRDefault="00952DB8">
            <w:pPr>
              <w:keepLines/>
              <w:spacing w:after="0" w:line="240" w:lineRule="auto"/>
            </w:pPr>
            <w:r>
              <w:t>11</w:t>
            </w:r>
          </w:p>
        </w:tc>
        <w:tc>
          <w:tcPr>
            <w:tcW w:w="5112" w:type="dxa"/>
            <w:tcMar>
              <w:top w:w="35" w:type="dxa"/>
              <w:left w:w="55" w:type="dxa"/>
              <w:bottom w:w="35" w:type="dxa"/>
              <w:right w:w="55" w:type="dxa"/>
            </w:tcMar>
          </w:tcPr>
          <w:p w14:paraId="0A0E4981" w14:textId="77777777" w:rsidR="0033171A" w:rsidRDefault="00952DB8">
            <w:pPr>
              <w:keepLines/>
              <w:spacing w:after="0" w:line="240" w:lineRule="auto"/>
            </w:pPr>
            <w:r>
              <w:t>What did the recipient believe they would receive?</w:t>
            </w:r>
            <w:r>
              <w:br/>
              <w:t>□ Yes   □ No   □ Unsure   □ Not applicable</w:t>
            </w:r>
          </w:p>
        </w:tc>
        <w:tc>
          <w:tcPr>
            <w:tcW w:w="5515" w:type="dxa"/>
            <w:tcMar>
              <w:top w:w="35" w:type="dxa"/>
              <w:left w:w="55" w:type="dxa"/>
              <w:bottom w:w="35" w:type="dxa"/>
              <w:right w:w="55" w:type="dxa"/>
            </w:tcMar>
          </w:tcPr>
          <w:p w14:paraId="612693C8" w14:textId="77777777" w:rsidR="0033171A" w:rsidRDefault="0033171A">
            <w:pPr>
              <w:keepLines/>
              <w:spacing w:after="0" w:line="240" w:lineRule="auto"/>
            </w:pPr>
          </w:p>
        </w:tc>
      </w:tr>
      <w:tr w:rsidR="0033171A" w14:paraId="18552C81" w14:textId="77777777" w:rsidTr="00515A80">
        <w:trPr>
          <w:cantSplit/>
          <w:jc w:val="center"/>
        </w:trPr>
        <w:tc>
          <w:tcPr>
            <w:tcW w:w="605" w:type="dxa"/>
            <w:shd w:val="clear" w:color="auto" w:fill="F2F2F2"/>
            <w:tcMar>
              <w:top w:w="35" w:type="dxa"/>
              <w:left w:w="55" w:type="dxa"/>
              <w:bottom w:w="35" w:type="dxa"/>
              <w:right w:w="55" w:type="dxa"/>
            </w:tcMar>
          </w:tcPr>
          <w:p w14:paraId="460353C8" w14:textId="77777777" w:rsidR="0033171A" w:rsidRDefault="00952DB8">
            <w:pPr>
              <w:keepLines/>
              <w:spacing w:after="0" w:line="240" w:lineRule="auto"/>
            </w:pPr>
            <w:r>
              <w:t>12</w:t>
            </w:r>
          </w:p>
        </w:tc>
        <w:tc>
          <w:tcPr>
            <w:tcW w:w="5112" w:type="dxa"/>
            <w:tcMar>
              <w:top w:w="35" w:type="dxa"/>
              <w:left w:w="55" w:type="dxa"/>
              <w:bottom w:w="35" w:type="dxa"/>
              <w:right w:w="55" w:type="dxa"/>
            </w:tcMar>
          </w:tcPr>
          <w:p w14:paraId="08B1E7BE" w14:textId="77777777" w:rsidR="0033171A" w:rsidRDefault="00952DB8">
            <w:pPr>
              <w:keepLines/>
              <w:spacing w:after="0" w:line="240" w:lineRule="auto"/>
            </w:pPr>
            <w:r>
              <w:t>Did they believe they would own the property, inherit a share or remain there for life?</w:t>
            </w:r>
            <w:r>
              <w:br/>
              <w:t>□ Yes   □ No   □ Unsure   □ Not applicable</w:t>
            </w:r>
          </w:p>
        </w:tc>
        <w:tc>
          <w:tcPr>
            <w:tcW w:w="5515" w:type="dxa"/>
            <w:tcMar>
              <w:top w:w="35" w:type="dxa"/>
              <w:left w:w="55" w:type="dxa"/>
              <w:bottom w:w="35" w:type="dxa"/>
              <w:right w:w="55" w:type="dxa"/>
            </w:tcMar>
          </w:tcPr>
          <w:p w14:paraId="2C140D76" w14:textId="77777777" w:rsidR="0033171A" w:rsidRDefault="0033171A">
            <w:pPr>
              <w:keepLines/>
              <w:spacing w:after="0" w:line="240" w:lineRule="auto"/>
            </w:pPr>
          </w:p>
        </w:tc>
      </w:tr>
      <w:tr w:rsidR="0033171A" w14:paraId="00B0B10C" w14:textId="77777777" w:rsidTr="00515A80">
        <w:trPr>
          <w:cantSplit/>
          <w:jc w:val="center"/>
        </w:trPr>
        <w:tc>
          <w:tcPr>
            <w:tcW w:w="605" w:type="dxa"/>
            <w:shd w:val="clear" w:color="auto" w:fill="F2F2F2"/>
            <w:tcMar>
              <w:top w:w="35" w:type="dxa"/>
              <w:left w:w="55" w:type="dxa"/>
              <w:bottom w:w="35" w:type="dxa"/>
              <w:right w:w="55" w:type="dxa"/>
            </w:tcMar>
          </w:tcPr>
          <w:p w14:paraId="16991307" w14:textId="77777777" w:rsidR="0033171A" w:rsidRDefault="00952DB8">
            <w:pPr>
              <w:keepLines/>
              <w:spacing w:after="0" w:line="240" w:lineRule="auto"/>
            </w:pPr>
            <w:r>
              <w:t>13</w:t>
            </w:r>
          </w:p>
        </w:tc>
        <w:tc>
          <w:tcPr>
            <w:tcW w:w="5112" w:type="dxa"/>
            <w:tcMar>
              <w:top w:w="35" w:type="dxa"/>
              <w:left w:w="55" w:type="dxa"/>
              <w:bottom w:w="35" w:type="dxa"/>
              <w:right w:w="55" w:type="dxa"/>
            </w:tcMar>
          </w:tcPr>
          <w:p w14:paraId="097BB5EF" w14:textId="77777777" w:rsidR="0033171A" w:rsidRDefault="00952DB8">
            <w:pPr>
              <w:keepLines/>
              <w:spacing w:after="0" w:line="240" w:lineRule="auto"/>
            </w:pPr>
            <w:r>
              <w:t>Did the person making the assurance know what the recipient understood?</w:t>
            </w:r>
            <w:r>
              <w:br/>
              <w:t>□ Yes   □ No   □ Unsure   □ Not applicable</w:t>
            </w:r>
          </w:p>
        </w:tc>
        <w:tc>
          <w:tcPr>
            <w:tcW w:w="5515" w:type="dxa"/>
            <w:tcMar>
              <w:top w:w="35" w:type="dxa"/>
              <w:left w:w="55" w:type="dxa"/>
              <w:bottom w:w="35" w:type="dxa"/>
              <w:right w:w="55" w:type="dxa"/>
            </w:tcMar>
          </w:tcPr>
          <w:p w14:paraId="69FF42C0" w14:textId="77777777" w:rsidR="0033171A" w:rsidRDefault="0033171A">
            <w:pPr>
              <w:keepLines/>
              <w:spacing w:after="0" w:line="240" w:lineRule="auto"/>
            </w:pPr>
          </w:p>
        </w:tc>
      </w:tr>
      <w:tr w:rsidR="0033171A" w14:paraId="010E02A0" w14:textId="77777777" w:rsidTr="00515A80">
        <w:trPr>
          <w:cantSplit/>
          <w:jc w:val="center"/>
        </w:trPr>
        <w:tc>
          <w:tcPr>
            <w:tcW w:w="605" w:type="dxa"/>
            <w:shd w:val="clear" w:color="auto" w:fill="F2F2F2"/>
            <w:tcMar>
              <w:top w:w="35" w:type="dxa"/>
              <w:left w:w="55" w:type="dxa"/>
              <w:bottom w:w="35" w:type="dxa"/>
              <w:right w:w="55" w:type="dxa"/>
            </w:tcMar>
          </w:tcPr>
          <w:p w14:paraId="1584BF0D" w14:textId="77777777" w:rsidR="0033171A" w:rsidRDefault="00952DB8">
            <w:pPr>
              <w:keepLines/>
              <w:spacing w:after="0" w:line="240" w:lineRule="auto"/>
            </w:pPr>
            <w:r>
              <w:t>14</w:t>
            </w:r>
          </w:p>
        </w:tc>
        <w:tc>
          <w:tcPr>
            <w:tcW w:w="5112" w:type="dxa"/>
            <w:tcMar>
              <w:top w:w="35" w:type="dxa"/>
              <w:left w:w="55" w:type="dxa"/>
              <w:bottom w:w="35" w:type="dxa"/>
              <w:right w:w="55" w:type="dxa"/>
            </w:tcMar>
          </w:tcPr>
          <w:p w14:paraId="20A21737" w14:textId="77777777" w:rsidR="0033171A" w:rsidRDefault="00952DB8">
            <w:pPr>
              <w:keepLines/>
              <w:spacing w:after="0" w:line="240" w:lineRule="auto"/>
            </w:pPr>
            <w:r>
              <w:t>Did they encourage the recipient to continue relying on that understanding?</w:t>
            </w:r>
            <w:r>
              <w:br/>
              <w:t>□ Yes   □ No   □ Unsure   □ Not applicable</w:t>
            </w:r>
          </w:p>
        </w:tc>
        <w:tc>
          <w:tcPr>
            <w:tcW w:w="5515" w:type="dxa"/>
            <w:tcMar>
              <w:top w:w="35" w:type="dxa"/>
              <w:left w:w="55" w:type="dxa"/>
              <w:bottom w:w="35" w:type="dxa"/>
              <w:right w:w="55" w:type="dxa"/>
            </w:tcMar>
          </w:tcPr>
          <w:p w14:paraId="05614E85" w14:textId="77777777" w:rsidR="0033171A" w:rsidRDefault="0033171A">
            <w:pPr>
              <w:keepLines/>
              <w:spacing w:after="0" w:line="240" w:lineRule="auto"/>
            </w:pPr>
          </w:p>
        </w:tc>
      </w:tr>
      <w:tr w:rsidR="0033171A" w14:paraId="41D11566" w14:textId="77777777" w:rsidTr="00515A80">
        <w:trPr>
          <w:cantSplit/>
          <w:jc w:val="center"/>
        </w:trPr>
        <w:tc>
          <w:tcPr>
            <w:tcW w:w="605" w:type="dxa"/>
            <w:shd w:val="clear" w:color="auto" w:fill="F2F2F2"/>
            <w:tcMar>
              <w:top w:w="35" w:type="dxa"/>
              <w:left w:w="55" w:type="dxa"/>
              <w:bottom w:w="35" w:type="dxa"/>
              <w:right w:w="55" w:type="dxa"/>
            </w:tcMar>
          </w:tcPr>
          <w:p w14:paraId="118755BC" w14:textId="77777777" w:rsidR="0033171A" w:rsidRDefault="00952DB8">
            <w:pPr>
              <w:keepLines/>
              <w:spacing w:after="0" w:line="240" w:lineRule="auto"/>
            </w:pPr>
            <w:r>
              <w:t>15</w:t>
            </w:r>
          </w:p>
        </w:tc>
        <w:tc>
          <w:tcPr>
            <w:tcW w:w="5112" w:type="dxa"/>
            <w:tcMar>
              <w:top w:w="35" w:type="dxa"/>
              <w:left w:w="55" w:type="dxa"/>
              <w:bottom w:w="35" w:type="dxa"/>
              <w:right w:w="55" w:type="dxa"/>
            </w:tcMar>
          </w:tcPr>
          <w:p w14:paraId="0FF0BF77" w14:textId="77777777" w:rsidR="0033171A" w:rsidRDefault="00952DB8">
            <w:pPr>
              <w:keepLines/>
              <w:spacing w:after="0" w:line="240" w:lineRule="auto"/>
            </w:pPr>
            <w:r>
              <w:t>Were inconsistent or competing promises made to other family members?</w:t>
            </w:r>
            <w:r>
              <w:br/>
              <w:t>□ Yes   □ No   □ Unsure   □ Not applicable</w:t>
            </w:r>
          </w:p>
        </w:tc>
        <w:tc>
          <w:tcPr>
            <w:tcW w:w="5515" w:type="dxa"/>
            <w:tcMar>
              <w:top w:w="35" w:type="dxa"/>
              <w:left w:w="55" w:type="dxa"/>
              <w:bottom w:w="35" w:type="dxa"/>
              <w:right w:w="55" w:type="dxa"/>
            </w:tcMar>
          </w:tcPr>
          <w:p w14:paraId="21EDFB5E" w14:textId="77777777" w:rsidR="0033171A" w:rsidRDefault="0033171A">
            <w:pPr>
              <w:keepLines/>
              <w:spacing w:after="0" w:line="240" w:lineRule="auto"/>
            </w:pPr>
          </w:p>
        </w:tc>
      </w:tr>
    </w:tbl>
    <w:p w14:paraId="0D2EB224" w14:textId="3E28803F" w:rsidR="00515A80" w:rsidRDefault="00515A80">
      <w:pPr>
        <w:spacing w:after="60" w:line="240" w:lineRule="auto"/>
      </w:pPr>
    </w:p>
    <w:p w14:paraId="1BA364F1" w14:textId="318CAF5E" w:rsidR="005C6D72" w:rsidRPr="005C6D72" w:rsidRDefault="005C6D72" w:rsidP="005C6D72">
      <w:pPr>
        <w:spacing w:after="60" w:line="240" w:lineRule="auto"/>
        <w:jc w:val="center"/>
        <w:rPr>
          <w:b/>
          <w:i/>
          <w:iCs/>
          <w:color w:val="17364D"/>
          <w:sz w:val="48"/>
          <w:szCs w:val="48"/>
        </w:rPr>
      </w:pPr>
      <w:r w:rsidRPr="005C6D72">
        <w:rPr>
          <w:b/>
          <w:i/>
          <w:iCs/>
          <w:color w:val="17364D"/>
          <w:sz w:val="48"/>
          <w:szCs w:val="48"/>
        </w:rPr>
        <w:t>The best time to put the promise, the property and the Will on the same page is before your family has to piece them together afterwards.</w:t>
      </w:r>
    </w:p>
    <w:p w14:paraId="7D307D24" w14:textId="77777777" w:rsidR="005C6D72" w:rsidRDefault="005C6D72">
      <w:pPr>
        <w:spacing w:after="60" w:line="240" w:lineRule="auto"/>
        <w:rPr>
          <w:b/>
          <w:color w:val="17364D"/>
        </w:rPr>
      </w:pPr>
      <w:r>
        <w:rPr>
          <w:b/>
          <w:color w:val="17364D"/>
        </w:rPr>
        <w:br w:type="page"/>
      </w:r>
    </w:p>
    <w:p w14:paraId="733E2134" w14:textId="77777777" w:rsidR="005C6D72" w:rsidRDefault="005C6D72" w:rsidP="005C6D72">
      <w:pPr>
        <w:spacing w:after="60" w:line="240" w:lineRule="auto"/>
      </w:pPr>
    </w:p>
    <w:p w14:paraId="5374B883" w14:textId="4968FBB2" w:rsidR="0033171A" w:rsidRDefault="00A44B52">
      <w:pPr>
        <w:pStyle w:val="Heading1"/>
        <w:spacing w:before="80" w:after="60" w:line="240" w:lineRule="auto"/>
      </w:pPr>
      <w:r>
        <w:rPr>
          <w:rFonts w:ascii="Aptos" w:hAnsi="Aptos"/>
          <w:sz w:val="32"/>
        </w:rPr>
        <w:t>C</w:t>
      </w:r>
      <w:r w:rsidR="00952DB8">
        <w:rPr>
          <w:rFonts w:ascii="Aptos" w:hAnsi="Aptos"/>
          <w:sz w:val="32"/>
        </w:rPr>
        <w:t>. What did the recipient do in reliance?</w:t>
      </w:r>
    </w:p>
    <w:tbl>
      <w:tblPr>
        <w:tblStyle w:val="TableGrid"/>
        <w:tblW w:w="0" w:type="auto"/>
        <w:jc w:val="center"/>
        <w:tblLayout w:type="fixed"/>
        <w:tblLook w:val="04A0" w:firstRow="1" w:lastRow="0" w:firstColumn="1" w:lastColumn="0" w:noHBand="0" w:noVBand="1"/>
      </w:tblPr>
      <w:tblGrid>
        <w:gridCol w:w="605"/>
        <w:gridCol w:w="5112"/>
        <w:gridCol w:w="5515"/>
      </w:tblGrid>
      <w:tr w:rsidR="0033171A" w14:paraId="2D7D8B2F" w14:textId="77777777" w:rsidTr="005C6D72">
        <w:trPr>
          <w:cantSplit/>
          <w:tblHeader/>
          <w:jc w:val="center"/>
        </w:trPr>
        <w:tc>
          <w:tcPr>
            <w:tcW w:w="605" w:type="dxa"/>
            <w:shd w:val="clear" w:color="auto" w:fill="3F6F62"/>
            <w:tcMar>
              <w:top w:w="35" w:type="dxa"/>
              <w:left w:w="55" w:type="dxa"/>
              <w:bottom w:w="35" w:type="dxa"/>
              <w:right w:w="55" w:type="dxa"/>
            </w:tcMar>
            <w:vAlign w:val="center"/>
          </w:tcPr>
          <w:p w14:paraId="3FD76496" w14:textId="77777777" w:rsidR="0033171A" w:rsidRDefault="00952DB8">
            <w:pPr>
              <w:keepLines/>
              <w:spacing w:after="0" w:line="240" w:lineRule="auto"/>
            </w:pPr>
            <w:r>
              <w:rPr>
                <w:b/>
                <w:color w:val="FFFFFF"/>
              </w:rPr>
              <w:t>No.</w:t>
            </w:r>
          </w:p>
        </w:tc>
        <w:tc>
          <w:tcPr>
            <w:tcW w:w="5112" w:type="dxa"/>
            <w:shd w:val="clear" w:color="auto" w:fill="3F6F62"/>
            <w:tcMar>
              <w:top w:w="35" w:type="dxa"/>
              <w:left w:w="55" w:type="dxa"/>
              <w:bottom w:w="35" w:type="dxa"/>
              <w:right w:w="55" w:type="dxa"/>
            </w:tcMar>
            <w:vAlign w:val="center"/>
          </w:tcPr>
          <w:p w14:paraId="453AB704" w14:textId="77777777" w:rsidR="0033171A" w:rsidRDefault="00952DB8">
            <w:pPr>
              <w:keepLines/>
              <w:spacing w:after="0" w:line="240" w:lineRule="auto"/>
            </w:pPr>
            <w:r>
              <w:rPr>
                <w:b/>
                <w:color w:val="FFFFFF"/>
              </w:rPr>
              <w:t>Question</w:t>
            </w:r>
          </w:p>
        </w:tc>
        <w:tc>
          <w:tcPr>
            <w:tcW w:w="5515" w:type="dxa"/>
            <w:shd w:val="clear" w:color="auto" w:fill="3F6F62"/>
            <w:tcMar>
              <w:top w:w="35" w:type="dxa"/>
              <w:left w:w="55" w:type="dxa"/>
              <w:bottom w:w="35" w:type="dxa"/>
              <w:right w:w="55" w:type="dxa"/>
            </w:tcMar>
            <w:vAlign w:val="center"/>
          </w:tcPr>
          <w:p w14:paraId="788BFD33" w14:textId="77777777" w:rsidR="0033171A" w:rsidRDefault="00952DB8">
            <w:pPr>
              <w:keepLines/>
              <w:spacing w:after="0" w:line="240" w:lineRule="auto"/>
            </w:pPr>
            <w:r>
              <w:rPr>
                <w:b/>
                <w:color w:val="FFFFFF"/>
              </w:rPr>
              <w:t>Notes or evidence</w:t>
            </w:r>
          </w:p>
        </w:tc>
      </w:tr>
      <w:tr w:rsidR="0033171A" w14:paraId="06AAF71A" w14:textId="77777777" w:rsidTr="005C6D72">
        <w:trPr>
          <w:cantSplit/>
          <w:jc w:val="center"/>
        </w:trPr>
        <w:tc>
          <w:tcPr>
            <w:tcW w:w="605" w:type="dxa"/>
            <w:shd w:val="clear" w:color="auto" w:fill="F2F2F2"/>
            <w:tcMar>
              <w:top w:w="35" w:type="dxa"/>
              <w:left w:w="55" w:type="dxa"/>
              <w:bottom w:w="35" w:type="dxa"/>
              <w:right w:w="55" w:type="dxa"/>
            </w:tcMar>
          </w:tcPr>
          <w:p w14:paraId="44515514" w14:textId="77777777" w:rsidR="0033171A" w:rsidRDefault="00952DB8">
            <w:pPr>
              <w:keepLines/>
              <w:spacing w:after="0" w:line="240" w:lineRule="auto"/>
            </w:pPr>
            <w:r>
              <w:t>16</w:t>
            </w:r>
          </w:p>
        </w:tc>
        <w:tc>
          <w:tcPr>
            <w:tcW w:w="5112" w:type="dxa"/>
            <w:tcMar>
              <w:top w:w="35" w:type="dxa"/>
              <w:left w:w="55" w:type="dxa"/>
              <w:bottom w:w="35" w:type="dxa"/>
              <w:right w:w="55" w:type="dxa"/>
            </w:tcMar>
          </w:tcPr>
          <w:p w14:paraId="7F39B348" w14:textId="77777777" w:rsidR="0033171A" w:rsidRDefault="00952DB8">
            <w:pPr>
              <w:keepLines/>
              <w:spacing w:after="0" w:line="240" w:lineRule="auto"/>
            </w:pPr>
            <w:r>
              <w:t>Did they move into the property because of the assurance?</w:t>
            </w:r>
            <w:r>
              <w:br/>
              <w:t>□ Yes   □ No   □ Unsure   □ Not applicable</w:t>
            </w:r>
          </w:p>
        </w:tc>
        <w:tc>
          <w:tcPr>
            <w:tcW w:w="5515" w:type="dxa"/>
            <w:tcMar>
              <w:top w:w="35" w:type="dxa"/>
              <w:left w:w="55" w:type="dxa"/>
              <w:bottom w:w="35" w:type="dxa"/>
              <w:right w:w="55" w:type="dxa"/>
            </w:tcMar>
          </w:tcPr>
          <w:p w14:paraId="639FDB3F" w14:textId="77777777" w:rsidR="0033171A" w:rsidRDefault="0033171A">
            <w:pPr>
              <w:keepLines/>
              <w:spacing w:after="0" w:line="240" w:lineRule="auto"/>
            </w:pPr>
          </w:p>
        </w:tc>
      </w:tr>
      <w:tr w:rsidR="0033171A" w14:paraId="79F3AE31" w14:textId="77777777" w:rsidTr="005C6D72">
        <w:trPr>
          <w:cantSplit/>
          <w:jc w:val="center"/>
        </w:trPr>
        <w:tc>
          <w:tcPr>
            <w:tcW w:w="605" w:type="dxa"/>
            <w:shd w:val="clear" w:color="auto" w:fill="F2F2F2"/>
            <w:tcMar>
              <w:top w:w="35" w:type="dxa"/>
              <w:left w:w="55" w:type="dxa"/>
              <w:bottom w:w="35" w:type="dxa"/>
              <w:right w:w="55" w:type="dxa"/>
            </w:tcMar>
          </w:tcPr>
          <w:p w14:paraId="67D6538B" w14:textId="77777777" w:rsidR="0033171A" w:rsidRDefault="00952DB8">
            <w:pPr>
              <w:keepLines/>
              <w:spacing w:after="0" w:line="240" w:lineRule="auto"/>
            </w:pPr>
            <w:r>
              <w:t>17</w:t>
            </w:r>
          </w:p>
        </w:tc>
        <w:tc>
          <w:tcPr>
            <w:tcW w:w="5112" w:type="dxa"/>
            <w:tcMar>
              <w:top w:w="35" w:type="dxa"/>
              <w:left w:w="55" w:type="dxa"/>
              <w:bottom w:w="35" w:type="dxa"/>
              <w:right w:w="55" w:type="dxa"/>
            </w:tcMar>
          </w:tcPr>
          <w:p w14:paraId="244FF70E" w14:textId="77777777" w:rsidR="0033171A" w:rsidRDefault="00952DB8">
            <w:pPr>
              <w:keepLines/>
              <w:spacing w:after="0" w:line="240" w:lineRule="auto"/>
            </w:pPr>
            <w:r>
              <w:t>Did they give up another home or tenancy?</w:t>
            </w:r>
            <w:r>
              <w:br/>
              <w:t>□ Yes   □ No   □ Unsure   □ Not applicable</w:t>
            </w:r>
          </w:p>
        </w:tc>
        <w:tc>
          <w:tcPr>
            <w:tcW w:w="5515" w:type="dxa"/>
            <w:tcMar>
              <w:top w:w="35" w:type="dxa"/>
              <w:left w:w="55" w:type="dxa"/>
              <w:bottom w:w="35" w:type="dxa"/>
              <w:right w:w="55" w:type="dxa"/>
            </w:tcMar>
          </w:tcPr>
          <w:p w14:paraId="2AC59BB8" w14:textId="77777777" w:rsidR="0033171A" w:rsidRDefault="0033171A">
            <w:pPr>
              <w:keepLines/>
              <w:spacing w:after="0" w:line="240" w:lineRule="auto"/>
            </w:pPr>
          </w:p>
        </w:tc>
      </w:tr>
      <w:tr w:rsidR="0033171A" w14:paraId="29A95715" w14:textId="77777777" w:rsidTr="005C6D72">
        <w:trPr>
          <w:cantSplit/>
          <w:jc w:val="center"/>
        </w:trPr>
        <w:tc>
          <w:tcPr>
            <w:tcW w:w="605" w:type="dxa"/>
            <w:shd w:val="clear" w:color="auto" w:fill="F2F2F2"/>
            <w:tcMar>
              <w:top w:w="35" w:type="dxa"/>
              <w:left w:w="55" w:type="dxa"/>
              <w:bottom w:w="35" w:type="dxa"/>
              <w:right w:w="55" w:type="dxa"/>
            </w:tcMar>
          </w:tcPr>
          <w:p w14:paraId="146E9187" w14:textId="77777777" w:rsidR="0033171A" w:rsidRDefault="00952DB8">
            <w:pPr>
              <w:keepLines/>
              <w:spacing w:after="0" w:line="240" w:lineRule="auto"/>
            </w:pPr>
            <w:r>
              <w:t>18</w:t>
            </w:r>
          </w:p>
        </w:tc>
        <w:tc>
          <w:tcPr>
            <w:tcW w:w="5112" w:type="dxa"/>
            <w:tcMar>
              <w:top w:w="35" w:type="dxa"/>
              <w:left w:w="55" w:type="dxa"/>
              <w:bottom w:w="35" w:type="dxa"/>
              <w:right w:w="55" w:type="dxa"/>
            </w:tcMar>
          </w:tcPr>
          <w:p w14:paraId="70D1A81B" w14:textId="77777777" w:rsidR="0033171A" w:rsidRDefault="00952DB8">
            <w:pPr>
              <w:keepLines/>
              <w:spacing w:after="0" w:line="240" w:lineRule="auto"/>
            </w:pPr>
            <w:r>
              <w:t>Did they sell, transfer or give away another property?</w:t>
            </w:r>
            <w:r>
              <w:br/>
              <w:t>□ Yes   □ No   □ Unsure   □ Not applicable</w:t>
            </w:r>
          </w:p>
        </w:tc>
        <w:tc>
          <w:tcPr>
            <w:tcW w:w="5515" w:type="dxa"/>
            <w:tcMar>
              <w:top w:w="35" w:type="dxa"/>
              <w:left w:w="55" w:type="dxa"/>
              <w:bottom w:w="35" w:type="dxa"/>
              <w:right w:w="55" w:type="dxa"/>
            </w:tcMar>
          </w:tcPr>
          <w:p w14:paraId="362AF943" w14:textId="77777777" w:rsidR="0033171A" w:rsidRDefault="0033171A">
            <w:pPr>
              <w:keepLines/>
              <w:spacing w:after="0" w:line="240" w:lineRule="auto"/>
            </w:pPr>
          </w:p>
        </w:tc>
      </w:tr>
      <w:tr w:rsidR="0033171A" w14:paraId="19A010EC" w14:textId="77777777" w:rsidTr="005C6D72">
        <w:trPr>
          <w:cantSplit/>
          <w:jc w:val="center"/>
        </w:trPr>
        <w:tc>
          <w:tcPr>
            <w:tcW w:w="605" w:type="dxa"/>
            <w:shd w:val="clear" w:color="auto" w:fill="F2F2F2"/>
            <w:tcMar>
              <w:top w:w="35" w:type="dxa"/>
              <w:left w:w="55" w:type="dxa"/>
              <w:bottom w:w="35" w:type="dxa"/>
              <w:right w:w="55" w:type="dxa"/>
            </w:tcMar>
          </w:tcPr>
          <w:p w14:paraId="607E8F01" w14:textId="77777777" w:rsidR="0033171A" w:rsidRDefault="00952DB8">
            <w:pPr>
              <w:keepLines/>
              <w:spacing w:after="0" w:line="240" w:lineRule="auto"/>
            </w:pPr>
            <w:r>
              <w:t>19</w:t>
            </w:r>
          </w:p>
        </w:tc>
        <w:tc>
          <w:tcPr>
            <w:tcW w:w="5112" w:type="dxa"/>
            <w:tcMar>
              <w:top w:w="35" w:type="dxa"/>
              <w:left w:w="55" w:type="dxa"/>
              <w:bottom w:w="35" w:type="dxa"/>
              <w:right w:w="55" w:type="dxa"/>
            </w:tcMar>
          </w:tcPr>
          <w:p w14:paraId="7240F30D" w14:textId="77777777" w:rsidR="0033171A" w:rsidRDefault="00952DB8">
            <w:pPr>
              <w:keepLines/>
              <w:spacing w:after="0" w:line="240" w:lineRule="auto"/>
            </w:pPr>
            <w:r>
              <w:t>Did they decline another purchase, tenancy or housing opportunity?</w:t>
            </w:r>
            <w:r>
              <w:br/>
              <w:t>□ Yes   □ No   □ Unsure   □ Not applicable</w:t>
            </w:r>
          </w:p>
        </w:tc>
        <w:tc>
          <w:tcPr>
            <w:tcW w:w="5515" w:type="dxa"/>
            <w:tcMar>
              <w:top w:w="35" w:type="dxa"/>
              <w:left w:w="55" w:type="dxa"/>
              <w:bottom w:w="35" w:type="dxa"/>
              <w:right w:w="55" w:type="dxa"/>
            </w:tcMar>
          </w:tcPr>
          <w:p w14:paraId="40B923D2" w14:textId="77777777" w:rsidR="0033171A" w:rsidRDefault="0033171A">
            <w:pPr>
              <w:keepLines/>
              <w:spacing w:after="0" w:line="240" w:lineRule="auto"/>
            </w:pPr>
          </w:p>
        </w:tc>
      </w:tr>
      <w:tr w:rsidR="0033171A" w14:paraId="6D9F8803" w14:textId="77777777" w:rsidTr="005C6D72">
        <w:trPr>
          <w:cantSplit/>
          <w:jc w:val="center"/>
        </w:trPr>
        <w:tc>
          <w:tcPr>
            <w:tcW w:w="605" w:type="dxa"/>
            <w:shd w:val="clear" w:color="auto" w:fill="F2F2F2"/>
            <w:tcMar>
              <w:top w:w="35" w:type="dxa"/>
              <w:left w:w="55" w:type="dxa"/>
              <w:bottom w:w="35" w:type="dxa"/>
              <w:right w:w="55" w:type="dxa"/>
            </w:tcMar>
          </w:tcPr>
          <w:p w14:paraId="2CB5FB36" w14:textId="77777777" w:rsidR="0033171A" w:rsidRDefault="00952DB8">
            <w:pPr>
              <w:keepLines/>
              <w:spacing w:after="0" w:line="240" w:lineRule="auto"/>
            </w:pPr>
            <w:r>
              <w:t>20</w:t>
            </w:r>
          </w:p>
        </w:tc>
        <w:tc>
          <w:tcPr>
            <w:tcW w:w="5112" w:type="dxa"/>
            <w:tcMar>
              <w:top w:w="35" w:type="dxa"/>
              <w:left w:w="55" w:type="dxa"/>
              <w:bottom w:w="35" w:type="dxa"/>
              <w:right w:w="55" w:type="dxa"/>
            </w:tcMar>
          </w:tcPr>
          <w:p w14:paraId="5C731969" w14:textId="77777777" w:rsidR="0033171A" w:rsidRDefault="00952DB8">
            <w:pPr>
              <w:keepLines/>
              <w:spacing w:after="0" w:line="240" w:lineRule="auto"/>
            </w:pPr>
            <w:r>
              <w:t>Did they contribute to the deposit or purchase price?</w:t>
            </w:r>
            <w:r>
              <w:br/>
              <w:t>□ Yes   □ No   □ Unsure   □ Not applicable</w:t>
            </w:r>
          </w:p>
        </w:tc>
        <w:tc>
          <w:tcPr>
            <w:tcW w:w="5515" w:type="dxa"/>
            <w:tcMar>
              <w:top w:w="35" w:type="dxa"/>
              <w:left w:w="55" w:type="dxa"/>
              <w:bottom w:w="35" w:type="dxa"/>
              <w:right w:w="55" w:type="dxa"/>
            </w:tcMar>
          </w:tcPr>
          <w:p w14:paraId="46A2C655" w14:textId="77777777" w:rsidR="0033171A" w:rsidRDefault="0033171A">
            <w:pPr>
              <w:keepLines/>
              <w:spacing w:after="0" w:line="240" w:lineRule="auto"/>
            </w:pPr>
          </w:p>
        </w:tc>
      </w:tr>
      <w:tr w:rsidR="0033171A" w14:paraId="012788F0" w14:textId="77777777" w:rsidTr="005C6D72">
        <w:trPr>
          <w:cantSplit/>
          <w:jc w:val="center"/>
        </w:trPr>
        <w:tc>
          <w:tcPr>
            <w:tcW w:w="605" w:type="dxa"/>
            <w:shd w:val="clear" w:color="auto" w:fill="F2F2F2"/>
            <w:tcMar>
              <w:top w:w="35" w:type="dxa"/>
              <w:left w:w="55" w:type="dxa"/>
              <w:bottom w:w="35" w:type="dxa"/>
              <w:right w:w="55" w:type="dxa"/>
            </w:tcMar>
          </w:tcPr>
          <w:p w14:paraId="1C31D2D4" w14:textId="77777777" w:rsidR="0033171A" w:rsidRDefault="00952DB8">
            <w:pPr>
              <w:keepLines/>
              <w:spacing w:after="0" w:line="240" w:lineRule="auto"/>
            </w:pPr>
            <w:r>
              <w:t>21</w:t>
            </w:r>
          </w:p>
        </w:tc>
        <w:tc>
          <w:tcPr>
            <w:tcW w:w="5112" w:type="dxa"/>
            <w:tcMar>
              <w:top w:w="35" w:type="dxa"/>
              <w:left w:w="55" w:type="dxa"/>
              <w:bottom w:w="35" w:type="dxa"/>
              <w:right w:w="55" w:type="dxa"/>
            </w:tcMar>
          </w:tcPr>
          <w:p w14:paraId="3E71CCAF" w14:textId="77777777" w:rsidR="0033171A" w:rsidRDefault="00952DB8">
            <w:pPr>
              <w:keepLines/>
              <w:spacing w:after="0" w:line="240" w:lineRule="auto"/>
            </w:pPr>
            <w:r>
              <w:t>Did they pay the mortgage, secured borrowing or other acquisition costs?</w:t>
            </w:r>
            <w:r>
              <w:br/>
              <w:t>□ Yes   □ No   □ Unsure   □ Not applicable</w:t>
            </w:r>
          </w:p>
        </w:tc>
        <w:tc>
          <w:tcPr>
            <w:tcW w:w="5515" w:type="dxa"/>
            <w:tcMar>
              <w:top w:w="35" w:type="dxa"/>
              <w:left w:w="55" w:type="dxa"/>
              <w:bottom w:w="35" w:type="dxa"/>
              <w:right w:w="55" w:type="dxa"/>
            </w:tcMar>
          </w:tcPr>
          <w:p w14:paraId="2EC61BDC" w14:textId="77777777" w:rsidR="0033171A" w:rsidRDefault="0033171A">
            <w:pPr>
              <w:keepLines/>
              <w:spacing w:after="0" w:line="240" w:lineRule="auto"/>
            </w:pPr>
          </w:p>
        </w:tc>
      </w:tr>
      <w:tr w:rsidR="0033171A" w14:paraId="0B2947C6" w14:textId="77777777" w:rsidTr="005C6D72">
        <w:trPr>
          <w:cantSplit/>
          <w:jc w:val="center"/>
        </w:trPr>
        <w:tc>
          <w:tcPr>
            <w:tcW w:w="605" w:type="dxa"/>
            <w:shd w:val="clear" w:color="auto" w:fill="F2F2F2"/>
            <w:tcMar>
              <w:top w:w="35" w:type="dxa"/>
              <w:left w:w="55" w:type="dxa"/>
              <w:bottom w:w="35" w:type="dxa"/>
              <w:right w:w="55" w:type="dxa"/>
            </w:tcMar>
          </w:tcPr>
          <w:p w14:paraId="64BD13A3" w14:textId="77777777" w:rsidR="0033171A" w:rsidRDefault="00952DB8">
            <w:pPr>
              <w:keepLines/>
              <w:spacing w:after="0" w:line="240" w:lineRule="auto"/>
            </w:pPr>
            <w:r>
              <w:t>22</w:t>
            </w:r>
          </w:p>
        </w:tc>
        <w:tc>
          <w:tcPr>
            <w:tcW w:w="5112" w:type="dxa"/>
            <w:tcMar>
              <w:top w:w="35" w:type="dxa"/>
              <w:left w:w="55" w:type="dxa"/>
              <w:bottom w:w="35" w:type="dxa"/>
              <w:right w:w="55" w:type="dxa"/>
            </w:tcMar>
          </w:tcPr>
          <w:p w14:paraId="44A733C0" w14:textId="77777777" w:rsidR="0033171A" w:rsidRDefault="00952DB8">
            <w:pPr>
              <w:keepLines/>
              <w:spacing w:after="0" w:line="240" w:lineRule="auto"/>
            </w:pPr>
            <w:r>
              <w:t>Did they pay for extensions, renovations or substantial improvements?</w:t>
            </w:r>
            <w:r>
              <w:br/>
              <w:t>□ Yes   □ No   □ Unsure   □ Not applicable</w:t>
            </w:r>
          </w:p>
        </w:tc>
        <w:tc>
          <w:tcPr>
            <w:tcW w:w="5515" w:type="dxa"/>
            <w:tcMar>
              <w:top w:w="35" w:type="dxa"/>
              <w:left w:w="55" w:type="dxa"/>
              <w:bottom w:w="35" w:type="dxa"/>
              <w:right w:w="55" w:type="dxa"/>
            </w:tcMar>
          </w:tcPr>
          <w:p w14:paraId="5D792264" w14:textId="77777777" w:rsidR="0033171A" w:rsidRDefault="0033171A">
            <w:pPr>
              <w:keepLines/>
              <w:spacing w:after="0" w:line="240" w:lineRule="auto"/>
            </w:pPr>
          </w:p>
        </w:tc>
      </w:tr>
      <w:tr w:rsidR="0033171A" w14:paraId="1A1EF01D" w14:textId="77777777" w:rsidTr="005D73B6">
        <w:trPr>
          <w:cantSplit/>
          <w:trHeight w:val="1240"/>
          <w:jc w:val="center"/>
        </w:trPr>
        <w:tc>
          <w:tcPr>
            <w:tcW w:w="605" w:type="dxa"/>
            <w:shd w:val="clear" w:color="auto" w:fill="F2F2F2"/>
            <w:tcMar>
              <w:top w:w="35" w:type="dxa"/>
              <w:left w:w="55" w:type="dxa"/>
              <w:bottom w:w="35" w:type="dxa"/>
              <w:right w:w="55" w:type="dxa"/>
            </w:tcMar>
          </w:tcPr>
          <w:p w14:paraId="49B32A8E" w14:textId="77777777" w:rsidR="0033171A" w:rsidRDefault="00952DB8">
            <w:pPr>
              <w:keepLines/>
              <w:spacing w:after="0" w:line="240" w:lineRule="auto"/>
            </w:pPr>
            <w:r>
              <w:t>23</w:t>
            </w:r>
          </w:p>
        </w:tc>
        <w:tc>
          <w:tcPr>
            <w:tcW w:w="5112" w:type="dxa"/>
            <w:tcMar>
              <w:top w:w="35" w:type="dxa"/>
              <w:left w:w="55" w:type="dxa"/>
              <w:bottom w:w="35" w:type="dxa"/>
              <w:right w:w="55" w:type="dxa"/>
            </w:tcMar>
          </w:tcPr>
          <w:p w14:paraId="79746931" w14:textId="77777777" w:rsidR="0033171A" w:rsidRDefault="00952DB8">
            <w:pPr>
              <w:keepLines/>
              <w:spacing w:after="0" w:line="240" w:lineRule="auto"/>
            </w:pPr>
            <w:r>
              <w:t>Did they contribute unusually large sums towards household or property costs?</w:t>
            </w:r>
            <w:r>
              <w:br/>
              <w:t>□ Yes   □ No   □ Unsure   □ Not applicable</w:t>
            </w:r>
          </w:p>
        </w:tc>
        <w:tc>
          <w:tcPr>
            <w:tcW w:w="5515" w:type="dxa"/>
            <w:tcMar>
              <w:top w:w="35" w:type="dxa"/>
              <w:left w:w="55" w:type="dxa"/>
              <w:bottom w:w="35" w:type="dxa"/>
              <w:right w:w="55" w:type="dxa"/>
            </w:tcMar>
          </w:tcPr>
          <w:p w14:paraId="01F47451" w14:textId="77777777" w:rsidR="0033171A" w:rsidRDefault="0033171A">
            <w:pPr>
              <w:keepLines/>
              <w:spacing w:after="0" w:line="240" w:lineRule="auto"/>
            </w:pPr>
          </w:p>
        </w:tc>
      </w:tr>
      <w:tr w:rsidR="0033171A" w14:paraId="66E9ED95" w14:textId="77777777" w:rsidTr="005D73B6">
        <w:trPr>
          <w:cantSplit/>
          <w:trHeight w:val="1329"/>
          <w:jc w:val="center"/>
        </w:trPr>
        <w:tc>
          <w:tcPr>
            <w:tcW w:w="605" w:type="dxa"/>
            <w:shd w:val="clear" w:color="auto" w:fill="F2F2F2"/>
            <w:tcMar>
              <w:top w:w="35" w:type="dxa"/>
              <w:left w:w="55" w:type="dxa"/>
              <w:bottom w:w="35" w:type="dxa"/>
              <w:right w:w="55" w:type="dxa"/>
            </w:tcMar>
          </w:tcPr>
          <w:p w14:paraId="2FEE5437" w14:textId="77777777" w:rsidR="0033171A" w:rsidRDefault="00952DB8">
            <w:pPr>
              <w:keepLines/>
              <w:spacing w:after="0" w:line="240" w:lineRule="auto"/>
            </w:pPr>
            <w:r>
              <w:t>24</w:t>
            </w:r>
          </w:p>
        </w:tc>
        <w:tc>
          <w:tcPr>
            <w:tcW w:w="5112" w:type="dxa"/>
            <w:tcMar>
              <w:top w:w="35" w:type="dxa"/>
              <w:left w:w="55" w:type="dxa"/>
              <w:bottom w:w="35" w:type="dxa"/>
              <w:right w:w="55" w:type="dxa"/>
            </w:tcMar>
          </w:tcPr>
          <w:p w14:paraId="65219DFE" w14:textId="77777777" w:rsidR="0033171A" w:rsidRDefault="00952DB8">
            <w:pPr>
              <w:keepLines/>
              <w:spacing w:after="0" w:line="240" w:lineRule="auto"/>
            </w:pPr>
            <w:r>
              <w:t>Did they provide substantial unpaid or underpaid care, domestic work, business work or farm work?</w:t>
            </w:r>
            <w:r>
              <w:br/>
              <w:t>□ Yes   □ No   □ Unsure   □ Not applicable</w:t>
            </w:r>
          </w:p>
        </w:tc>
        <w:tc>
          <w:tcPr>
            <w:tcW w:w="5515" w:type="dxa"/>
            <w:tcMar>
              <w:top w:w="35" w:type="dxa"/>
              <w:left w:w="55" w:type="dxa"/>
              <w:bottom w:w="35" w:type="dxa"/>
              <w:right w:w="55" w:type="dxa"/>
            </w:tcMar>
          </w:tcPr>
          <w:p w14:paraId="55B6F536" w14:textId="77777777" w:rsidR="0033171A" w:rsidRDefault="0033171A">
            <w:pPr>
              <w:keepLines/>
              <w:spacing w:after="0" w:line="240" w:lineRule="auto"/>
            </w:pPr>
          </w:p>
        </w:tc>
      </w:tr>
      <w:tr w:rsidR="0033171A" w14:paraId="1829A43C" w14:textId="77777777" w:rsidTr="005D73B6">
        <w:trPr>
          <w:cantSplit/>
          <w:trHeight w:val="1066"/>
          <w:jc w:val="center"/>
        </w:trPr>
        <w:tc>
          <w:tcPr>
            <w:tcW w:w="605" w:type="dxa"/>
            <w:shd w:val="clear" w:color="auto" w:fill="F2F2F2"/>
            <w:tcMar>
              <w:top w:w="35" w:type="dxa"/>
              <w:left w:w="55" w:type="dxa"/>
              <w:bottom w:w="35" w:type="dxa"/>
              <w:right w:w="55" w:type="dxa"/>
            </w:tcMar>
          </w:tcPr>
          <w:p w14:paraId="374C6C95" w14:textId="77777777" w:rsidR="0033171A" w:rsidRDefault="00952DB8">
            <w:pPr>
              <w:keepLines/>
              <w:spacing w:after="0" w:line="240" w:lineRule="auto"/>
            </w:pPr>
            <w:r>
              <w:t>25</w:t>
            </w:r>
          </w:p>
        </w:tc>
        <w:tc>
          <w:tcPr>
            <w:tcW w:w="5112" w:type="dxa"/>
            <w:tcMar>
              <w:top w:w="35" w:type="dxa"/>
              <w:left w:w="55" w:type="dxa"/>
              <w:bottom w:w="35" w:type="dxa"/>
              <w:right w:w="55" w:type="dxa"/>
            </w:tcMar>
          </w:tcPr>
          <w:p w14:paraId="09EE68D9" w14:textId="77777777" w:rsidR="0033171A" w:rsidRDefault="00952DB8">
            <w:pPr>
              <w:keepLines/>
              <w:spacing w:after="0" w:line="240" w:lineRule="auto"/>
            </w:pPr>
            <w:r>
              <w:t>Did they reduce or give up employment or earning opportunities?</w:t>
            </w:r>
            <w:r>
              <w:br/>
              <w:t>□ Yes   □ No   □ Unsure   □ Not applicable</w:t>
            </w:r>
          </w:p>
        </w:tc>
        <w:tc>
          <w:tcPr>
            <w:tcW w:w="5515" w:type="dxa"/>
            <w:tcMar>
              <w:top w:w="35" w:type="dxa"/>
              <w:left w:w="55" w:type="dxa"/>
              <w:bottom w:w="35" w:type="dxa"/>
              <w:right w:w="55" w:type="dxa"/>
            </w:tcMar>
          </w:tcPr>
          <w:p w14:paraId="1A3902B5" w14:textId="77777777" w:rsidR="0033171A" w:rsidRDefault="0033171A">
            <w:pPr>
              <w:keepLines/>
              <w:spacing w:after="0" w:line="240" w:lineRule="auto"/>
            </w:pPr>
          </w:p>
        </w:tc>
      </w:tr>
      <w:tr w:rsidR="0033171A" w14:paraId="51D59F26" w14:textId="77777777" w:rsidTr="005D73B6">
        <w:trPr>
          <w:cantSplit/>
          <w:trHeight w:val="1264"/>
          <w:jc w:val="center"/>
        </w:trPr>
        <w:tc>
          <w:tcPr>
            <w:tcW w:w="605" w:type="dxa"/>
            <w:shd w:val="clear" w:color="auto" w:fill="F2F2F2"/>
            <w:tcMar>
              <w:top w:w="35" w:type="dxa"/>
              <w:left w:w="55" w:type="dxa"/>
              <w:bottom w:w="35" w:type="dxa"/>
              <w:right w:w="55" w:type="dxa"/>
            </w:tcMar>
          </w:tcPr>
          <w:p w14:paraId="108E5A68" w14:textId="77777777" w:rsidR="0033171A" w:rsidRDefault="00952DB8">
            <w:pPr>
              <w:keepLines/>
              <w:spacing w:after="0" w:line="240" w:lineRule="auto"/>
            </w:pPr>
            <w:r>
              <w:t>26</w:t>
            </w:r>
          </w:p>
        </w:tc>
        <w:tc>
          <w:tcPr>
            <w:tcW w:w="5112" w:type="dxa"/>
            <w:tcMar>
              <w:top w:w="35" w:type="dxa"/>
              <w:left w:w="55" w:type="dxa"/>
              <w:bottom w:w="35" w:type="dxa"/>
              <w:right w:w="55" w:type="dxa"/>
            </w:tcMar>
          </w:tcPr>
          <w:p w14:paraId="402EFBA2" w14:textId="77777777" w:rsidR="0033171A" w:rsidRDefault="00952DB8">
            <w:pPr>
              <w:keepLines/>
              <w:spacing w:after="0" w:line="240" w:lineRule="auto"/>
            </w:pPr>
            <w:r>
              <w:t>Did they reduce or abandon pension provision?</w:t>
            </w:r>
            <w:r>
              <w:br/>
              <w:t>□ Yes   □ No   □ Unsure   □ Not applicable</w:t>
            </w:r>
          </w:p>
        </w:tc>
        <w:tc>
          <w:tcPr>
            <w:tcW w:w="5515" w:type="dxa"/>
            <w:tcMar>
              <w:top w:w="35" w:type="dxa"/>
              <w:left w:w="55" w:type="dxa"/>
              <w:bottom w:w="35" w:type="dxa"/>
              <w:right w:w="55" w:type="dxa"/>
            </w:tcMar>
          </w:tcPr>
          <w:p w14:paraId="65784400" w14:textId="77777777" w:rsidR="0033171A" w:rsidRDefault="0033171A">
            <w:pPr>
              <w:keepLines/>
              <w:spacing w:after="0" w:line="240" w:lineRule="auto"/>
            </w:pPr>
          </w:p>
        </w:tc>
      </w:tr>
      <w:tr w:rsidR="0033171A" w14:paraId="2540F277" w14:textId="77777777" w:rsidTr="005D73B6">
        <w:trPr>
          <w:cantSplit/>
          <w:trHeight w:val="1406"/>
          <w:jc w:val="center"/>
        </w:trPr>
        <w:tc>
          <w:tcPr>
            <w:tcW w:w="605" w:type="dxa"/>
            <w:shd w:val="clear" w:color="auto" w:fill="F2F2F2"/>
            <w:tcMar>
              <w:top w:w="35" w:type="dxa"/>
              <w:left w:w="55" w:type="dxa"/>
              <w:bottom w:w="35" w:type="dxa"/>
              <w:right w:w="55" w:type="dxa"/>
            </w:tcMar>
          </w:tcPr>
          <w:p w14:paraId="0B4744E8" w14:textId="77777777" w:rsidR="0033171A" w:rsidRDefault="00952DB8">
            <w:pPr>
              <w:keepLines/>
              <w:spacing w:after="0" w:line="240" w:lineRule="auto"/>
            </w:pPr>
            <w:r>
              <w:t>27</w:t>
            </w:r>
          </w:p>
        </w:tc>
        <w:tc>
          <w:tcPr>
            <w:tcW w:w="5112" w:type="dxa"/>
            <w:tcMar>
              <w:top w:w="35" w:type="dxa"/>
              <w:left w:w="55" w:type="dxa"/>
              <w:bottom w:w="35" w:type="dxa"/>
              <w:right w:w="55" w:type="dxa"/>
            </w:tcMar>
          </w:tcPr>
          <w:p w14:paraId="482B326D" w14:textId="77777777" w:rsidR="0033171A" w:rsidRDefault="00952DB8">
            <w:pPr>
              <w:keepLines/>
              <w:spacing w:after="0" w:line="240" w:lineRule="auto"/>
            </w:pPr>
            <w:r>
              <w:t>Did they change their Will, savings, investments or gifts because they expected the property or inheritance?</w:t>
            </w:r>
            <w:r>
              <w:br/>
              <w:t>□ Yes   □ No   □ Unsure   □ Not applicable</w:t>
            </w:r>
          </w:p>
        </w:tc>
        <w:tc>
          <w:tcPr>
            <w:tcW w:w="5515" w:type="dxa"/>
            <w:tcMar>
              <w:top w:w="35" w:type="dxa"/>
              <w:left w:w="55" w:type="dxa"/>
              <w:bottom w:w="35" w:type="dxa"/>
              <w:right w:w="55" w:type="dxa"/>
            </w:tcMar>
          </w:tcPr>
          <w:p w14:paraId="3C3A57A4" w14:textId="77777777" w:rsidR="0033171A" w:rsidRDefault="0033171A">
            <w:pPr>
              <w:keepLines/>
              <w:spacing w:after="0" w:line="240" w:lineRule="auto"/>
            </w:pPr>
          </w:p>
        </w:tc>
      </w:tr>
    </w:tbl>
    <w:p w14:paraId="47A2886F" w14:textId="77777777" w:rsidR="0033171A" w:rsidRDefault="0033171A">
      <w:pPr>
        <w:spacing w:after="60" w:line="240" w:lineRule="auto"/>
      </w:pPr>
    </w:p>
    <w:p w14:paraId="4158F5EC" w14:textId="0044EDB7" w:rsidR="0033171A" w:rsidRPr="005D73B6" w:rsidRDefault="00952DB8" w:rsidP="005D73B6">
      <w:pPr>
        <w:spacing w:after="60" w:line="240" w:lineRule="auto"/>
        <w:rPr>
          <w:rFonts w:asciiTheme="majorHAnsi" w:eastAsiaTheme="majorEastAsia" w:hAnsiTheme="majorHAnsi" w:cstheme="majorBidi"/>
          <w:b/>
          <w:bCs/>
          <w:color w:val="17364D"/>
          <w:sz w:val="34"/>
          <w:szCs w:val="28"/>
        </w:rPr>
      </w:pPr>
      <w:r>
        <w:rPr>
          <w:b/>
          <w:sz w:val="32"/>
        </w:rPr>
        <w:t>D. What detriment or sacrifice resulted?</w:t>
      </w:r>
    </w:p>
    <w:tbl>
      <w:tblPr>
        <w:tblStyle w:val="TableGrid"/>
        <w:tblW w:w="0" w:type="auto"/>
        <w:jc w:val="center"/>
        <w:tblLayout w:type="fixed"/>
        <w:tblLook w:val="04A0" w:firstRow="1" w:lastRow="0" w:firstColumn="1" w:lastColumn="0" w:noHBand="0" w:noVBand="1"/>
      </w:tblPr>
      <w:tblGrid>
        <w:gridCol w:w="605"/>
        <w:gridCol w:w="5112"/>
        <w:gridCol w:w="5515"/>
      </w:tblGrid>
      <w:tr w:rsidR="0033171A" w14:paraId="6ADADD70" w14:textId="77777777" w:rsidTr="005C6D72">
        <w:trPr>
          <w:cantSplit/>
          <w:tblHeader/>
          <w:jc w:val="center"/>
        </w:trPr>
        <w:tc>
          <w:tcPr>
            <w:tcW w:w="605" w:type="dxa"/>
            <w:shd w:val="clear" w:color="auto" w:fill="3F6F62"/>
            <w:tcMar>
              <w:top w:w="35" w:type="dxa"/>
              <w:left w:w="55" w:type="dxa"/>
              <w:bottom w:w="35" w:type="dxa"/>
              <w:right w:w="55" w:type="dxa"/>
            </w:tcMar>
            <w:vAlign w:val="center"/>
          </w:tcPr>
          <w:p w14:paraId="0CDF3248" w14:textId="77777777" w:rsidR="0033171A" w:rsidRDefault="00952DB8">
            <w:pPr>
              <w:keepLines/>
              <w:spacing w:after="0" w:line="240" w:lineRule="auto"/>
            </w:pPr>
            <w:r>
              <w:rPr>
                <w:b/>
                <w:color w:val="FFFFFF"/>
              </w:rPr>
              <w:t>No.</w:t>
            </w:r>
          </w:p>
        </w:tc>
        <w:tc>
          <w:tcPr>
            <w:tcW w:w="5112" w:type="dxa"/>
            <w:shd w:val="clear" w:color="auto" w:fill="3F6F62"/>
            <w:tcMar>
              <w:top w:w="35" w:type="dxa"/>
              <w:left w:w="55" w:type="dxa"/>
              <w:bottom w:w="35" w:type="dxa"/>
              <w:right w:w="55" w:type="dxa"/>
            </w:tcMar>
            <w:vAlign w:val="center"/>
          </w:tcPr>
          <w:p w14:paraId="6998BBEF" w14:textId="77777777" w:rsidR="0033171A" w:rsidRDefault="00952DB8">
            <w:pPr>
              <w:keepLines/>
              <w:spacing w:after="0" w:line="240" w:lineRule="auto"/>
            </w:pPr>
            <w:r>
              <w:rPr>
                <w:b/>
                <w:color w:val="FFFFFF"/>
              </w:rPr>
              <w:t>Question</w:t>
            </w:r>
          </w:p>
        </w:tc>
        <w:tc>
          <w:tcPr>
            <w:tcW w:w="5515" w:type="dxa"/>
            <w:shd w:val="clear" w:color="auto" w:fill="3F6F62"/>
            <w:tcMar>
              <w:top w:w="35" w:type="dxa"/>
              <w:left w:w="55" w:type="dxa"/>
              <w:bottom w:w="35" w:type="dxa"/>
              <w:right w:w="55" w:type="dxa"/>
            </w:tcMar>
            <w:vAlign w:val="center"/>
          </w:tcPr>
          <w:p w14:paraId="236EC07A" w14:textId="77777777" w:rsidR="0033171A" w:rsidRDefault="00952DB8">
            <w:pPr>
              <w:keepLines/>
              <w:spacing w:after="0" w:line="240" w:lineRule="auto"/>
            </w:pPr>
            <w:r>
              <w:rPr>
                <w:b/>
                <w:color w:val="FFFFFF"/>
              </w:rPr>
              <w:t>Notes or evidence</w:t>
            </w:r>
          </w:p>
        </w:tc>
      </w:tr>
      <w:tr w:rsidR="0033171A" w14:paraId="6C56DAD0" w14:textId="77777777" w:rsidTr="005D73B6">
        <w:trPr>
          <w:cantSplit/>
          <w:trHeight w:val="1190"/>
          <w:jc w:val="center"/>
        </w:trPr>
        <w:tc>
          <w:tcPr>
            <w:tcW w:w="605" w:type="dxa"/>
            <w:shd w:val="clear" w:color="auto" w:fill="F2F2F2"/>
            <w:tcMar>
              <w:top w:w="35" w:type="dxa"/>
              <w:left w:w="55" w:type="dxa"/>
              <w:bottom w:w="35" w:type="dxa"/>
              <w:right w:w="55" w:type="dxa"/>
            </w:tcMar>
          </w:tcPr>
          <w:p w14:paraId="696DF8B6" w14:textId="77777777" w:rsidR="0033171A" w:rsidRDefault="00952DB8">
            <w:pPr>
              <w:keepLines/>
              <w:spacing w:after="0" w:line="240" w:lineRule="auto"/>
            </w:pPr>
            <w:r>
              <w:t>28</w:t>
            </w:r>
          </w:p>
        </w:tc>
        <w:tc>
          <w:tcPr>
            <w:tcW w:w="5112" w:type="dxa"/>
            <w:tcMar>
              <w:top w:w="35" w:type="dxa"/>
              <w:left w:w="55" w:type="dxa"/>
              <w:bottom w:w="35" w:type="dxa"/>
              <w:right w:w="55" w:type="dxa"/>
            </w:tcMar>
          </w:tcPr>
          <w:p w14:paraId="3AEB5507" w14:textId="77777777" w:rsidR="0033171A" w:rsidRDefault="00952DB8">
            <w:pPr>
              <w:keepLines/>
              <w:spacing w:after="0" w:line="240" w:lineRule="auto"/>
            </w:pPr>
            <w:r>
              <w:t>Would the person probably have acted differently without the assurance?</w:t>
            </w:r>
            <w:r>
              <w:br/>
              <w:t>□ Yes   □ No   □ Unsure   □ Not applicable</w:t>
            </w:r>
          </w:p>
        </w:tc>
        <w:tc>
          <w:tcPr>
            <w:tcW w:w="5515" w:type="dxa"/>
            <w:tcMar>
              <w:top w:w="35" w:type="dxa"/>
              <w:left w:w="55" w:type="dxa"/>
              <w:bottom w:w="35" w:type="dxa"/>
              <w:right w:w="55" w:type="dxa"/>
            </w:tcMar>
          </w:tcPr>
          <w:p w14:paraId="7129D17F" w14:textId="77777777" w:rsidR="0033171A" w:rsidRDefault="0033171A">
            <w:pPr>
              <w:keepLines/>
              <w:spacing w:after="0" w:line="240" w:lineRule="auto"/>
            </w:pPr>
          </w:p>
        </w:tc>
      </w:tr>
      <w:tr w:rsidR="0033171A" w14:paraId="55918531" w14:textId="77777777" w:rsidTr="005C6D72">
        <w:trPr>
          <w:cantSplit/>
          <w:jc w:val="center"/>
        </w:trPr>
        <w:tc>
          <w:tcPr>
            <w:tcW w:w="605" w:type="dxa"/>
            <w:shd w:val="clear" w:color="auto" w:fill="F2F2F2"/>
            <w:tcMar>
              <w:top w:w="35" w:type="dxa"/>
              <w:left w:w="55" w:type="dxa"/>
              <w:bottom w:w="35" w:type="dxa"/>
              <w:right w:w="55" w:type="dxa"/>
            </w:tcMar>
          </w:tcPr>
          <w:p w14:paraId="5B154A22" w14:textId="77777777" w:rsidR="0033171A" w:rsidRDefault="00952DB8">
            <w:pPr>
              <w:keepLines/>
              <w:spacing w:after="0" w:line="240" w:lineRule="auto"/>
            </w:pPr>
            <w:r>
              <w:t>29</w:t>
            </w:r>
          </w:p>
        </w:tc>
        <w:tc>
          <w:tcPr>
            <w:tcW w:w="5112" w:type="dxa"/>
            <w:tcMar>
              <w:top w:w="35" w:type="dxa"/>
              <w:left w:w="55" w:type="dxa"/>
              <w:bottom w:w="35" w:type="dxa"/>
              <w:right w:w="55" w:type="dxa"/>
            </w:tcMar>
          </w:tcPr>
          <w:p w14:paraId="1327C258" w14:textId="77777777" w:rsidR="0033171A" w:rsidRDefault="00952DB8">
            <w:pPr>
              <w:keepLines/>
              <w:spacing w:after="0" w:line="240" w:lineRule="auto"/>
            </w:pPr>
            <w:r>
              <w:t>What direct financial cost or loss resulted?</w:t>
            </w:r>
            <w:r>
              <w:br/>
              <w:t>□ Yes   □ No   □ Unsure   □ Not applicable</w:t>
            </w:r>
          </w:p>
          <w:p w14:paraId="6D8BF160" w14:textId="77777777" w:rsidR="005D73B6" w:rsidRDefault="005D73B6">
            <w:pPr>
              <w:keepLines/>
              <w:spacing w:after="0" w:line="240" w:lineRule="auto"/>
            </w:pPr>
          </w:p>
          <w:p w14:paraId="5AC9DBD5" w14:textId="77777777" w:rsidR="005D73B6" w:rsidRDefault="005D73B6">
            <w:pPr>
              <w:keepLines/>
              <w:spacing w:after="0" w:line="240" w:lineRule="auto"/>
            </w:pPr>
          </w:p>
        </w:tc>
        <w:tc>
          <w:tcPr>
            <w:tcW w:w="5515" w:type="dxa"/>
            <w:tcMar>
              <w:top w:w="35" w:type="dxa"/>
              <w:left w:w="55" w:type="dxa"/>
              <w:bottom w:w="35" w:type="dxa"/>
              <w:right w:w="55" w:type="dxa"/>
            </w:tcMar>
          </w:tcPr>
          <w:p w14:paraId="0D036049" w14:textId="77777777" w:rsidR="0033171A" w:rsidRDefault="0033171A">
            <w:pPr>
              <w:keepLines/>
              <w:spacing w:after="0" w:line="240" w:lineRule="auto"/>
            </w:pPr>
          </w:p>
        </w:tc>
      </w:tr>
      <w:tr w:rsidR="0033171A" w14:paraId="59AA20C9" w14:textId="77777777" w:rsidTr="005C6D72">
        <w:trPr>
          <w:cantSplit/>
          <w:jc w:val="center"/>
        </w:trPr>
        <w:tc>
          <w:tcPr>
            <w:tcW w:w="605" w:type="dxa"/>
            <w:shd w:val="clear" w:color="auto" w:fill="F2F2F2"/>
            <w:tcMar>
              <w:top w:w="35" w:type="dxa"/>
              <w:left w:w="55" w:type="dxa"/>
              <w:bottom w:w="35" w:type="dxa"/>
              <w:right w:w="55" w:type="dxa"/>
            </w:tcMar>
          </w:tcPr>
          <w:p w14:paraId="4AAF9D3D" w14:textId="77777777" w:rsidR="0033171A" w:rsidRDefault="00952DB8">
            <w:pPr>
              <w:keepLines/>
              <w:spacing w:after="0" w:line="240" w:lineRule="auto"/>
            </w:pPr>
            <w:r>
              <w:t>30</w:t>
            </w:r>
          </w:p>
        </w:tc>
        <w:tc>
          <w:tcPr>
            <w:tcW w:w="5112" w:type="dxa"/>
            <w:tcMar>
              <w:top w:w="35" w:type="dxa"/>
              <w:left w:w="55" w:type="dxa"/>
              <w:bottom w:w="35" w:type="dxa"/>
              <w:right w:w="55" w:type="dxa"/>
            </w:tcMar>
          </w:tcPr>
          <w:p w14:paraId="27DDFCE0" w14:textId="77777777" w:rsidR="0033171A" w:rsidRDefault="00952DB8">
            <w:pPr>
              <w:keepLines/>
              <w:spacing w:after="0" w:line="240" w:lineRule="auto"/>
            </w:pPr>
            <w:r>
              <w:t>What non-financial sacrifice was made?</w:t>
            </w:r>
            <w:r>
              <w:br/>
              <w:t>□ Yes   □ No   □ Unsure   □ Not applicable</w:t>
            </w:r>
          </w:p>
          <w:p w14:paraId="11A0FC60" w14:textId="77777777" w:rsidR="005D73B6" w:rsidRDefault="005D73B6">
            <w:pPr>
              <w:keepLines/>
              <w:spacing w:after="0" w:line="240" w:lineRule="auto"/>
            </w:pPr>
          </w:p>
          <w:p w14:paraId="4E301157" w14:textId="77777777" w:rsidR="005D73B6" w:rsidRDefault="005D73B6">
            <w:pPr>
              <w:keepLines/>
              <w:spacing w:after="0" w:line="240" w:lineRule="auto"/>
            </w:pPr>
          </w:p>
        </w:tc>
        <w:tc>
          <w:tcPr>
            <w:tcW w:w="5515" w:type="dxa"/>
            <w:tcMar>
              <w:top w:w="35" w:type="dxa"/>
              <w:left w:w="55" w:type="dxa"/>
              <w:bottom w:w="35" w:type="dxa"/>
              <w:right w:w="55" w:type="dxa"/>
            </w:tcMar>
          </w:tcPr>
          <w:p w14:paraId="25160AD4" w14:textId="77777777" w:rsidR="0033171A" w:rsidRDefault="0033171A">
            <w:pPr>
              <w:keepLines/>
              <w:spacing w:after="0" w:line="240" w:lineRule="auto"/>
            </w:pPr>
          </w:p>
        </w:tc>
      </w:tr>
      <w:tr w:rsidR="0033171A" w14:paraId="50662C6E" w14:textId="77777777" w:rsidTr="005C6D72">
        <w:trPr>
          <w:cantSplit/>
          <w:jc w:val="center"/>
        </w:trPr>
        <w:tc>
          <w:tcPr>
            <w:tcW w:w="605" w:type="dxa"/>
            <w:shd w:val="clear" w:color="auto" w:fill="F2F2F2"/>
            <w:tcMar>
              <w:top w:w="35" w:type="dxa"/>
              <w:left w:w="55" w:type="dxa"/>
              <w:bottom w:w="35" w:type="dxa"/>
              <w:right w:w="55" w:type="dxa"/>
            </w:tcMar>
          </w:tcPr>
          <w:p w14:paraId="6EB89A94" w14:textId="77777777" w:rsidR="0033171A" w:rsidRDefault="00952DB8">
            <w:pPr>
              <w:keepLines/>
              <w:spacing w:after="0" w:line="240" w:lineRule="auto"/>
            </w:pPr>
            <w:r>
              <w:t>31</w:t>
            </w:r>
          </w:p>
        </w:tc>
        <w:tc>
          <w:tcPr>
            <w:tcW w:w="5112" w:type="dxa"/>
            <w:tcMar>
              <w:top w:w="35" w:type="dxa"/>
              <w:left w:w="55" w:type="dxa"/>
              <w:bottom w:w="35" w:type="dxa"/>
              <w:right w:w="55" w:type="dxa"/>
            </w:tcMar>
          </w:tcPr>
          <w:p w14:paraId="2CF51BE6" w14:textId="77777777" w:rsidR="0033171A" w:rsidRDefault="00952DB8">
            <w:pPr>
              <w:keepLines/>
              <w:spacing w:after="0" w:line="240" w:lineRule="auto"/>
            </w:pPr>
            <w:r>
              <w:t>How long did the reliance or sacrifice continue?</w:t>
            </w:r>
            <w:r>
              <w:br/>
              <w:t>□ Yes   □ No   □ Unsure   □ Not applicable</w:t>
            </w:r>
          </w:p>
          <w:p w14:paraId="632768BD" w14:textId="77777777" w:rsidR="005D73B6" w:rsidRDefault="005D73B6">
            <w:pPr>
              <w:keepLines/>
              <w:spacing w:after="0" w:line="240" w:lineRule="auto"/>
            </w:pPr>
          </w:p>
          <w:p w14:paraId="3B0F1E9F" w14:textId="77777777" w:rsidR="005D73B6" w:rsidRDefault="005D73B6">
            <w:pPr>
              <w:keepLines/>
              <w:spacing w:after="0" w:line="240" w:lineRule="auto"/>
            </w:pPr>
          </w:p>
        </w:tc>
        <w:tc>
          <w:tcPr>
            <w:tcW w:w="5515" w:type="dxa"/>
            <w:tcMar>
              <w:top w:w="35" w:type="dxa"/>
              <w:left w:w="55" w:type="dxa"/>
              <w:bottom w:w="35" w:type="dxa"/>
              <w:right w:w="55" w:type="dxa"/>
            </w:tcMar>
          </w:tcPr>
          <w:p w14:paraId="4E16812B" w14:textId="77777777" w:rsidR="0033171A" w:rsidRDefault="0033171A">
            <w:pPr>
              <w:keepLines/>
              <w:spacing w:after="0" w:line="240" w:lineRule="auto"/>
            </w:pPr>
          </w:p>
        </w:tc>
      </w:tr>
      <w:tr w:rsidR="0033171A" w14:paraId="17152756" w14:textId="77777777" w:rsidTr="005C6D72">
        <w:trPr>
          <w:cantSplit/>
          <w:jc w:val="center"/>
        </w:trPr>
        <w:tc>
          <w:tcPr>
            <w:tcW w:w="605" w:type="dxa"/>
            <w:shd w:val="clear" w:color="auto" w:fill="F2F2F2"/>
            <w:tcMar>
              <w:top w:w="35" w:type="dxa"/>
              <w:left w:w="55" w:type="dxa"/>
              <w:bottom w:w="35" w:type="dxa"/>
              <w:right w:w="55" w:type="dxa"/>
            </w:tcMar>
          </w:tcPr>
          <w:p w14:paraId="7AC361AE" w14:textId="77777777" w:rsidR="0033171A" w:rsidRDefault="00952DB8">
            <w:pPr>
              <w:keepLines/>
              <w:spacing w:after="0" w:line="240" w:lineRule="auto"/>
            </w:pPr>
            <w:r>
              <w:t>32</w:t>
            </w:r>
          </w:p>
        </w:tc>
        <w:tc>
          <w:tcPr>
            <w:tcW w:w="5112" w:type="dxa"/>
            <w:tcMar>
              <w:top w:w="35" w:type="dxa"/>
              <w:left w:w="55" w:type="dxa"/>
              <w:bottom w:w="35" w:type="dxa"/>
              <w:right w:w="55" w:type="dxa"/>
            </w:tcMar>
          </w:tcPr>
          <w:p w14:paraId="222CE374" w14:textId="77777777" w:rsidR="0033171A" w:rsidRDefault="00952DB8">
            <w:pPr>
              <w:keepLines/>
              <w:spacing w:after="0" w:line="240" w:lineRule="auto"/>
            </w:pPr>
            <w:r>
              <w:t>Can any loss, contribution or lost opportunity be approximately valued?</w:t>
            </w:r>
            <w:r>
              <w:br/>
              <w:t>□ Yes   □ No   □ Unsure   □ Not applicable</w:t>
            </w:r>
          </w:p>
          <w:p w14:paraId="46B12545" w14:textId="77777777" w:rsidR="005D73B6" w:rsidRDefault="005D73B6">
            <w:pPr>
              <w:keepLines/>
              <w:spacing w:after="0" w:line="240" w:lineRule="auto"/>
            </w:pPr>
          </w:p>
          <w:p w14:paraId="34875BBA" w14:textId="77777777" w:rsidR="005D73B6" w:rsidRDefault="005D73B6">
            <w:pPr>
              <w:keepLines/>
              <w:spacing w:after="0" w:line="240" w:lineRule="auto"/>
            </w:pPr>
          </w:p>
        </w:tc>
        <w:tc>
          <w:tcPr>
            <w:tcW w:w="5515" w:type="dxa"/>
            <w:tcMar>
              <w:top w:w="35" w:type="dxa"/>
              <w:left w:w="55" w:type="dxa"/>
              <w:bottom w:w="35" w:type="dxa"/>
              <w:right w:w="55" w:type="dxa"/>
            </w:tcMar>
          </w:tcPr>
          <w:p w14:paraId="47D6D0CD" w14:textId="77777777" w:rsidR="0033171A" w:rsidRDefault="0033171A">
            <w:pPr>
              <w:keepLines/>
              <w:spacing w:after="0" w:line="240" w:lineRule="auto"/>
            </w:pPr>
          </w:p>
        </w:tc>
      </w:tr>
      <w:tr w:rsidR="0033171A" w14:paraId="277BDFBC" w14:textId="77777777" w:rsidTr="005C6D72">
        <w:trPr>
          <w:cantSplit/>
          <w:jc w:val="center"/>
        </w:trPr>
        <w:tc>
          <w:tcPr>
            <w:tcW w:w="605" w:type="dxa"/>
            <w:shd w:val="clear" w:color="auto" w:fill="F2F2F2"/>
            <w:tcMar>
              <w:top w:w="35" w:type="dxa"/>
              <w:left w:w="55" w:type="dxa"/>
              <w:bottom w:w="35" w:type="dxa"/>
              <w:right w:w="55" w:type="dxa"/>
            </w:tcMar>
          </w:tcPr>
          <w:p w14:paraId="2192C012" w14:textId="77777777" w:rsidR="0033171A" w:rsidRDefault="00952DB8">
            <w:pPr>
              <w:keepLines/>
              <w:spacing w:after="0" w:line="240" w:lineRule="auto"/>
            </w:pPr>
            <w:r>
              <w:t>33</w:t>
            </w:r>
          </w:p>
        </w:tc>
        <w:tc>
          <w:tcPr>
            <w:tcW w:w="5112" w:type="dxa"/>
            <w:tcMar>
              <w:top w:w="35" w:type="dxa"/>
              <w:left w:w="55" w:type="dxa"/>
              <w:bottom w:w="35" w:type="dxa"/>
              <w:right w:w="55" w:type="dxa"/>
            </w:tcMar>
          </w:tcPr>
          <w:p w14:paraId="49DDBF09" w14:textId="77777777" w:rsidR="0033171A" w:rsidRDefault="00952DB8">
            <w:pPr>
              <w:keepLines/>
              <w:spacing w:after="0" w:line="240" w:lineRule="auto"/>
            </w:pPr>
            <w:r>
              <w:t>What documents support the financial or personal history?</w:t>
            </w:r>
            <w:r>
              <w:br/>
              <w:t>□ Yes   □ No   □ Unsure   □ Not applicable</w:t>
            </w:r>
          </w:p>
          <w:p w14:paraId="4378E45C" w14:textId="77777777" w:rsidR="005D73B6" w:rsidRDefault="005D73B6">
            <w:pPr>
              <w:keepLines/>
              <w:spacing w:after="0" w:line="240" w:lineRule="auto"/>
            </w:pPr>
          </w:p>
          <w:p w14:paraId="15DF445D" w14:textId="77777777" w:rsidR="005D73B6" w:rsidRDefault="005D73B6">
            <w:pPr>
              <w:keepLines/>
              <w:spacing w:after="0" w:line="240" w:lineRule="auto"/>
            </w:pPr>
          </w:p>
        </w:tc>
        <w:tc>
          <w:tcPr>
            <w:tcW w:w="5515" w:type="dxa"/>
            <w:tcMar>
              <w:top w:w="35" w:type="dxa"/>
              <w:left w:w="55" w:type="dxa"/>
              <w:bottom w:w="35" w:type="dxa"/>
              <w:right w:w="55" w:type="dxa"/>
            </w:tcMar>
          </w:tcPr>
          <w:p w14:paraId="314E64C0" w14:textId="77777777" w:rsidR="0033171A" w:rsidRDefault="0033171A">
            <w:pPr>
              <w:keepLines/>
              <w:spacing w:after="0" w:line="240" w:lineRule="auto"/>
            </w:pPr>
          </w:p>
        </w:tc>
      </w:tr>
      <w:tr w:rsidR="0033171A" w14:paraId="4568FD31" w14:textId="77777777" w:rsidTr="005D73B6">
        <w:trPr>
          <w:cantSplit/>
          <w:trHeight w:val="1548"/>
          <w:jc w:val="center"/>
        </w:trPr>
        <w:tc>
          <w:tcPr>
            <w:tcW w:w="605" w:type="dxa"/>
            <w:shd w:val="clear" w:color="auto" w:fill="F2F2F2"/>
            <w:tcMar>
              <w:top w:w="35" w:type="dxa"/>
              <w:left w:w="55" w:type="dxa"/>
              <w:bottom w:w="35" w:type="dxa"/>
              <w:right w:w="55" w:type="dxa"/>
            </w:tcMar>
          </w:tcPr>
          <w:p w14:paraId="5642FBCC" w14:textId="77777777" w:rsidR="0033171A" w:rsidRDefault="00952DB8">
            <w:pPr>
              <w:keepLines/>
              <w:spacing w:after="0" w:line="240" w:lineRule="auto"/>
            </w:pPr>
            <w:r>
              <w:t>34</w:t>
            </w:r>
          </w:p>
        </w:tc>
        <w:tc>
          <w:tcPr>
            <w:tcW w:w="5112" w:type="dxa"/>
            <w:tcMar>
              <w:top w:w="35" w:type="dxa"/>
              <w:left w:w="55" w:type="dxa"/>
              <w:bottom w:w="35" w:type="dxa"/>
              <w:right w:w="55" w:type="dxa"/>
            </w:tcMar>
          </w:tcPr>
          <w:p w14:paraId="62C2AC68" w14:textId="77777777" w:rsidR="0033171A" w:rsidRDefault="00952DB8">
            <w:pPr>
              <w:keepLines/>
              <w:spacing w:after="0" w:line="240" w:lineRule="auto"/>
            </w:pPr>
            <w:r>
              <w:t>Who could give independent evidence about the assurance or reliance?</w:t>
            </w:r>
            <w:r>
              <w:br/>
              <w:t>□ Yes   □ No   □ Unsure   □ Not applicable</w:t>
            </w:r>
          </w:p>
        </w:tc>
        <w:tc>
          <w:tcPr>
            <w:tcW w:w="5515" w:type="dxa"/>
            <w:tcMar>
              <w:top w:w="35" w:type="dxa"/>
              <w:left w:w="55" w:type="dxa"/>
              <w:bottom w:w="35" w:type="dxa"/>
              <w:right w:w="55" w:type="dxa"/>
            </w:tcMar>
          </w:tcPr>
          <w:p w14:paraId="615CEFD1" w14:textId="77777777" w:rsidR="0033171A" w:rsidRDefault="0033171A">
            <w:pPr>
              <w:keepLines/>
              <w:spacing w:after="0" w:line="240" w:lineRule="auto"/>
            </w:pPr>
          </w:p>
        </w:tc>
      </w:tr>
    </w:tbl>
    <w:p w14:paraId="67C61997" w14:textId="77777777" w:rsidR="0033171A" w:rsidRDefault="0033171A">
      <w:pPr>
        <w:spacing w:after="60" w:line="240" w:lineRule="auto"/>
      </w:pPr>
    </w:p>
    <w:p w14:paraId="0170A317" w14:textId="77777777" w:rsidR="005C6D72" w:rsidRDefault="005C6D72">
      <w:pPr>
        <w:spacing w:after="60" w:line="240" w:lineRule="auto"/>
        <w:rPr>
          <w:rFonts w:asciiTheme="majorHAnsi" w:eastAsiaTheme="majorEastAsia" w:hAnsiTheme="majorHAnsi" w:cstheme="majorBidi"/>
          <w:b/>
          <w:bCs/>
          <w:color w:val="17364D"/>
          <w:sz w:val="34"/>
          <w:szCs w:val="28"/>
        </w:rPr>
      </w:pPr>
      <w:r>
        <w:br w:type="page"/>
      </w:r>
    </w:p>
    <w:p w14:paraId="35D09910" w14:textId="2A7263EF" w:rsidR="0033171A" w:rsidRDefault="00952DB8">
      <w:pPr>
        <w:pStyle w:val="Heading1"/>
        <w:spacing w:before="80" w:after="60" w:line="240" w:lineRule="auto"/>
      </w:pPr>
      <w:r>
        <w:rPr>
          <w:rFonts w:ascii="Aptos" w:hAnsi="Aptos"/>
          <w:sz w:val="32"/>
        </w:rPr>
        <w:lastRenderedPageBreak/>
        <w:t>E. Does the person already own a share?</w:t>
      </w:r>
    </w:p>
    <w:tbl>
      <w:tblPr>
        <w:tblStyle w:val="TableGrid"/>
        <w:tblW w:w="0" w:type="auto"/>
        <w:jc w:val="center"/>
        <w:tblLayout w:type="fixed"/>
        <w:tblLook w:val="04A0" w:firstRow="1" w:lastRow="0" w:firstColumn="1" w:lastColumn="0" w:noHBand="0" w:noVBand="1"/>
      </w:tblPr>
      <w:tblGrid>
        <w:gridCol w:w="605"/>
        <w:gridCol w:w="5112"/>
        <w:gridCol w:w="5515"/>
      </w:tblGrid>
      <w:tr w:rsidR="0033171A" w14:paraId="35336625" w14:textId="77777777" w:rsidTr="005C6D72">
        <w:trPr>
          <w:cantSplit/>
          <w:tblHeader/>
          <w:jc w:val="center"/>
        </w:trPr>
        <w:tc>
          <w:tcPr>
            <w:tcW w:w="605" w:type="dxa"/>
            <w:shd w:val="clear" w:color="auto" w:fill="3F6F62"/>
            <w:tcMar>
              <w:top w:w="35" w:type="dxa"/>
              <w:left w:w="55" w:type="dxa"/>
              <w:bottom w:w="35" w:type="dxa"/>
              <w:right w:w="55" w:type="dxa"/>
            </w:tcMar>
            <w:vAlign w:val="center"/>
          </w:tcPr>
          <w:p w14:paraId="1E8CC12C" w14:textId="77777777" w:rsidR="0033171A" w:rsidRDefault="00952DB8">
            <w:pPr>
              <w:keepLines/>
              <w:spacing w:after="0" w:line="240" w:lineRule="auto"/>
            </w:pPr>
            <w:r>
              <w:rPr>
                <w:b/>
                <w:color w:val="FFFFFF"/>
              </w:rPr>
              <w:t>No.</w:t>
            </w:r>
          </w:p>
        </w:tc>
        <w:tc>
          <w:tcPr>
            <w:tcW w:w="5112" w:type="dxa"/>
            <w:shd w:val="clear" w:color="auto" w:fill="3F6F62"/>
            <w:tcMar>
              <w:top w:w="35" w:type="dxa"/>
              <w:left w:w="55" w:type="dxa"/>
              <w:bottom w:w="35" w:type="dxa"/>
              <w:right w:w="55" w:type="dxa"/>
            </w:tcMar>
            <w:vAlign w:val="center"/>
          </w:tcPr>
          <w:p w14:paraId="18DB7DF8" w14:textId="77777777" w:rsidR="0033171A" w:rsidRDefault="00952DB8">
            <w:pPr>
              <w:keepLines/>
              <w:spacing w:after="0" w:line="240" w:lineRule="auto"/>
            </w:pPr>
            <w:r>
              <w:rPr>
                <w:b/>
                <w:color w:val="FFFFFF"/>
              </w:rPr>
              <w:t>Question</w:t>
            </w:r>
          </w:p>
        </w:tc>
        <w:tc>
          <w:tcPr>
            <w:tcW w:w="5515" w:type="dxa"/>
            <w:shd w:val="clear" w:color="auto" w:fill="3F6F62"/>
            <w:tcMar>
              <w:top w:w="35" w:type="dxa"/>
              <w:left w:w="55" w:type="dxa"/>
              <w:bottom w:w="35" w:type="dxa"/>
              <w:right w:w="55" w:type="dxa"/>
            </w:tcMar>
            <w:vAlign w:val="center"/>
          </w:tcPr>
          <w:p w14:paraId="377C436C" w14:textId="77777777" w:rsidR="0033171A" w:rsidRDefault="00952DB8">
            <w:pPr>
              <w:keepLines/>
              <w:spacing w:after="0" w:line="240" w:lineRule="auto"/>
            </w:pPr>
            <w:r>
              <w:rPr>
                <w:b/>
                <w:color w:val="FFFFFF"/>
              </w:rPr>
              <w:t>Notes or evidence</w:t>
            </w:r>
          </w:p>
        </w:tc>
      </w:tr>
      <w:tr w:rsidR="0033171A" w14:paraId="27B1882D" w14:textId="77777777" w:rsidTr="005C6D72">
        <w:trPr>
          <w:cantSplit/>
          <w:jc w:val="center"/>
        </w:trPr>
        <w:tc>
          <w:tcPr>
            <w:tcW w:w="605" w:type="dxa"/>
            <w:shd w:val="clear" w:color="auto" w:fill="F2F2F2"/>
            <w:tcMar>
              <w:top w:w="35" w:type="dxa"/>
              <w:left w:w="55" w:type="dxa"/>
              <w:bottom w:w="35" w:type="dxa"/>
              <w:right w:w="55" w:type="dxa"/>
            </w:tcMar>
          </w:tcPr>
          <w:p w14:paraId="0FE2601A" w14:textId="77777777" w:rsidR="0033171A" w:rsidRDefault="00952DB8">
            <w:pPr>
              <w:keepLines/>
              <w:spacing w:after="0" w:line="240" w:lineRule="auto"/>
            </w:pPr>
            <w:r>
              <w:t>35</w:t>
            </w:r>
          </w:p>
        </w:tc>
        <w:tc>
          <w:tcPr>
            <w:tcW w:w="5112" w:type="dxa"/>
            <w:tcMar>
              <w:top w:w="35" w:type="dxa"/>
              <w:left w:w="55" w:type="dxa"/>
              <w:bottom w:w="35" w:type="dxa"/>
              <w:right w:w="55" w:type="dxa"/>
            </w:tcMar>
          </w:tcPr>
          <w:p w14:paraId="7A8D83EF" w14:textId="77777777" w:rsidR="0033171A" w:rsidRDefault="00952DB8">
            <w:pPr>
              <w:keepLines/>
              <w:spacing w:after="0" w:line="240" w:lineRule="auto"/>
            </w:pPr>
            <w:r>
              <w:t>Who is registered as the legal owner?</w:t>
            </w:r>
            <w:r>
              <w:br/>
              <w:t>□ Yes   □ No   □ Unsure   □ Not applicable</w:t>
            </w:r>
          </w:p>
        </w:tc>
        <w:tc>
          <w:tcPr>
            <w:tcW w:w="5515" w:type="dxa"/>
            <w:tcMar>
              <w:top w:w="35" w:type="dxa"/>
              <w:left w:w="55" w:type="dxa"/>
              <w:bottom w:w="35" w:type="dxa"/>
              <w:right w:w="55" w:type="dxa"/>
            </w:tcMar>
          </w:tcPr>
          <w:p w14:paraId="220B5466" w14:textId="77777777" w:rsidR="0033171A" w:rsidRDefault="0033171A">
            <w:pPr>
              <w:keepLines/>
              <w:spacing w:after="0" w:line="240" w:lineRule="auto"/>
            </w:pPr>
          </w:p>
        </w:tc>
      </w:tr>
      <w:tr w:rsidR="0033171A" w14:paraId="2C0AC55E" w14:textId="77777777" w:rsidTr="005C6D72">
        <w:trPr>
          <w:cantSplit/>
          <w:jc w:val="center"/>
        </w:trPr>
        <w:tc>
          <w:tcPr>
            <w:tcW w:w="605" w:type="dxa"/>
            <w:shd w:val="clear" w:color="auto" w:fill="F2F2F2"/>
            <w:tcMar>
              <w:top w:w="35" w:type="dxa"/>
              <w:left w:w="55" w:type="dxa"/>
              <w:bottom w:w="35" w:type="dxa"/>
              <w:right w:w="55" w:type="dxa"/>
            </w:tcMar>
          </w:tcPr>
          <w:p w14:paraId="60C1E5E3" w14:textId="77777777" w:rsidR="0033171A" w:rsidRDefault="00952DB8">
            <w:pPr>
              <w:keepLines/>
              <w:spacing w:after="0" w:line="240" w:lineRule="auto"/>
            </w:pPr>
            <w:r>
              <w:t>36</w:t>
            </w:r>
          </w:p>
        </w:tc>
        <w:tc>
          <w:tcPr>
            <w:tcW w:w="5112" w:type="dxa"/>
            <w:tcMar>
              <w:top w:w="35" w:type="dxa"/>
              <w:left w:w="55" w:type="dxa"/>
              <w:bottom w:w="35" w:type="dxa"/>
              <w:right w:w="55" w:type="dxa"/>
            </w:tcMar>
          </w:tcPr>
          <w:p w14:paraId="099D1082" w14:textId="77777777" w:rsidR="0033171A" w:rsidRDefault="00952DB8">
            <w:pPr>
              <w:keepLines/>
              <w:spacing w:after="0" w:line="240" w:lineRule="auto"/>
            </w:pPr>
            <w:r>
              <w:t>Is there a declaration of trust or other written ownership agreement?</w:t>
            </w:r>
            <w:r>
              <w:br/>
              <w:t>□ Yes   □ No   □ Unsure   □ Not applicable</w:t>
            </w:r>
          </w:p>
        </w:tc>
        <w:tc>
          <w:tcPr>
            <w:tcW w:w="5515" w:type="dxa"/>
            <w:tcMar>
              <w:top w:w="35" w:type="dxa"/>
              <w:left w:w="55" w:type="dxa"/>
              <w:bottom w:w="35" w:type="dxa"/>
              <w:right w:w="55" w:type="dxa"/>
            </w:tcMar>
          </w:tcPr>
          <w:p w14:paraId="698EF2F0" w14:textId="77777777" w:rsidR="0033171A" w:rsidRDefault="0033171A">
            <w:pPr>
              <w:keepLines/>
              <w:spacing w:after="0" w:line="240" w:lineRule="auto"/>
            </w:pPr>
          </w:p>
        </w:tc>
      </w:tr>
      <w:tr w:rsidR="0033171A" w14:paraId="056AE97D" w14:textId="77777777" w:rsidTr="005C6D72">
        <w:trPr>
          <w:cantSplit/>
          <w:jc w:val="center"/>
        </w:trPr>
        <w:tc>
          <w:tcPr>
            <w:tcW w:w="605" w:type="dxa"/>
            <w:shd w:val="clear" w:color="auto" w:fill="F2F2F2"/>
            <w:tcMar>
              <w:top w:w="35" w:type="dxa"/>
              <w:left w:w="55" w:type="dxa"/>
              <w:bottom w:w="35" w:type="dxa"/>
              <w:right w:w="55" w:type="dxa"/>
            </w:tcMar>
          </w:tcPr>
          <w:p w14:paraId="34427B5E" w14:textId="77777777" w:rsidR="0033171A" w:rsidRDefault="00952DB8">
            <w:pPr>
              <w:keepLines/>
              <w:spacing w:after="0" w:line="240" w:lineRule="auto"/>
            </w:pPr>
            <w:r>
              <w:t>37</w:t>
            </w:r>
          </w:p>
        </w:tc>
        <w:tc>
          <w:tcPr>
            <w:tcW w:w="5112" w:type="dxa"/>
            <w:tcMar>
              <w:top w:w="35" w:type="dxa"/>
              <w:left w:w="55" w:type="dxa"/>
              <w:bottom w:w="35" w:type="dxa"/>
              <w:right w:w="55" w:type="dxa"/>
            </w:tcMar>
          </w:tcPr>
          <w:p w14:paraId="7583A547" w14:textId="77777777" w:rsidR="0033171A" w:rsidRDefault="00952DB8">
            <w:pPr>
              <w:keepLines/>
              <w:spacing w:after="0" w:line="240" w:lineRule="auto"/>
            </w:pPr>
            <w:r>
              <w:t>Was there an express agreement that the person owned a share?</w:t>
            </w:r>
            <w:r>
              <w:br/>
              <w:t>□ Yes   □ No   □ Unsure   □ Not applicable</w:t>
            </w:r>
          </w:p>
        </w:tc>
        <w:tc>
          <w:tcPr>
            <w:tcW w:w="5515" w:type="dxa"/>
            <w:tcMar>
              <w:top w:w="35" w:type="dxa"/>
              <w:left w:w="55" w:type="dxa"/>
              <w:bottom w:w="35" w:type="dxa"/>
              <w:right w:w="55" w:type="dxa"/>
            </w:tcMar>
          </w:tcPr>
          <w:p w14:paraId="566896B8" w14:textId="77777777" w:rsidR="0033171A" w:rsidRDefault="0033171A">
            <w:pPr>
              <w:keepLines/>
              <w:spacing w:after="0" w:line="240" w:lineRule="auto"/>
            </w:pPr>
          </w:p>
        </w:tc>
      </w:tr>
      <w:tr w:rsidR="0033171A" w14:paraId="3C5FBA89" w14:textId="77777777" w:rsidTr="005C6D72">
        <w:trPr>
          <w:cantSplit/>
          <w:jc w:val="center"/>
        </w:trPr>
        <w:tc>
          <w:tcPr>
            <w:tcW w:w="605" w:type="dxa"/>
            <w:shd w:val="clear" w:color="auto" w:fill="F2F2F2"/>
            <w:tcMar>
              <w:top w:w="35" w:type="dxa"/>
              <w:left w:w="55" w:type="dxa"/>
              <w:bottom w:w="35" w:type="dxa"/>
              <w:right w:w="55" w:type="dxa"/>
            </w:tcMar>
          </w:tcPr>
          <w:p w14:paraId="718C0F50" w14:textId="77777777" w:rsidR="0033171A" w:rsidRDefault="00952DB8">
            <w:pPr>
              <w:keepLines/>
              <w:spacing w:after="0" w:line="240" w:lineRule="auto"/>
            </w:pPr>
            <w:r>
              <w:t>38</w:t>
            </w:r>
          </w:p>
        </w:tc>
        <w:tc>
          <w:tcPr>
            <w:tcW w:w="5112" w:type="dxa"/>
            <w:tcMar>
              <w:top w:w="35" w:type="dxa"/>
              <w:left w:w="55" w:type="dxa"/>
              <w:bottom w:w="35" w:type="dxa"/>
              <w:right w:w="55" w:type="dxa"/>
            </w:tcMar>
          </w:tcPr>
          <w:p w14:paraId="25346507" w14:textId="77777777" w:rsidR="0033171A" w:rsidRDefault="00952DB8">
            <w:pPr>
              <w:keepLines/>
              <w:spacing w:after="0" w:line="240" w:lineRule="auto"/>
            </w:pPr>
            <w:r>
              <w:t>What contributions were made to the purchase price, mortgage or improvements?</w:t>
            </w:r>
            <w:r>
              <w:br/>
              <w:t>□ Yes   □ No   □ Unsure   □ Not applicable</w:t>
            </w:r>
          </w:p>
        </w:tc>
        <w:tc>
          <w:tcPr>
            <w:tcW w:w="5515" w:type="dxa"/>
            <w:tcMar>
              <w:top w:w="35" w:type="dxa"/>
              <w:left w:w="55" w:type="dxa"/>
              <w:bottom w:w="35" w:type="dxa"/>
              <w:right w:w="55" w:type="dxa"/>
            </w:tcMar>
          </w:tcPr>
          <w:p w14:paraId="661485D9" w14:textId="77777777" w:rsidR="0033171A" w:rsidRDefault="0033171A">
            <w:pPr>
              <w:keepLines/>
              <w:spacing w:after="0" w:line="240" w:lineRule="auto"/>
            </w:pPr>
          </w:p>
        </w:tc>
      </w:tr>
      <w:tr w:rsidR="0033171A" w14:paraId="16BAEAA0" w14:textId="77777777" w:rsidTr="005C6D72">
        <w:trPr>
          <w:cantSplit/>
          <w:jc w:val="center"/>
        </w:trPr>
        <w:tc>
          <w:tcPr>
            <w:tcW w:w="605" w:type="dxa"/>
            <w:shd w:val="clear" w:color="auto" w:fill="F2F2F2"/>
            <w:tcMar>
              <w:top w:w="35" w:type="dxa"/>
              <w:left w:w="55" w:type="dxa"/>
              <w:bottom w:w="35" w:type="dxa"/>
              <w:right w:w="55" w:type="dxa"/>
            </w:tcMar>
          </w:tcPr>
          <w:p w14:paraId="3F83F868" w14:textId="77777777" w:rsidR="0033171A" w:rsidRDefault="00952DB8">
            <w:pPr>
              <w:keepLines/>
              <w:spacing w:after="0" w:line="240" w:lineRule="auto"/>
            </w:pPr>
            <w:r>
              <w:t>39</w:t>
            </w:r>
          </w:p>
        </w:tc>
        <w:tc>
          <w:tcPr>
            <w:tcW w:w="5112" w:type="dxa"/>
            <w:tcMar>
              <w:top w:w="35" w:type="dxa"/>
              <w:left w:w="55" w:type="dxa"/>
              <w:bottom w:w="35" w:type="dxa"/>
              <w:right w:w="55" w:type="dxa"/>
            </w:tcMar>
          </w:tcPr>
          <w:p w14:paraId="44DD7111" w14:textId="77777777" w:rsidR="0033171A" w:rsidRDefault="00952DB8">
            <w:pPr>
              <w:keepLines/>
              <w:spacing w:after="0" w:line="240" w:lineRule="auto"/>
            </w:pPr>
            <w:r>
              <w:t>How did the parties describe ownership to family, lenders, advisers or other third parties?</w:t>
            </w:r>
            <w:r>
              <w:br/>
              <w:t>□ Yes   □ No   □ Unsure   □ Not applicable</w:t>
            </w:r>
          </w:p>
        </w:tc>
        <w:tc>
          <w:tcPr>
            <w:tcW w:w="5515" w:type="dxa"/>
            <w:tcMar>
              <w:top w:w="35" w:type="dxa"/>
              <w:left w:w="55" w:type="dxa"/>
              <w:bottom w:w="35" w:type="dxa"/>
              <w:right w:w="55" w:type="dxa"/>
            </w:tcMar>
          </w:tcPr>
          <w:p w14:paraId="7E47775B" w14:textId="77777777" w:rsidR="0033171A" w:rsidRDefault="0033171A">
            <w:pPr>
              <w:keepLines/>
              <w:spacing w:after="0" w:line="240" w:lineRule="auto"/>
            </w:pPr>
          </w:p>
        </w:tc>
      </w:tr>
      <w:tr w:rsidR="0033171A" w14:paraId="55DB8848" w14:textId="77777777" w:rsidTr="005C6D72">
        <w:trPr>
          <w:cantSplit/>
          <w:jc w:val="center"/>
        </w:trPr>
        <w:tc>
          <w:tcPr>
            <w:tcW w:w="605" w:type="dxa"/>
            <w:shd w:val="clear" w:color="auto" w:fill="F2F2F2"/>
            <w:tcMar>
              <w:top w:w="35" w:type="dxa"/>
              <w:left w:w="55" w:type="dxa"/>
              <w:bottom w:w="35" w:type="dxa"/>
              <w:right w:w="55" w:type="dxa"/>
            </w:tcMar>
          </w:tcPr>
          <w:p w14:paraId="1BC7CCAD" w14:textId="77777777" w:rsidR="0033171A" w:rsidRDefault="00952DB8">
            <w:pPr>
              <w:keepLines/>
              <w:spacing w:after="0" w:line="240" w:lineRule="auto"/>
            </w:pPr>
            <w:r>
              <w:t>40</w:t>
            </w:r>
          </w:p>
        </w:tc>
        <w:tc>
          <w:tcPr>
            <w:tcW w:w="5112" w:type="dxa"/>
            <w:tcMar>
              <w:top w:w="35" w:type="dxa"/>
              <w:left w:w="55" w:type="dxa"/>
              <w:bottom w:w="35" w:type="dxa"/>
              <w:right w:w="55" w:type="dxa"/>
            </w:tcMar>
          </w:tcPr>
          <w:p w14:paraId="5B03C670" w14:textId="77777777" w:rsidR="0033171A" w:rsidRDefault="00952DB8">
            <w:pPr>
              <w:keepLines/>
              <w:spacing w:after="0" w:line="240" w:lineRule="auto"/>
            </w:pPr>
            <w:r>
              <w:t>Is there a cohabitation agreement, pre-nuptial agreement, post-nuptial agreement or financial settlement?</w:t>
            </w:r>
            <w:r>
              <w:br/>
              <w:t>□ Yes   □ No   □ Unsure   □ Not applicable</w:t>
            </w:r>
          </w:p>
        </w:tc>
        <w:tc>
          <w:tcPr>
            <w:tcW w:w="5515" w:type="dxa"/>
            <w:tcMar>
              <w:top w:w="35" w:type="dxa"/>
              <w:left w:w="55" w:type="dxa"/>
              <w:bottom w:w="35" w:type="dxa"/>
              <w:right w:w="55" w:type="dxa"/>
            </w:tcMar>
          </w:tcPr>
          <w:p w14:paraId="3AE09C5E" w14:textId="77777777" w:rsidR="0033171A" w:rsidRDefault="0033171A">
            <w:pPr>
              <w:keepLines/>
              <w:spacing w:after="0" w:line="240" w:lineRule="auto"/>
            </w:pPr>
          </w:p>
        </w:tc>
      </w:tr>
    </w:tbl>
    <w:p w14:paraId="62080C98" w14:textId="77777777" w:rsidR="0033171A" w:rsidRDefault="0033171A">
      <w:pPr>
        <w:spacing w:after="60" w:line="240" w:lineRule="auto"/>
      </w:pPr>
    </w:p>
    <w:p w14:paraId="69D80646" w14:textId="77777777" w:rsidR="0033171A" w:rsidRDefault="00952DB8">
      <w:pPr>
        <w:pStyle w:val="Heading1"/>
        <w:spacing w:before="80" w:after="60" w:line="240" w:lineRule="auto"/>
      </w:pPr>
      <w:r>
        <w:rPr>
          <w:rFonts w:ascii="Aptos" w:hAnsi="Aptos"/>
          <w:sz w:val="32"/>
        </w:rPr>
        <w:t>F. Could the Inheritance Act 1975 also be relevant?</w:t>
      </w:r>
    </w:p>
    <w:tbl>
      <w:tblPr>
        <w:tblStyle w:val="TableGrid"/>
        <w:tblW w:w="0" w:type="auto"/>
        <w:jc w:val="center"/>
        <w:tblLayout w:type="fixed"/>
        <w:tblLook w:val="04A0" w:firstRow="1" w:lastRow="0" w:firstColumn="1" w:lastColumn="0" w:noHBand="0" w:noVBand="1"/>
      </w:tblPr>
      <w:tblGrid>
        <w:gridCol w:w="605"/>
        <w:gridCol w:w="5112"/>
        <w:gridCol w:w="5515"/>
      </w:tblGrid>
      <w:tr w:rsidR="0033171A" w14:paraId="31226B68" w14:textId="77777777" w:rsidTr="005C6D72">
        <w:trPr>
          <w:cantSplit/>
          <w:tblHeader/>
          <w:jc w:val="center"/>
        </w:trPr>
        <w:tc>
          <w:tcPr>
            <w:tcW w:w="605" w:type="dxa"/>
            <w:shd w:val="clear" w:color="auto" w:fill="3F6F62"/>
            <w:tcMar>
              <w:top w:w="35" w:type="dxa"/>
              <w:left w:w="55" w:type="dxa"/>
              <w:bottom w:w="35" w:type="dxa"/>
              <w:right w:w="55" w:type="dxa"/>
            </w:tcMar>
            <w:vAlign w:val="center"/>
          </w:tcPr>
          <w:p w14:paraId="1F758A37" w14:textId="77777777" w:rsidR="0033171A" w:rsidRDefault="00952DB8">
            <w:pPr>
              <w:keepLines/>
              <w:spacing w:after="0" w:line="240" w:lineRule="auto"/>
            </w:pPr>
            <w:r>
              <w:rPr>
                <w:b/>
                <w:color w:val="FFFFFF"/>
              </w:rPr>
              <w:t>No.</w:t>
            </w:r>
          </w:p>
        </w:tc>
        <w:tc>
          <w:tcPr>
            <w:tcW w:w="5112" w:type="dxa"/>
            <w:shd w:val="clear" w:color="auto" w:fill="3F6F62"/>
            <w:tcMar>
              <w:top w:w="35" w:type="dxa"/>
              <w:left w:w="55" w:type="dxa"/>
              <w:bottom w:w="35" w:type="dxa"/>
              <w:right w:w="55" w:type="dxa"/>
            </w:tcMar>
            <w:vAlign w:val="center"/>
          </w:tcPr>
          <w:p w14:paraId="7B443133" w14:textId="77777777" w:rsidR="0033171A" w:rsidRDefault="00952DB8">
            <w:pPr>
              <w:keepLines/>
              <w:spacing w:after="0" w:line="240" w:lineRule="auto"/>
            </w:pPr>
            <w:r>
              <w:rPr>
                <w:b/>
                <w:color w:val="FFFFFF"/>
              </w:rPr>
              <w:t>Question</w:t>
            </w:r>
          </w:p>
        </w:tc>
        <w:tc>
          <w:tcPr>
            <w:tcW w:w="5515" w:type="dxa"/>
            <w:shd w:val="clear" w:color="auto" w:fill="3F6F62"/>
            <w:tcMar>
              <w:top w:w="35" w:type="dxa"/>
              <w:left w:w="55" w:type="dxa"/>
              <w:bottom w:w="35" w:type="dxa"/>
              <w:right w:w="55" w:type="dxa"/>
            </w:tcMar>
            <w:vAlign w:val="center"/>
          </w:tcPr>
          <w:p w14:paraId="02206DD6" w14:textId="77777777" w:rsidR="0033171A" w:rsidRDefault="00952DB8">
            <w:pPr>
              <w:keepLines/>
              <w:spacing w:after="0" w:line="240" w:lineRule="auto"/>
            </w:pPr>
            <w:r>
              <w:rPr>
                <w:b/>
                <w:color w:val="FFFFFF"/>
              </w:rPr>
              <w:t>Notes or evidence</w:t>
            </w:r>
          </w:p>
        </w:tc>
      </w:tr>
      <w:tr w:rsidR="0033171A" w14:paraId="0150CFDF" w14:textId="77777777" w:rsidTr="005C6D72">
        <w:trPr>
          <w:cantSplit/>
          <w:jc w:val="center"/>
        </w:trPr>
        <w:tc>
          <w:tcPr>
            <w:tcW w:w="605" w:type="dxa"/>
            <w:shd w:val="clear" w:color="auto" w:fill="F2F2F2"/>
            <w:tcMar>
              <w:top w:w="35" w:type="dxa"/>
              <w:left w:w="55" w:type="dxa"/>
              <w:bottom w:w="35" w:type="dxa"/>
              <w:right w:w="55" w:type="dxa"/>
            </w:tcMar>
          </w:tcPr>
          <w:p w14:paraId="107F4543" w14:textId="77777777" w:rsidR="0033171A" w:rsidRDefault="00952DB8">
            <w:pPr>
              <w:keepLines/>
              <w:spacing w:after="0" w:line="240" w:lineRule="auto"/>
            </w:pPr>
            <w:r>
              <w:t>41</w:t>
            </w:r>
          </w:p>
        </w:tc>
        <w:tc>
          <w:tcPr>
            <w:tcW w:w="5112" w:type="dxa"/>
            <w:tcMar>
              <w:top w:w="35" w:type="dxa"/>
              <w:left w:w="55" w:type="dxa"/>
              <w:bottom w:w="35" w:type="dxa"/>
              <w:right w:w="55" w:type="dxa"/>
            </w:tcMar>
          </w:tcPr>
          <w:p w14:paraId="7D90C299" w14:textId="77777777" w:rsidR="0033171A" w:rsidRDefault="00952DB8">
            <w:pPr>
              <w:keepLines/>
              <w:spacing w:after="0" w:line="240" w:lineRule="auto"/>
            </w:pPr>
            <w:r>
              <w:t>What was the person’s legal or family relationship to the deceased?</w:t>
            </w:r>
            <w:r>
              <w:br/>
              <w:t>□ Yes   □ No   □ Unsure   □ Not applicable</w:t>
            </w:r>
          </w:p>
        </w:tc>
        <w:tc>
          <w:tcPr>
            <w:tcW w:w="5515" w:type="dxa"/>
            <w:tcMar>
              <w:top w:w="35" w:type="dxa"/>
              <w:left w:w="55" w:type="dxa"/>
              <w:bottom w:w="35" w:type="dxa"/>
              <w:right w:w="55" w:type="dxa"/>
            </w:tcMar>
          </w:tcPr>
          <w:p w14:paraId="35866EAE" w14:textId="77777777" w:rsidR="0033171A" w:rsidRDefault="0033171A">
            <w:pPr>
              <w:keepLines/>
              <w:spacing w:after="0" w:line="240" w:lineRule="auto"/>
            </w:pPr>
          </w:p>
        </w:tc>
      </w:tr>
      <w:tr w:rsidR="0033171A" w14:paraId="3FB9C509" w14:textId="77777777" w:rsidTr="005C6D72">
        <w:trPr>
          <w:cantSplit/>
          <w:jc w:val="center"/>
        </w:trPr>
        <w:tc>
          <w:tcPr>
            <w:tcW w:w="605" w:type="dxa"/>
            <w:shd w:val="clear" w:color="auto" w:fill="F2F2F2"/>
            <w:tcMar>
              <w:top w:w="35" w:type="dxa"/>
              <w:left w:w="55" w:type="dxa"/>
              <w:bottom w:w="35" w:type="dxa"/>
              <w:right w:w="55" w:type="dxa"/>
            </w:tcMar>
          </w:tcPr>
          <w:p w14:paraId="14435C81" w14:textId="77777777" w:rsidR="0033171A" w:rsidRDefault="00952DB8">
            <w:pPr>
              <w:keepLines/>
              <w:spacing w:after="0" w:line="240" w:lineRule="auto"/>
            </w:pPr>
            <w:r>
              <w:t>42</w:t>
            </w:r>
          </w:p>
        </w:tc>
        <w:tc>
          <w:tcPr>
            <w:tcW w:w="5112" w:type="dxa"/>
            <w:tcMar>
              <w:top w:w="35" w:type="dxa"/>
              <w:left w:w="55" w:type="dxa"/>
              <w:bottom w:w="35" w:type="dxa"/>
              <w:right w:w="55" w:type="dxa"/>
            </w:tcMar>
          </w:tcPr>
          <w:p w14:paraId="77408712" w14:textId="77777777" w:rsidR="0033171A" w:rsidRDefault="00952DB8">
            <w:pPr>
              <w:keepLines/>
              <w:spacing w:after="0" w:line="240" w:lineRule="auto"/>
            </w:pPr>
            <w:r>
              <w:t>Was the person financially dependent on the deceased?</w:t>
            </w:r>
            <w:r>
              <w:br/>
              <w:t>□ Yes   □ No   □ Unsure   □ Not applicable</w:t>
            </w:r>
          </w:p>
        </w:tc>
        <w:tc>
          <w:tcPr>
            <w:tcW w:w="5515" w:type="dxa"/>
            <w:tcMar>
              <w:top w:w="35" w:type="dxa"/>
              <w:left w:w="55" w:type="dxa"/>
              <w:bottom w:w="35" w:type="dxa"/>
              <w:right w:w="55" w:type="dxa"/>
            </w:tcMar>
          </w:tcPr>
          <w:p w14:paraId="018AAA74" w14:textId="77777777" w:rsidR="0033171A" w:rsidRDefault="0033171A">
            <w:pPr>
              <w:keepLines/>
              <w:spacing w:after="0" w:line="240" w:lineRule="auto"/>
            </w:pPr>
          </w:p>
        </w:tc>
      </w:tr>
      <w:tr w:rsidR="0033171A" w14:paraId="7BD28E72" w14:textId="77777777" w:rsidTr="005C6D72">
        <w:trPr>
          <w:cantSplit/>
          <w:jc w:val="center"/>
        </w:trPr>
        <w:tc>
          <w:tcPr>
            <w:tcW w:w="605" w:type="dxa"/>
            <w:shd w:val="clear" w:color="auto" w:fill="F2F2F2"/>
            <w:tcMar>
              <w:top w:w="35" w:type="dxa"/>
              <w:left w:w="55" w:type="dxa"/>
              <w:bottom w:w="35" w:type="dxa"/>
              <w:right w:w="55" w:type="dxa"/>
            </w:tcMar>
          </w:tcPr>
          <w:p w14:paraId="54C8BA25" w14:textId="77777777" w:rsidR="0033171A" w:rsidRDefault="00952DB8">
            <w:pPr>
              <w:keepLines/>
              <w:spacing w:after="0" w:line="240" w:lineRule="auto"/>
            </w:pPr>
            <w:r>
              <w:t>43</w:t>
            </w:r>
          </w:p>
        </w:tc>
        <w:tc>
          <w:tcPr>
            <w:tcW w:w="5112" w:type="dxa"/>
            <w:tcMar>
              <w:top w:w="35" w:type="dxa"/>
              <w:left w:w="55" w:type="dxa"/>
              <w:bottom w:w="35" w:type="dxa"/>
              <w:right w:w="55" w:type="dxa"/>
            </w:tcMar>
          </w:tcPr>
          <w:p w14:paraId="3399F482" w14:textId="77777777" w:rsidR="0033171A" w:rsidRDefault="00952DB8">
            <w:pPr>
              <w:keepLines/>
              <w:spacing w:after="0" w:line="240" w:lineRule="auto"/>
            </w:pPr>
            <w:r>
              <w:t>What financial resources, housing needs and foreseeable expenses do they have?</w:t>
            </w:r>
            <w:r>
              <w:br/>
              <w:t>□ Yes   □ No   □ Unsure   □ Not applicable</w:t>
            </w:r>
          </w:p>
        </w:tc>
        <w:tc>
          <w:tcPr>
            <w:tcW w:w="5515" w:type="dxa"/>
            <w:tcMar>
              <w:top w:w="35" w:type="dxa"/>
              <w:left w:w="55" w:type="dxa"/>
              <w:bottom w:w="35" w:type="dxa"/>
              <w:right w:w="55" w:type="dxa"/>
            </w:tcMar>
          </w:tcPr>
          <w:p w14:paraId="3445FB9D" w14:textId="77777777" w:rsidR="0033171A" w:rsidRDefault="0033171A">
            <w:pPr>
              <w:keepLines/>
              <w:spacing w:after="0" w:line="240" w:lineRule="auto"/>
            </w:pPr>
          </w:p>
        </w:tc>
      </w:tr>
      <w:tr w:rsidR="0033171A" w14:paraId="4B755274" w14:textId="77777777" w:rsidTr="005C6D72">
        <w:trPr>
          <w:cantSplit/>
          <w:jc w:val="center"/>
        </w:trPr>
        <w:tc>
          <w:tcPr>
            <w:tcW w:w="605" w:type="dxa"/>
            <w:shd w:val="clear" w:color="auto" w:fill="F2F2F2"/>
            <w:tcMar>
              <w:top w:w="35" w:type="dxa"/>
              <w:left w:w="55" w:type="dxa"/>
              <w:bottom w:w="35" w:type="dxa"/>
              <w:right w:w="55" w:type="dxa"/>
            </w:tcMar>
          </w:tcPr>
          <w:p w14:paraId="57AFB881" w14:textId="77777777" w:rsidR="0033171A" w:rsidRDefault="00952DB8">
            <w:pPr>
              <w:keepLines/>
              <w:spacing w:after="0" w:line="240" w:lineRule="auto"/>
            </w:pPr>
            <w:r>
              <w:t>44</w:t>
            </w:r>
          </w:p>
        </w:tc>
        <w:tc>
          <w:tcPr>
            <w:tcW w:w="5112" w:type="dxa"/>
            <w:tcMar>
              <w:top w:w="35" w:type="dxa"/>
              <w:left w:w="55" w:type="dxa"/>
              <w:bottom w:w="35" w:type="dxa"/>
              <w:right w:w="55" w:type="dxa"/>
            </w:tcMar>
          </w:tcPr>
          <w:p w14:paraId="0B4607E8" w14:textId="77777777" w:rsidR="0033171A" w:rsidRDefault="00952DB8">
            <w:pPr>
              <w:keepLines/>
              <w:spacing w:after="0" w:line="240" w:lineRule="auto"/>
            </w:pPr>
            <w:r>
              <w:t>Are age, health or disability relevant?</w:t>
            </w:r>
            <w:r>
              <w:br/>
              <w:t>□ Yes   □ No   □ Unsure   □ Not applicable</w:t>
            </w:r>
          </w:p>
        </w:tc>
        <w:tc>
          <w:tcPr>
            <w:tcW w:w="5515" w:type="dxa"/>
            <w:tcMar>
              <w:top w:w="35" w:type="dxa"/>
              <w:left w:w="55" w:type="dxa"/>
              <w:bottom w:w="35" w:type="dxa"/>
              <w:right w:w="55" w:type="dxa"/>
            </w:tcMar>
          </w:tcPr>
          <w:p w14:paraId="18A9F6FF" w14:textId="77777777" w:rsidR="0033171A" w:rsidRDefault="0033171A">
            <w:pPr>
              <w:keepLines/>
              <w:spacing w:after="0" w:line="240" w:lineRule="auto"/>
            </w:pPr>
          </w:p>
        </w:tc>
      </w:tr>
      <w:tr w:rsidR="0033171A" w14:paraId="47EED23E" w14:textId="77777777" w:rsidTr="005C6D72">
        <w:trPr>
          <w:cantSplit/>
          <w:jc w:val="center"/>
        </w:trPr>
        <w:tc>
          <w:tcPr>
            <w:tcW w:w="605" w:type="dxa"/>
            <w:shd w:val="clear" w:color="auto" w:fill="F2F2F2"/>
            <w:tcMar>
              <w:top w:w="35" w:type="dxa"/>
              <w:left w:w="55" w:type="dxa"/>
              <w:bottom w:w="35" w:type="dxa"/>
              <w:right w:w="55" w:type="dxa"/>
            </w:tcMar>
          </w:tcPr>
          <w:p w14:paraId="6EE9005C" w14:textId="77777777" w:rsidR="0033171A" w:rsidRDefault="00952DB8">
            <w:pPr>
              <w:keepLines/>
              <w:spacing w:after="0" w:line="240" w:lineRule="auto"/>
            </w:pPr>
            <w:r>
              <w:t>45</w:t>
            </w:r>
          </w:p>
        </w:tc>
        <w:tc>
          <w:tcPr>
            <w:tcW w:w="5112" w:type="dxa"/>
            <w:tcMar>
              <w:top w:w="35" w:type="dxa"/>
              <w:left w:w="55" w:type="dxa"/>
              <w:bottom w:w="35" w:type="dxa"/>
              <w:right w:w="55" w:type="dxa"/>
            </w:tcMar>
          </w:tcPr>
          <w:p w14:paraId="7BBFA98D" w14:textId="77777777" w:rsidR="0033171A" w:rsidRDefault="00952DB8">
            <w:pPr>
              <w:keepLines/>
              <w:spacing w:after="0" w:line="240" w:lineRule="auto"/>
            </w:pPr>
            <w:r>
              <w:t>What obligations did the deceased have, how large is the estate and what competing needs exist?</w:t>
            </w:r>
            <w:r>
              <w:br/>
              <w:t>□ Yes   □ No   □ Unsure   □ Not applicable</w:t>
            </w:r>
          </w:p>
        </w:tc>
        <w:tc>
          <w:tcPr>
            <w:tcW w:w="5515" w:type="dxa"/>
            <w:tcMar>
              <w:top w:w="35" w:type="dxa"/>
              <w:left w:w="55" w:type="dxa"/>
              <w:bottom w:w="35" w:type="dxa"/>
              <w:right w:w="55" w:type="dxa"/>
            </w:tcMar>
          </w:tcPr>
          <w:p w14:paraId="02D8883A" w14:textId="77777777" w:rsidR="0033171A" w:rsidRDefault="0033171A">
            <w:pPr>
              <w:keepLines/>
              <w:spacing w:after="0" w:line="240" w:lineRule="auto"/>
            </w:pPr>
          </w:p>
        </w:tc>
      </w:tr>
      <w:tr w:rsidR="0033171A" w14:paraId="1C468D79" w14:textId="77777777" w:rsidTr="005C6D72">
        <w:trPr>
          <w:cantSplit/>
          <w:jc w:val="center"/>
        </w:trPr>
        <w:tc>
          <w:tcPr>
            <w:tcW w:w="605" w:type="dxa"/>
            <w:shd w:val="clear" w:color="auto" w:fill="F2F2F2"/>
            <w:tcMar>
              <w:top w:w="35" w:type="dxa"/>
              <w:left w:w="55" w:type="dxa"/>
              <w:bottom w:w="35" w:type="dxa"/>
              <w:right w:w="55" w:type="dxa"/>
            </w:tcMar>
          </w:tcPr>
          <w:p w14:paraId="30045EB5" w14:textId="77777777" w:rsidR="0033171A" w:rsidRDefault="00952DB8">
            <w:pPr>
              <w:keepLines/>
              <w:spacing w:after="0" w:line="240" w:lineRule="auto"/>
            </w:pPr>
            <w:r>
              <w:t>46</w:t>
            </w:r>
          </w:p>
        </w:tc>
        <w:tc>
          <w:tcPr>
            <w:tcW w:w="5112" w:type="dxa"/>
            <w:tcMar>
              <w:top w:w="35" w:type="dxa"/>
              <w:left w:w="55" w:type="dxa"/>
              <w:bottom w:w="35" w:type="dxa"/>
              <w:right w:w="55" w:type="dxa"/>
            </w:tcMar>
          </w:tcPr>
          <w:p w14:paraId="32B2097D" w14:textId="77777777" w:rsidR="0033171A" w:rsidRDefault="00952DB8">
            <w:pPr>
              <w:keepLines/>
              <w:spacing w:after="0" w:line="240" w:lineRule="auto"/>
            </w:pPr>
            <w:r>
              <w:t>What provision is available through the Will, intestacy, pensions, insurance, joint assets or trusts?</w:t>
            </w:r>
            <w:r>
              <w:br/>
              <w:t>□ Yes   □ No   □ Unsure   □ Not applicable</w:t>
            </w:r>
          </w:p>
        </w:tc>
        <w:tc>
          <w:tcPr>
            <w:tcW w:w="5515" w:type="dxa"/>
            <w:tcMar>
              <w:top w:w="35" w:type="dxa"/>
              <w:left w:w="55" w:type="dxa"/>
              <w:bottom w:w="35" w:type="dxa"/>
              <w:right w:w="55" w:type="dxa"/>
            </w:tcMar>
          </w:tcPr>
          <w:p w14:paraId="7322E20A" w14:textId="77777777" w:rsidR="0033171A" w:rsidRDefault="0033171A">
            <w:pPr>
              <w:keepLines/>
              <w:spacing w:after="0" w:line="240" w:lineRule="auto"/>
            </w:pPr>
          </w:p>
        </w:tc>
      </w:tr>
    </w:tbl>
    <w:p w14:paraId="59AE2DE7" w14:textId="77777777" w:rsidR="0033171A" w:rsidRDefault="0033171A">
      <w:pPr>
        <w:spacing w:after="60" w:line="240" w:lineRule="auto"/>
      </w:pPr>
    </w:p>
    <w:p w14:paraId="0A23D3AF" w14:textId="77777777" w:rsidR="0033171A" w:rsidRDefault="00952DB8">
      <w:pPr>
        <w:pStyle w:val="Heading1"/>
        <w:spacing w:before="80" w:after="60" w:line="240" w:lineRule="auto"/>
      </w:pPr>
      <w:r>
        <w:rPr>
          <w:rFonts w:ascii="Aptos" w:hAnsi="Aptos"/>
          <w:sz w:val="32"/>
        </w:rPr>
        <w:lastRenderedPageBreak/>
        <w:t>G. Questions when making or revising a Will</w:t>
      </w:r>
    </w:p>
    <w:tbl>
      <w:tblPr>
        <w:tblStyle w:val="TableGrid"/>
        <w:tblW w:w="0" w:type="auto"/>
        <w:jc w:val="center"/>
        <w:tblLayout w:type="fixed"/>
        <w:tblLook w:val="04A0" w:firstRow="1" w:lastRow="0" w:firstColumn="1" w:lastColumn="0" w:noHBand="0" w:noVBand="1"/>
      </w:tblPr>
      <w:tblGrid>
        <w:gridCol w:w="605"/>
        <w:gridCol w:w="5112"/>
        <w:gridCol w:w="5515"/>
      </w:tblGrid>
      <w:tr w:rsidR="0033171A" w14:paraId="7C509A78" w14:textId="77777777" w:rsidTr="005C6D72">
        <w:trPr>
          <w:cantSplit/>
          <w:tblHeader/>
          <w:jc w:val="center"/>
        </w:trPr>
        <w:tc>
          <w:tcPr>
            <w:tcW w:w="605" w:type="dxa"/>
            <w:shd w:val="clear" w:color="auto" w:fill="3F6F62"/>
            <w:tcMar>
              <w:top w:w="35" w:type="dxa"/>
              <w:left w:w="55" w:type="dxa"/>
              <w:bottom w:w="35" w:type="dxa"/>
              <w:right w:w="55" w:type="dxa"/>
            </w:tcMar>
            <w:vAlign w:val="center"/>
          </w:tcPr>
          <w:p w14:paraId="1B7C8F1B" w14:textId="77777777" w:rsidR="0033171A" w:rsidRDefault="00952DB8">
            <w:pPr>
              <w:keepLines/>
              <w:spacing w:after="0" w:line="240" w:lineRule="auto"/>
            </w:pPr>
            <w:r>
              <w:rPr>
                <w:b/>
                <w:color w:val="FFFFFF"/>
              </w:rPr>
              <w:t>No.</w:t>
            </w:r>
          </w:p>
        </w:tc>
        <w:tc>
          <w:tcPr>
            <w:tcW w:w="5112" w:type="dxa"/>
            <w:shd w:val="clear" w:color="auto" w:fill="3F6F62"/>
            <w:tcMar>
              <w:top w:w="35" w:type="dxa"/>
              <w:left w:w="55" w:type="dxa"/>
              <w:bottom w:w="35" w:type="dxa"/>
              <w:right w:w="55" w:type="dxa"/>
            </w:tcMar>
            <w:vAlign w:val="center"/>
          </w:tcPr>
          <w:p w14:paraId="148AD0EF" w14:textId="77777777" w:rsidR="0033171A" w:rsidRDefault="00952DB8">
            <w:pPr>
              <w:keepLines/>
              <w:spacing w:after="0" w:line="240" w:lineRule="auto"/>
            </w:pPr>
            <w:r>
              <w:rPr>
                <w:b/>
                <w:color w:val="FFFFFF"/>
              </w:rPr>
              <w:t>Question</w:t>
            </w:r>
          </w:p>
        </w:tc>
        <w:tc>
          <w:tcPr>
            <w:tcW w:w="5515" w:type="dxa"/>
            <w:shd w:val="clear" w:color="auto" w:fill="3F6F62"/>
            <w:tcMar>
              <w:top w:w="35" w:type="dxa"/>
              <w:left w:w="55" w:type="dxa"/>
              <w:bottom w:w="35" w:type="dxa"/>
              <w:right w:w="55" w:type="dxa"/>
            </w:tcMar>
            <w:vAlign w:val="center"/>
          </w:tcPr>
          <w:p w14:paraId="2C7E174C" w14:textId="77777777" w:rsidR="0033171A" w:rsidRDefault="00952DB8">
            <w:pPr>
              <w:keepLines/>
              <w:spacing w:after="0" w:line="240" w:lineRule="auto"/>
            </w:pPr>
            <w:r>
              <w:rPr>
                <w:b/>
                <w:color w:val="FFFFFF"/>
              </w:rPr>
              <w:t>Notes or evidence</w:t>
            </w:r>
          </w:p>
        </w:tc>
      </w:tr>
      <w:tr w:rsidR="0033171A" w14:paraId="3C942A70" w14:textId="77777777" w:rsidTr="005C6D72">
        <w:trPr>
          <w:cantSplit/>
          <w:jc w:val="center"/>
        </w:trPr>
        <w:tc>
          <w:tcPr>
            <w:tcW w:w="605" w:type="dxa"/>
            <w:shd w:val="clear" w:color="auto" w:fill="F2F2F2"/>
            <w:tcMar>
              <w:top w:w="35" w:type="dxa"/>
              <w:left w:w="55" w:type="dxa"/>
              <w:bottom w:w="35" w:type="dxa"/>
              <w:right w:w="55" w:type="dxa"/>
            </w:tcMar>
          </w:tcPr>
          <w:p w14:paraId="3B42E1F5" w14:textId="77777777" w:rsidR="0033171A" w:rsidRDefault="00952DB8">
            <w:pPr>
              <w:keepLines/>
              <w:spacing w:after="0" w:line="240" w:lineRule="auto"/>
            </w:pPr>
            <w:r>
              <w:t>47</w:t>
            </w:r>
          </w:p>
        </w:tc>
        <w:tc>
          <w:tcPr>
            <w:tcW w:w="5112" w:type="dxa"/>
            <w:tcMar>
              <w:top w:w="35" w:type="dxa"/>
              <w:left w:w="55" w:type="dxa"/>
              <w:bottom w:w="35" w:type="dxa"/>
              <w:right w:w="55" w:type="dxa"/>
            </w:tcMar>
          </w:tcPr>
          <w:p w14:paraId="0FE3514B" w14:textId="77777777" w:rsidR="0033171A" w:rsidRDefault="00952DB8">
            <w:pPr>
              <w:keepLines/>
              <w:spacing w:after="0" w:line="240" w:lineRule="auto"/>
            </w:pPr>
            <w:r>
              <w:t>Have you told anyone that they will receive, own or remain in a particular property?</w:t>
            </w:r>
            <w:r>
              <w:br/>
              <w:t>□ Yes   □ No   □ Unsure   □ Not applicable</w:t>
            </w:r>
          </w:p>
        </w:tc>
        <w:tc>
          <w:tcPr>
            <w:tcW w:w="5515" w:type="dxa"/>
            <w:tcMar>
              <w:top w:w="35" w:type="dxa"/>
              <w:left w:w="55" w:type="dxa"/>
              <w:bottom w:w="35" w:type="dxa"/>
              <w:right w:w="55" w:type="dxa"/>
            </w:tcMar>
          </w:tcPr>
          <w:p w14:paraId="1EB26332" w14:textId="77777777" w:rsidR="0033171A" w:rsidRDefault="0033171A">
            <w:pPr>
              <w:keepLines/>
              <w:spacing w:after="0" w:line="240" w:lineRule="auto"/>
            </w:pPr>
          </w:p>
        </w:tc>
      </w:tr>
      <w:tr w:rsidR="0033171A" w14:paraId="1737A972" w14:textId="77777777" w:rsidTr="005C6D72">
        <w:trPr>
          <w:cantSplit/>
          <w:jc w:val="center"/>
        </w:trPr>
        <w:tc>
          <w:tcPr>
            <w:tcW w:w="605" w:type="dxa"/>
            <w:shd w:val="clear" w:color="auto" w:fill="F2F2F2"/>
            <w:tcMar>
              <w:top w:w="35" w:type="dxa"/>
              <w:left w:w="55" w:type="dxa"/>
              <w:bottom w:w="35" w:type="dxa"/>
              <w:right w:w="55" w:type="dxa"/>
            </w:tcMar>
          </w:tcPr>
          <w:p w14:paraId="1B2CEA26" w14:textId="77777777" w:rsidR="0033171A" w:rsidRDefault="00952DB8">
            <w:pPr>
              <w:keepLines/>
              <w:spacing w:after="0" w:line="240" w:lineRule="auto"/>
            </w:pPr>
            <w:r>
              <w:t>48</w:t>
            </w:r>
          </w:p>
        </w:tc>
        <w:tc>
          <w:tcPr>
            <w:tcW w:w="5112" w:type="dxa"/>
            <w:tcMar>
              <w:top w:w="35" w:type="dxa"/>
              <w:left w:w="55" w:type="dxa"/>
              <w:bottom w:w="35" w:type="dxa"/>
              <w:right w:w="55" w:type="dxa"/>
            </w:tcMar>
          </w:tcPr>
          <w:p w14:paraId="251F7704" w14:textId="77777777" w:rsidR="0033171A" w:rsidRDefault="00952DB8">
            <w:pPr>
              <w:keepLines/>
              <w:spacing w:after="0" w:line="240" w:lineRule="auto"/>
            </w:pPr>
            <w:r>
              <w:t>Does your proposed Will reflect what you previously told them?</w:t>
            </w:r>
            <w:r>
              <w:br/>
              <w:t>□ Yes   □ No   □ Unsure   □ Not applicable</w:t>
            </w:r>
          </w:p>
        </w:tc>
        <w:tc>
          <w:tcPr>
            <w:tcW w:w="5515" w:type="dxa"/>
            <w:tcMar>
              <w:top w:w="35" w:type="dxa"/>
              <w:left w:w="55" w:type="dxa"/>
              <w:bottom w:w="35" w:type="dxa"/>
              <w:right w:w="55" w:type="dxa"/>
            </w:tcMar>
          </w:tcPr>
          <w:p w14:paraId="4325ABAB" w14:textId="77777777" w:rsidR="0033171A" w:rsidRDefault="0033171A">
            <w:pPr>
              <w:keepLines/>
              <w:spacing w:after="0" w:line="240" w:lineRule="auto"/>
            </w:pPr>
          </w:p>
        </w:tc>
      </w:tr>
      <w:tr w:rsidR="0033171A" w14:paraId="4F3C3EB6" w14:textId="77777777" w:rsidTr="005C6D72">
        <w:trPr>
          <w:cantSplit/>
          <w:jc w:val="center"/>
        </w:trPr>
        <w:tc>
          <w:tcPr>
            <w:tcW w:w="605" w:type="dxa"/>
            <w:shd w:val="clear" w:color="auto" w:fill="F2F2F2"/>
            <w:tcMar>
              <w:top w:w="35" w:type="dxa"/>
              <w:left w:w="55" w:type="dxa"/>
              <w:bottom w:w="35" w:type="dxa"/>
              <w:right w:w="55" w:type="dxa"/>
            </w:tcMar>
          </w:tcPr>
          <w:p w14:paraId="4D6C4A96" w14:textId="77777777" w:rsidR="0033171A" w:rsidRDefault="00952DB8">
            <w:pPr>
              <w:keepLines/>
              <w:spacing w:after="0" w:line="240" w:lineRule="auto"/>
            </w:pPr>
            <w:r>
              <w:t>49</w:t>
            </w:r>
          </w:p>
        </w:tc>
        <w:tc>
          <w:tcPr>
            <w:tcW w:w="5112" w:type="dxa"/>
            <w:tcMar>
              <w:top w:w="35" w:type="dxa"/>
              <w:left w:w="55" w:type="dxa"/>
              <w:bottom w:w="35" w:type="dxa"/>
              <w:right w:w="55" w:type="dxa"/>
            </w:tcMar>
          </w:tcPr>
          <w:p w14:paraId="4E7643F8" w14:textId="77777777" w:rsidR="0033171A" w:rsidRDefault="00952DB8">
            <w:pPr>
              <w:keepLines/>
              <w:spacing w:after="0" w:line="240" w:lineRule="auto"/>
            </w:pPr>
            <w:r>
              <w:t>If the proposed Will departs from an earlier assurance, what changed and has specialist advice been obtained?</w:t>
            </w:r>
            <w:r>
              <w:br/>
              <w:t>□ Yes   □ No   □ Unsure   □ Not applicable</w:t>
            </w:r>
          </w:p>
        </w:tc>
        <w:tc>
          <w:tcPr>
            <w:tcW w:w="5515" w:type="dxa"/>
            <w:tcMar>
              <w:top w:w="35" w:type="dxa"/>
              <w:left w:w="55" w:type="dxa"/>
              <w:bottom w:w="35" w:type="dxa"/>
              <w:right w:w="55" w:type="dxa"/>
            </w:tcMar>
          </w:tcPr>
          <w:p w14:paraId="2A1A5504" w14:textId="77777777" w:rsidR="0033171A" w:rsidRDefault="0033171A">
            <w:pPr>
              <w:keepLines/>
              <w:spacing w:after="0" w:line="240" w:lineRule="auto"/>
            </w:pPr>
          </w:p>
        </w:tc>
      </w:tr>
      <w:tr w:rsidR="0033171A" w14:paraId="586D02A8" w14:textId="77777777" w:rsidTr="005C6D72">
        <w:trPr>
          <w:cantSplit/>
          <w:jc w:val="center"/>
        </w:trPr>
        <w:tc>
          <w:tcPr>
            <w:tcW w:w="605" w:type="dxa"/>
            <w:shd w:val="clear" w:color="auto" w:fill="F2F2F2"/>
            <w:tcMar>
              <w:top w:w="35" w:type="dxa"/>
              <w:left w:w="55" w:type="dxa"/>
              <w:bottom w:w="35" w:type="dxa"/>
              <w:right w:w="55" w:type="dxa"/>
            </w:tcMar>
          </w:tcPr>
          <w:p w14:paraId="553EB82A" w14:textId="77777777" w:rsidR="0033171A" w:rsidRDefault="00952DB8">
            <w:pPr>
              <w:keepLines/>
              <w:spacing w:after="0" w:line="240" w:lineRule="auto"/>
            </w:pPr>
            <w:r>
              <w:t>50</w:t>
            </w:r>
          </w:p>
        </w:tc>
        <w:tc>
          <w:tcPr>
            <w:tcW w:w="5112" w:type="dxa"/>
            <w:tcMar>
              <w:top w:w="35" w:type="dxa"/>
              <w:left w:w="55" w:type="dxa"/>
              <w:bottom w:w="35" w:type="dxa"/>
              <w:right w:w="55" w:type="dxa"/>
            </w:tcMar>
          </w:tcPr>
          <w:p w14:paraId="622BFA3F" w14:textId="77777777" w:rsidR="0033171A" w:rsidRDefault="00952DB8">
            <w:pPr>
              <w:keepLines/>
              <w:spacing w:after="0" w:line="240" w:lineRule="auto"/>
            </w:pPr>
            <w:r>
              <w:t>What should be recorded carefully in the attendance note or Letter of Wishes without creating an inaccurate admission or overlooking existing rights?</w:t>
            </w:r>
            <w:r>
              <w:br/>
              <w:t>□ Yes   □ No   □ Unsure   □ Not applicable</w:t>
            </w:r>
          </w:p>
        </w:tc>
        <w:tc>
          <w:tcPr>
            <w:tcW w:w="5515" w:type="dxa"/>
            <w:tcMar>
              <w:top w:w="35" w:type="dxa"/>
              <w:left w:w="55" w:type="dxa"/>
              <w:bottom w:w="35" w:type="dxa"/>
              <w:right w:w="55" w:type="dxa"/>
            </w:tcMar>
          </w:tcPr>
          <w:p w14:paraId="4C2C3EAB" w14:textId="77777777" w:rsidR="0033171A" w:rsidRDefault="0033171A">
            <w:pPr>
              <w:keepLines/>
              <w:spacing w:after="0" w:line="240" w:lineRule="auto"/>
            </w:pPr>
          </w:p>
        </w:tc>
      </w:tr>
    </w:tbl>
    <w:p w14:paraId="690BCD62" w14:textId="77777777" w:rsidR="0033171A" w:rsidRDefault="0033171A">
      <w:pPr>
        <w:spacing w:after="60" w:line="240" w:lineRule="auto"/>
      </w:pPr>
    </w:p>
    <w:p w14:paraId="4C78E3E9" w14:textId="77777777" w:rsidR="005D73B6" w:rsidRDefault="005D73B6">
      <w:pPr>
        <w:spacing w:after="200" w:line="276" w:lineRule="auto"/>
        <w:rPr>
          <w:rFonts w:eastAsiaTheme="majorEastAsia" w:cstheme="majorBidi"/>
          <w:b/>
          <w:bCs/>
          <w:color w:val="17364D"/>
          <w:sz w:val="32"/>
          <w:szCs w:val="28"/>
        </w:rPr>
      </w:pPr>
      <w:r>
        <w:rPr>
          <w:sz w:val="32"/>
        </w:rPr>
        <w:br w:type="page"/>
      </w:r>
    </w:p>
    <w:p w14:paraId="04D30717" w14:textId="52E59458" w:rsidR="0033171A" w:rsidRDefault="00952DB8">
      <w:pPr>
        <w:pStyle w:val="Heading1"/>
        <w:spacing w:before="80" w:after="60" w:line="240" w:lineRule="auto"/>
      </w:pPr>
      <w:r>
        <w:rPr>
          <w:rFonts w:ascii="Aptos" w:hAnsi="Aptos"/>
          <w:sz w:val="32"/>
        </w:rPr>
        <w:lastRenderedPageBreak/>
        <w:t>Evidence that may be useful</w:t>
      </w:r>
    </w:p>
    <w:p w14:paraId="2EC3B2B5" w14:textId="77777777" w:rsidR="0033171A" w:rsidRDefault="00952DB8">
      <w:pPr>
        <w:spacing w:after="60" w:line="240" w:lineRule="auto"/>
      </w:pPr>
      <w:r>
        <w:t>Tick anything that may exist. Do not alter original documents or delete messages.</w:t>
      </w:r>
    </w:p>
    <w:tbl>
      <w:tblPr>
        <w:tblStyle w:val="TableGrid"/>
        <w:tblW w:w="0" w:type="auto"/>
        <w:jc w:val="center"/>
        <w:tblLayout w:type="fixed"/>
        <w:tblLook w:val="04A0" w:firstRow="1" w:lastRow="0" w:firstColumn="1" w:lastColumn="0" w:noHBand="0" w:noVBand="1"/>
      </w:tblPr>
      <w:tblGrid>
        <w:gridCol w:w="5616"/>
        <w:gridCol w:w="5616"/>
      </w:tblGrid>
      <w:tr w:rsidR="0033171A" w14:paraId="3028ECD5" w14:textId="77777777">
        <w:trPr>
          <w:cantSplit/>
          <w:tblHeader/>
          <w:jc w:val="center"/>
        </w:trPr>
        <w:tc>
          <w:tcPr>
            <w:tcW w:w="5616" w:type="dxa"/>
            <w:shd w:val="clear" w:color="auto" w:fill="EAF2EF"/>
            <w:tcMar>
              <w:top w:w="35" w:type="dxa"/>
              <w:left w:w="55" w:type="dxa"/>
              <w:bottom w:w="35" w:type="dxa"/>
              <w:right w:w="55" w:type="dxa"/>
            </w:tcMar>
            <w:vAlign w:val="center"/>
          </w:tcPr>
          <w:p w14:paraId="24AB89D2" w14:textId="77777777" w:rsidR="0033171A" w:rsidRDefault="00952DB8">
            <w:pPr>
              <w:keepLines/>
              <w:spacing w:after="0" w:line="240" w:lineRule="auto"/>
            </w:pPr>
            <w:r>
              <w:rPr>
                <w:b/>
              </w:rPr>
              <w:t>□ Emails, text messages or messaging-app conversations</w:t>
            </w:r>
          </w:p>
        </w:tc>
        <w:tc>
          <w:tcPr>
            <w:tcW w:w="5616" w:type="dxa"/>
            <w:shd w:val="clear" w:color="auto" w:fill="EAF2EF"/>
            <w:tcMar>
              <w:top w:w="35" w:type="dxa"/>
              <w:left w:w="55" w:type="dxa"/>
              <w:bottom w:w="35" w:type="dxa"/>
              <w:right w:w="55" w:type="dxa"/>
            </w:tcMar>
            <w:vAlign w:val="center"/>
          </w:tcPr>
          <w:p w14:paraId="63D2FC60" w14:textId="77777777" w:rsidR="0033171A" w:rsidRDefault="00952DB8">
            <w:pPr>
              <w:keepLines/>
              <w:spacing w:after="0" w:line="240" w:lineRule="auto"/>
            </w:pPr>
            <w:r>
              <w:rPr>
                <w:b/>
              </w:rPr>
              <w:t>□ Letters, cards, diary entries or contemporaneous notes</w:t>
            </w:r>
          </w:p>
        </w:tc>
      </w:tr>
      <w:tr w:rsidR="0033171A" w14:paraId="5C4C20E8" w14:textId="77777777">
        <w:trPr>
          <w:cantSplit/>
          <w:jc w:val="center"/>
        </w:trPr>
        <w:tc>
          <w:tcPr>
            <w:tcW w:w="5616" w:type="dxa"/>
            <w:shd w:val="clear" w:color="auto" w:fill="FFFFFF"/>
            <w:tcMar>
              <w:top w:w="35" w:type="dxa"/>
              <w:left w:w="55" w:type="dxa"/>
              <w:bottom w:w="35" w:type="dxa"/>
              <w:right w:w="55" w:type="dxa"/>
            </w:tcMar>
          </w:tcPr>
          <w:p w14:paraId="2D1267D2" w14:textId="77777777" w:rsidR="0033171A" w:rsidRDefault="00952DB8">
            <w:pPr>
              <w:keepLines/>
              <w:spacing w:after="0" w:line="240" w:lineRule="auto"/>
            </w:pPr>
            <w:r>
              <w:t>□ Earlier Wills, draft Wills or Will instructions</w:t>
            </w:r>
          </w:p>
        </w:tc>
        <w:tc>
          <w:tcPr>
            <w:tcW w:w="5616" w:type="dxa"/>
            <w:shd w:val="clear" w:color="auto" w:fill="FFFFFF"/>
            <w:tcMar>
              <w:top w:w="35" w:type="dxa"/>
              <w:left w:w="55" w:type="dxa"/>
              <w:bottom w:w="35" w:type="dxa"/>
              <w:right w:w="55" w:type="dxa"/>
            </w:tcMar>
          </w:tcPr>
          <w:p w14:paraId="36259EDC" w14:textId="77777777" w:rsidR="0033171A" w:rsidRDefault="00952DB8">
            <w:pPr>
              <w:keepLines/>
              <w:spacing w:after="0" w:line="240" w:lineRule="auto"/>
            </w:pPr>
            <w:r>
              <w:t>□ Bank statements, mortgage records and proof of payments</w:t>
            </w:r>
          </w:p>
        </w:tc>
      </w:tr>
      <w:tr w:rsidR="0033171A" w14:paraId="5B081C90" w14:textId="77777777">
        <w:trPr>
          <w:cantSplit/>
          <w:jc w:val="center"/>
        </w:trPr>
        <w:tc>
          <w:tcPr>
            <w:tcW w:w="5616" w:type="dxa"/>
            <w:shd w:val="clear" w:color="auto" w:fill="EAF2EF"/>
            <w:tcMar>
              <w:top w:w="35" w:type="dxa"/>
              <w:left w:w="55" w:type="dxa"/>
              <w:bottom w:w="35" w:type="dxa"/>
              <w:right w:w="55" w:type="dxa"/>
            </w:tcMar>
          </w:tcPr>
          <w:p w14:paraId="6F974CF4" w14:textId="77777777" w:rsidR="0033171A" w:rsidRDefault="00952DB8">
            <w:pPr>
              <w:keepLines/>
              <w:spacing w:after="0" w:line="240" w:lineRule="auto"/>
            </w:pPr>
            <w:r>
              <w:t>□ Invoices, receipts and photographs of property improvements</w:t>
            </w:r>
          </w:p>
        </w:tc>
        <w:tc>
          <w:tcPr>
            <w:tcW w:w="5616" w:type="dxa"/>
            <w:shd w:val="clear" w:color="auto" w:fill="EAF2EF"/>
            <w:tcMar>
              <w:top w:w="35" w:type="dxa"/>
              <w:left w:w="55" w:type="dxa"/>
              <w:bottom w:w="35" w:type="dxa"/>
              <w:right w:w="55" w:type="dxa"/>
            </w:tcMar>
          </w:tcPr>
          <w:p w14:paraId="1A702354" w14:textId="77777777" w:rsidR="0033171A" w:rsidRDefault="00952DB8">
            <w:pPr>
              <w:keepLines/>
              <w:spacing w:after="0" w:line="240" w:lineRule="auto"/>
            </w:pPr>
            <w:r>
              <w:t>□ Employment, wage, pension or business records</w:t>
            </w:r>
          </w:p>
        </w:tc>
      </w:tr>
      <w:tr w:rsidR="0033171A" w14:paraId="5528FB2E" w14:textId="77777777">
        <w:trPr>
          <w:cantSplit/>
          <w:jc w:val="center"/>
        </w:trPr>
        <w:tc>
          <w:tcPr>
            <w:tcW w:w="5616" w:type="dxa"/>
            <w:shd w:val="clear" w:color="auto" w:fill="FFFFFF"/>
            <w:tcMar>
              <w:top w:w="35" w:type="dxa"/>
              <w:left w:w="55" w:type="dxa"/>
              <w:bottom w:w="35" w:type="dxa"/>
              <w:right w:w="55" w:type="dxa"/>
            </w:tcMar>
          </w:tcPr>
          <w:p w14:paraId="613CB25A" w14:textId="77777777" w:rsidR="0033171A" w:rsidRDefault="00952DB8">
            <w:pPr>
              <w:keepLines/>
              <w:spacing w:after="0" w:line="240" w:lineRule="auto"/>
            </w:pPr>
            <w:r>
              <w:t>□ Tenancy records or documents relating to a former home</w:t>
            </w:r>
          </w:p>
        </w:tc>
        <w:tc>
          <w:tcPr>
            <w:tcW w:w="5616" w:type="dxa"/>
            <w:shd w:val="clear" w:color="auto" w:fill="FFFFFF"/>
            <w:tcMar>
              <w:top w:w="35" w:type="dxa"/>
              <w:left w:w="55" w:type="dxa"/>
              <w:bottom w:w="35" w:type="dxa"/>
              <w:right w:w="55" w:type="dxa"/>
            </w:tcMar>
          </w:tcPr>
          <w:p w14:paraId="70931211" w14:textId="77777777" w:rsidR="0033171A" w:rsidRDefault="00952DB8">
            <w:pPr>
              <w:keepLines/>
              <w:spacing w:after="0" w:line="240" w:lineRule="auto"/>
            </w:pPr>
            <w:r>
              <w:t>□ Care records or evidence of substantial unpaid support</w:t>
            </w:r>
          </w:p>
        </w:tc>
      </w:tr>
      <w:tr w:rsidR="0033171A" w14:paraId="6A33B9E3" w14:textId="77777777">
        <w:trPr>
          <w:cantSplit/>
          <w:jc w:val="center"/>
        </w:trPr>
        <w:tc>
          <w:tcPr>
            <w:tcW w:w="5616" w:type="dxa"/>
            <w:shd w:val="clear" w:color="auto" w:fill="EAF2EF"/>
            <w:tcMar>
              <w:top w:w="35" w:type="dxa"/>
              <w:left w:w="55" w:type="dxa"/>
              <w:bottom w:w="35" w:type="dxa"/>
              <w:right w:w="55" w:type="dxa"/>
            </w:tcMar>
          </w:tcPr>
          <w:p w14:paraId="2038E7DC" w14:textId="77777777" w:rsidR="0033171A" w:rsidRDefault="00952DB8">
            <w:pPr>
              <w:keepLines/>
              <w:spacing w:after="0" w:line="240" w:lineRule="auto"/>
            </w:pPr>
            <w:r>
              <w:t>□ Witnesses who heard the assurance or observed the reliance</w:t>
            </w:r>
          </w:p>
        </w:tc>
        <w:tc>
          <w:tcPr>
            <w:tcW w:w="5616" w:type="dxa"/>
            <w:shd w:val="clear" w:color="auto" w:fill="EAF2EF"/>
            <w:tcMar>
              <w:top w:w="35" w:type="dxa"/>
              <w:left w:w="55" w:type="dxa"/>
              <w:bottom w:w="35" w:type="dxa"/>
              <w:right w:w="55" w:type="dxa"/>
            </w:tcMar>
          </w:tcPr>
          <w:p w14:paraId="422395B9" w14:textId="77777777" w:rsidR="0033171A" w:rsidRDefault="00952DB8">
            <w:pPr>
              <w:keepLines/>
              <w:spacing w:after="0" w:line="240" w:lineRule="auto"/>
            </w:pPr>
            <w:r>
              <w:t>□ Declarations of trust, agreements, deeds or Land Registry documents</w:t>
            </w:r>
          </w:p>
        </w:tc>
      </w:tr>
    </w:tbl>
    <w:p w14:paraId="3B4F7861" w14:textId="77777777" w:rsidR="005D73B6" w:rsidRDefault="005D73B6">
      <w:pPr>
        <w:pStyle w:val="Heading1"/>
        <w:spacing w:before="80" w:after="60" w:line="240" w:lineRule="auto"/>
        <w:rPr>
          <w:rFonts w:ascii="Aptos" w:hAnsi="Aptos"/>
          <w:sz w:val="32"/>
        </w:rPr>
      </w:pPr>
    </w:p>
    <w:p w14:paraId="5D6F37F1" w14:textId="444BC487" w:rsidR="0033171A" w:rsidRPr="005D73B6" w:rsidRDefault="00952DB8" w:rsidP="005D73B6">
      <w:pPr>
        <w:spacing w:after="200" w:line="276" w:lineRule="auto"/>
        <w:rPr>
          <w:rFonts w:eastAsiaTheme="majorEastAsia" w:cstheme="majorBidi"/>
          <w:b/>
          <w:bCs/>
          <w:color w:val="17364D"/>
          <w:sz w:val="32"/>
          <w:szCs w:val="28"/>
        </w:rPr>
      </w:pPr>
      <w:r>
        <w:rPr>
          <w:b/>
          <w:sz w:val="32"/>
        </w:rPr>
        <w:t>What to do with the completed checklist</w:t>
      </w:r>
    </w:p>
    <w:p w14:paraId="0EC209C5" w14:textId="77777777" w:rsidR="0033171A" w:rsidRDefault="00952DB8">
      <w:pPr>
        <w:spacing w:after="60" w:line="240" w:lineRule="auto"/>
      </w:pPr>
      <w:r>
        <w:t>Use it as a prompt for a conversation. It is not a claim form and it does not replace legal advice.</w:t>
      </w:r>
    </w:p>
    <w:p w14:paraId="44FD8FA6" w14:textId="77777777" w:rsidR="0033171A" w:rsidRDefault="00952DB8">
      <w:pPr>
        <w:pStyle w:val="ListBullet"/>
        <w:spacing w:after="20" w:line="240" w:lineRule="auto"/>
        <w:ind w:left="259" w:hanging="173"/>
      </w:pPr>
      <w:r>
        <w:t>If the person who made the promise is alive, raise the issue before the Will or property planning is finalised.</w:t>
      </w:r>
    </w:p>
    <w:p w14:paraId="4E7CBF47" w14:textId="77777777" w:rsidR="0033171A" w:rsidRDefault="00952DB8">
      <w:pPr>
        <w:pStyle w:val="ListBullet"/>
        <w:spacing w:after="20" w:line="240" w:lineRule="auto"/>
        <w:ind w:left="259" w:hanging="173"/>
      </w:pPr>
      <w:r>
        <w:t>If someone has died or a dispute already exists, preserve the evidence and obtain specialist contentious probate or property advice promptly.</w:t>
      </w:r>
    </w:p>
    <w:p w14:paraId="22C2D6D2" w14:textId="77777777" w:rsidR="0033171A" w:rsidRDefault="00952DB8">
      <w:pPr>
        <w:pStyle w:val="ListBullet"/>
        <w:spacing w:after="20" w:line="240" w:lineRule="auto"/>
        <w:ind w:left="259" w:hanging="173"/>
      </w:pPr>
      <w:r>
        <w:t>Where more than one legal route may apply, identify the ownership issue, the promise issue and the reasonable-financial-provision issue separately.</w:t>
      </w:r>
    </w:p>
    <w:p w14:paraId="1D765DF9" w14:textId="77777777" w:rsidR="000B207F" w:rsidRDefault="000759C6">
      <w:pPr>
        <w:pStyle w:val="Heading1"/>
        <w:spacing w:before="80" w:after="60" w:line="240" w:lineRule="auto"/>
      </w:pPr>
      <w:r>
        <w:rPr>
          <w:rFonts w:ascii="Aptos" w:hAnsi="Aptos"/>
          <w:sz w:val="32"/>
        </w:rPr>
        <w:t>Keep the completed checklist secure</w:t>
      </w:r>
    </w:p>
    <w:p w14:paraId="60FFE13D" w14:textId="77777777" w:rsidR="000B207F" w:rsidRDefault="000759C6">
      <w:pPr>
        <w:spacing w:after="60" w:line="240" w:lineRule="auto"/>
      </w:pPr>
      <w:r>
        <w:t>The completed checklist may contain sensitive personal, financial and family information. Keep it securely. Do not send it to Fern Wills &amp; LPAs or another adviser unless requested and an appropriate delivery method has been agreed.</w:t>
      </w:r>
    </w:p>
    <w:tbl>
      <w:tblPr>
        <w:tblW w:w="0" w:type="auto"/>
        <w:jc w:val="center"/>
        <w:tblLayout w:type="fixed"/>
        <w:tblLook w:val="04A0" w:firstRow="1" w:lastRow="0" w:firstColumn="1" w:lastColumn="0" w:noHBand="0" w:noVBand="1"/>
      </w:tblPr>
      <w:tblGrid>
        <w:gridCol w:w="11232"/>
      </w:tblGrid>
      <w:tr w:rsidR="0033171A" w14:paraId="55845664" w14:textId="77777777">
        <w:trPr>
          <w:cantSplit/>
          <w:jc w:val="center"/>
        </w:trPr>
        <w:tc>
          <w:tcPr>
            <w:tcW w:w="11232" w:type="dxa"/>
            <w:tcBorders>
              <w:left w:val="single" w:sz="18" w:space="0" w:color="3F6F62"/>
            </w:tcBorders>
            <w:shd w:val="clear" w:color="auto" w:fill="EAF2EF"/>
            <w:tcMar>
              <w:top w:w="35" w:type="dxa"/>
              <w:left w:w="55" w:type="dxa"/>
              <w:bottom w:w="35" w:type="dxa"/>
              <w:right w:w="55" w:type="dxa"/>
            </w:tcMar>
            <w:vAlign w:val="center"/>
          </w:tcPr>
          <w:p w14:paraId="27B7E978" w14:textId="77777777" w:rsidR="0033171A" w:rsidRDefault="00952DB8">
            <w:pPr>
              <w:keepLines/>
              <w:spacing w:after="0" w:line="240" w:lineRule="auto"/>
            </w:pPr>
            <w:r>
              <w:rPr>
                <w:b/>
                <w:color w:val="17364D"/>
              </w:rPr>
              <w:t xml:space="preserve">Fern’s role: </w:t>
            </w:r>
            <w:r>
              <w:rPr>
                <w:b/>
              </w:rPr>
              <w:t>Fern Wills &amp; LPAs can help identify the Will-planning questions and signpost specialist property, tax or litigation advice where needed. Fern does not conduct contentious probate claims. You remain free to choose your own adviser.</w:t>
            </w:r>
          </w:p>
        </w:tc>
      </w:tr>
    </w:tbl>
    <w:p w14:paraId="50F32433" w14:textId="77777777" w:rsidR="0033171A" w:rsidRDefault="0033171A">
      <w:pPr>
        <w:spacing w:after="60" w:line="240" w:lineRule="auto"/>
      </w:pPr>
    </w:p>
    <w:p w14:paraId="1AC0AB9F" w14:textId="77777777" w:rsidR="0033171A" w:rsidRDefault="00952DB8">
      <w:pPr>
        <w:spacing w:after="60" w:line="240" w:lineRule="auto"/>
      </w:pPr>
      <w:r>
        <w:rPr>
          <w:i/>
        </w:rPr>
        <w:t>This checklist is general information for England &amp; Wales only. It does not determine whether a claim exists and is not individual legal advice.</w:t>
      </w:r>
    </w:p>
    <w:p w14:paraId="5370BB73" w14:textId="77777777" w:rsidR="000B207F" w:rsidRDefault="000759C6">
      <w:pPr>
        <w:spacing w:after="60" w:line="240" w:lineRule="auto"/>
      </w:pPr>
      <w:r>
        <w:rPr>
          <w:color w:val="5A6469"/>
        </w:rPr>
        <w:t>Official Fern Wills &amp; LPAs editable checklist, version 1.0, July 2026. © Fern Wills &amp; LPAs 2026. Personal completion and printing are permitted. Do not alter or redistribute the questions, guidance or branding as a Fern Wills &amp; LPAs publication. Information entered by a user has not been checked or endorsed by Fern Wills &amp; LPAs.</w:t>
      </w:r>
    </w:p>
    <w:sectPr w:rsidR="000B207F" w:rsidSect="00034616">
      <w:headerReference w:type="default" r:id="rId8"/>
      <w:footerReference w:type="default" r:id="rId9"/>
      <w:pgSz w:w="12240" w:h="15840"/>
      <w:pgMar w:top="504" w:right="504" w:bottom="504" w:left="504" w:header="230" w:footer="2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D38F3" w14:textId="77777777" w:rsidR="000759C6" w:rsidRDefault="000759C6">
      <w:pPr>
        <w:spacing w:after="0" w:line="240" w:lineRule="auto"/>
      </w:pPr>
      <w:r>
        <w:separator/>
      </w:r>
    </w:p>
  </w:endnote>
  <w:endnote w:type="continuationSeparator" w:id="0">
    <w:p w14:paraId="77441319" w14:textId="77777777" w:rsidR="000759C6" w:rsidRDefault="00075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14455" w14:textId="77777777" w:rsidR="0033171A" w:rsidRDefault="00952DB8">
    <w:pPr>
      <w:pStyle w:val="Footer"/>
    </w:pPr>
    <w:r>
      <w:rPr>
        <w:color w:val="6B7280"/>
      </w:rPr>
      <w:t>fernwills.com  |  General information for England &amp; Wales</w:t>
    </w:r>
  </w:p>
  <w:p w14:paraId="3E876146" w14:textId="2097161B" w:rsidR="0033171A" w:rsidRDefault="00952DB8">
    <w:pPr>
      <w:spacing w:after="0" w:line="240" w:lineRule="auto"/>
      <w:jc w:val="right"/>
    </w:pPr>
    <w:r>
      <w:rPr>
        <w:color w:val="6B7280"/>
      </w:rPr>
      <w:t xml:space="preserve">Page </w:t>
    </w:r>
    <w:r>
      <w:rPr>
        <w:color w:val="6B7280"/>
      </w:rPr>
      <w:fldChar w:fldCharType="begin"/>
    </w:r>
    <w:r>
      <w:rPr>
        <w:color w:val="6B7280"/>
      </w:rPr>
      <w:instrText>PAGE</w:instrText>
    </w:r>
    <w:r>
      <w:rPr>
        <w:color w:val="6B7280"/>
      </w:rPr>
      <w:fldChar w:fldCharType="separate"/>
    </w:r>
    <w:r w:rsidR="00CB0390">
      <w:rPr>
        <w:noProof/>
        <w:color w:val="6B7280"/>
      </w:rPr>
      <w:t>1</w:t>
    </w:r>
    <w:r>
      <w:rPr>
        <w:color w:val="6B72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62B99" w14:textId="77777777" w:rsidR="000759C6" w:rsidRDefault="000759C6">
      <w:pPr>
        <w:spacing w:after="0" w:line="240" w:lineRule="auto"/>
      </w:pPr>
      <w:r>
        <w:separator/>
      </w:r>
    </w:p>
  </w:footnote>
  <w:footnote w:type="continuationSeparator" w:id="0">
    <w:p w14:paraId="4E6127D9" w14:textId="77777777" w:rsidR="000759C6" w:rsidRDefault="000759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88CE9" w14:textId="77777777" w:rsidR="0033171A" w:rsidRDefault="00952DB8">
    <w:pPr>
      <w:pStyle w:val="Header"/>
      <w:jc w:val="right"/>
    </w:pPr>
    <w:r>
      <w:rPr>
        <w:b/>
        <w:color w:val="3F6F62"/>
      </w:rPr>
      <w:t>FERN WILLS &amp; LPAs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76366831">
    <w:abstractNumId w:val="8"/>
  </w:num>
  <w:num w:numId="2" w16cid:durableId="483089055">
    <w:abstractNumId w:val="6"/>
  </w:num>
  <w:num w:numId="3" w16cid:durableId="1371299229">
    <w:abstractNumId w:val="5"/>
  </w:num>
  <w:num w:numId="4" w16cid:durableId="306281860">
    <w:abstractNumId w:val="4"/>
  </w:num>
  <w:num w:numId="5" w16cid:durableId="540895741">
    <w:abstractNumId w:val="7"/>
  </w:num>
  <w:num w:numId="6" w16cid:durableId="76364012">
    <w:abstractNumId w:val="3"/>
  </w:num>
  <w:num w:numId="7" w16cid:durableId="1328748381">
    <w:abstractNumId w:val="2"/>
  </w:num>
  <w:num w:numId="8" w16cid:durableId="249462481">
    <w:abstractNumId w:val="1"/>
  </w:num>
  <w:num w:numId="9" w16cid:durableId="1975329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59C6"/>
    <w:rsid w:val="000B207F"/>
    <w:rsid w:val="000D0842"/>
    <w:rsid w:val="0011150C"/>
    <w:rsid w:val="0015074B"/>
    <w:rsid w:val="00246CBC"/>
    <w:rsid w:val="0029639D"/>
    <w:rsid w:val="00326F90"/>
    <w:rsid w:val="0033171A"/>
    <w:rsid w:val="00471C87"/>
    <w:rsid w:val="00515A80"/>
    <w:rsid w:val="005C6D72"/>
    <w:rsid w:val="005D73B6"/>
    <w:rsid w:val="00952DB8"/>
    <w:rsid w:val="00A44B52"/>
    <w:rsid w:val="00AA1D8D"/>
    <w:rsid w:val="00B47730"/>
    <w:rsid w:val="00CB0390"/>
    <w:rsid w:val="00CB0664"/>
    <w:rsid w:val="00D977C2"/>
    <w:rsid w:val="00FC693F"/>
    <w:rsid w:val="00FF1D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2EB6059B-E0F1-4695-8E5C-F172F07BB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color w:val="1F2933"/>
      <w:sz w:val="24"/>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17364D"/>
      <w:sz w:val="34"/>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3F6F62"/>
      <w:sz w:val="27"/>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b/>
      <w:bCs/>
      <w:color w:val="2F594F"/>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contextualSpacing/>
    </w:pPr>
    <w:rPr>
      <w:rFonts w:asciiTheme="majorHAnsi" w:eastAsiaTheme="majorEastAsia" w:hAnsiTheme="majorHAnsi" w:cstheme="majorBidi"/>
      <w:b/>
      <w:color w:val="17364D"/>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4"/>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80"/>
    </w:pPr>
    <w:rPr>
      <w:rFonts w:ascii="Aptos" w:hAnsi="Aptos"/>
      <w:color w:val="6B728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1848</Words>
  <Characters>8839</Characters>
  <Application>Microsoft Office Word</Application>
  <DocSecurity>0</DocSecurity>
  <Lines>401</Lines>
  <Paragraphs>218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 a Promise Affect a Will? - 50 Questions</dc:title>
  <dc:subject>Editable fact-finding checklist for England and Wales</dc:subject>
  <dc:creator>Fern Wills &amp; LPAs</dc:creator>
  <cp:keywords>Will, promise, proprietary estoppel, inheritance, property</cp:keywords>
  <dc:description>Official editable Word checklist. Version 1.0, July 2026.</dc:description>
  <cp:lastModifiedBy>Chris Watts</cp:lastModifiedBy>
  <cp:revision>8</cp:revision>
  <dcterms:created xsi:type="dcterms:W3CDTF">2013-12-23T23:15:00Z</dcterms:created>
  <dcterms:modified xsi:type="dcterms:W3CDTF">2026-07-28T11:39:00Z</dcterms:modified>
  <cp:category/>
</cp:coreProperties>
</file>