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6D8C9" w14:textId="77777777" w:rsidR="00AC5E82" w:rsidRDefault="00AC5E82" w:rsidP="00AC5E82">
      <w:pPr>
        <w:spacing w:before="0" w:beforeAutospacing="0" w:after="200" w:afterAutospacing="0" w:line="276" w:lineRule="auto"/>
        <w:rPr>
          <w:b/>
          <w:bCs/>
        </w:rPr>
      </w:pPr>
      <w:bookmarkStart w:id="0" w:name="_Toc235259687"/>
    </w:p>
    <w:p w14:paraId="47A24169" w14:textId="7FD42F3F" w:rsidR="00683419" w:rsidRDefault="00683419" w:rsidP="00683419">
      <w:pPr>
        <w:spacing w:before="0" w:beforeAutospacing="0" w:after="200" w:afterAutospacing="0" w:line="276" w:lineRule="auto"/>
      </w:pPr>
      <w:r>
        <w:rPr>
          <w:b/>
          <w:bCs/>
        </w:rPr>
        <w:t xml:space="preserve">Journal Reference Link: </w:t>
      </w:r>
      <w:hyperlink r:id="rId8" w:history="1">
        <w:r>
          <w:rPr>
            <w:rStyle w:val="Hyperlink"/>
            <w:rFonts w:eastAsia="Times New Roman"/>
            <w:b/>
            <w:bCs/>
            <w:noProof w:val="0"/>
          </w:rPr>
          <w:t>Digital Portfolio</w:t>
        </w:r>
      </w:hyperlink>
    </w:p>
    <w:p w14:paraId="3A600843" w14:textId="5E5A46C8" w:rsidR="004C1030" w:rsidRDefault="004C1030" w:rsidP="00683419">
      <w:pPr>
        <w:spacing w:before="0" w:beforeAutospacing="0" w:after="200" w:afterAutospacing="0" w:line="276" w:lineRule="auto"/>
      </w:pPr>
      <w:r w:rsidRPr="00F55212">
        <w:rPr>
          <w:b/>
          <w:bCs/>
        </w:rPr>
        <w:t>Word Count:</w:t>
      </w:r>
      <w:r>
        <w:t xml:space="preserve"> 3168 (minus</w:t>
      </w:r>
      <w:r w:rsidR="00F55212">
        <w:t xml:space="preserve"> Contents, section headings, in-text citations and References section)</w:t>
      </w:r>
    </w:p>
    <w:p w14:paraId="4E120423" w14:textId="77777777" w:rsidR="00F55212" w:rsidRDefault="00F55212" w:rsidP="00683419">
      <w:pPr>
        <w:spacing w:before="0" w:beforeAutospacing="0" w:after="200" w:afterAutospacing="0" w:line="276" w:lineRule="auto"/>
        <w:rPr>
          <w:b/>
          <w:bCs/>
        </w:rPr>
      </w:pPr>
    </w:p>
    <w:sdt>
      <w:sdtPr>
        <w:rPr>
          <w:rFonts w:eastAsia="Times New Roman"/>
          <w:b w:val="0"/>
          <w:bCs w:val="0"/>
        </w:rPr>
        <w:id w:val="-500119342"/>
        <w:docPartObj>
          <w:docPartGallery w:val="Table of Contents"/>
          <w:docPartUnique/>
        </w:docPartObj>
      </w:sdtPr>
      <w:sdtEndPr>
        <w:rPr>
          <w:noProof/>
        </w:rPr>
      </w:sdtEndPr>
      <w:sdtContent>
        <w:p w14:paraId="688755FA" w14:textId="07405E2C" w:rsidR="00421990" w:rsidRDefault="00421990">
          <w:pPr>
            <w:pStyle w:val="TOCHeading"/>
          </w:pPr>
          <w:r>
            <w:t>Contents</w:t>
          </w:r>
        </w:p>
        <w:p w14:paraId="782473A4" w14:textId="178D5609" w:rsidR="006D5271" w:rsidRDefault="006D5271" w:rsidP="00634793">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6144768" w:history="1">
            <w:r w:rsidRPr="00475B0C">
              <w:rPr>
                <w:rStyle w:val="Hyperlink"/>
              </w:rPr>
              <w:t>1</w:t>
            </w:r>
            <w:r>
              <w:rPr>
                <w:rFonts w:asciiTheme="minorHAnsi" w:eastAsiaTheme="minorEastAsia" w:hAnsiTheme="minorHAnsi" w:cstheme="minorBidi"/>
                <w:noProof/>
                <w:kern w:val="2"/>
                <w:sz w:val="24"/>
                <w:szCs w:val="24"/>
                <w14:ligatures w14:val="standardContextual"/>
              </w:rPr>
              <w:tab/>
            </w:r>
            <w:r w:rsidRPr="00475B0C">
              <w:rPr>
                <w:rStyle w:val="Hyperlink"/>
              </w:rPr>
              <w:t>Introduction</w:t>
            </w:r>
            <w:r>
              <w:rPr>
                <w:noProof/>
                <w:webHidden/>
              </w:rPr>
              <w:tab/>
            </w:r>
            <w:r>
              <w:rPr>
                <w:noProof/>
                <w:webHidden/>
              </w:rPr>
              <w:fldChar w:fldCharType="begin"/>
            </w:r>
            <w:r>
              <w:rPr>
                <w:noProof/>
                <w:webHidden/>
              </w:rPr>
              <w:instrText xml:space="preserve"> PAGEREF _Toc236144768 \h </w:instrText>
            </w:r>
            <w:r>
              <w:rPr>
                <w:noProof/>
                <w:webHidden/>
              </w:rPr>
            </w:r>
            <w:r>
              <w:rPr>
                <w:noProof/>
                <w:webHidden/>
              </w:rPr>
              <w:fldChar w:fldCharType="separate"/>
            </w:r>
            <w:r>
              <w:rPr>
                <w:noProof/>
                <w:webHidden/>
              </w:rPr>
              <w:t>2</w:t>
            </w:r>
            <w:r>
              <w:rPr>
                <w:noProof/>
                <w:webHidden/>
              </w:rPr>
              <w:fldChar w:fldCharType="end"/>
            </w:r>
          </w:hyperlink>
        </w:p>
        <w:p w14:paraId="297541E8" w14:textId="0706619A" w:rsidR="006D5271" w:rsidRDefault="006D5271" w:rsidP="00634793">
          <w:pPr>
            <w:pStyle w:val="TOC1"/>
            <w:rPr>
              <w:rFonts w:asciiTheme="minorHAnsi" w:eastAsiaTheme="minorEastAsia" w:hAnsiTheme="minorHAnsi" w:cstheme="minorBidi"/>
              <w:noProof/>
              <w:kern w:val="2"/>
              <w:sz w:val="24"/>
              <w:szCs w:val="24"/>
              <w14:ligatures w14:val="standardContextual"/>
            </w:rPr>
          </w:pPr>
          <w:hyperlink w:anchor="_Toc236144769" w:history="1">
            <w:r w:rsidRPr="00475B0C">
              <w:rPr>
                <w:rStyle w:val="Hyperlink"/>
              </w:rPr>
              <w:t>2</w:t>
            </w:r>
            <w:r>
              <w:rPr>
                <w:rFonts w:asciiTheme="minorHAnsi" w:eastAsiaTheme="minorEastAsia" w:hAnsiTheme="minorHAnsi" w:cstheme="minorBidi"/>
                <w:noProof/>
                <w:kern w:val="2"/>
                <w:sz w:val="24"/>
                <w:szCs w:val="24"/>
                <w14:ligatures w14:val="standardContextual"/>
              </w:rPr>
              <w:tab/>
            </w:r>
            <w:r w:rsidRPr="00475B0C">
              <w:rPr>
                <w:rStyle w:val="Hyperlink"/>
              </w:rPr>
              <w:t>Summary Analysis</w:t>
            </w:r>
            <w:r>
              <w:rPr>
                <w:noProof/>
                <w:webHidden/>
              </w:rPr>
              <w:tab/>
            </w:r>
            <w:r>
              <w:rPr>
                <w:noProof/>
                <w:webHidden/>
              </w:rPr>
              <w:fldChar w:fldCharType="begin"/>
            </w:r>
            <w:r>
              <w:rPr>
                <w:noProof/>
                <w:webHidden/>
              </w:rPr>
              <w:instrText xml:space="preserve"> PAGEREF _Toc236144769 \h </w:instrText>
            </w:r>
            <w:r>
              <w:rPr>
                <w:noProof/>
                <w:webHidden/>
              </w:rPr>
            </w:r>
            <w:r>
              <w:rPr>
                <w:noProof/>
                <w:webHidden/>
              </w:rPr>
              <w:fldChar w:fldCharType="separate"/>
            </w:r>
            <w:r>
              <w:rPr>
                <w:noProof/>
                <w:webHidden/>
              </w:rPr>
              <w:t>3</w:t>
            </w:r>
            <w:r>
              <w:rPr>
                <w:noProof/>
                <w:webHidden/>
              </w:rPr>
              <w:fldChar w:fldCharType="end"/>
            </w:r>
          </w:hyperlink>
        </w:p>
        <w:p w14:paraId="126E2758" w14:textId="621134B4"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70" w:history="1">
            <w:r w:rsidRPr="00475B0C">
              <w:rPr>
                <w:rStyle w:val="Hyperlink"/>
              </w:rPr>
              <w:t>2.1</w:t>
            </w:r>
            <w:r>
              <w:rPr>
                <w:rFonts w:asciiTheme="minorHAnsi" w:eastAsiaTheme="minorEastAsia" w:hAnsiTheme="minorHAnsi" w:cstheme="minorBidi"/>
                <w:noProof/>
                <w:kern w:val="2"/>
                <w:sz w:val="24"/>
                <w:szCs w:val="24"/>
                <w14:ligatures w14:val="standardContextual"/>
              </w:rPr>
              <w:tab/>
            </w:r>
            <w:r w:rsidRPr="00475B0C">
              <w:rPr>
                <w:rStyle w:val="Hyperlink"/>
              </w:rPr>
              <w:t>Leadership Context</w:t>
            </w:r>
            <w:r>
              <w:rPr>
                <w:noProof/>
                <w:webHidden/>
              </w:rPr>
              <w:tab/>
            </w:r>
            <w:r>
              <w:rPr>
                <w:noProof/>
                <w:webHidden/>
              </w:rPr>
              <w:fldChar w:fldCharType="begin"/>
            </w:r>
            <w:r>
              <w:rPr>
                <w:noProof/>
                <w:webHidden/>
              </w:rPr>
              <w:instrText xml:space="preserve"> PAGEREF _Toc236144770 \h </w:instrText>
            </w:r>
            <w:r>
              <w:rPr>
                <w:noProof/>
                <w:webHidden/>
              </w:rPr>
            </w:r>
            <w:r>
              <w:rPr>
                <w:noProof/>
                <w:webHidden/>
              </w:rPr>
              <w:fldChar w:fldCharType="separate"/>
            </w:r>
            <w:r>
              <w:rPr>
                <w:noProof/>
                <w:webHidden/>
              </w:rPr>
              <w:t>3</w:t>
            </w:r>
            <w:r>
              <w:rPr>
                <w:noProof/>
                <w:webHidden/>
              </w:rPr>
              <w:fldChar w:fldCharType="end"/>
            </w:r>
          </w:hyperlink>
        </w:p>
        <w:p w14:paraId="26E80814" w14:textId="6226B432"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71" w:history="1">
            <w:r w:rsidRPr="00475B0C">
              <w:rPr>
                <w:rStyle w:val="Hyperlink"/>
              </w:rPr>
              <w:t>2.2</w:t>
            </w:r>
            <w:r>
              <w:rPr>
                <w:rFonts w:asciiTheme="minorHAnsi" w:eastAsiaTheme="minorEastAsia" w:hAnsiTheme="minorHAnsi" w:cstheme="minorBidi"/>
                <w:noProof/>
                <w:kern w:val="2"/>
                <w:sz w:val="24"/>
                <w:szCs w:val="24"/>
                <w14:ligatures w14:val="standardContextual"/>
              </w:rPr>
              <w:tab/>
            </w:r>
            <w:r w:rsidRPr="00475B0C">
              <w:rPr>
                <w:rStyle w:val="Hyperlink"/>
              </w:rPr>
              <w:t>Leadership Challenge</w:t>
            </w:r>
            <w:r>
              <w:rPr>
                <w:noProof/>
                <w:webHidden/>
              </w:rPr>
              <w:tab/>
            </w:r>
            <w:r>
              <w:rPr>
                <w:noProof/>
                <w:webHidden/>
              </w:rPr>
              <w:fldChar w:fldCharType="begin"/>
            </w:r>
            <w:r>
              <w:rPr>
                <w:noProof/>
                <w:webHidden/>
              </w:rPr>
              <w:instrText xml:space="preserve"> PAGEREF _Toc236144771 \h </w:instrText>
            </w:r>
            <w:r>
              <w:rPr>
                <w:noProof/>
                <w:webHidden/>
              </w:rPr>
            </w:r>
            <w:r>
              <w:rPr>
                <w:noProof/>
                <w:webHidden/>
              </w:rPr>
              <w:fldChar w:fldCharType="separate"/>
            </w:r>
            <w:r>
              <w:rPr>
                <w:noProof/>
                <w:webHidden/>
              </w:rPr>
              <w:t>4</w:t>
            </w:r>
            <w:r>
              <w:rPr>
                <w:noProof/>
                <w:webHidden/>
              </w:rPr>
              <w:fldChar w:fldCharType="end"/>
            </w:r>
          </w:hyperlink>
        </w:p>
        <w:p w14:paraId="2E8AA814" w14:textId="6A3D70B1"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72" w:history="1">
            <w:r w:rsidRPr="00475B0C">
              <w:rPr>
                <w:rStyle w:val="Hyperlink"/>
              </w:rPr>
              <w:t>2.3</w:t>
            </w:r>
            <w:r>
              <w:rPr>
                <w:rFonts w:asciiTheme="minorHAnsi" w:eastAsiaTheme="minorEastAsia" w:hAnsiTheme="minorHAnsi" w:cstheme="minorBidi"/>
                <w:noProof/>
                <w:kern w:val="2"/>
                <w:sz w:val="24"/>
                <w:szCs w:val="24"/>
                <w14:ligatures w14:val="standardContextual"/>
              </w:rPr>
              <w:tab/>
            </w:r>
            <w:r w:rsidRPr="00475B0C">
              <w:rPr>
                <w:rStyle w:val="Hyperlink"/>
              </w:rPr>
              <w:t>Actions and Decision-Making</w:t>
            </w:r>
            <w:r>
              <w:rPr>
                <w:noProof/>
                <w:webHidden/>
              </w:rPr>
              <w:tab/>
            </w:r>
            <w:r>
              <w:rPr>
                <w:noProof/>
                <w:webHidden/>
              </w:rPr>
              <w:fldChar w:fldCharType="begin"/>
            </w:r>
            <w:r>
              <w:rPr>
                <w:noProof/>
                <w:webHidden/>
              </w:rPr>
              <w:instrText xml:space="preserve"> PAGEREF _Toc236144772 \h </w:instrText>
            </w:r>
            <w:r>
              <w:rPr>
                <w:noProof/>
                <w:webHidden/>
              </w:rPr>
            </w:r>
            <w:r>
              <w:rPr>
                <w:noProof/>
                <w:webHidden/>
              </w:rPr>
              <w:fldChar w:fldCharType="separate"/>
            </w:r>
            <w:r>
              <w:rPr>
                <w:noProof/>
                <w:webHidden/>
              </w:rPr>
              <w:t>4</w:t>
            </w:r>
            <w:r>
              <w:rPr>
                <w:noProof/>
                <w:webHidden/>
              </w:rPr>
              <w:fldChar w:fldCharType="end"/>
            </w:r>
          </w:hyperlink>
        </w:p>
        <w:p w14:paraId="185EE5AE" w14:textId="2884271F"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73" w:history="1">
            <w:r w:rsidRPr="00475B0C">
              <w:rPr>
                <w:rStyle w:val="Hyperlink"/>
              </w:rPr>
              <w:t>2.4</w:t>
            </w:r>
            <w:r>
              <w:rPr>
                <w:rFonts w:asciiTheme="minorHAnsi" w:eastAsiaTheme="minorEastAsia" w:hAnsiTheme="minorHAnsi" w:cstheme="minorBidi"/>
                <w:noProof/>
                <w:kern w:val="2"/>
                <w:sz w:val="24"/>
                <w:szCs w:val="24"/>
                <w14:ligatures w14:val="standardContextual"/>
              </w:rPr>
              <w:tab/>
            </w:r>
            <w:r w:rsidRPr="00475B0C">
              <w:rPr>
                <w:rStyle w:val="Hyperlink"/>
              </w:rPr>
              <w:t>Outcomes and Reflective Analysis</w:t>
            </w:r>
            <w:r>
              <w:rPr>
                <w:noProof/>
                <w:webHidden/>
              </w:rPr>
              <w:tab/>
            </w:r>
            <w:r>
              <w:rPr>
                <w:noProof/>
                <w:webHidden/>
              </w:rPr>
              <w:fldChar w:fldCharType="begin"/>
            </w:r>
            <w:r>
              <w:rPr>
                <w:noProof/>
                <w:webHidden/>
              </w:rPr>
              <w:instrText xml:space="preserve"> PAGEREF _Toc236144773 \h </w:instrText>
            </w:r>
            <w:r>
              <w:rPr>
                <w:noProof/>
                <w:webHidden/>
              </w:rPr>
            </w:r>
            <w:r>
              <w:rPr>
                <w:noProof/>
                <w:webHidden/>
              </w:rPr>
              <w:fldChar w:fldCharType="separate"/>
            </w:r>
            <w:r>
              <w:rPr>
                <w:noProof/>
                <w:webHidden/>
              </w:rPr>
              <w:t>5</w:t>
            </w:r>
            <w:r>
              <w:rPr>
                <w:noProof/>
                <w:webHidden/>
              </w:rPr>
              <w:fldChar w:fldCharType="end"/>
            </w:r>
          </w:hyperlink>
        </w:p>
        <w:p w14:paraId="0B9DF298" w14:textId="028E7C3A" w:rsidR="006D5271" w:rsidRDefault="006D5271" w:rsidP="00634793">
          <w:pPr>
            <w:pStyle w:val="TOC1"/>
            <w:rPr>
              <w:rFonts w:asciiTheme="minorHAnsi" w:eastAsiaTheme="minorEastAsia" w:hAnsiTheme="minorHAnsi" w:cstheme="minorBidi"/>
              <w:noProof/>
              <w:kern w:val="2"/>
              <w:sz w:val="24"/>
              <w:szCs w:val="24"/>
              <w14:ligatures w14:val="standardContextual"/>
            </w:rPr>
          </w:pPr>
          <w:hyperlink w:anchor="_Toc236144774" w:history="1">
            <w:r w:rsidRPr="00475B0C">
              <w:rPr>
                <w:rStyle w:val="Hyperlink"/>
                <w:rFonts w:ascii="Times New Roman" w:hAnsi="Times New Roman" w:cs="Times New Roman"/>
              </w:rPr>
              <w:t>3</w:t>
            </w:r>
            <w:r>
              <w:rPr>
                <w:rFonts w:asciiTheme="minorHAnsi" w:eastAsiaTheme="minorEastAsia" w:hAnsiTheme="minorHAnsi" w:cstheme="minorBidi"/>
                <w:noProof/>
                <w:kern w:val="2"/>
                <w:sz w:val="24"/>
                <w:szCs w:val="24"/>
                <w14:ligatures w14:val="standardContextual"/>
              </w:rPr>
              <w:tab/>
            </w:r>
            <w:r w:rsidRPr="00475B0C">
              <w:rPr>
                <w:rStyle w:val="Hyperlink"/>
              </w:rPr>
              <w:t>Connection with Academic Content</w:t>
            </w:r>
            <w:r>
              <w:rPr>
                <w:noProof/>
                <w:webHidden/>
              </w:rPr>
              <w:tab/>
            </w:r>
            <w:r>
              <w:rPr>
                <w:noProof/>
                <w:webHidden/>
              </w:rPr>
              <w:fldChar w:fldCharType="begin"/>
            </w:r>
            <w:r>
              <w:rPr>
                <w:noProof/>
                <w:webHidden/>
              </w:rPr>
              <w:instrText xml:space="preserve"> PAGEREF _Toc236144774 \h </w:instrText>
            </w:r>
            <w:r>
              <w:rPr>
                <w:noProof/>
                <w:webHidden/>
              </w:rPr>
            </w:r>
            <w:r>
              <w:rPr>
                <w:noProof/>
                <w:webHidden/>
              </w:rPr>
              <w:fldChar w:fldCharType="separate"/>
            </w:r>
            <w:r>
              <w:rPr>
                <w:noProof/>
                <w:webHidden/>
              </w:rPr>
              <w:t>6</w:t>
            </w:r>
            <w:r>
              <w:rPr>
                <w:noProof/>
                <w:webHidden/>
              </w:rPr>
              <w:fldChar w:fldCharType="end"/>
            </w:r>
          </w:hyperlink>
        </w:p>
        <w:p w14:paraId="45707567" w14:textId="53B218FC"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75" w:history="1">
            <w:r w:rsidRPr="00475B0C">
              <w:rPr>
                <w:rStyle w:val="Hyperlink"/>
              </w:rPr>
              <w:t>3.1</w:t>
            </w:r>
            <w:r>
              <w:rPr>
                <w:rFonts w:asciiTheme="minorHAnsi" w:eastAsiaTheme="minorEastAsia" w:hAnsiTheme="minorHAnsi" w:cstheme="minorBidi"/>
                <w:noProof/>
                <w:kern w:val="2"/>
                <w:sz w:val="24"/>
                <w:szCs w:val="24"/>
                <w14:ligatures w14:val="standardContextual"/>
              </w:rPr>
              <w:tab/>
            </w:r>
            <w:r w:rsidRPr="00475B0C">
              <w:rPr>
                <w:rStyle w:val="Hyperlink"/>
              </w:rPr>
              <w:t>Leadership Beyond Expertise</w:t>
            </w:r>
            <w:r>
              <w:rPr>
                <w:noProof/>
                <w:webHidden/>
              </w:rPr>
              <w:tab/>
            </w:r>
            <w:r>
              <w:rPr>
                <w:noProof/>
                <w:webHidden/>
              </w:rPr>
              <w:fldChar w:fldCharType="begin"/>
            </w:r>
            <w:r>
              <w:rPr>
                <w:noProof/>
                <w:webHidden/>
              </w:rPr>
              <w:instrText xml:space="preserve"> PAGEREF _Toc236144775 \h </w:instrText>
            </w:r>
            <w:r>
              <w:rPr>
                <w:noProof/>
                <w:webHidden/>
              </w:rPr>
            </w:r>
            <w:r>
              <w:rPr>
                <w:noProof/>
                <w:webHidden/>
              </w:rPr>
              <w:fldChar w:fldCharType="separate"/>
            </w:r>
            <w:r>
              <w:rPr>
                <w:noProof/>
                <w:webHidden/>
              </w:rPr>
              <w:t>6</w:t>
            </w:r>
            <w:r>
              <w:rPr>
                <w:noProof/>
                <w:webHidden/>
              </w:rPr>
              <w:fldChar w:fldCharType="end"/>
            </w:r>
          </w:hyperlink>
        </w:p>
        <w:p w14:paraId="0654D580" w14:textId="1B9E5A07"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76" w:history="1">
            <w:r w:rsidRPr="00475B0C">
              <w:rPr>
                <w:rStyle w:val="Hyperlink"/>
              </w:rPr>
              <w:t>3.2</w:t>
            </w:r>
            <w:r>
              <w:rPr>
                <w:rFonts w:asciiTheme="minorHAnsi" w:eastAsiaTheme="minorEastAsia" w:hAnsiTheme="minorHAnsi" w:cstheme="minorBidi"/>
                <w:noProof/>
                <w:kern w:val="2"/>
                <w:sz w:val="24"/>
                <w:szCs w:val="24"/>
                <w14:ligatures w14:val="standardContextual"/>
              </w:rPr>
              <w:tab/>
            </w:r>
            <w:r w:rsidRPr="00475B0C">
              <w:rPr>
                <w:rStyle w:val="Hyperlink"/>
              </w:rPr>
              <w:t>Complexity Leadership</w:t>
            </w:r>
            <w:r>
              <w:rPr>
                <w:noProof/>
                <w:webHidden/>
              </w:rPr>
              <w:tab/>
            </w:r>
            <w:r>
              <w:rPr>
                <w:noProof/>
                <w:webHidden/>
              </w:rPr>
              <w:fldChar w:fldCharType="begin"/>
            </w:r>
            <w:r>
              <w:rPr>
                <w:noProof/>
                <w:webHidden/>
              </w:rPr>
              <w:instrText xml:space="preserve"> PAGEREF _Toc236144776 \h </w:instrText>
            </w:r>
            <w:r>
              <w:rPr>
                <w:noProof/>
                <w:webHidden/>
              </w:rPr>
            </w:r>
            <w:r>
              <w:rPr>
                <w:noProof/>
                <w:webHidden/>
              </w:rPr>
              <w:fldChar w:fldCharType="separate"/>
            </w:r>
            <w:r>
              <w:rPr>
                <w:noProof/>
                <w:webHidden/>
              </w:rPr>
              <w:t>6</w:t>
            </w:r>
            <w:r>
              <w:rPr>
                <w:noProof/>
                <w:webHidden/>
              </w:rPr>
              <w:fldChar w:fldCharType="end"/>
            </w:r>
          </w:hyperlink>
        </w:p>
        <w:p w14:paraId="7F8F443F" w14:textId="36788551"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77" w:history="1">
            <w:r w:rsidRPr="00475B0C">
              <w:rPr>
                <w:rStyle w:val="Hyperlink"/>
              </w:rPr>
              <w:t>3.3</w:t>
            </w:r>
            <w:r>
              <w:rPr>
                <w:rFonts w:asciiTheme="minorHAnsi" w:eastAsiaTheme="minorEastAsia" w:hAnsiTheme="minorHAnsi" w:cstheme="minorBidi"/>
                <w:noProof/>
                <w:kern w:val="2"/>
                <w:sz w:val="24"/>
                <w:szCs w:val="24"/>
                <w14:ligatures w14:val="standardContextual"/>
              </w:rPr>
              <w:tab/>
            </w:r>
            <w:r w:rsidRPr="00475B0C">
              <w:rPr>
                <w:rStyle w:val="Hyperlink"/>
              </w:rPr>
              <w:t>Distributed Leadership and the Incomplete Leader</w:t>
            </w:r>
            <w:r>
              <w:rPr>
                <w:noProof/>
                <w:webHidden/>
              </w:rPr>
              <w:tab/>
            </w:r>
            <w:r>
              <w:rPr>
                <w:noProof/>
                <w:webHidden/>
              </w:rPr>
              <w:fldChar w:fldCharType="begin"/>
            </w:r>
            <w:r>
              <w:rPr>
                <w:noProof/>
                <w:webHidden/>
              </w:rPr>
              <w:instrText xml:space="preserve"> PAGEREF _Toc236144777 \h </w:instrText>
            </w:r>
            <w:r>
              <w:rPr>
                <w:noProof/>
                <w:webHidden/>
              </w:rPr>
            </w:r>
            <w:r>
              <w:rPr>
                <w:noProof/>
                <w:webHidden/>
              </w:rPr>
              <w:fldChar w:fldCharType="separate"/>
            </w:r>
            <w:r>
              <w:rPr>
                <w:noProof/>
                <w:webHidden/>
              </w:rPr>
              <w:t>7</w:t>
            </w:r>
            <w:r>
              <w:rPr>
                <w:noProof/>
                <w:webHidden/>
              </w:rPr>
              <w:fldChar w:fldCharType="end"/>
            </w:r>
          </w:hyperlink>
        </w:p>
        <w:p w14:paraId="363A204B" w14:textId="236A8E4A"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78" w:history="1">
            <w:r w:rsidRPr="00475B0C">
              <w:rPr>
                <w:rStyle w:val="Hyperlink"/>
              </w:rPr>
              <w:t>3.4</w:t>
            </w:r>
            <w:r>
              <w:rPr>
                <w:rFonts w:asciiTheme="minorHAnsi" w:eastAsiaTheme="minorEastAsia" w:hAnsiTheme="minorHAnsi" w:cstheme="minorBidi"/>
                <w:noProof/>
                <w:kern w:val="2"/>
                <w:sz w:val="24"/>
                <w:szCs w:val="24"/>
                <w14:ligatures w14:val="standardContextual"/>
              </w:rPr>
              <w:tab/>
            </w:r>
            <w:r w:rsidRPr="00475B0C">
              <w:rPr>
                <w:rStyle w:val="Hyperlink"/>
              </w:rPr>
              <w:t>Integrating Theory into Leadership Practice</w:t>
            </w:r>
            <w:r>
              <w:rPr>
                <w:noProof/>
                <w:webHidden/>
              </w:rPr>
              <w:tab/>
            </w:r>
            <w:r>
              <w:rPr>
                <w:noProof/>
                <w:webHidden/>
              </w:rPr>
              <w:fldChar w:fldCharType="begin"/>
            </w:r>
            <w:r>
              <w:rPr>
                <w:noProof/>
                <w:webHidden/>
              </w:rPr>
              <w:instrText xml:space="preserve"> PAGEREF _Toc236144778 \h </w:instrText>
            </w:r>
            <w:r>
              <w:rPr>
                <w:noProof/>
                <w:webHidden/>
              </w:rPr>
            </w:r>
            <w:r>
              <w:rPr>
                <w:noProof/>
                <w:webHidden/>
              </w:rPr>
              <w:fldChar w:fldCharType="separate"/>
            </w:r>
            <w:r>
              <w:rPr>
                <w:noProof/>
                <w:webHidden/>
              </w:rPr>
              <w:t>7</w:t>
            </w:r>
            <w:r>
              <w:rPr>
                <w:noProof/>
                <w:webHidden/>
              </w:rPr>
              <w:fldChar w:fldCharType="end"/>
            </w:r>
          </w:hyperlink>
        </w:p>
        <w:p w14:paraId="6EF5BD60" w14:textId="69BB52BE" w:rsidR="006D5271" w:rsidRDefault="006D5271" w:rsidP="00634793">
          <w:pPr>
            <w:pStyle w:val="TOC1"/>
            <w:rPr>
              <w:rFonts w:asciiTheme="minorHAnsi" w:eastAsiaTheme="minorEastAsia" w:hAnsiTheme="minorHAnsi" w:cstheme="minorBidi"/>
              <w:noProof/>
              <w:kern w:val="2"/>
              <w:sz w:val="24"/>
              <w:szCs w:val="24"/>
              <w14:ligatures w14:val="standardContextual"/>
            </w:rPr>
          </w:pPr>
          <w:hyperlink w:anchor="_Toc236144779" w:history="1">
            <w:r w:rsidRPr="00475B0C">
              <w:rPr>
                <w:rStyle w:val="Hyperlink"/>
                <w:rFonts w:ascii="Times New Roman" w:hAnsi="Times New Roman" w:cs="Times New Roman"/>
              </w:rPr>
              <w:t>4</w:t>
            </w:r>
            <w:r>
              <w:rPr>
                <w:rFonts w:asciiTheme="minorHAnsi" w:eastAsiaTheme="minorEastAsia" w:hAnsiTheme="minorHAnsi" w:cstheme="minorBidi"/>
                <w:noProof/>
                <w:kern w:val="2"/>
                <w:sz w:val="24"/>
                <w:szCs w:val="24"/>
                <w14:ligatures w14:val="standardContextual"/>
              </w:rPr>
              <w:tab/>
            </w:r>
            <w:r w:rsidRPr="00475B0C">
              <w:rPr>
                <w:rStyle w:val="Hyperlink"/>
              </w:rPr>
              <w:t>Summary of Leadership Identity</w:t>
            </w:r>
            <w:r>
              <w:rPr>
                <w:noProof/>
                <w:webHidden/>
              </w:rPr>
              <w:tab/>
            </w:r>
            <w:r>
              <w:rPr>
                <w:noProof/>
                <w:webHidden/>
              </w:rPr>
              <w:fldChar w:fldCharType="begin"/>
            </w:r>
            <w:r>
              <w:rPr>
                <w:noProof/>
                <w:webHidden/>
              </w:rPr>
              <w:instrText xml:space="preserve"> PAGEREF _Toc236144779 \h </w:instrText>
            </w:r>
            <w:r>
              <w:rPr>
                <w:noProof/>
                <w:webHidden/>
              </w:rPr>
            </w:r>
            <w:r>
              <w:rPr>
                <w:noProof/>
                <w:webHidden/>
              </w:rPr>
              <w:fldChar w:fldCharType="separate"/>
            </w:r>
            <w:r>
              <w:rPr>
                <w:noProof/>
                <w:webHidden/>
              </w:rPr>
              <w:t>9</w:t>
            </w:r>
            <w:r>
              <w:rPr>
                <w:noProof/>
                <w:webHidden/>
              </w:rPr>
              <w:fldChar w:fldCharType="end"/>
            </w:r>
          </w:hyperlink>
        </w:p>
        <w:p w14:paraId="646F0DCC" w14:textId="1BB1BCAA"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80" w:history="1">
            <w:r w:rsidRPr="00475B0C">
              <w:rPr>
                <w:rStyle w:val="Hyperlink"/>
              </w:rPr>
              <w:t>4.1</w:t>
            </w:r>
            <w:r>
              <w:rPr>
                <w:rFonts w:asciiTheme="minorHAnsi" w:eastAsiaTheme="minorEastAsia" w:hAnsiTheme="minorHAnsi" w:cstheme="minorBidi"/>
                <w:noProof/>
                <w:kern w:val="2"/>
                <w:sz w:val="24"/>
                <w:szCs w:val="24"/>
                <w14:ligatures w14:val="standardContextual"/>
              </w:rPr>
              <w:tab/>
            </w:r>
            <w:r w:rsidRPr="00475B0C">
              <w:rPr>
                <w:rStyle w:val="Hyperlink"/>
              </w:rPr>
              <w:t>Leadership Identity Statement</w:t>
            </w:r>
            <w:r>
              <w:rPr>
                <w:noProof/>
                <w:webHidden/>
              </w:rPr>
              <w:tab/>
            </w:r>
            <w:r>
              <w:rPr>
                <w:noProof/>
                <w:webHidden/>
              </w:rPr>
              <w:fldChar w:fldCharType="begin"/>
            </w:r>
            <w:r>
              <w:rPr>
                <w:noProof/>
                <w:webHidden/>
              </w:rPr>
              <w:instrText xml:space="preserve"> PAGEREF _Toc236144780 \h </w:instrText>
            </w:r>
            <w:r>
              <w:rPr>
                <w:noProof/>
                <w:webHidden/>
              </w:rPr>
            </w:r>
            <w:r>
              <w:rPr>
                <w:noProof/>
                <w:webHidden/>
              </w:rPr>
              <w:fldChar w:fldCharType="separate"/>
            </w:r>
            <w:r>
              <w:rPr>
                <w:noProof/>
                <w:webHidden/>
              </w:rPr>
              <w:t>9</w:t>
            </w:r>
            <w:r>
              <w:rPr>
                <w:noProof/>
                <w:webHidden/>
              </w:rPr>
              <w:fldChar w:fldCharType="end"/>
            </w:r>
          </w:hyperlink>
        </w:p>
        <w:p w14:paraId="13714A1E" w14:textId="5CEF44FC"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81" w:history="1">
            <w:r w:rsidRPr="00475B0C">
              <w:rPr>
                <w:rStyle w:val="Hyperlink"/>
              </w:rPr>
              <w:t>4.2</w:t>
            </w:r>
            <w:r>
              <w:rPr>
                <w:rFonts w:asciiTheme="minorHAnsi" w:eastAsiaTheme="minorEastAsia" w:hAnsiTheme="minorHAnsi" w:cstheme="minorBidi"/>
                <w:noProof/>
                <w:kern w:val="2"/>
                <w:sz w:val="24"/>
                <w:szCs w:val="24"/>
                <w14:ligatures w14:val="standardContextual"/>
              </w:rPr>
              <w:tab/>
            </w:r>
            <w:r w:rsidRPr="00475B0C">
              <w:rPr>
                <w:rStyle w:val="Hyperlink"/>
              </w:rPr>
              <w:t>Core Leadership Values</w:t>
            </w:r>
            <w:r>
              <w:rPr>
                <w:noProof/>
                <w:webHidden/>
              </w:rPr>
              <w:tab/>
            </w:r>
            <w:r>
              <w:rPr>
                <w:noProof/>
                <w:webHidden/>
              </w:rPr>
              <w:fldChar w:fldCharType="begin"/>
            </w:r>
            <w:r>
              <w:rPr>
                <w:noProof/>
                <w:webHidden/>
              </w:rPr>
              <w:instrText xml:space="preserve"> PAGEREF _Toc236144781 \h </w:instrText>
            </w:r>
            <w:r>
              <w:rPr>
                <w:noProof/>
                <w:webHidden/>
              </w:rPr>
            </w:r>
            <w:r>
              <w:rPr>
                <w:noProof/>
                <w:webHidden/>
              </w:rPr>
              <w:fldChar w:fldCharType="separate"/>
            </w:r>
            <w:r>
              <w:rPr>
                <w:noProof/>
                <w:webHidden/>
              </w:rPr>
              <w:t>9</w:t>
            </w:r>
            <w:r>
              <w:rPr>
                <w:noProof/>
                <w:webHidden/>
              </w:rPr>
              <w:fldChar w:fldCharType="end"/>
            </w:r>
          </w:hyperlink>
        </w:p>
        <w:p w14:paraId="7C350FCD" w14:textId="5B4438F6"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82" w:history="1">
            <w:r w:rsidRPr="00475B0C">
              <w:rPr>
                <w:rStyle w:val="Hyperlink"/>
              </w:rPr>
              <w:t>4.3</w:t>
            </w:r>
            <w:r>
              <w:rPr>
                <w:rFonts w:asciiTheme="minorHAnsi" w:eastAsiaTheme="minorEastAsia" w:hAnsiTheme="minorHAnsi" w:cstheme="minorBidi"/>
                <w:noProof/>
                <w:kern w:val="2"/>
                <w:sz w:val="24"/>
                <w:szCs w:val="24"/>
                <w14:ligatures w14:val="standardContextual"/>
              </w:rPr>
              <w:tab/>
            </w:r>
            <w:r w:rsidRPr="00475B0C">
              <w:rPr>
                <w:rStyle w:val="Hyperlink"/>
              </w:rPr>
              <w:t>Strengths</w:t>
            </w:r>
            <w:r>
              <w:rPr>
                <w:noProof/>
                <w:webHidden/>
              </w:rPr>
              <w:tab/>
            </w:r>
            <w:r>
              <w:rPr>
                <w:noProof/>
                <w:webHidden/>
              </w:rPr>
              <w:fldChar w:fldCharType="begin"/>
            </w:r>
            <w:r>
              <w:rPr>
                <w:noProof/>
                <w:webHidden/>
              </w:rPr>
              <w:instrText xml:space="preserve"> PAGEREF _Toc236144782 \h </w:instrText>
            </w:r>
            <w:r>
              <w:rPr>
                <w:noProof/>
                <w:webHidden/>
              </w:rPr>
            </w:r>
            <w:r>
              <w:rPr>
                <w:noProof/>
                <w:webHidden/>
              </w:rPr>
              <w:fldChar w:fldCharType="separate"/>
            </w:r>
            <w:r>
              <w:rPr>
                <w:noProof/>
                <w:webHidden/>
              </w:rPr>
              <w:t>10</w:t>
            </w:r>
            <w:r>
              <w:rPr>
                <w:noProof/>
                <w:webHidden/>
              </w:rPr>
              <w:fldChar w:fldCharType="end"/>
            </w:r>
          </w:hyperlink>
        </w:p>
        <w:p w14:paraId="1AAC2070" w14:textId="2B3635ED"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83" w:history="1">
            <w:r w:rsidRPr="00475B0C">
              <w:rPr>
                <w:rStyle w:val="Hyperlink"/>
              </w:rPr>
              <w:t>4.4</w:t>
            </w:r>
            <w:r>
              <w:rPr>
                <w:rFonts w:asciiTheme="minorHAnsi" w:eastAsiaTheme="minorEastAsia" w:hAnsiTheme="minorHAnsi" w:cstheme="minorBidi"/>
                <w:noProof/>
                <w:kern w:val="2"/>
                <w:sz w:val="24"/>
                <w:szCs w:val="24"/>
                <w14:ligatures w14:val="standardContextual"/>
              </w:rPr>
              <w:tab/>
            </w:r>
            <w:r w:rsidRPr="00475B0C">
              <w:rPr>
                <w:rStyle w:val="Hyperlink"/>
              </w:rPr>
              <w:t>Development Areas</w:t>
            </w:r>
            <w:r>
              <w:rPr>
                <w:noProof/>
                <w:webHidden/>
              </w:rPr>
              <w:tab/>
            </w:r>
            <w:r>
              <w:rPr>
                <w:noProof/>
                <w:webHidden/>
              </w:rPr>
              <w:fldChar w:fldCharType="begin"/>
            </w:r>
            <w:r>
              <w:rPr>
                <w:noProof/>
                <w:webHidden/>
              </w:rPr>
              <w:instrText xml:space="preserve"> PAGEREF _Toc236144783 \h </w:instrText>
            </w:r>
            <w:r>
              <w:rPr>
                <w:noProof/>
                <w:webHidden/>
              </w:rPr>
            </w:r>
            <w:r>
              <w:rPr>
                <w:noProof/>
                <w:webHidden/>
              </w:rPr>
              <w:fldChar w:fldCharType="separate"/>
            </w:r>
            <w:r>
              <w:rPr>
                <w:noProof/>
                <w:webHidden/>
              </w:rPr>
              <w:t>10</w:t>
            </w:r>
            <w:r>
              <w:rPr>
                <w:noProof/>
                <w:webHidden/>
              </w:rPr>
              <w:fldChar w:fldCharType="end"/>
            </w:r>
          </w:hyperlink>
        </w:p>
        <w:p w14:paraId="586530FE" w14:textId="272FEFA3" w:rsidR="006D5271" w:rsidRDefault="006D5271" w:rsidP="00634793">
          <w:pPr>
            <w:pStyle w:val="TOC1"/>
            <w:rPr>
              <w:rFonts w:asciiTheme="minorHAnsi" w:eastAsiaTheme="minorEastAsia" w:hAnsiTheme="minorHAnsi" w:cstheme="minorBidi"/>
              <w:noProof/>
              <w:kern w:val="2"/>
              <w:sz w:val="24"/>
              <w:szCs w:val="24"/>
              <w14:ligatures w14:val="standardContextual"/>
            </w:rPr>
          </w:pPr>
          <w:hyperlink w:anchor="_Toc236144784" w:history="1">
            <w:r w:rsidRPr="00475B0C">
              <w:rPr>
                <w:rStyle w:val="Hyperlink"/>
                <w:rFonts w:ascii="Times New Roman" w:hAnsi="Times New Roman" w:cs="Times New Roman"/>
              </w:rPr>
              <w:t>5</w:t>
            </w:r>
            <w:r>
              <w:rPr>
                <w:rFonts w:asciiTheme="minorHAnsi" w:eastAsiaTheme="minorEastAsia" w:hAnsiTheme="minorHAnsi" w:cstheme="minorBidi"/>
                <w:noProof/>
                <w:kern w:val="2"/>
                <w:sz w:val="24"/>
                <w:szCs w:val="24"/>
                <w14:ligatures w14:val="standardContextual"/>
              </w:rPr>
              <w:tab/>
            </w:r>
            <w:r w:rsidRPr="00475B0C">
              <w:rPr>
                <w:rStyle w:val="Hyperlink"/>
              </w:rPr>
              <w:t>Leadership Philosophy and Future Practice</w:t>
            </w:r>
            <w:r>
              <w:rPr>
                <w:noProof/>
                <w:webHidden/>
              </w:rPr>
              <w:tab/>
            </w:r>
            <w:r>
              <w:rPr>
                <w:noProof/>
                <w:webHidden/>
              </w:rPr>
              <w:fldChar w:fldCharType="begin"/>
            </w:r>
            <w:r>
              <w:rPr>
                <w:noProof/>
                <w:webHidden/>
              </w:rPr>
              <w:instrText xml:space="preserve"> PAGEREF _Toc236144784 \h </w:instrText>
            </w:r>
            <w:r>
              <w:rPr>
                <w:noProof/>
                <w:webHidden/>
              </w:rPr>
            </w:r>
            <w:r>
              <w:rPr>
                <w:noProof/>
                <w:webHidden/>
              </w:rPr>
              <w:fldChar w:fldCharType="separate"/>
            </w:r>
            <w:r>
              <w:rPr>
                <w:noProof/>
                <w:webHidden/>
              </w:rPr>
              <w:t>11</w:t>
            </w:r>
            <w:r>
              <w:rPr>
                <w:noProof/>
                <w:webHidden/>
              </w:rPr>
              <w:fldChar w:fldCharType="end"/>
            </w:r>
          </w:hyperlink>
        </w:p>
        <w:p w14:paraId="3D1564FA" w14:textId="771CF511"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85" w:history="1">
            <w:r w:rsidRPr="00475B0C">
              <w:rPr>
                <w:rStyle w:val="Hyperlink"/>
              </w:rPr>
              <w:t>5.1</w:t>
            </w:r>
            <w:r>
              <w:rPr>
                <w:rFonts w:asciiTheme="minorHAnsi" w:eastAsiaTheme="minorEastAsia" w:hAnsiTheme="minorHAnsi" w:cstheme="minorBidi"/>
                <w:noProof/>
                <w:kern w:val="2"/>
                <w:sz w:val="24"/>
                <w:szCs w:val="24"/>
                <w14:ligatures w14:val="standardContextual"/>
              </w:rPr>
              <w:tab/>
            </w:r>
            <w:r w:rsidRPr="00475B0C">
              <w:rPr>
                <w:rStyle w:val="Hyperlink"/>
              </w:rPr>
              <w:t>Leadership Philosophy</w:t>
            </w:r>
            <w:r>
              <w:rPr>
                <w:noProof/>
                <w:webHidden/>
              </w:rPr>
              <w:tab/>
            </w:r>
            <w:r>
              <w:rPr>
                <w:noProof/>
                <w:webHidden/>
              </w:rPr>
              <w:fldChar w:fldCharType="begin"/>
            </w:r>
            <w:r>
              <w:rPr>
                <w:noProof/>
                <w:webHidden/>
              </w:rPr>
              <w:instrText xml:space="preserve"> PAGEREF _Toc236144785 \h </w:instrText>
            </w:r>
            <w:r>
              <w:rPr>
                <w:noProof/>
                <w:webHidden/>
              </w:rPr>
            </w:r>
            <w:r>
              <w:rPr>
                <w:noProof/>
                <w:webHidden/>
              </w:rPr>
              <w:fldChar w:fldCharType="separate"/>
            </w:r>
            <w:r>
              <w:rPr>
                <w:noProof/>
                <w:webHidden/>
              </w:rPr>
              <w:t>11</w:t>
            </w:r>
            <w:r>
              <w:rPr>
                <w:noProof/>
                <w:webHidden/>
              </w:rPr>
              <w:fldChar w:fldCharType="end"/>
            </w:r>
          </w:hyperlink>
        </w:p>
        <w:p w14:paraId="78CFA974" w14:textId="713A8791" w:rsidR="006D5271" w:rsidRDefault="006D5271">
          <w:pPr>
            <w:pStyle w:val="TOC2"/>
            <w:tabs>
              <w:tab w:val="left" w:pos="960"/>
              <w:tab w:val="right" w:leader="dot" w:pos="8630"/>
            </w:tabs>
            <w:rPr>
              <w:rFonts w:asciiTheme="minorHAnsi" w:eastAsiaTheme="minorEastAsia" w:hAnsiTheme="minorHAnsi" w:cstheme="minorBidi"/>
              <w:noProof/>
              <w:kern w:val="2"/>
              <w:sz w:val="24"/>
              <w:szCs w:val="24"/>
              <w14:ligatures w14:val="standardContextual"/>
            </w:rPr>
          </w:pPr>
          <w:hyperlink w:anchor="_Toc236144786" w:history="1">
            <w:r w:rsidRPr="00475B0C">
              <w:rPr>
                <w:rStyle w:val="Hyperlink"/>
              </w:rPr>
              <w:t>5.2</w:t>
            </w:r>
            <w:r>
              <w:rPr>
                <w:rFonts w:asciiTheme="minorHAnsi" w:eastAsiaTheme="minorEastAsia" w:hAnsiTheme="minorHAnsi" w:cstheme="minorBidi"/>
                <w:noProof/>
                <w:kern w:val="2"/>
                <w:sz w:val="24"/>
                <w:szCs w:val="24"/>
                <w14:ligatures w14:val="standardContextual"/>
              </w:rPr>
              <w:tab/>
            </w:r>
            <w:r w:rsidRPr="00475B0C">
              <w:rPr>
                <w:rStyle w:val="Hyperlink"/>
              </w:rPr>
              <w:t>Future Leadership Practice</w:t>
            </w:r>
            <w:r>
              <w:rPr>
                <w:noProof/>
                <w:webHidden/>
              </w:rPr>
              <w:tab/>
            </w:r>
            <w:r>
              <w:rPr>
                <w:noProof/>
                <w:webHidden/>
              </w:rPr>
              <w:fldChar w:fldCharType="begin"/>
            </w:r>
            <w:r>
              <w:rPr>
                <w:noProof/>
                <w:webHidden/>
              </w:rPr>
              <w:instrText xml:space="preserve"> PAGEREF _Toc236144786 \h </w:instrText>
            </w:r>
            <w:r>
              <w:rPr>
                <w:noProof/>
                <w:webHidden/>
              </w:rPr>
            </w:r>
            <w:r>
              <w:rPr>
                <w:noProof/>
                <w:webHidden/>
              </w:rPr>
              <w:fldChar w:fldCharType="separate"/>
            </w:r>
            <w:r>
              <w:rPr>
                <w:noProof/>
                <w:webHidden/>
              </w:rPr>
              <w:t>11</w:t>
            </w:r>
            <w:r>
              <w:rPr>
                <w:noProof/>
                <w:webHidden/>
              </w:rPr>
              <w:fldChar w:fldCharType="end"/>
            </w:r>
          </w:hyperlink>
        </w:p>
        <w:p w14:paraId="51A4B0CA" w14:textId="733543FF" w:rsidR="006D5271" w:rsidRPr="00634793" w:rsidRDefault="006D5271" w:rsidP="00634793">
          <w:pPr>
            <w:pStyle w:val="TOC1"/>
          </w:pPr>
          <w:hyperlink w:anchor="_Toc236144787" w:history="1">
            <w:r w:rsidRPr="00634793">
              <w:rPr>
                <w:rStyle w:val="Hyperlink"/>
                <w:noProof w:val="0"/>
                <w:color w:val="auto"/>
                <w:u w:val="none"/>
              </w:rPr>
              <w:t>6</w:t>
            </w:r>
            <w:r w:rsidRPr="00634793">
              <w:tab/>
            </w:r>
            <w:r w:rsidRPr="00634793">
              <w:rPr>
                <w:rStyle w:val="Hyperlink"/>
                <w:noProof w:val="0"/>
                <w:color w:val="auto"/>
                <w:u w:val="none"/>
              </w:rPr>
              <w:t>Conclusion</w:t>
            </w:r>
            <w:r w:rsidRPr="00634793">
              <w:rPr>
                <w:webHidden/>
              </w:rPr>
              <w:tab/>
            </w:r>
            <w:r w:rsidRPr="00634793">
              <w:rPr>
                <w:webHidden/>
              </w:rPr>
              <w:fldChar w:fldCharType="begin"/>
            </w:r>
            <w:r w:rsidRPr="00634793">
              <w:rPr>
                <w:webHidden/>
              </w:rPr>
              <w:instrText xml:space="preserve"> PAGEREF _Toc236144787 \h </w:instrText>
            </w:r>
            <w:r w:rsidRPr="00634793">
              <w:rPr>
                <w:webHidden/>
              </w:rPr>
            </w:r>
            <w:r w:rsidRPr="00634793">
              <w:rPr>
                <w:webHidden/>
              </w:rPr>
              <w:fldChar w:fldCharType="separate"/>
            </w:r>
            <w:r w:rsidRPr="00634793">
              <w:rPr>
                <w:webHidden/>
              </w:rPr>
              <w:t>13</w:t>
            </w:r>
            <w:r w:rsidRPr="00634793">
              <w:rPr>
                <w:webHidden/>
              </w:rPr>
              <w:fldChar w:fldCharType="end"/>
            </w:r>
          </w:hyperlink>
        </w:p>
        <w:p w14:paraId="361F13B8" w14:textId="5C33B5EB" w:rsidR="006D5271" w:rsidRPr="00634793" w:rsidRDefault="006D5271" w:rsidP="00634793">
          <w:pPr>
            <w:pStyle w:val="TOC1"/>
          </w:pPr>
          <w:hyperlink w:anchor="_Toc236144788" w:history="1">
            <w:r w:rsidRPr="00634793">
              <w:rPr>
                <w:rStyle w:val="Hyperlink"/>
                <w:noProof w:val="0"/>
                <w:color w:val="auto"/>
                <w:u w:val="none"/>
              </w:rPr>
              <w:t>7</w:t>
            </w:r>
            <w:r w:rsidRPr="00634793">
              <w:tab/>
            </w:r>
            <w:r w:rsidRPr="00634793">
              <w:rPr>
                <w:rStyle w:val="Hyperlink"/>
                <w:noProof w:val="0"/>
                <w:color w:val="auto"/>
                <w:u w:val="none"/>
              </w:rPr>
              <w:t>References</w:t>
            </w:r>
            <w:r w:rsidRPr="00634793">
              <w:rPr>
                <w:webHidden/>
              </w:rPr>
              <w:tab/>
            </w:r>
            <w:r w:rsidRPr="00634793">
              <w:rPr>
                <w:webHidden/>
              </w:rPr>
              <w:fldChar w:fldCharType="begin"/>
            </w:r>
            <w:r w:rsidRPr="00634793">
              <w:rPr>
                <w:webHidden/>
              </w:rPr>
              <w:instrText xml:space="preserve"> PAGEREF _Toc236144788 \h </w:instrText>
            </w:r>
            <w:r w:rsidRPr="00634793">
              <w:rPr>
                <w:webHidden/>
              </w:rPr>
            </w:r>
            <w:r w:rsidRPr="00634793">
              <w:rPr>
                <w:webHidden/>
              </w:rPr>
              <w:fldChar w:fldCharType="separate"/>
            </w:r>
            <w:r w:rsidRPr="00634793">
              <w:rPr>
                <w:webHidden/>
              </w:rPr>
              <w:t>14</w:t>
            </w:r>
            <w:r w:rsidRPr="00634793">
              <w:rPr>
                <w:webHidden/>
              </w:rPr>
              <w:fldChar w:fldCharType="end"/>
            </w:r>
          </w:hyperlink>
        </w:p>
        <w:p w14:paraId="2AFA3D80" w14:textId="6144479E" w:rsidR="00421990" w:rsidRDefault="006D5271">
          <w:r>
            <w:fldChar w:fldCharType="end"/>
          </w:r>
        </w:p>
      </w:sdtContent>
    </w:sdt>
    <w:p w14:paraId="5DB11BB3" w14:textId="2573A0BD" w:rsidR="00076165" w:rsidRDefault="00421990" w:rsidP="00421990">
      <w:pPr>
        <w:pStyle w:val="Heading1"/>
      </w:pPr>
      <w:r>
        <w:br w:type="page"/>
      </w:r>
      <w:bookmarkStart w:id="1" w:name="_Toc236144768"/>
      <w:r w:rsidR="00A3640B">
        <w:lastRenderedPageBreak/>
        <w:t>Introduction</w:t>
      </w:r>
      <w:bookmarkEnd w:id="1"/>
    </w:p>
    <w:p w14:paraId="1DF7E24B" w14:textId="1EC098C2" w:rsidR="00A3640B" w:rsidRPr="00A3640B" w:rsidRDefault="00A3640B" w:rsidP="00AD49DF">
      <w:r w:rsidRPr="00A3640B">
        <w:t>More than thirty years working across software validation, regulatory compliance, quality systems and digital transformation have exposed me to leadership in technically complex and highly regulated environments. During that time, I progressed from specialist and technical leadership roles into positions requiring me to lead teams, influence senior stakeholders and deliver organisational change, often without relying on formal authority. These experiences shaped how I understood leadership, but many of the assumptions underpinning my approach developed through experience and instinct rather than deliberate reflection.</w:t>
      </w:r>
    </w:p>
    <w:p w14:paraId="49B11570" w14:textId="77777777" w:rsidR="00A3640B" w:rsidRPr="00A3640B" w:rsidRDefault="00A3640B" w:rsidP="00AD49DF">
      <w:r w:rsidRPr="00A3640B">
        <w:t>The Leadership in Practice module provided an opportunity to examine those assumptions critically. Through four reflective journals, I explored how different experiences shaped my leadership behaviours, values and identity, and how leadership theory could help explain both the strengths and limitations of my established approach. This portfolio draws those reflections together through analysis of a significant leadership experience, its relationship with academic theory, my evolving leadership identity and the lessons I will carry into future practice.</w:t>
      </w:r>
    </w:p>
    <w:p w14:paraId="0314F9E9" w14:textId="77777777" w:rsidR="0086391F" w:rsidRDefault="0086391F">
      <w:pPr>
        <w:spacing w:before="0" w:beforeAutospacing="0" w:after="200" w:afterAutospacing="0" w:line="276" w:lineRule="auto"/>
        <w:rPr>
          <w:rFonts w:eastAsiaTheme="majorEastAsia"/>
          <w:b/>
          <w:bCs/>
        </w:rPr>
      </w:pPr>
      <w:r>
        <w:br w:type="page"/>
      </w:r>
    </w:p>
    <w:p w14:paraId="6173B2D4" w14:textId="2BEAB815" w:rsidR="006B4C72" w:rsidRDefault="006B4C72" w:rsidP="00421990">
      <w:pPr>
        <w:pStyle w:val="Heading1"/>
      </w:pPr>
      <w:bookmarkStart w:id="2" w:name="_Toc236144769"/>
      <w:bookmarkEnd w:id="0"/>
      <w:r>
        <w:lastRenderedPageBreak/>
        <w:t>Summary Analysis</w:t>
      </w:r>
      <w:bookmarkEnd w:id="2"/>
    </w:p>
    <w:p w14:paraId="66B2BE0E" w14:textId="4C69100D" w:rsidR="00974FD8" w:rsidRDefault="00974FD8" w:rsidP="00692ED8">
      <w:r>
        <w:t xml:space="preserve">Reflective analysis requires more than recalling a leadership experience; it involves examining the assumptions, behaviours and decisions that shaped it, considering their impact on others and using subsequent insight to question how and why those actions were taken </w:t>
      </w:r>
      <w:sdt>
        <w:sdtPr>
          <w:id w:val="2110768780"/>
          <w:citation/>
        </w:sdtPr>
        <w:sdtContent>
          <w:r w:rsidR="00126D1E">
            <w:fldChar w:fldCharType="begin"/>
          </w:r>
          <w:r w:rsidR="00126D1E">
            <w:rPr>
              <w:rStyle w:val="Strong"/>
            </w:rPr>
            <w:instrText xml:space="preserve"> CITATION Sch83 \l 2057 </w:instrText>
          </w:r>
          <w:r w:rsidR="00126D1E">
            <w:fldChar w:fldCharType="separate"/>
          </w:r>
          <w:r w:rsidR="000C6A4C">
            <w:rPr>
              <w:noProof/>
            </w:rPr>
            <w:t>(Schön, 1983)</w:t>
          </w:r>
          <w:r w:rsidR="00126D1E">
            <w:fldChar w:fldCharType="end"/>
          </w:r>
        </w:sdtContent>
      </w:sdt>
      <w:r w:rsidR="00126D1E">
        <w:t xml:space="preserve">. </w:t>
      </w:r>
      <w:r>
        <w:t>I therefore use the following experience not simply to describe what occurred, but to examine how my reliance on technical expertise influenced my leadership, how my behaviour adapted in response to the situation, and what this revealed about my effectiveness as a leader.</w:t>
      </w:r>
    </w:p>
    <w:p w14:paraId="7231FD92" w14:textId="77777777" w:rsidR="00974FD8" w:rsidRDefault="00974FD8" w:rsidP="00692ED8">
      <w:r>
        <w:t>This section critically examines a leadership experience at Oxford Nanopore Technologies that challenged assumptions developed through earlier technical and leadership roles. Rather than simply describing the experience, I consider the context, challenge, actions and outcomes to understand what they revealed about my leadership practice. The analysis provides the experiential foundation for the theoretical evaluation and leadership identity developed in subsequent sections.</w:t>
      </w:r>
    </w:p>
    <w:p w14:paraId="2EA04D80" w14:textId="122DD66B" w:rsidR="006B4C72" w:rsidRDefault="006B4C72" w:rsidP="006B4C72">
      <w:pPr>
        <w:pStyle w:val="Heading2"/>
      </w:pPr>
      <w:bookmarkStart w:id="3" w:name="_Toc236144770"/>
      <w:r>
        <w:t>Leadership Context</w:t>
      </w:r>
      <w:bookmarkEnd w:id="3"/>
    </w:p>
    <w:p w14:paraId="1A9F02D5" w14:textId="77777777" w:rsidR="00476F2E" w:rsidRDefault="00476F2E" w:rsidP="00692ED8">
      <w:r>
        <w:t>Throughout my career I have led software validation, regulatory compliance and digital transformation initiatives within highly regulated pharmaceutical and biotechnology organisations. These environments value technical expertise, rigorous governance and decisive problem-solving, particularly where compliance, product quality and patient safety may be affected. Consequently, much of my professional credibility, and initially my leadership identity, developed around providing technically robust answers to complex problems.</w:t>
      </w:r>
    </w:p>
    <w:p w14:paraId="613C5E53" w14:textId="77777777" w:rsidR="00476F2E" w:rsidRDefault="00476F2E" w:rsidP="00754705">
      <w:r>
        <w:lastRenderedPageBreak/>
        <w:t>A significant challenge emerged during my work with Oxford Nanopore Technologies, where I supported the development of validation and regulatory practices as the organisation expanded from its academic and research heritage into the regulated biopharmaceutical sector. Sustainable change required me to engage specialists and stakeholders with different expertise, priorities and perspectives, often without formal authority.</w:t>
      </w:r>
    </w:p>
    <w:p w14:paraId="1BB3D692" w14:textId="2A6CE5BC" w:rsidR="00662C71" w:rsidRDefault="000370B6" w:rsidP="00754705">
      <w:r w:rsidRPr="000370B6">
        <w:t xml:space="preserve">This exposed a tension in my leadership. Technical expertise established credibility and helped initiate change, but relying upon it could restrict the involvement and ownership needed to sustain that change. I increasingly recognised that my contribution was more effective when others could combine their knowledge, challenge assumptions and participate in developing the solution </w:t>
      </w:r>
      <w:sdt>
        <w:sdtPr>
          <w:id w:val="1166217068"/>
          <w:citation/>
        </w:sdtPr>
        <w:sdtContent>
          <w:r w:rsidR="00126D1E">
            <w:fldChar w:fldCharType="begin"/>
          </w:r>
          <w:r w:rsidR="00126D1E">
            <w:rPr>
              <w:b/>
              <w:bCs/>
            </w:rPr>
            <w:instrText xml:space="preserve"> CITATION Uhl07 \l 2057 </w:instrText>
          </w:r>
          <w:r w:rsidR="00126D1E">
            <w:fldChar w:fldCharType="separate"/>
          </w:r>
          <w:r w:rsidR="000C6A4C">
            <w:rPr>
              <w:noProof/>
            </w:rPr>
            <w:t>(Uhl-Bien, et al., 2007)</w:t>
          </w:r>
          <w:r w:rsidR="00126D1E">
            <w:fldChar w:fldCharType="end"/>
          </w:r>
        </w:sdtContent>
      </w:sdt>
      <w:r w:rsidR="00126D1E">
        <w:t>.</w:t>
      </w:r>
      <w:r w:rsidRPr="000370B6">
        <w:t xml:space="preserve"> The experience therefore challenged my assumption that leadership value was primarily demonstrated by providing the right answers.</w:t>
      </w:r>
    </w:p>
    <w:p w14:paraId="15362C74" w14:textId="5E87D3A8" w:rsidR="006B4C72" w:rsidRDefault="006B4C72" w:rsidP="006B4C72">
      <w:pPr>
        <w:pStyle w:val="Heading2"/>
      </w:pPr>
      <w:bookmarkStart w:id="4" w:name="_Toc236144771"/>
      <w:r>
        <w:t>Leadership Challenge</w:t>
      </w:r>
      <w:bookmarkEnd w:id="4"/>
    </w:p>
    <w:p w14:paraId="0CCFDD68" w14:textId="77777777" w:rsidR="00C11546" w:rsidRDefault="00C11546" w:rsidP="00692ED8">
      <w:r>
        <w:t>The leadership challenge at Oxford Nanopore was not resistance to regulatory compliance, but how to introduce greater structure without undermining the innovative and technically driven culture that had contributed to the organisation’s success. My initial instinct was to identify the compliance gaps, define good practice and provide a technically robust route forward. This created clarity, but I began to recognise that being correct did not necessarily make change sustainable.</w:t>
      </w:r>
    </w:p>
    <w:p w14:paraId="1D6D8393" w14:textId="5386EB43" w:rsidR="00C11546" w:rsidRDefault="00C11546" w:rsidP="00692ED8">
      <w:r>
        <w:t xml:space="preserve">The people affected brought deep scientific, technical and operational expertise of their own. If regulatory practices were perceived as externally imposed requirements, there was a risk of achieving procedural compliance without genuine ownership. I therefore needed to maintain </w:t>
      </w:r>
      <w:r>
        <w:lastRenderedPageBreak/>
        <w:t xml:space="preserve">the standards expected within a regulated environment while creating sufficient space for people to question, influence and ultimately own how those standards were embedded </w:t>
      </w:r>
      <w:sdt>
        <w:sdtPr>
          <w:id w:val="582956739"/>
          <w:citation/>
        </w:sdtPr>
        <w:sdtContent>
          <w:r w:rsidR="00692ED8">
            <w:fldChar w:fldCharType="begin"/>
          </w:r>
          <w:r w:rsidR="00692ED8">
            <w:rPr>
              <w:rStyle w:val="Strong"/>
            </w:rPr>
            <w:instrText xml:space="preserve"> CITATION Bäc19 \l 2057 </w:instrText>
          </w:r>
          <w:r w:rsidR="00692ED8">
            <w:fldChar w:fldCharType="separate"/>
          </w:r>
          <w:r w:rsidR="000C6A4C">
            <w:rPr>
              <w:noProof/>
            </w:rPr>
            <w:t>(Bäcklander, 2019)</w:t>
          </w:r>
          <w:r w:rsidR="00692ED8">
            <w:fldChar w:fldCharType="end"/>
          </w:r>
        </w:sdtContent>
      </w:sdt>
    </w:p>
    <w:p w14:paraId="0D5D5900" w14:textId="77777777" w:rsidR="00C11546" w:rsidRDefault="00C11546" w:rsidP="00692ED8">
      <w:r>
        <w:t>This challenged my assumption that credibility and expertise naturally created influence. Expertise could open the conversation, but sustainable influence depended upon listening, understanding other perspectives and adapting how the solution was developed without compromising its regulatory intent.</w:t>
      </w:r>
    </w:p>
    <w:p w14:paraId="21799F36" w14:textId="70F21095" w:rsidR="006B4C72" w:rsidRDefault="006B4C72" w:rsidP="006B4C72">
      <w:pPr>
        <w:pStyle w:val="Heading2"/>
      </w:pPr>
      <w:bookmarkStart w:id="5" w:name="_Toc236144772"/>
      <w:r>
        <w:t>Actions and Decision-Making</w:t>
      </w:r>
      <w:bookmarkEnd w:id="5"/>
    </w:p>
    <w:p w14:paraId="06143B1B" w14:textId="77777777" w:rsidR="00EE5866" w:rsidRDefault="00EE5866" w:rsidP="00692ED8">
      <w:r>
        <w:t>My response was to change how I used my expertise rather than reduce its importance. Instead of beginning with predetermined solutions, I listened to stakeholders, explored their concerns and used evidence to establish why change was necessary. Technical knowledge remained important, but its purpose shifted from providing the answer to creating a credible basis for discussion while keeping regulatory expectations visible.</w:t>
      </w:r>
    </w:p>
    <w:p w14:paraId="65D8EF9F" w14:textId="3D9C6B69" w:rsidR="00126D1E" w:rsidRDefault="00EE5866" w:rsidP="00692ED8">
      <w:r>
        <w:t xml:space="preserve">I became more deliberate about involving people in developing the practices they would ultimately sustain. Guidance was developed collaboratively and supported by discussion and training rather than issued as a finished solution. As internal capability increased, my role progressively shifted from expert intervention towards facilitation and support, including preparing teams to demonstrate their practices during major customer audits </w:t>
      </w:r>
      <w:sdt>
        <w:sdtPr>
          <w:id w:val="-1606184267"/>
          <w:citation/>
        </w:sdtPr>
        <w:sdtContent>
          <w:r w:rsidR="00126D1E">
            <w:fldChar w:fldCharType="begin"/>
          </w:r>
          <w:r w:rsidR="00126D1E">
            <w:rPr>
              <w:rStyle w:val="Strong"/>
            </w:rPr>
            <w:instrText xml:space="preserve"> CITATION Den12 \l 2057 </w:instrText>
          </w:r>
          <w:r w:rsidR="00126D1E">
            <w:fldChar w:fldCharType="separate"/>
          </w:r>
          <w:r w:rsidR="000C6A4C">
            <w:rPr>
              <w:noProof/>
            </w:rPr>
            <w:t>(Denis, et al., 2012)</w:t>
          </w:r>
          <w:r w:rsidR="00126D1E">
            <w:fldChar w:fldCharType="end"/>
          </w:r>
        </w:sdtContent>
      </w:sdt>
      <w:r w:rsidR="00126D1E">
        <w:t>.</w:t>
      </w:r>
    </w:p>
    <w:p w14:paraId="27689326" w14:textId="502CE84F" w:rsidR="00EE5866" w:rsidRDefault="00EE5866" w:rsidP="00692ED8">
      <w:r>
        <w:lastRenderedPageBreak/>
        <w:t xml:space="preserve">This required relinquishing some control over how solutions were developed. I remained accountable for ensuring the approach was appropriate for a regulated </w:t>
      </w:r>
      <w:proofErr w:type="gramStart"/>
      <w:r>
        <w:t>environment, but</w:t>
      </w:r>
      <w:proofErr w:type="gramEnd"/>
      <w:r>
        <w:t xml:space="preserve"> learned to distinguish between controlling the required outcome and controlling the route used to achieve it. Accepting approaches that differed from my own created greater ownership and reduced dependence upon my continued involvement.</w:t>
      </w:r>
    </w:p>
    <w:p w14:paraId="26EB6F92" w14:textId="77777777" w:rsidR="00D20493" w:rsidRDefault="00D20493" w:rsidP="00D20493">
      <w:pPr>
        <w:pStyle w:val="Heading2"/>
      </w:pPr>
      <w:bookmarkStart w:id="6" w:name="_Toc236144773"/>
      <w:r w:rsidRPr="00D20493">
        <w:t>Outcomes and Reflective Analysis</w:t>
      </w:r>
      <w:bookmarkEnd w:id="6"/>
    </w:p>
    <w:p w14:paraId="6FD35D25" w14:textId="5A0F208F" w:rsidR="00126D1E" w:rsidRDefault="00661A02" w:rsidP="00692ED8">
      <w:r>
        <w:t xml:space="preserve">The most significant outcome was not simply more structured validation practices, but greater internal capability to understand, apply and explain them. Guidance and training provided a foundation, while teams became increasingly able to own the practices and demonstrate them during major customer audits. Reduced reliance on my involvement indicated that change was becoming embedded rather than remaining dependent upon external expertise </w:t>
      </w:r>
      <w:sdt>
        <w:sdtPr>
          <w:id w:val="-1845540789"/>
          <w:citation/>
        </w:sdtPr>
        <w:sdtContent>
          <w:r w:rsidR="00126D1E">
            <w:fldChar w:fldCharType="begin"/>
          </w:r>
          <w:r w:rsidR="005B1710">
            <w:rPr>
              <w:rStyle w:val="Strong"/>
            </w:rPr>
            <w:instrText xml:space="preserve">CITATION Anc07 \l 2057 </w:instrText>
          </w:r>
          <w:r w:rsidR="00126D1E">
            <w:fldChar w:fldCharType="separate"/>
          </w:r>
          <w:r w:rsidR="000C6A4C">
            <w:rPr>
              <w:noProof/>
            </w:rPr>
            <w:t>(Ancona, et al., 2007)</w:t>
          </w:r>
          <w:r w:rsidR="00126D1E">
            <w:fldChar w:fldCharType="end"/>
          </w:r>
        </w:sdtContent>
      </w:sdt>
      <w:r w:rsidR="00126D1E">
        <w:t>.</w:t>
      </w:r>
    </w:p>
    <w:p w14:paraId="245580E5" w14:textId="2E5E3992" w:rsidR="00661A02" w:rsidRDefault="00661A02" w:rsidP="00692ED8">
      <w:r>
        <w:t xml:space="preserve">The experience also changed my relationships with stakeholders. Moving from expert-led direction towards discussion and shared ownership created greater opportunity for challenge and contribution. This did not remove disagreement or the need for regulatory </w:t>
      </w:r>
      <w:proofErr w:type="gramStart"/>
      <w:r>
        <w:t>judgement, but</w:t>
      </w:r>
      <w:proofErr w:type="gramEnd"/>
      <w:r>
        <w:t xml:space="preserve"> made different perspectives part of the decision-making process rather than obstacles to it.</w:t>
      </w:r>
    </w:p>
    <w:p w14:paraId="0304F9A1" w14:textId="7FD023F4" w:rsidR="00D20493" w:rsidRDefault="00661A02" w:rsidP="00421990">
      <w:pPr>
        <w:rPr>
          <w:rFonts w:eastAsiaTheme="majorEastAsia"/>
          <w:b/>
          <w:bCs/>
        </w:rPr>
      </w:pPr>
      <w:r>
        <w:t xml:space="preserve">Reflecting on these outcomes changed how I interpreted my leadership effectiveness. I had previously judged success largely through the quality of the solution </w:t>
      </w:r>
      <w:proofErr w:type="gramStart"/>
      <w:r>
        <w:t>delivered, but</w:t>
      </w:r>
      <w:proofErr w:type="gramEnd"/>
      <w:r>
        <w:t xml:space="preserve"> came to recognise capability transfer as an outcome in its own right. The limitation was not technical expertise, decisiveness or accountability, but my assumption that effective leadership required me to remain central to the solution. A technically correct answer could address an immediate </w:t>
      </w:r>
      <w:r>
        <w:lastRenderedPageBreak/>
        <w:t xml:space="preserve">requirement; developing people able to understand, challenge and sustain it created longer-term value. I therefore learned that effective leadership is contextual </w:t>
      </w:r>
      <w:sdt>
        <w:sdtPr>
          <w:id w:val="319243432"/>
          <w:citation/>
        </w:sdtPr>
        <w:sdtContent>
          <w:r w:rsidR="00126D1E">
            <w:fldChar w:fldCharType="begin"/>
          </w:r>
          <w:r w:rsidR="005B1710">
            <w:rPr>
              <w:rStyle w:val="Strong"/>
            </w:rPr>
            <w:instrText xml:space="preserve">CITATION Yuk10 \l 2057 </w:instrText>
          </w:r>
          <w:r w:rsidR="00126D1E">
            <w:fldChar w:fldCharType="separate"/>
          </w:r>
          <w:r w:rsidR="000C6A4C">
            <w:rPr>
              <w:noProof/>
            </w:rPr>
            <w:t>(Yukl &amp; Mahsud, 2010)</w:t>
          </w:r>
          <w:r w:rsidR="00126D1E">
            <w:fldChar w:fldCharType="end"/>
          </w:r>
        </w:sdtContent>
      </w:sdt>
      <w:r w:rsidR="00767D67">
        <w:t xml:space="preserve">, </w:t>
      </w:r>
      <w:r>
        <w:t>knowing when expertise should direct the response and when it should create the conditions for others to contribute, decide and ultimately lead.</w:t>
      </w:r>
    </w:p>
    <w:p w14:paraId="27528B19" w14:textId="77777777" w:rsidR="00421990" w:rsidRDefault="00421990">
      <w:pPr>
        <w:spacing w:before="0" w:beforeAutospacing="0" w:after="200" w:afterAutospacing="0" w:line="276" w:lineRule="auto"/>
        <w:rPr>
          <w:rFonts w:eastAsiaTheme="majorEastAsia"/>
          <w:b/>
          <w:bCs/>
        </w:rPr>
      </w:pPr>
      <w:r>
        <w:br w:type="page"/>
      </w:r>
    </w:p>
    <w:p w14:paraId="1F0F0C6A" w14:textId="45AA0A1B" w:rsidR="002059F1" w:rsidRDefault="002059F1" w:rsidP="002059F1">
      <w:pPr>
        <w:pStyle w:val="Heading1"/>
        <w:rPr>
          <w:rFonts w:ascii="Times New Roman" w:hAnsi="Times New Roman" w:cs="Times New Roman"/>
        </w:rPr>
      </w:pPr>
      <w:bookmarkStart w:id="7" w:name="_Toc236144774"/>
      <w:r>
        <w:lastRenderedPageBreak/>
        <w:t>Connection with Academic Content</w:t>
      </w:r>
      <w:bookmarkEnd w:id="7"/>
    </w:p>
    <w:p w14:paraId="5C2CE637" w14:textId="77777777" w:rsidR="00C725B1" w:rsidRDefault="00C725B1" w:rsidP="00C725B1">
      <w:pPr>
        <w:pStyle w:val="Heading2"/>
      </w:pPr>
      <w:bookmarkStart w:id="8" w:name="_Toc236144775"/>
      <w:r w:rsidRPr="00C725B1">
        <w:t>Leadership Beyond Expertise</w:t>
      </w:r>
      <w:bookmarkEnd w:id="8"/>
    </w:p>
    <w:p w14:paraId="62A66C4D" w14:textId="63D64553" w:rsidR="00E10E91" w:rsidRDefault="00E10E91" w:rsidP="00692ED8">
      <w:r>
        <w:t xml:space="preserve">The experience analysed in Section 2 challenged assumptions developed through years of professional practice, but experience alone did not explain why my leadership approach had changed. I recognised that technical expertise and decisive problem-solving were becoming insufficient in increasingly complex </w:t>
      </w:r>
      <w:proofErr w:type="gramStart"/>
      <w:r>
        <w:t>environments, but</w:t>
      </w:r>
      <w:proofErr w:type="gramEnd"/>
      <w:r>
        <w:t xml:space="preserve"> initially interpreted this as a practical adjustment rather than a change in how I understood leadership </w:t>
      </w:r>
      <w:sdt>
        <w:sdtPr>
          <w:id w:val="-754127702"/>
          <w:citation/>
        </w:sdtPr>
        <w:sdtContent>
          <w:r w:rsidR="00767D67">
            <w:fldChar w:fldCharType="begin"/>
          </w:r>
          <w:r w:rsidR="00767D67">
            <w:rPr>
              <w:rStyle w:val="Strong"/>
            </w:rPr>
            <w:instrText xml:space="preserve"> CITATION Uhl07 \l 2057 </w:instrText>
          </w:r>
          <w:r w:rsidR="00767D67">
            <w:fldChar w:fldCharType="separate"/>
          </w:r>
          <w:r w:rsidR="000C6A4C">
            <w:rPr>
              <w:noProof/>
            </w:rPr>
            <w:t>(Uhl-Bien, et al., 2007)</w:t>
          </w:r>
          <w:r w:rsidR="00767D67">
            <w:fldChar w:fldCharType="end"/>
          </w:r>
        </w:sdtContent>
      </w:sdt>
      <w:r w:rsidR="00767D67">
        <w:t>.</w:t>
      </w:r>
    </w:p>
    <w:p w14:paraId="2595A6C8" w14:textId="49B1B982" w:rsidR="00E10E91" w:rsidRDefault="00E10E91" w:rsidP="00692ED8">
      <w:r>
        <w:t xml:space="preserve">Leadership theory provided a different lens. It revealed that my reliance on expertise reflected an underlying assumption that leadership value came primarily from the individual leader's knowledge, judgement and ability to provide direction. Academic learning challenged this by presenting leadership as something that can also emerge through relationships, interaction and the combined capabilities of others </w:t>
      </w:r>
      <w:sdt>
        <w:sdtPr>
          <w:id w:val="-615901485"/>
          <w:citation/>
        </w:sdtPr>
        <w:sdtContent>
          <w:r w:rsidR="00767D67">
            <w:fldChar w:fldCharType="begin"/>
          </w:r>
          <w:r w:rsidR="00767D67">
            <w:rPr>
              <w:rStyle w:val="Strong"/>
            </w:rPr>
            <w:instrText xml:space="preserve"> CITATION Den12 \l 2057 </w:instrText>
          </w:r>
          <w:r w:rsidR="00767D67">
            <w:fldChar w:fldCharType="separate"/>
          </w:r>
          <w:r w:rsidR="000C6A4C">
            <w:rPr>
              <w:noProof/>
            </w:rPr>
            <w:t>(Denis, et al., 2012)</w:t>
          </w:r>
          <w:r w:rsidR="00767D67">
            <w:fldChar w:fldCharType="end"/>
          </w:r>
        </w:sdtContent>
      </w:sdt>
      <w:r w:rsidR="00767D67">
        <w:t>.</w:t>
      </w:r>
    </w:p>
    <w:p w14:paraId="792C1434" w14:textId="366F7FB2" w:rsidR="00E10E91" w:rsidRDefault="00E10E91" w:rsidP="00692ED8">
      <w:r>
        <w:t xml:space="preserve">Theory therefore did not invalidate the expertise underpinning my professional credibility; it helped me understand its limitations as a leadership model. I began to see expertise as one resource within leadership rather than its defining characteristic. Two concepts particularly influenced this thinking: complexity leadership, which explained why individual expertise becomes insufficient as organisational complexity increases, and distributed leadership, which demonstrated how leadership capability can extend beyond the individual leader </w:t>
      </w:r>
      <w:sdt>
        <w:sdtPr>
          <w:id w:val="-1415777631"/>
          <w:citation/>
        </w:sdtPr>
        <w:sdtContent>
          <w:r w:rsidR="00767D67">
            <w:fldChar w:fldCharType="begin"/>
          </w:r>
          <w:r w:rsidR="005B1710">
            <w:instrText xml:space="preserve">CITATION Anc07 \l 2057 </w:instrText>
          </w:r>
          <w:r w:rsidR="00767D67">
            <w:fldChar w:fldCharType="separate"/>
          </w:r>
          <w:r w:rsidR="000C6A4C">
            <w:rPr>
              <w:noProof/>
            </w:rPr>
            <w:t>(Ancona, et al., 2007)</w:t>
          </w:r>
          <w:r w:rsidR="00767D67">
            <w:fldChar w:fldCharType="end"/>
          </w:r>
        </w:sdtContent>
      </w:sdt>
      <w:r>
        <w:rPr>
          <w:rStyle w:val="Strong"/>
        </w:rPr>
        <w:t>.</w:t>
      </w:r>
    </w:p>
    <w:p w14:paraId="4CA0547F" w14:textId="10B03A66" w:rsidR="00525880" w:rsidRDefault="00B77797" w:rsidP="00C26741">
      <w:pPr>
        <w:pStyle w:val="Heading2"/>
      </w:pPr>
      <w:bookmarkStart w:id="9" w:name="_Toc236144776"/>
      <w:r w:rsidRPr="00B77797">
        <w:lastRenderedPageBreak/>
        <w:t>Complexity Leadership</w:t>
      </w:r>
      <w:bookmarkEnd w:id="9"/>
    </w:p>
    <w:p w14:paraId="0EB5C57A" w14:textId="37F533C5" w:rsidR="001B38C2" w:rsidRDefault="001B38C2" w:rsidP="00692ED8">
      <w:r>
        <w:t xml:space="preserve">As my professional responsibilities became more interconnected and knowledge-intensive, I found that approaches based primarily on expertise, authority and control could not accommodate the range of knowledge required to address complex organisational challenges. Uhl-Bien, Marion and McKelvey distinguish traditional leadership based on formal authority and control from leadership that enables adaptive responses to emerge through interaction across networks of expertise </w:t>
      </w:r>
      <w:sdt>
        <w:sdtPr>
          <w:id w:val="1391614068"/>
          <w:citation/>
        </w:sdtPr>
        <w:sdtContent>
          <w:r w:rsidR="00767D67">
            <w:fldChar w:fldCharType="begin"/>
          </w:r>
          <w:r w:rsidR="00767D67">
            <w:rPr>
              <w:rStyle w:val="Strong"/>
            </w:rPr>
            <w:instrText xml:space="preserve"> CITATION Uhl07 \l 2057 </w:instrText>
          </w:r>
          <w:r w:rsidR="00767D67">
            <w:fldChar w:fldCharType="separate"/>
          </w:r>
          <w:r w:rsidR="000C6A4C">
            <w:rPr>
              <w:noProof/>
            </w:rPr>
            <w:t>(Uhl-Bien, et al., 2007)</w:t>
          </w:r>
          <w:r w:rsidR="00767D67">
            <w:fldChar w:fldCharType="end"/>
          </w:r>
        </w:sdtContent>
      </w:sdt>
      <w:r>
        <w:rPr>
          <w:rStyle w:val="Strong"/>
        </w:rPr>
        <w:t>.</w:t>
      </w:r>
      <w:r>
        <w:t xml:space="preserve"> This challenged my assumption that increasing complexity required the leader to provide greater certainty. Instead, I began to understand that complexity can make reliance on any single individual's knowledge less effective.</w:t>
      </w:r>
    </w:p>
    <w:p w14:paraId="6E6592F0" w14:textId="5B9BF582" w:rsidR="001B38C2" w:rsidRDefault="001B38C2" w:rsidP="00692ED8">
      <w:r>
        <w:t xml:space="preserve">This perspective helped me reinterpret the experience discussed in Section 2. The knowledge required to create sustainable change was distributed across people with different scientific, technical, operational and regulatory perspectives. My contribution therefore became less about resolving that complexity personally and more about creating conditions in which those perspectives could interact productively </w:t>
      </w:r>
      <w:sdt>
        <w:sdtPr>
          <w:id w:val="934559222"/>
          <w:citation/>
        </w:sdtPr>
        <w:sdtContent>
          <w:r w:rsidR="00CD7892">
            <w:fldChar w:fldCharType="begin"/>
          </w:r>
          <w:r w:rsidR="00CD7892">
            <w:rPr>
              <w:rStyle w:val="Strong"/>
            </w:rPr>
            <w:instrText xml:space="preserve"> CITATION Bäc19 \l 2057 </w:instrText>
          </w:r>
          <w:r w:rsidR="00CD7892">
            <w:fldChar w:fldCharType="separate"/>
          </w:r>
          <w:r w:rsidR="000C6A4C">
            <w:rPr>
              <w:noProof/>
            </w:rPr>
            <w:t>(Bäcklander, 2019)</w:t>
          </w:r>
          <w:r w:rsidR="00CD7892">
            <w:fldChar w:fldCharType="end"/>
          </w:r>
        </w:sdtContent>
      </w:sdt>
      <w:r w:rsidR="00CD7892">
        <w:t xml:space="preserve">. </w:t>
      </w:r>
      <w:r>
        <w:t>Listening, facilitating challenge and enabling shared problem-solving were not alternatives to leadership, but ways of exercising it.</w:t>
      </w:r>
    </w:p>
    <w:p w14:paraId="49C2F52D" w14:textId="77777777" w:rsidR="001B38C2" w:rsidRDefault="001B38C2" w:rsidP="00692ED8">
      <w:r>
        <w:t>However, this does not remove the need for direction or accountability. Within regulated environments, some requirements are non-negotiable and decisions may affect compliance, quality and patient safety. My learning has therefore been to distinguish between providing necessary boundaries and unnecessarily controlling how people operate within them.</w:t>
      </w:r>
    </w:p>
    <w:p w14:paraId="5744A014" w14:textId="3A55D656" w:rsidR="001B38C2" w:rsidRDefault="001B38C2" w:rsidP="00692ED8">
      <w:r>
        <w:lastRenderedPageBreak/>
        <w:t>Complexity Leadership refined rather than replaced my previous understanding: expertise and direction remain important, but their effective use depends upon contextual judgement</w:t>
      </w:r>
      <w:r w:rsidR="00767D67">
        <w:t xml:space="preserve"> </w:t>
      </w:r>
      <w:sdt>
        <w:sdtPr>
          <w:id w:val="1276837955"/>
          <w:citation/>
        </w:sdtPr>
        <w:sdtContent>
          <w:r w:rsidR="00767D67">
            <w:fldChar w:fldCharType="begin"/>
          </w:r>
          <w:r w:rsidR="005B1710">
            <w:instrText xml:space="preserve">CITATION Yuk10 \l 2057 </w:instrText>
          </w:r>
          <w:r w:rsidR="00767D67">
            <w:fldChar w:fldCharType="separate"/>
          </w:r>
          <w:r w:rsidR="000C6A4C">
            <w:rPr>
              <w:noProof/>
            </w:rPr>
            <w:t>(Yukl &amp; Mahsud, 2010)</w:t>
          </w:r>
          <w:r w:rsidR="00767D67">
            <w:fldChar w:fldCharType="end"/>
          </w:r>
        </w:sdtContent>
      </w:sdt>
      <w:r>
        <w:rPr>
          <w:rStyle w:val="Strong"/>
        </w:rPr>
        <w:t>.</w:t>
      </w:r>
    </w:p>
    <w:p w14:paraId="1DA5E68E" w14:textId="1BB3F7EB" w:rsidR="002F5BD0" w:rsidRPr="002F5BD0" w:rsidRDefault="002F5BD0" w:rsidP="002F5BD0">
      <w:pPr>
        <w:pStyle w:val="Heading2"/>
      </w:pPr>
      <w:bookmarkStart w:id="10" w:name="_Toc236144777"/>
      <w:r w:rsidRPr="002F5BD0">
        <w:t>Distributed Leadership and the Incomplete Leader</w:t>
      </w:r>
      <w:bookmarkEnd w:id="10"/>
    </w:p>
    <w:p w14:paraId="19DBF860" w14:textId="7FB1B833" w:rsidR="002C4E9C" w:rsidRDefault="002C4E9C" w:rsidP="00692ED8">
      <w:r>
        <w:t>Distributed leadership further challenged my assumption that leadership responsibility implied possessing the answers. Denis, Langley and Sergi describe leadership as potentially distributed across individuals and relationships rather than concentrated in a single formal leader</w:t>
      </w:r>
      <w:r w:rsidR="00767D67">
        <w:t xml:space="preserve"> </w:t>
      </w:r>
      <w:sdt>
        <w:sdtPr>
          <w:id w:val="474499496"/>
          <w:citation/>
        </w:sdtPr>
        <w:sdtContent>
          <w:r w:rsidR="00767D67">
            <w:fldChar w:fldCharType="begin"/>
          </w:r>
          <w:r w:rsidR="00767D67">
            <w:instrText xml:space="preserve"> CITATION Den12 \l 2057 </w:instrText>
          </w:r>
          <w:r w:rsidR="00767D67">
            <w:fldChar w:fldCharType="separate"/>
          </w:r>
          <w:r w:rsidR="000C6A4C">
            <w:rPr>
              <w:noProof/>
            </w:rPr>
            <w:t>(Denis, et al., 2012)</w:t>
          </w:r>
          <w:r w:rsidR="00767D67">
            <w:fldChar w:fldCharType="end"/>
          </w:r>
        </w:sdtContent>
      </w:sdt>
      <w:r>
        <w:rPr>
          <w:rStyle w:val="Strong"/>
        </w:rPr>
        <w:t>.</w:t>
      </w:r>
      <w:r>
        <w:t xml:space="preserve"> Ancona’s concept of the incomplete leader developed this further by recognising that effective leaders do not need to possess every capability </w:t>
      </w:r>
      <w:proofErr w:type="gramStart"/>
      <w:r>
        <w:t>themselves, but</w:t>
      </w:r>
      <w:proofErr w:type="gramEnd"/>
      <w:r>
        <w:t xml:space="preserve"> can draw upon complementary strengths across others </w:t>
      </w:r>
      <w:sdt>
        <w:sdtPr>
          <w:id w:val="-299381933"/>
          <w:citation/>
        </w:sdtPr>
        <w:sdtContent>
          <w:r w:rsidR="00767D67">
            <w:fldChar w:fldCharType="begin"/>
          </w:r>
          <w:r w:rsidR="005B1710">
            <w:rPr>
              <w:rStyle w:val="Strong"/>
            </w:rPr>
            <w:instrText xml:space="preserve">CITATION Anc07 \l 2057 </w:instrText>
          </w:r>
          <w:r w:rsidR="00767D67">
            <w:fldChar w:fldCharType="separate"/>
          </w:r>
          <w:r w:rsidR="000C6A4C">
            <w:rPr>
              <w:noProof/>
            </w:rPr>
            <w:t>(Ancona, et al., 2007)</w:t>
          </w:r>
          <w:r w:rsidR="00767D67">
            <w:fldChar w:fldCharType="end"/>
          </w:r>
        </w:sdtContent>
      </w:sdt>
      <w:r>
        <w:rPr>
          <w:rStyle w:val="Strong"/>
        </w:rPr>
        <w:t>.</w:t>
      </w:r>
    </w:p>
    <w:p w14:paraId="26D42EE1" w14:textId="071E549D" w:rsidR="002C4E9C" w:rsidRDefault="002C4E9C" w:rsidP="00692ED8">
      <w:r>
        <w:t xml:space="preserve">This resonated strongly with my experience of leading through influence rather than authority. In complex programmes, the knowledge required to make effective decisions rarely resides with one individual. I increasingly recognised that my responsibility was not to compensate for this by becoming expert in everything, but to connect people with different expertise, create conditions for constructive challenge and enable collective judgement </w:t>
      </w:r>
      <w:sdt>
        <w:sdtPr>
          <w:id w:val="-508756859"/>
          <w:citation/>
        </w:sdtPr>
        <w:sdtContent>
          <w:r w:rsidR="00B82E13">
            <w:fldChar w:fldCharType="begin"/>
          </w:r>
          <w:r w:rsidR="00B82E13">
            <w:rPr>
              <w:rStyle w:val="Strong"/>
            </w:rPr>
            <w:instrText xml:space="preserve"> CITATION Rae16 \l 2057 </w:instrText>
          </w:r>
          <w:r w:rsidR="00B82E13">
            <w:fldChar w:fldCharType="separate"/>
          </w:r>
          <w:r w:rsidR="000C6A4C">
            <w:rPr>
              <w:noProof/>
            </w:rPr>
            <w:t>(Raelin, 2016)</w:t>
          </w:r>
          <w:r w:rsidR="00B82E13">
            <w:fldChar w:fldCharType="end"/>
          </w:r>
        </w:sdtContent>
      </w:sdt>
      <w:r>
        <w:rPr>
          <w:rStyle w:val="Strong"/>
        </w:rPr>
        <w:t>.</w:t>
      </w:r>
    </w:p>
    <w:p w14:paraId="35172376" w14:textId="77777777" w:rsidR="002C4E9C" w:rsidRDefault="002C4E9C" w:rsidP="00692ED8">
      <w:r>
        <w:t>This required a different interpretation of accountability. Distributing leadership does not mean distributing accountability indiscriminately or stepping away from difficult decisions. Within regulated environments, I may remain accountable for ensuring that appropriate standards and boundaries are maintained. The distinction is that accountability does not require me to control every contribution or provide every solution.</w:t>
      </w:r>
    </w:p>
    <w:p w14:paraId="53B848C6" w14:textId="77777777" w:rsidR="002C4E9C" w:rsidRDefault="002C4E9C" w:rsidP="00692ED8">
      <w:r>
        <w:lastRenderedPageBreak/>
        <w:t xml:space="preserve">The incomplete leader therefore provided a useful challenge to my earlier leadership identity. Acknowledging the limits of my own expertise is not a leadership weakness; it enables me to use the capabilities of others more deliberately while retaining responsibility for the environment in which decisions are made. </w:t>
      </w:r>
    </w:p>
    <w:p w14:paraId="3D1F402B" w14:textId="77777777" w:rsidR="00512124" w:rsidRPr="00512124" w:rsidRDefault="00512124" w:rsidP="00512124">
      <w:pPr>
        <w:pStyle w:val="Heading2"/>
      </w:pPr>
      <w:bookmarkStart w:id="11" w:name="_Toc236144778"/>
      <w:r w:rsidRPr="00512124">
        <w:t>Integrating Theory into Leadership Practice</w:t>
      </w:r>
      <w:bookmarkEnd w:id="11"/>
    </w:p>
    <w:p w14:paraId="0789E0BB" w14:textId="77777777" w:rsidR="00BA0DAC" w:rsidRDefault="00BA0DAC" w:rsidP="00692ED8">
      <w:bookmarkStart w:id="12" w:name="_Toc235259702"/>
      <w:r>
        <w:t>Complexity and distributed leadership have not given me a replacement leadership style; they have changed how deliberately I choose how to lead. Previously, I often adapted intuitively, moving between technical direction, facilitation and influence according to circumstances. Theory has helped me understand why those approaches work differently and when each may be appropriate.</w:t>
      </w:r>
    </w:p>
    <w:p w14:paraId="4F7F09AC" w14:textId="238980DF" w:rsidR="00BA0DAC" w:rsidRDefault="00BA0DAC" w:rsidP="00692ED8">
      <w:r w:rsidRPr="00BA0DAC">
        <w:rPr>
          <w:rStyle w:val="Strong"/>
          <w:b w:val="0"/>
          <w:bCs w:val="0"/>
        </w:rPr>
        <w:t xml:space="preserve">I now recognise leadership as contextual rather than </w:t>
      </w:r>
      <w:r w:rsidRPr="00B82E13">
        <w:rPr>
          <w:rStyle w:val="Strong"/>
          <w:b w:val="0"/>
          <w:bCs w:val="0"/>
        </w:rPr>
        <w:t>fixed</w:t>
      </w:r>
      <w:sdt>
        <w:sdtPr>
          <w:rPr>
            <w:rStyle w:val="Strong"/>
            <w:b w:val="0"/>
            <w:bCs w:val="0"/>
          </w:rPr>
          <w:id w:val="-950472660"/>
          <w:citation/>
        </w:sdtPr>
        <w:sdtContent>
          <w:r w:rsidR="00B82E13">
            <w:rPr>
              <w:rStyle w:val="Strong"/>
              <w:b w:val="0"/>
              <w:bCs w:val="0"/>
            </w:rPr>
            <w:fldChar w:fldCharType="begin"/>
          </w:r>
          <w:r w:rsidR="005B1710">
            <w:rPr>
              <w:rStyle w:val="Strong"/>
            </w:rPr>
            <w:instrText xml:space="preserve">CITATION Yuk10 \l 2057 </w:instrText>
          </w:r>
          <w:r w:rsidR="00B82E13">
            <w:rPr>
              <w:rStyle w:val="Strong"/>
              <w:b w:val="0"/>
              <w:bCs w:val="0"/>
            </w:rPr>
            <w:fldChar w:fldCharType="separate"/>
          </w:r>
          <w:r w:rsidR="000C6A4C">
            <w:rPr>
              <w:rStyle w:val="Strong"/>
              <w:noProof/>
            </w:rPr>
            <w:t xml:space="preserve"> </w:t>
          </w:r>
          <w:r w:rsidR="000C6A4C">
            <w:rPr>
              <w:noProof/>
            </w:rPr>
            <w:t>(Yukl &amp; Mahsud, 2010)</w:t>
          </w:r>
          <w:r w:rsidR="00B82E13">
            <w:rPr>
              <w:rStyle w:val="Strong"/>
              <w:b w:val="0"/>
              <w:bCs w:val="0"/>
            </w:rPr>
            <w:fldChar w:fldCharType="end"/>
          </w:r>
        </w:sdtContent>
      </w:sdt>
      <w:r>
        <w:rPr>
          <w:rStyle w:val="Strong"/>
        </w:rPr>
        <w:t>.</w:t>
      </w:r>
      <w:r>
        <w:t xml:space="preserve"> Where risk, urgency or regulatory accountability require clear direction, expertise and decisiveness remain important. Where challenges depend upon knowledge distributed across multiple specialists, my role is more likely to involve connecting expertise, enabling challenge and creating conditions for collective problem-solving </w:t>
      </w:r>
      <w:sdt>
        <w:sdtPr>
          <w:id w:val="-3058098"/>
          <w:citation/>
        </w:sdtPr>
        <w:sdtContent>
          <w:r w:rsidR="00B82E13">
            <w:fldChar w:fldCharType="begin"/>
          </w:r>
          <w:r w:rsidR="00B44A21">
            <w:rPr>
              <w:rStyle w:val="Strong"/>
            </w:rPr>
            <w:instrText xml:space="preserve">CITATION Hei09 \l 2057 </w:instrText>
          </w:r>
          <w:r w:rsidR="00B82E13">
            <w:fldChar w:fldCharType="separate"/>
          </w:r>
          <w:r w:rsidR="000C6A4C">
            <w:rPr>
              <w:noProof/>
            </w:rPr>
            <w:t>(Heifetz, et al., 2009)</w:t>
          </w:r>
          <w:r w:rsidR="00B82E13">
            <w:fldChar w:fldCharType="end"/>
          </w:r>
        </w:sdtContent>
      </w:sdt>
      <w:r>
        <w:rPr>
          <w:rStyle w:val="Strong"/>
        </w:rPr>
        <w:t>.</w:t>
      </w:r>
      <w:r>
        <w:t xml:space="preserve"> The development has therefore been less about changing what I do than becoming more conscious of why I do it.</w:t>
      </w:r>
    </w:p>
    <w:p w14:paraId="57A2FDF9" w14:textId="49804A60" w:rsidR="00BA0DAC" w:rsidRDefault="00BA0DAC" w:rsidP="00692ED8">
      <w:r>
        <w:t xml:space="preserve">This increased self-awareness also exposes a continuing risk. Under pressure, familiarity and professional credibility can draw me back towards providing answers rather than creating space for others. Applying theory to my practice therefore requires continued reflection on whether my intervention genuinely adds leadership value or simply reinforces a behaviour that has previously brought professional success </w:t>
      </w:r>
      <w:sdt>
        <w:sdtPr>
          <w:id w:val="948662117"/>
          <w:citation/>
        </w:sdtPr>
        <w:sdtContent>
          <w:r w:rsidR="00B82E13">
            <w:fldChar w:fldCharType="begin"/>
          </w:r>
          <w:r w:rsidR="00B82E13">
            <w:rPr>
              <w:rStyle w:val="Strong"/>
            </w:rPr>
            <w:instrText xml:space="preserve"> CITATION Sch83 \l 2057 </w:instrText>
          </w:r>
          <w:r w:rsidR="00B82E13">
            <w:fldChar w:fldCharType="separate"/>
          </w:r>
          <w:r w:rsidR="000C6A4C">
            <w:rPr>
              <w:noProof/>
            </w:rPr>
            <w:t>(Schön, 1983)</w:t>
          </w:r>
          <w:r w:rsidR="00B82E13">
            <w:fldChar w:fldCharType="end"/>
          </w:r>
        </w:sdtContent>
      </w:sdt>
      <w:r>
        <w:rPr>
          <w:rStyle w:val="Strong"/>
        </w:rPr>
        <w:t>.</w:t>
      </w:r>
    </w:p>
    <w:p w14:paraId="6747A32E" w14:textId="77777777" w:rsidR="00421990" w:rsidRDefault="00421990">
      <w:pPr>
        <w:spacing w:before="0" w:beforeAutospacing="0" w:after="200" w:afterAutospacing="0" w:line="276" w:lineRule="auto"/>
        <w:rPr>
          <w:rFonts w:eastAsiaTheme="majorEastAsia"/>
          <w:b/>
          <w:bCs/>
        </w:rPr>
      </w:pPr>
      <w:r>
        <w:lastRenderedPageBreak/>
        <w:br w:type="page"/>
      </w:r>
    </w:p>
    <w:p w14:paraId="06DF6DF3" w14:textId="24AEF708" w:rsidR="002059F1" w:rsidRDefault="002059F1" w:rsidP="00D45C4A">
      <w:pPr>
        <w:pStyle w:val="Heading1"/>
        <w:rPr>
          <w:rFonts w:ascii="Times New Roman" w:hAnsi="Times New Roman" w:cs="Times New Roman"/>
        </w:rPr>
      </w:pPr>
      <w:bookmarkStart w:id="13" w:name="_Toc236144779"/>
      <w:r>
        <w:lastRenderedPageBreak/>
        <w:t>Summary of Leadership Identity</w:t>
      </w:r>
      <w:bookmarkEnd w:id="13"/>
    </w:p>
    <w:p w14:paraId="01016638" w14:textId="77777777" w:rsidR="008E5F59" w:rsidRDefault="008E5F59" w:rsidP="008E5F59">
      <w:pPr>
        <w:pStyle w:val="Heading2"/>
      </w:pPr>
      <w:bookmarkStart w:id="14" w:name="_Toc236144780"/>
      <w:r w:rsidRPr="008E5F59">
        <w:t>Leadership Identity Statement</w:t>
      </w:r>
      <w:bookmarkEnd w:id="14"/>
    </w:p>
    <w:p w14:paraId="2DA3BA3A" w14:textId="77777777" w:rsidR="003C605F" w:rsidRDefault="003C605F" w:rsidP="00692ED8">
      <w:r>
        <w:t>I now define myself as a leader who creates the conditions for others to contribute, develop and take ownership rather than measuring leadership through personal expertise or authority. My approach is grounded in trust, integrity, openness and respect for the capability of others, while recognising that leadership also requires accountability, judgement and direction when circumstances demand it.</w:t>
      </w:r>
    </w:p>
    <w:p w14:paraId="7D2C0B39" w14:textId="3D164796" w:rsidR="003C605F" w:rsidRDefault="003C605F" w:rsidP="00692ED8">
      <w:r>
        <w:t xml:space="preserve">Central to this identity is the belief that leadership should leave people, teams and organisations more capable and confident. I increasingly judge my effectiveness not only by what is delivered, but by the capability and ownership developed through the process. This represents an evolution from an earlier professional identity in which credibility was closely associated with having the answers; I now see expertise as something to be applied according to context rather than as the basis of leadership itself </w:t>
      </w:r>
      <w:sdt>
        <w:sdtPr>
          <w:id w:val="2097587945"/>
          <w:citation/>
        </w:sdtPr>
        <w:sdtContent>
          <w:r w:rsidR="00B82E13">
            <w:fldChar w:fldCharType="begin"/>
          </w:r>
          <w:r w:rsidR="00B82E13">
            <w:rPr>
              <w:rStyle w:val="Strong"/>
            </w:rPr>
            <w:instrText xml:space="preserve"> CITATION Day071 \l 2057 </w:instrText>
          </w:r>
          <w:r w:rsidR="00B82E13">
            <w:fldChar w:fldCharType="separate"/>
          </w:r>
          <w:r w:rsidR="000C6A4C">
            <w:rPr>
              <w:noProof/>
            </w:rPr>
            <w:t>(Day &amp; Harrison, 2007)</w:t>
          </w:r>
          <w:r w:rsidR="00B82E13">
            <w:fldChar w:fldCharType="end"/>
          </w:r>
        </w:sdtContent>
      </w:sdt>
      <w:r w:rsidR="00B82E13">
        <w:t>.</w:t>
      </w:r>
    </w:p>
    <w:p w14:paraId="1DB786D7" w14:textId="77777777" w:rsidR="003C605F" w:rsidRDefault="003C605F" w:rsidP="00692ED8">
      <w:r>
        <w:t xml:space="preserve">I do not regard this identity as fixed. Reflection has made me more conscious of both the strengths I bring and the behaviours I need to manage, particularly my tendency under pressure to revert to the technical expert. My leadership identity therefore reflects who I am now while remaining open to continued development. </w:t>
      </w:r>
    </w:p>
    <w:p w14:paraId="5428EC25" w14:textId="77777777" w:rsidR="00B2757D" w:rsidRDefault="00B2757D" w:rsidP="00B2757D">
      <w:pPr>
        <w:pStyle w:val="Heading2"/>
      </w:pPr>
      <w:bookmarkStart w:id="15" w:name="_Toc236144781"/>
      <w:r w:rsidRPr="00B2757D">
        <w:t>Core Leadership Values</w:t>
      </w:r>
      <w:bookmarkEnd w:id="15"/>
    </w:p>
    <w:p w14:paraId="2A8EFD31" w14:textId="458AD241" w:rsidR="00AB6064" w:rsidRDefault="00AB6064" w:rsidP="00692ED8">
      <w:r>
        <w:t>Trust, integrity, openness and respect are the values against which I increasingly test my leadership decisions</w:t>
      </w:r>
      <w:sdt>
        <w:sdtPr>
          <w:id w:val="985600064"/>
          <w:citation/>
        </w:sdtPr>
        <w:sdtContent>
          <w:r w:rsidR="00B82E13">
            <w:fldChar w:fldCharType="begin"/>
          </w:r>
          <w:r w:rsidR="00B82E13">
            <w:instrText xml:space="preserve"> CITATION Sal18 \l 2057 </w:instrText>
          </w:r>
          <w:r w:rsidR="00B82E13">
            <w:fldChar w:fldCharType="separate"/>
          </w:r>
          <w:r w:rsidR="000C6A4C">
            <w:rPr>
              <w:noProof/>
            </w:rPr>
            <w:t xml:space="preserve"> (Salovaara &amp; Bathurst, 2018)</w:t>
          </w:r>
          <w:r w:rsidR="00B82E13">
            <w:fldChar w:fldCharType="end"/>
          </w:r>
        </w:sdtContent>
      </w:sdt>
      <w:r w:rsidR="00B82E13">
        <w:t>.</w:t>
      </w:r>
      <w:r>
        <w:t xml:space="preserve"> Integrity requires consistency between what I </w:t>
      </w:r>
      <w:r>
        <w:lastRenderedPageBreak/>
        <w:t>expect from others and how I behave, particularly when decisions are difficult or inconvenient. Trust requires more than delegation; it means giving people meaningful ownership while remaining available to support, challenge and intervene when necessary.</w:t>
      </w:r>
    </w:p>
    <w:p w14:paraId="4A93FA45" w14:textId="1D718950" w:rsidR="00AB6064" w:rsidRDefault="00AB6064" w:rsidP="00692ED8">
      <w:r>
        <w:t>Openness is reflected in my willingness to listen, acknowledge when I do not have the answer and allow my thinking to be challenged</w:t>
      </w:r>
      <w:sdt>
        <w:sdtPr>
          <w:id w:val="-1658611449"/>
          <w:citation/>
        </w:sdtPr>
        <w:sdtContent>
          <w:r w:rsidR="00B82E13">
            <w:fldChar w:fldCharType="begin"/>
          </w:r>
          <w:r w:rsidR="00B82E13">
            <w:instrText xml:space="preserve"> CITATION DeH16 \l 2057 </w:instrText>
          </w:r>
          <w:r w:rsidR="00B82E13">
            <w:fldChar w:fldCharType="separate"/>
          </w:r>
          <w:r w:rsidR="000C6A4C">
            <w:rPr>
              <w:noProof/>
            </w:rPr>
            <w:t xml:space="preserve"> (De Haan, 2016)</w:t>
          </w:r>
          <w:r w:rsidR="00B82E13">
            <w:fldChar w:fldCharType="end"/>
          </w:r>
        </w:sdtContent>
      </w:sdt>
      <w:r w:rsidR="00B82E13">
        <w:t>.</w:t>
      </w:r>
      <w:r>
        <w:t xml:space="preserve"> Earlier in my career, admitting uncertainty could feel inconsistent with the credibility expected of a technical leader. I now regard it as important in creating an environment where others can contribute their expertise without waiting for direction.</w:t>
      </w:r>
    </w:p>
    <w:p w14:paraId="29F50F1F" w14:textId="77777777" w:rsidR="00AB6064" w:rsidRDefault="00AB6064" w:rsidP="00692ED8">
      <w:r>
        <w:t xml:space="preserve">Respect connects these values to my wider leadership philosophy. If I respect the capability of others, I must give them space to exercise it, including accepting approaches that differ from mine. These values do not remove responsibility for difficult decisions; they influence how decisions are reached, communicated and owned. The challenge is maintaining them when pressure makes control, certainty or personal intervention appear easier. </w:t>
      </w:r>
    </w:p>
    <w:p w14:paraId="62D93D21" w14:textId="2970118A" w:rsidR="00B62585" w:rsidRDefault="00B84C81" w:rsidP="00DA5E99">
      <w:pPr>
        <w:pStyle w:val="Heading2"/>
      </w:pPr>
      <w:bookmarkStart w:id="16" w:name="_Toc236144782"/>
      <w:r>
        <w:t>Strengths</w:t>
      </w:r>
      <w:bookmarkEnd w:id="16"/>
    </w:p>
    <w:p w14:paraId="36228C0D" w14:textId="595DBCE4" w:rsidR="00E608F3" w:rsidRDefault="00E608F3" w:rsidP="00692ED8">
      <w:r>
        <w:t xml:space="preserve">One of my principal leadership strengths is the credibility developed through extensive technical and regulatory experience. It enables me to understand complex problems, communicate effectively with specialists and provide direction when required. I have learned, however, that credibility creates greater value when it enables discussion rather than closes it down. Being recognised as an expert gives my contribution weight, but I must remain conscious that this can also give my perspective disproportionate influence </w:t>
      </w:r>
      <w:sdt>
        <w:sdtPr>
          <w:id w:val="606166472"/>
          <w:citation/>
        </w:sdtPr>
        <w:sdtContent>
          <w:r w:rsidR="00B82E13">
            <w:fldChar w:fldCharType="begin"/>
          </w:r>
          <w:r w:rsidR="00B82E13">
            <w:rPr>
              <w:rStyle w:val="Strong"/>
            </w:rPr>
            <w:instrText xml:space="preserve"> CITATION Emp20 \l 2057 </w:instrText>
          </w:r>
          <w:r w:rsidR="00B82E13">
            <w:fldChar w:fldCharType="separate"/>
          </w:r>
          <w:r w:rsidR="000C6A4C">
            <w:rPr>
              <w:noProof/>
            </w:rPr>
            <w:t>(Empson, 2020)</w:t>
          </w:r>
          <w:r w:rsidR="00B82E13">
            <w:fldChar w:fldCharType="end"/>
          </w:r>
        </w:sdtContent>
      </w:sdt>
      <w:r w:rsidR="00B82E13">
        <w:t>.</w:t>
      </w:r>
    </w:p>
    <w:p w14:paraId="6663ADA8" w14:textId="419E043E" w:rsidR="00E608F3" w:rsidRDefault="00E608F3" w:rsidP="00692ED8">
      <w:r>
        <w:lastRenderedPageBreak/>
        <w:t>A second strength is contextual judgement. Experience across different organisations, cultures and leadership situations has made me comfortable adapting how I lead rather than relying on a preferred approach. I can move between direction, facilitation and stepping back according to circumstances, although reflection has made those choices more deliberate rather than instinctive</w:t>
      </w:r>
      <w:r w:rsidR="00CC4019">
        <w:t>.</w:t>
      </w:r>
    </w:p>
    <w:p w14:paraId="1909E531" w14:textId="77777777" w:rsidR="00E608F3" w:rsidRDefault="00E608F3" w:rsidP="00692ED8">
      <w:r>
        <w:t>My strongest capability may be influencing through relationships rather than authority. Listening, building trust and connecting technical, regulatory and organisational perspectives have enabled me to create alignment across teams where I held no formal authority. I increasingly judge this strength by whether it enables others to contribute effectively rather than making my involvement indispensable.</w:t>
      </w:r>
    </w:p>
    <w:p w14:paraId="41A23166" w14:textId="4D135028" w:rsidR="00B201CC" w:rsidRPr="00B201CC" w:rsidRDefault="00B201CC" w:rsidP="00B201CC">
      <w:pPr>
        <w:pStyle w:val="Heading2"/>
      </w:pPr>
      <w:bookmarkStart w:id="17" w:name="_Toc236144783"/>
      <w:r w:rsidRPr="00B201CC">
        <w:t>Development Areas</w:t>
      </w:r>
      <w:bookmarkEnd w:id="17"/>
    </w:p>
    <w:bookmarkEnd w:id="12"/>
    <w:p w14:paraId="6553F59C" w14:textId="77777777" w:rsidR="00365405" w:rsidRDefault="00365405" w:rsidP="00692ED8">
      <w:r>
        <w:t>My principal development area arises from one of my established strengths. Technical expertise and decisiveness have contributed significantly to my professional success, but under pressure my instinct can still be to step in, provide the answer and take greater control. While this may resolve an immediate problem efficiently, repeated intervention can restrict opportunities for others to exercise judgement, build confidence and develop capability.</w:t>
      </w:r>
    </w:p>
    <w:p w14:paraId="61024493" w14:textId="1E891C26" w:rsidR="00365405" w:rsidRDefault="00365405" w:rsidP="00692ED8">
      <w:r>
        <w:t>The challenge is not to suppress expertise or become reluctant to intervene, but to recognise when intervention is genuinely</w:t>
      </w:r>
      <w:r w:rsidR="00003D79">
        <w:t xml:space="preserve"> necessary</w:t>
      </w:r>
      <w:r>
        <w:t xml:space="preserve"> </w:t>
      </w:r>
      <w:sdt>
        <w:sdtPr>
          <w:id w:val="1931390942"/>
          <w:citation/>
        </w:sdtPr>
        <w:sdtContent>
          <w:r w:rsidR="00B82E13">
            <w:fldChar w:fldCharType="begin"/>
          </w:r>
          <w:r w:rsidR="00B44A21">
            <w:instrText xml:space="preserve">CITATION Hei09 \l 2057 </w:instrText>
          </w:r>
          <w:r w:rsidR="00B82E13">
            <w:fldChar w:fldCharType="separate"/>
          </w:r>
          <w:r w:rsidR="000C6A4C">
            <w:rPr>
              <w:noProof/>
            </w:rPr>
            <w:t>(Heifetz, et al., 2009)</w:t>
          </w:r>
          <w:r w:rsidR="00B82E13">
            <w:fldChar w:fldCharType="end"/>
          </w:r>
        </w:sdtContent>
      </w:sdt>
      <w:r w:rsidR="00B82E13">
        <w:t xml:space="preserve">. </w:t>
      </w:r>
      <w:r>
        <w:t xml:space="preserve">I need to distinguish situations where risk, urgency or accountability require direction from those where stepping in reflects my own preference for certainty or pace. This requires greater tolerance of approaches that differ </w:t>
      </w:r>
      <w:r>
        <w:lastRenderedPageBreak/>
        <w:t>from mine and acceptance that developing capability may sometimes be less efficient in the short term.</w:t>
      </w:r>
    </w:p>
    <w:p w14:paraId="71629A7C" w14:textId="2A2A63A6" w:rsidR="00421990" w:rsidRDefault="00365405" w:rsidP="00421990">
      <w:r>
        <w:t xml:space="preserve">A further priority is seeking challenge to my own judgement. Seniority and professional credibility may make others less likely to question my perspective, particularly when I express it confidently. </w:t>
      </w:r>
      <w:r w:rsidR="00A3417D">
        <w:t xml:space="preserve">I </w:t>
      </w:r>
      <w:r w:rsidR="00A3417D" w:rsidRPr="00A3417D">
        <w:t>therefore need to create opportunities for constructive challenge rather than assume silence represents agreement. This requires psychological safety, where people feel able to question established views, acknowledge uncertainty and contribute without fear of interpersonal consequences</w:t>
      </w:r>
      <w:sdt>
        <w:sdtPr>
          <w:id w:val="745085362"/>
          <w:citation/>
        </w:sdtPr>
        <w:sdtContent>
          <w:r w:rsidR="00D56D81">
            <w:fldChar w:fldCharType="begin"/>
          </w:r>
          <w:r w:rsidR="00D56D81">
            <w:instrText xml:space="preserve"> CITATION Edm99 \l 2057 </w:instrText>
          </w:r>
          <w:r w:rsidR="00D56D81">
            <w:fldChar w:fldCharType="separate"/>
          </w:r>
          <w:r w:rsidR="000C6A4C">
            <w:rPr>
              <w:noProof/>
            </w:rPr>
            <w:t xml:space="preserve"> (Edmondson, 1999)</w:t>
          </w:r>
          <w:r w:rsidR="00D56D81">
            <w:fldChar w:fldCharType="end"/>
          </w:r>
        </w:sdtContent>
      </w:sdt>
      <w:r w:rsidR="00A3417D" w:rsidRPr="00A3417D">
        <w:t>.</w:t>
      </w:r>
    </w:p>
    <w:p w14:paraId="71953841" w14:textId="77777777" w:rsidR="00421990" w:rsidRDefault="00421990">
      <w:pPr>
        <w:spacing w:before="0" w:beforeAutospacing="0" w:after="200" w:afterAutospacing="0" w:line="276" w:lineRule="auto"/>
        <w:rPr>
          <w:rFonts w:eastAsiaTheme="majorEastAsia"/>
          <w:b/>
          <w:bCs/>
        </w:rPr>
      </w:pPr>
      <w:r>
        <w:br w:type="page"/>
      </w:r>
    </w:p>
    <w:p w14:paraId="766D1B6B" w14:textId="508DF8F9" w:rsidR="002059F1" w:rsidRDefault="002059F1" w:rsidP="00421990">
      <w:pPr>
        <w:pStyle w:val="Heading1"/>
        <w:rPr>
          <w:rFonts w:ascii="Times New Roman" w:hAnsi="Times New Roman" w:cs="Times New Roman"/>
        </w:rPr>
      </w:pPr>
      <w:bookmarkStart w:id="18" w:name="_Toc236144784"/>
      <w:r>
        <w:lastRenderedPageBreak/>
        <w:t>Leadership Philosophy and Future Practice</w:t>
      </w:r>
      <w:bookmarkEnd w:id="18"/>
    </w:p>
    <w:p w14:paraId="52C1C2B8" w14:textId="146EFF91" w:rsidR="002059F1" w:rsidRDefault="002059F1" w:rsidP="002059F1">
      <w:pPr>
        <w:pStyle w:val="Heading2"/>
      </w:pPr>
      <w:bookmarkStart w:id="19" w:name="_Toc236144785"/>
      <w:r>
        <w:t>Leadership Philosophy</w:t>
      </w:r>
      <w:bookmarkEnd w:id="19"/>
    </w:p>
    <w:p w14:paraId="6950025E" w14:textId="7A9C1E19" w:rsidR="00B618C7" w:rsidRDefault="00B618C7" w:rsidP="00692ED8">
      <w:r>
        <w:t>The most significant outcome of this reflective journey has been recognising that effective leadership is not defined by a particular style, but by the judgement to understand what people, circumstances and outcomes require</w:t>
      </w:r>
      <w:sdt>
        <w:sdtPr>
          <w:id w:val="-891423777"/>
          <w:citation/>
        </w:sdtPr>
        <w:sdtContent>
          <w:r w:rsidR="00B82E13">
            <w:fldChar w:fldCharType="begin"/>
          </w:r>
          <w:r w:rsidR="00B82E13">
            <w:instrText xml:space="preserve"> CITATION Alv19 \l 2057 </w:instrText>
          </w:r>
          <w:r w:rsidR="00B82E13">
            <w:fldChar w:fldCharType="separate"/>
          </w:r>
          <w:r w:rsidR="000C6A4C">
            <w:rPr>
              <w:noProof/>
            </w:rPr>
            <w:t xml:space="preserve"> (Alvesson, 2019)</w:t>
          </w:r>
          <w:r w:rsidR="00B82E13">
            <w:fldChar w:fldCharType="end"/>
          </w:r>
        </w:sdtContent>
      </w:sdt>
      <w:r w:rsidR="00B82E13">
        <w:t>.</w:t>
      </w:r>
      <w:r>
        <w:t xml:space="preserve"> The module has not fundamentally changed my values; rather, it has made me more conscious of how I apply them. Integrity, accountability and technical excellence remain important, but their leadership value depends upon how effectively they support the contribution and development of others.</w:t>
      </w:r>
    </w:p>
    <w:p w14:paraId="3D77BEF8" w14:textId="77777777" w:rsidR="00B618C7" w:rsidRDefault="00B618C7" w:rsidP="00692ED8">
      <w:r>
        <w:t>What has challenged me most is recognising that behaviours responsible for much of my professional success can also constrain my effectiveness when applied without regard to context. Expertise and decisiveness remain strengths, but reflection has clarified that their value lies in knowing when to use them directly and when to create space for others to exercise their own judgement.</w:t>
      </w:r>
    </w:p>
    <w:p w14:paraId="35E5FC5F" w14:textId="7D8F1774" w:rsidR="00B618C7" w:rsidRDefault="00B618C7" w:rsidP="00692ED8">
      <w:r>
        <w:t>My leadership philosophy is therefore increasingly centred on enabling capability rather than demonstrating individual expertise</w:t>
      </w:r>
      <w:sdt>
        <w:sdtPr>
          <w:id w:val="-1429113912"/>
          <w:citation/>
        </w:sdtPr>
        <w:sdtContent>
          <w:r w:rsidR="00B82E13">
            <w:fldChar w:fldCharType="begin"/>
          </w:r>
          <w:r w:rsidR="005B1710">
            <w:instrText xml:space="preserve">CITATION Anc07 \l 2057 </w:instrText>
          </w:r>
          <w:r w:rsidR="00B82E13">
            <w:fldChar w:fldCharType="separate"/>
          </w:r>
          <w:r w:rsidR="000C6A4C">
            <w:rPr>
              <w:noProof/>
            </w:rPr>
            <w:t xml:space="preserve"> (Ancona, et al., 2007)</w:t>
          </w:r>
          <w:r w:rsidR="00B82E13">
            <w:fldChar w:fldCharType="end"/>
          </w:r>
        </w:sdtContent>
      </w:sdt>
      <w:r w:rsidR="00B82E13">
        <w:t>.</w:t>
      </w:r>
      <w:r>
        <w:t xml:space="preserve"> I want to provide clarity where it is needed, create challenge where it is valuable and establish sufficient trust for others to take meaningful ownership. Ultimately, I judge leadership not only by what is achieved, but by what remains afterwards: stronger capability, greater confidence and people better equipped to lead without depending upon my continued involvement.</w:t>
      </w:r>
    </w:p>
    <w:p w14:paraId="555EF8C7" w14:textId="3A8BD8BA" w:rsidR="002059F1" w:rsidRDefault="002059F1" w:rsidP="002059F1">
      <w:pPr>
        <w:pStyle w:val="Heading2"/>
      </w:pPr>
      <w:bookmarkStart w:id="20" w:name="_Toc236144786"/>
      <w:r>
        <w:lastRenderedPageBreak/>
        <w:t>Future Leadership Practice</w:t>
      </w:r>
      <w:bookmarkEnd w:id="20"/>
    </w:p>
    <w:p w14:paraId="48C6A1A4" w14:textId="63D8D61C" w:rsidR="00CB7AE6" w:rsidRDefault="00CB7AE6" w:rsidP="00692ED8">
      <w:r>
        <w:t>Looking ahead, I intend to make reflection a deliberate part of how I lead rather than something undertaken primarily after significant experiences</w:t>
      </w:r>
      <w:sdt>
        <w:sdtPr>
          <w:id w:val="1149175569"/>
          <w:citation/>
        </w:sdtPr>
        <w:sdtContent>
          <w:r w:rsidR="00B82E13">
            <w:fldChar w:fldCharType="begin"/>
          </w:r>
          <w:r w:rsidR="00B82E13">
            <w:instrText xml:space="preserve"> CITATION Sch83 \l 2057 </w:instrText>
          </w:r>
          <w:r w:rsidR="00B82E13">
            <w:fldChar w:fldCharType="separate"/>
          </w:r>
          <w:r w:rsidR="000C6A4C">
            <w:rPr>
              <w:noProof/>
            </w:rPr>
            <w:t xml:space="preserve"> (Schön, 1983)</w:t>
          </w:r>
          <w:r w:rsidR="00B82E13">
            <w:fldChar w:fldCharType="end"/>
          </w:r>
        </w:sdtContent>
      </w:sdt>
      <w:r w:rsidR="00B82E13">
        <w:t>.</w:t>
      </w:r>
      <w:r>
        <w:t xml:space="preserve"> I will question whether intervention is required by risk, urgency or accountability, or whether I am stepping in because providing the answer feels faster or more familiar. I also intend to seek challenge more actively, particularly from people whose expertise or perspective differs from my own, treating disagreement as an opportunity to test my judgement rather than something to resolve quickly.</w:t>
      </w:r>
    </w:p>
    <w:p w14:paraId="0733E553" w14:textId="3A7D8E80" w:rsidR="00CB7AE6" w:rsidRDefault="00CB7AE6" w:rsidP="00692ED8">
      <w:r>
        <w:t xml:space="preserve">These behaviours will become increasingly important as artificial intelligence, advanced digital technologies and new ways of working reshape highly regulated industries. Leading in this environment will require balancing innovation with governance, ethical judgement and regulatory responsibility </w:t>
      </w:r>
      <w:sdt>
        <w:sdtPr>
          <w:id w:val="-59866087"/>
          <w:citation/>
        </w:sdtPr>
        <w:sdtContent>
          <w:r w:rsidR="00B82E13">
            <w:fldChar w:fldCharType="begin"/>
          </w:r>
          <w:r w:rsidR="00B82E13">
            <w:instrText xml:space="preserve"> CITATION Ste23 \l 2057 </w:instrText>
          </w:r>
          <w:r w:rsidR="00B82E13">
            <w:fldChar w:fldCharType="separate"/>
          </w:r>
          <w:r w:rsidR="000C6A4C">
            <w:rPr>
              <w:noProof/>
            </w:rPr>
            <w:t>(Steele &amp; Bratton, 2023)</w:t>
          </w:r>
          <w:r w:rsidR="00B82E13">
            <w:fldChar w:fldCharType="end"/>
          </w:r>
        </w:sdtContent>
      </w:sdt>
      <w:r w:rsidR="00B82E13">
        <w:t xml:space="preserve">. </w:t>
      </w:r>
      <w:r>
        <w:t>I cannot expect to possess all the expertise these challenges require; my contribution will increasingly depend upon connecting multidisciplinary knowledge, establishing appropriate boundaries and enabling others to exercise leadership within them.</w:t>
      </w:r>
    </w:p>
    <w:p w14:paraId="6CF16556" w14:textId="77777777" w:rsidR="00CB7AE6" w:rsidRDefault="00CB7AE6" w:rsidP="00692ED8">
      <w:r>
        <w:t>My development will therefore remain an iterative process of action, reflection and adjustment. I will judge progress not simply by my own effectiveness, but by whether my leadership creates greater capability around me: people increasingly able to challenge, decide and lead without requiring my intervention.</w:t>
      </w:r>
    </w:p>
    <w:p w14:paraId="6FD04932" w14:textId="77777777" w:rsidR="00421990" w:rsidRDefault="00421990">
      <w:pPr>
        <w:spacing w:before="0" w:beforeAutospacing="0" w:after="200" w:afterAutospacing="0" w:line="276" w:lineRule="auto"/>
        <w:rPr>
          <w:rFonts w:eastAsiaTheme="majorEastAsia"/>
          <w:b/>
          <w:bCs/>
        </w:rPr>
      </w:pPr>
      <w:r>
        <w:br w:type="page"/>
      </w:r>
    </w:p>
    <w:p w14:paraId="4DDF3800" w14:textId="049C009D" w:rsidR="001E2467" w:rsidRDefault="001E2467" w:rsidP="001E2467">
      <w:pPr>
        <w:pStyle w:val="Heading1"/>
        <w:rPr>
          <w:rFonts w:ascii="Times New Roman" w:hAnsi="Times New Roman" w:cs="Times New Roman"/>
        </w:rPr>
      </w:pPr>
      <w:bookmarkStart w:id="21" w:name="_Toc236144787"/>
      <w:r>
        <w:lastRenderedPageBreak/>
        <w:t>Conclusion</w:t>
      </w:r>
      <w:bookmarkEnd w:id="21"/>
    </w:p>
    <w:p w14:paraId="057D7061" w14:textId="61C71076" w:rsidR="00F44CA9" w:rsidRPr="00F44CA9" w:rsidRDefault="001E2467" w:rsidP="00F44CA9">
      <w:r>
        <w:t xml:space="preserve">This </w:t>
      </w:r>
      <w:r w:rsidR="00F44CA9" w:rsidRPr="00F44CA9">
        <w:t>portfolio has transformed a largely experience-based understanding of leadership into a more conscious and critically informed philosophy. Reflection on my practice, supported by leadership theory, has challenged the assumption that experience, expertise and accountability necessarily require the leader to remain central to decisions and solutions. Instead, I now understand effective leadership as requiring the judgement to determine when to provide direction and when to create the conditions for others to contribute, develop and lead.</w:t>
      </w:r>
    </w:p>
    <w:p w14:paraId="384CD9E8" w14:textId="77777777" w:rsidR="00F44CA9" w:rsidRPr="00F44CA9" w:rsidRDefault="00F44CA9" w:rsidP="00F44CA9">
      <w:r w:rsidRPr="00F44CA9">
        <w:t xml:space="preserve">The most important change is therefore not a rejection of the leadership approach developed throughout my career, but greater awareness of its strengths, limitations and appropriate application. I remain committed to integrity, accountability and professional credibility, while becoming more deliberate about creating trust, challenge and shared ownership. My continuing measure of leadership success will be both the outcomes achieved and the capability that </w:t>
      </w:r>
      <w:proofErr w:type="gramStart"/>
      <w:r w:rsidRPr="00F44CA9">
        <w:t>remains:</w:t>
      </w:r>
      <w:proofErr w:type="gramEnd"/>
      <w:r w:rsidRPr="00F44CA9">
        <w:t xml:space="preserve"> whether people and teams are stronger, more confident and better able to lead because of my contribution.</w:t>
      </w:r>
    </w:p>
    <w:p w14:paraId="05E79A69" w14:textId="77507A9C" w:rsidR="00A17C21" w:rsidRDefault="00A17C21" w:rsidP="00F44CA9">
      <w:pPr>
        <w:rPr>
          <w:rFonts w:eastAsiaTheme="majorEastAsia"/>
          <w:b/>
          <w:bCs/>
        </w:rPr>
      </w:pPr>
      <w:r>
        <w:rPr>
          <w:rFonts w:eastAsiaTheme="majorEastAsia"/>
          <w:b/>
          <w:bCs/>
        </w:rPr>
        <w:br w:type="page"/>
      </w:r>
    </w:p>
    <w:bookmarkStart w:id="22" w:name="_Toc236144788" w:displacedByCustomXml="next"/>
    <w:sdt>
      <w:sdtPr>
        <w:rPr>
          <w:rFonts w:eastAsia="Times New Roman"/>
          <w:b w:val="0"/>
          <w:bCs w:val="0"/>
        </w:rPr>
        <w:id w:val="783162466"/>
        <w:docPartObj>
          <w:docPartGallery w:val="Bibliographies"/>
          <w:docPartUnique/>
        </w:docPartObj>
      </w:sdtPr>
      <w:sdtContent>
        <w:p w14:paraId="6AFC1F21" w14:textId="024B21AB" w:rsidR="003E22E2" w:rsidRDefault="003E22E2">
          <w:pPr>
            <w:pStyle w:val="Heading1"/>
          </w:pPr>
          <w:r>
            <w:t>References</w:t>
          </w:r>
          <w:bookmarkEnd w:id="22"/>
        </w:p>
        <w:sdt>
          <w:sdtPr>
            <w:rPr>
              <w:i w:val="0"/>
              <w:iCs w:val="0"/>
              <w:noProof w:val="0"/>
            </w:rPr>
            <w:id w:val="-573587230"/>
            <w:bibliography/>
          </w:sdtPr>
          <w:sdtContent>
            <w:p w14:paraId="209173E6" w14:textId="77777777" w:rsidR="000C6A4C" w:rsidRDefault="003E22E2" w:rsidP="000C6A4C">
              <w:pPr>
                <w:pStyle w:val="Bibliography"/>
                <w:rPr>
                  <w:sz w:val="24"/>
                  <w:szCs w:val="24"/>
                </w:rPr>
              </w:pPr>
              <w:r>
                <w:rPr>
                  <w:noProof w:val="0"/>
                </w:rPr>
                <w:fldChar w:fldCharType="begin"/>
              </w:r>
              <w:r>
                <w:instrText xml:space="preserve"> BIBLIOGRAPHY </w:instrText>
              </w:r>
              <w:r>
                <w:rPr>
                  <w:noProof w:val="0"/>
                </w:rPr>
                <w:fldChar w:fldCharType="separate"/>
              </w:r>
              <w:r w:rsidR="000C6A4C">
                <w:t xml:space="preserve">Alvesson, M., 2019. Leadership: Convergence and divergence in leadership relations.. </w:t>
              </w:r>
              <w:r w:rsidR="000C6A4C">
                <w:rPr>
                  <w:i w:val="0"/>
                  <w:iCs w:val="0"/>
                </w:rPr>
                <w:t xml:space="preserve">Journal of Management Inquiry, </w:t>
              </w:r>
              <w:r w:rsidR="000C6A4C">
                <w:t>28(3), p. 319–334.</w:t>
              </w:r>
            </w:p>
            <w:p w14:paraId="0717F8C7" w14:textId="77777777" w:rsidR="000C6A4C" w:rsidRDefault="000C6A4C" w:rsidP="000C6A4C">
              <w:pPr>
                <w:pStyle w:val="Bibliography"/>
              </w:pPr>
              <w:r>
                <w:t xml:space="preserve">Ancona, D., Malone, T. W., Orikowski, W. J. &amp; Senge, P. M., 2007. In Praise of the Incomplete Leader. </w:t>
              </w:r>
              <w:r>
                <w:rPr>
                  <w:i w:val="0"/>
                  <w:iCs w:val="0"/>
                </w:rPr>
                <w:t xml:space="preserve">Harvard Business Review, </w:t>
              </w:r>
              <w:r>
                <w:t>85(2), p. 92–100.</w:t>
              </w:r>
            </w:p>
            <w:p w14:paraId="3DAFA2F0" w14:textId="77777777" w:rsidR="000C6A4C" w:rsidRDefault="000C6A4C" w:rsidP="000C6A4C">
              <w:pPr>
                <w:pStyle w:val="Bibliography"/>
              </w:pPr>
              <w:r>
                <w:t xml:space="preserve">Bäcklander, G., 2019. 'Doing complexity leadership theory: How agile coaches at Spotify practise enabling leadership. </w:t>
              </w:r>
              <w:r>
                <w:rPr>
                  <w:i w:val="0"/>
                  <w:iCs w:val="0"/>
                </w:rPr>
                <w:t xml:space="preserve">Creativity and Innovation Management, </w:t>
              </w:r>
              <w:r>
                <w:t>28(1), pp. 42-60.</w:t>
              </w:r>
            </w:p>
            <w:p w14:paraId="160AB751" w14:textId="77777777" w:rsidR="000C6A4C" w:rsidRDefault="000C6A4C" w:rsidP="000C6A4C">
              <w:pPr>
                <w:pStyle w:val="Bibliography"/>
              </w:pPr>
              <w:r>
                <w:t xml:space="preserve">Day, D. &amp; Harrison, M. M., 2007. A multilevel, identity-based approach to leadership development. </w:t>
              </w:r>
              <w:r>
                <w:rPr>
                  <w:i w:val="0"/>
                  <w:iCs w:val="0"/>
                </w:rPr>
                <w:t xml:space="preserve">Human Resource Management Review, </w:t>
              </w:r>
              <w:r>
                <w:t>17(4), pp. 360-373.</w:t>
              </w:r>
            </w:p>
            <w:p w14:paraId="34276802" w14:textId="77777777" w:rsidR="000C6A4C" w:rsidRDefault="000C6A4C" w:rsidP="000C6A4C">
              <w:pPr>
                <w:pStyle w:val="Bibliography"/>
              </w:pPr>
              <w:r>
                <w:t xml:space="preserve">De Haan, E., 2016. The leadership shadow: How to recognise and avoid derailment, hubris and overdrive. </w:t>
              </w:r>
              <w:r>
                <w:rPr>
                  <w:i w:val="0"/>
                  <w:iCs w:val="0"/>
                </w:rPr>
                <w:t xml:space="preserve">Leadership, </w:t>
              </w:r>
              <w:r>
                <w:t>12(1), p. 504–512.</w:t>
              </w:r>
            </w:p>
            <w:p w14:paraId="66CDD670" w14:textId="77777777" w:rsidR="000C6A4C" w:rsidRDefault="000C6A4C" w:rsidP="000C6A4C">
              <w:pPr>
                <w:pStyle w:val="Bibliography"/>
              </w:pPr>
              <w:r>
                <w:t xml:space="preserve">Denis, J. L., Langley, A. &amp; Sergi, V., 2012. Leadership in the plural. </w:t>
              </w:r>
              <w:r>
                <w:rPr>
                  <w:i w:val="0"/>
                  <w:iCs w:val="0"/>
                </w:rPr>
                <w:t xml:space="preserve">The Academy of Management Annals, </w:t>
              </w:r>
              <w:r>
                <w:t>6(1), pp. 211-283.</w:t>
              </w:r>
            </w:p>
            <w:p w14:paraId="01A86BFF" w14:textId="77777777" w:rsidR="000C6A4C" w:rsidRDefault="000C6A4C" w:rsidP="000C6A4C">
              <w:pPr>
                <w:pStyle w:val="Bibliography"/>
              </w:pPr>
              <w:r>
                <w:t xml:space="preserve">Edmondson, A., 1999. Psychological safety and learning behavior in work teams. </w:t>
              </w:r>
              <w:r>
                <w:rPr>
                  <w:i w:val="0"/>
                  <w:iCs w:val="0"/>
                </w:rPr>
                <w:t xml:space="preserve">Administrative Science Quarterly, </w:t>
              </w:r>
              <w:r>
                <w:t>44(2), p. 350–383.</w:t>
              </w:r>
            </w:p>
            <w:p w14:paraId="3543B8EE" w14:textId="77777777" w:rsidR="000C6A4C" w:rsidRDefault="000C6A4C" w:rsidP="000C6A4C">
              <w:pPr>
                <w:pStyle w:val="Bibliography"/>
              </w:pPr>
              <w:r>
                <w:t xml:space="preserve">Empson, L., 2020. Ambiguous authority and hidden hierarchy: Collective leadership in an elite professional service firm. </w:t>
              </w:r>
              <w:r>
                <w:rPr>
                  <w:i w:val="0"/>
                  <w:iCs w:val="0"/>
                </w:rPr>
                <w:t xml:space="preserve">Leadership, </w:t>
              </w:r>
              <w:r>
                <w:t>16(1), pp. 62-86.</w:t>
              </w:r>
            </w:p>
            <w:p w14:paraId="021A4B26" w14:textId="77777777" w:rsidR="000C6A4C" w:rsidRDefault="000C6A4C" w:rsidP="000C6A4C">
              <w:pPr>
                <w:pStyle w:val="Bibliography"/>
              </w:pPr>
              <w:r>
                <w:t xml:space="preserve">Heifetz, R. A., Grashow, A. &amp; Linsky, M., 2009. </w:t>
              </w:r>
              <w:r>
                <w:rPr>
                  <w:i w:val="0"/>
                  <w:iCs w:val="0"/>
                </w:rPr>
                <w:t xml:space="preserve">The Practice of Adaptive Leadership: Tools and Tactics for Changing Your Organization and the World. </w:t>
              </w:r>
              <w:r>
                <w:t>1 ed. Boston, MA: Harvard Business Press.</w:t>
              </w:r>
            </w:p>
            <w:p w14:paraId="45C190C3" w14:textId="77777777" w:rsidR="000C6A4C" w:rsidRDefault="000C6A4C" w:rsidP="000C6A4C">
              <w:pPr>
                <w:pStyle w:val="Bibliography"/>
              </w:pPr>
              <w:r>
                <w:t xml:space="preserve">Raelin, J., 2016. Imagine there are no leaders: Reframing leadership as collaborative agency. </w:t>
              </w:r>
              <w:r>
                <w:rPr>
                  <w:i w:val="0"/>
                  <w:iCs w:val="0"/>
                </w:rPr>
                <w:t xml:space="preserve">Leadership, </w:t>
              </w:r>
              <w:r>
                <w:t>12(1), p. 131–158.</w:t>
              </w:r>
            </w:p>
            <w:p w14:paraId="2DDB6185" w14:textId="77777777" w:rsidR="000C6A4C" w:rsidRDefault="000C6A4C" w:rsidP="000C6A4C">
              <w:pPr>
                <w:pStyle w:val="Bibliography"/>
              </w:pPr>
              <w:r>
                <w:t xml:space="preserve">Salovaara, P. &amp; Bathurst, R., 2018. Power-with leadership practices: An unfinished business. </w:t>
              </w:r>
              <w:r>
                <w:rPr>
                  <w:i w:val="0"/>
                  <w:iCs w:val="0"/>
                </w:rPr>
                <w:t xml:space="preserve">Leadership., </w:t>
              </w:r>
              <w:r>
                <w:t>14(2), pp. 179-202.</w:t>
              </w:r>
            </w:p>
            <w:p w14:paraId="543907DA" w14:textId="77777777" w:rsidR="000C6A4C" w:rsidRDefault="000C6A4C" w:rsidP="000C6A4C">
              <w:pPr>
                <w:pStyle w:val="Bibliography"/>
              </w:pPr>
              <w:r>
                <w:t xml:space="preserve">Schön, D., 1983. </w:t>
              </w:r>
              <w:r>
                <w:rPr>
                  <w:i w:val="0"/>
                  <w:iCs w:val="0"/>
                </w:rPr>
                <w:t xml:space="preserve">The Reflective Practitioner: How Professionals Think in Action. </w:t>
              </w:r>
              <w:r>
                <w:t>1 ed. New York: Basic Books.</w:t>
              </w:r>
            </w:p>
            <w:p w14:paraId="2AEF1C8D" w14:textId="77777777" w:rsidR="000C6A4C" w:rsidRDefault="000C6A4C" w:rsidP="000C6A4C">
              <w:pPr>
                <w:pStyle w:val="Bibliography"/>
              </w:pPr>
              <w:r>
                <w:t xml:space="preserve">Steele, L. &amp; Bratton, J., 2023. Organizational Leadership. In: J. Bratton, ed. </w:t>
              </w:r>
              <w:r>
                <w:rPr>
                  <w:i w:val="0"/>
                  <w:iCs w:val="0"/>
                </w:rPr>
                <w:t xml:space="preserve">Artificial intelligence and leadership. </w:t>
              </w:r>
              <w:r>
                <w:t>2 ed. London: Sage Publications Ltd., pp. 292-311.</w:t>
              </w:r>
            </w:p>
            <w:p w14:paraId="32270558" w14:textId="77777777" w:rsidR="000C6A4C" w:rsidRDefault="000C6A4C" w:rsidP="000C6A4C">
              <w:pPr>
                <w:pStyle w:val="Bibliography"/>
              </w:pPr>
              <w:r>
                <w:t xml:space="preserve">Uhl-Bien, M., Marion, R. &amp; McKelvey, B., 2007. Complexity Leadership Theory: Shifting leadership from the industrial age to the knowledge era. </w:t>
              </w:r>
              <w:r>
                <w:rPr>
                  <w:i w:val="0"/>
                  <w:iCs w:val="0"/>
                </w:rPr>
                <w:t xml:space="preserve">The Leadership Quarterly, </w:t>
              </w:r>
              <w:r>
                <w:t>18(4), pp. 298-318.</w:t>
              </w:r>
            </w:p>
            <w:p w14:paraId="1E04DCAF" w14:textId="77777777" w:rsidR="000C6A4C" w:rsidRDefault="000C6A4C" w:rsidP="000C6A4C">
              <w:pPr>
                <w:pStyle w:val="Bibliography"/>
              </w:pPr>
              <w:r>
                <w:t xml:space="preserve">Yukl, G. &amp; Mahsud, R., 2010. ‘Why flexible and adaptive leadership is essential. </w:t>
              </w:r>
              <w:r>
                <w:rPr>
                  <w:i w:val="0"/>
                  <w:iCs w:val="0"/>
                </w:rPr>
                <w:t xml:space="preserve">Consulting Psychology Journal: Practice and Research, </w:t>
              </w:r>
              <w:r>
                <w:t>62(2), pp. 81-93.</w:t>
              </w:r>
            </w:p>
            <w:p w14:paraId="654322D5" w14:textId="29CB9620" w:rsidR="003E22E2" w:rsidRDefault="003E22E2" w:rsidP="000C6A4C">
              <w:r>
                <w:rPr>
                  <w:b/>
                  <w:bCs/>
                  <w:noProof/>
                </w:rPr>
                <w:fldChar w:fldCharType="end"/>
              </w:r>
            </w:p>
          </w:sdtContent>
        </w:sdt>
      </w:sdtContent>
    </w:sdt>
    <w:sectPr w:rsidR="003E22E2" w:rsidSect="007065B2">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57502" w14:textId="77777777" w:rsidR="003E6B48" w:rsidRDefault="003E6B48" w:rsidP="00FB6471">
      <w:r>
        <w:separator/>
      </w:r>
    </w:p>
  </w:endnote>
  <w:endnote w:type="continuationSeparator" w:id="0">
    <w:p w14:paraId="3AC9CC80" w14:textId="77777777" w:rsidR="003E6B48" w:rsidRDefault="003E6B48" w:rsidP="00FB6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EFE3" w14:textId="14E7A8CD" w:rsidR="00225D66" w:rsidRDefault="00225D66">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7EC58" w14:textId="77777777" w:rsidR="003E6B48" w:rsidRDefault="003E6B48" w:rsidP="00FB6471">
      <w:r>
        <w:separator/>
      </w:r>
    </w:p>
  </w:footnote>
  <w:footnote w:type="continuationSeparator" w:id="0">
    <w:p w14:paraId="043399D6" w14:textId="77777777" w:rsidR="003E6B48" w:rsidRDefault="003E6B48" w:rsidP="00FB6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2DFC" w14:textId="77777777" w:rsidR="00B42669" w:rsidRPr="00606969" w:rsidRDefault="00B42669" w:rsidP="00AC5E82">
    <w:pPr>
      <w:pStyle w:val="Header"/>
      <w:spacing w:before="120" w:beforeAutospacing="0" w:after="120" w:afterAutospacing="0" w:line="240" w:lineRule="auto"/>
    </w:pPr>
    <w:r w:rsidRPr="00606969">
      <w:t>Simon Gillis</w:t>
    </w:r>
  </w:p>
  <w:p w14:paraId="2E360F1D" w14:textId="65B7976F" w:rsidR="00B42669" w:rsidRDefault="00B42669" w:rsidP="00AC5E82">
    <w:pPr>
      <w:pStyle w:val="Header"/>
      <w:spacing w:before="120" w:beforeAutospacing="0" w:after="120" w:afterAutospacing="0" w:line="240" w:lineRule="auto"/>
    </w:pPr>
    <w:r w:rsidRPr="00606969">
      <w:t>MBA Artificial Intelligence – SG70</w:t>
    </w:r>
    <w:r w:rsidR="00225D66">
      <w:t xml:space="preserve">14 </w:t>
    </w:r>
    <w:r w:rsidR="00225D66" w:rsidRPr="00225D66">
      <w:t>Leadership in Practice</w:t>
    </w:r>
  </w:p>
  <w:p w14:paraId="5EBB9786" w14:textId="5EAB0333" w:rsidR="00B42669" w:rsidRDefault="009D7419" w:rsidP="00AC5E82">
    <w:pPr>
      <w:pStyle w:val="Header"/>
      <w:pBdr>
        <w:bottom w:val="single" w:sz="6" w:space="1" w:color="auto"/>
      </w:pBdr>
      <w:spacing w:before="120" w:beforeAutospacing="0" w:after="120" w:afterAutospacing="0" w:line="240" w:lineRule="auto"/>
    </w:pPr>
    <w:r>
      <w:t xml:space="preserve">Final </w:t>
    </w:r>
    <w:r w:rsidR="00B42669" w:rsidRPr="00606969">
      <w:t xml:space="preserve">Assignment  - </w:t>
    </w:r>
    <w:r w:rsidR="00225D66" w:rsidRPr="00225D66">
      <w:t>Leadership Reflection 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A8B1848"/>
    <w:multiLevelType w:val="multilevel"/>
    <w:tmpl w:val="6CD0D5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DCB6E04"/>
    <w:multiLevelType w:val="hybridMultilevel"/>
    <w:tmpl w:val="3B6CFBEA"/>
    <w:lvl w:ilvl="0" w:tplc="0D1C6A0E">
      <w:start w:val="1"/>
      <w:numFmt w:val="decimal"/>
      <w:pStyle w:val="AppendixL1"/>
      <w:lvlText w:val="Appendi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1F11ED"/>
    <w:multiLevelType w:val="hybridMultilevel"/>
    <w:tmpl w:val="E8824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F27498"/>
    <w:multiLevelType w:val="hybridMultilevel"/>
    <w:tmpl w:val="9992F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C387C"/>
    <w:multiLevelType w:val="multilevel"/>
    <w:tmpl w:val="39FC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683020">
    <w:abstractNumId w:val="8"/>
  </w:num>
  <w:num w:numId="2" w16cid:durableId="597296199">
    <w:abstractNumId w:val="6"/>
  </w:num>
  <w:num w:numId="3" w16cid:durableId="433743468">
    <w:abstractNumId w:val="5"/>
  </w:num>
  <w:num w:numId="4" w16cid:durableId="2139445335">
    <w:abstractNumId w:val="4"/>
  </w:num>
  <w:num w:numId="5" w16cid:durableId="1875462920">
    <w:abstractNumId w:val="7"/>
  </w:num>
  <w:num w:numId="6" w16cid:durableId="68698689">
    <w:abstractNumId w:val="3"/>
  </w:num>
  <w:num w:numId="7" w16cid:durableId="586420871">
    <w:abstractNumId w:val="2"/>
  </w:num>
  <w:num w:numId="8" w16cid:durableId="1565484319">
    <w:abstractNumId w:val="1"/>
  </w:num>
  <w:num w:numId="9" w16cid:durableId="819073537">
    <w:abstractNumId w:val="0"/>
  </w:num>
  <w:num w:numId="10" w16cid:durableId="292834820">
    <w:abstractNumId w:val="12"/>
  </w:num>
  <w:num w:numId="11" w16cid:durableId="559288564">
    <w:abstractNumId w:val="9"/>
  </w:num>
  <w:num w:numId="12" w16cid:durableId="864832777">
    <w:abstractNumId w:val="9"/>
  </w:num>
  <w:num w:numId="13" w16cid:durableId="1017926834">
    <w:abstractNumId w:val="13"/>
  </w:num>
  <w:num w:numId="14" w16cid:durableId="726413692">
    <w:abstractNumId w:val="10"/>
  </w:num>
  <w:num w:numId="15" w16cid:durableId="1952468611">
    <w:abstractNumId w:val="11"/>
  </w:num>
  <w:num w:numId="16" w16cid:durableId="6458226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D79"/>
    <w:rsid w:val="00016963"/>
    <w:rsid w:val="00023C69"/>
    <w:rsid w:val="00034616"/>
    <w:rsid w:val="000370B6"/>
    <w:rsid w:val="000503CF"/>
    <w:rsid w:val="00050CE9"/>
    <w:rsid w:val="00055E50"/>
    <w:rsid w:val="00057F9B"/>
    <w:rsid w:val="0006063C"/>
    <w:rsid w:val="00067F0E"/>
    <w:rsid w:val="00072ACE"/>
    <w:rsid w:val="00073767"/>
    <w:rsid w:val="00076165"/>
    <w:rsid w:val="00081B24"/>
    <w:rsid w:val="00082B4E"/>
    <w:rsid w:val="00087D15"/>
    <w:rsid w:val="00093811"/>
    <w:rsid w:val="000A38A2"/>
    <w:rsid w:val="000A6FF0"/>
    <w:rsid w:val="000B1EFC"/>
    <w:rsid w:val="000B303A"/>
    <w:rsid w:val="000B456D"/>
    <w:rsid w:val="000C34A9"/>
    <w:rsid w:val="000C3C07"/>
    <w:rsid w:val="000C5414"/>
    <w:rsid w:val="000C5C44"/>
    <w:rsid w:val="000C6A4C"/>
    <w:rsid w:val="000C6F79"/>
    <w:rsid w:val="000D48A2"/>
    <w:rsid w:val="000D64D1"/>
    <w:rsid w:val="000D7480"/>
    <w:rsid w:val="000E11A4"/>
    <w:rsid w:val="000E187A"/>
    <w:rsid w:val="000E1D0C"/>
    <w:rsid w:val="000E2398"/>
    <w:rsid w:val="000E59EC"/>
    <w:rsid w:val="000E7284"/>
    <w:rsid w:val="000F06B9"/>
    <w:rsid w:val="000F2CF9"/>
    <w:rsid w:val="00100DBC"/>
    <w:rsid w:val="00103CCD"/>
    <w:rsid w:val="001042B5"/>
    <w:rsid w:val="0010639E"/>
    <w:rsid w:val="00106FE8"/>
    <w:rsid w:val="001117E4"/>
    <w:rsid w:val="001128E7"/>
    <w:rsid w:val="001137B4"/>
    <w:rsid w:val="00114859"/>
    <w:rsid w:val="00117073"/>
    <w:rsid w:val="001174A9"/>
    <w:rsid w:val="00117899"/>
    <w:rsid w:val="00120FF1"/>
    <w:rsid w:val="00122C9B"/>
    <w:rsid w:val="00125112"/>
    <w:rsid w:val="00126D1E"/>
    <w:rsid w:val="001346BA"/>
    <w:rsid w:val="001378EC"/>
    <w:rsid w:val="00142943"/>
    <w:rsid w:val="001433B5"/>
    <w:rsid w:val="001443F4"/>
    <w:rsid w:val="00147669"/>
    <w:rsid w:val="00147CEA"/>
    <w:rsid w:val="0015074B"/>
    <w:rsid w:val="00155F08"/>
    <w:rsid w:val="00156970"/>
    <w:rsid w:val="0016475B"/>
    <w:rsid w:val="0016560C"/>
    <w:rsid w:val="00165D9E"/>
    <w:rsid w:val="00167E80"/>
    <w:rsid w:val="00170FBD"/>
    <w:rsid w:val="001722FB"/>
    <w:rsid w:val="001745B1"/>
    <w:rsid w:val="0018072C"/>
    <w:rsid w:val="0018441B"/>
    <w:rsid w:val="00187950"/>
    <w:rsid w:val="00197C15"/>
    <w:rsid w:val="001A34AB"/>
    <w:rsid w:val="001A34F5"/>
    <w:rsid w:val="001B38C2"/>
    <w:rsid w:val="001B5609"/>
    <w:rsid w:val="001B5BF9"/>
    <w:rsid w:val="001B77F6"/>
    <w:rsid w:val="001B7C3C"/>
    <w:rsid w:val="001D0F1E"/>
    <w:rsid w:val="001D4D2D"/>
    <w:rsid w:val="001D7C0A"/>
    <w:rsid w:val="001E2467"/>
    <w:rsid w:val="001F1D6B"/>
    <w:rsid w:val="001F4AF4"/>
    <w:rsid w:val="001F57F1"/>
    <w:rsid w:val="001F5D19"/>
    <w:rsid w:val="001F76A2"/>
    <w:rsid w:val="002059F1"/>
    <w:rsid w:val="0021129E"/>
    <w:rsid w:val="00214F60"/>
    <w:rsid w:val="00220A0C"/>
    <w:rsid w:val="00220F27"/>
    <w:rsid w:val="002211D7"/>
    <w:rsid w:val="00221342"/>
    <w:rsid w:val="00224664"/>
    <w:rsid w:val="00225D66"/>
    <w:rsid w:val="002301E9"/>
    <w:rsid w:val="00230D4A"/>
    <w:rsid w:val="002338E0"/>
    <w:rsid w:val="00234B8A"/>
    <w:rsid w:val="00235925"/>
    <w:rsid w:val="00236C4A"/>
    <w:rsid w:val="00243E72"/>
    <w:rsid w:val="0025799C"/>
    <w:rsid w:val="002606E2"/>
    <w:rsid w:val="0026661C"/>
    <w:rsid w:val="00275499"/>
    <w:rsid w:val="00276C44"/>
    <w:rsid w:val="00277D11"/>
    <w:rsid w:val="002831EA"/>
    <w:rsid w:val="00285DF5"/>
    <w:rsid w:val="00292DC6"/>
    <w:rsid w:val="0029639D"/>
    <w:rsid w:val="002972B6"/>
    <w:rsid w:val="002A0A86"/>
    <w:rsid w:val="002A14D7"/>
    <w:rsid w:val="002A3AEB"/>
    <w:rsid w:val="002A58D6"/>
    <w:rsid w:val="002A7DC9"/>
    <w:rsid w:val="002C1103"/>
    <w:rsid w:val="002C2D60"/>
    <w:rsid w:val="002C4E9C"/>
    <w:rsid w:val="002D4129"/>
    <w:rsid w:val="002D4FF3"/>
    <w:rsid w:val="002D5AEB"/>
    <w:rsid w:val="002D7DCA"/>
    <w:rsid w:val="002E0A35"/>
    <w:rsid w:val="002E2628"/>
    <w:rsid w:val="002F24C1"/>
    <w:rsid w:val="002F5BD0"/>
    <w:rsid w:val="003038B6"/>
    <w:rsid w:val="00304956"/>
    <w:rsid w:val="00324444"/>
    <w:rsid w:val="00326F90"/>
    <w:rsid w:val="00327760"/>
    <w:rsid w:val="00337F42"/>
    <w:rsid w:val="00355328"/>
    <w:rsid w:val="0035589F"/>
    <w:rsid w:val="0036254A"/>
    <w:rsid w:val="00362E3F"/>
    <w:rsid w:val="00365405"/>
    <w:rsid w:val="003727DB"/>
    <w:rsid w:val="003766F2"/>
    <w:rsid w:val="0037727A"/>
    <w:rsid w:val="003813D9"/>
    <w:rsid w:val="00383492"/>
    <w:rsid w:val="00384F4F"/>
    <w:rsid w:val="00392B07"/>
    <w:rsid w:val="003A6DAF"/>
    <w:rsid w:val="003A772D"/>
    <w:rsid w:val="003B53E4"/>
    <w:rsid w:val="003C33CB"/>
    <w:rsid w:val="003C3BB9"/>
    <w:rsid w:val="003C605F"/>
    <w:rsid w:val="003D4642"/>
    <w:rsid w:val="003D464C"/>
    <w:rsid w:val="003D5AA3"/>
    <w:rsid w:val="003D6E68"/>
    <w:rsid w:val="003D7FB1"/>
    <w:rsid w:val="003E027E"/>
    <w:rsid w:val="003E22E2"/>
    <w:rsid w:val="003E261E"/>
    <w:rsid w:val="003E6B48"/>
    <w:rsid w:val="003E73B7"/>
    <w:rsid w:val="003F10CA"/>
    <w:rsid w:val="003F3027"/>
    <w:rsid w:val="003F52E0"/>
    <w:rsid w:val="003F7F0D"/>
    <w:rsid w:val="00401741"/>
    <w:rsid w:val="00403435"/>
    <w:rsid w:val="0041300A"/>
    <w:rsid w:val="00413BD5"/>
    <w:rsid w:val="00421990"/>
    <w:rsid w:val="004233C6"/>
    <w:rsid w:val="0042449E"/>
    <w:rsid w:val="004326B7"/>
    <w:rsid w:val="004331BF"/>
    <w:rsid w:val="0043349C"/>
    <w:rsid w:val="00434A98"/>
    <w:rsid w:val="00436BCB"/>
    <w:rsid w:val="0043745B"/>
    <w:rsid w:val="00444BE8"/>
    <w:rsid w:val="00447EEA"/>
    <w:rsid w:val="00450437"/>
    <w:rsid w:val="004522A8"/>
    <w:rsid w:val="00454300"/>
    <w:rsid w:val="0045709E"/>
    <w:rsid w:val="004579BB"/>
    <w:rsid w:val="00464E3B"/>
    <w:rsid w:val="004667B2"/>
    <w:rsid w:val="0046697A"/>
    <w:rsid w:val="004713E1"/>
    <w:rsid w:val="004757DC"/>
    <w:rsid w:val="00476F2E"/>
    <w:rsid w:val="00484206"/>
    <w:rsid w:val="004849DD"/>
    <w:rsid w:val="0049342E"/>
    <w:rsid w:val="00494BB0"/>
    <w:rsid w:val="00496398"/>
    <w:rsid w:val="00496D31"/>
    <w:rsid w:val="004A01C8"/>
    <w:rsid w:val="004A3620"/>
    <w:rsid w:val="004A3782"/>
    <w:rsid w:val="004A5AEF"/>
    <w:rsid w:val="004A7E43"/>
    <w:rsid w:val="004B4CFD"/>
    <w:rsid w:val="004B5A74"/>
    <w:rsid w:val="004B5D0B"/>
    <w:rsid w:val="004C1030"/>
    <w:rsid w:val="004C1469"/>
    <w:rsid w:val="004C7697"/>
    <w:rsid w:val="004D6AD6"/>
    <w:rsid w:val="004E296A"/>
    <w:rsid w:val="004F132A"/>
    <w:rsid w:val="004F1B5C"/>
    <w:rsid w:val="004F508E"/>
    <w:rsid w:val="00500B7B"/>
    <w:rsid w:val="00500FD2"/>
    <w:rsid w:val="005019C4"/>
    <w:rsid w:val="00503FCF"/>
    <w:rsid w:val="0050469D"/>
    <w:rsid w:val="00505190"/>
    <w:rsid w:val="00507508"/>
    <w:rsid w:val="00510D01"/>
    <w:rsid w:val="00512124"/>
    <w:rsid w:val="0051232D"/>
    <w:rsid w:val="005256D1"/>
    <w:rsid w:val="00525880"/>
    <w:rsid w:val="005414C5"/>
    <w:rsid w:val="00541DB9"/>
    <w:rsid w:val="00542BD5"/>
    <w:rsid w:val="00547134"/>
    <w:rsid w:val="00560F9A"/>
    <w:rsid w:val="005624E9"/>
    <w:rsid w:val="005635E7"/>
    <w:rsid w:val="0056497F"/>
    <w:rsid w:val="00565835"/>
    <w:rsid w:val="005702E9"/>
    <w:rsid w:val="005708E8"/>
    <w:rsid w:val="00577310"/>
    <w:rsid w:val="00581299"/>
    <w:rsid w:val="00581AA4"/>
    <w:rsid w:val="00581C77"/>
    <w:rsid w:val="005930F1"/>
    <w:rsid w:val="005946B3"/>
    <w:rsid w:val="00596E3E"/>
    <w:rsid w:val="005A4B4B"/>
    <w:rsid w:val="005A6FB3"/>
    <w:rsid w:val="005B1710"/>
    <w:rsid w:val="005B730A"/>
    <w:rsid w:val="005C11E6"/>
    <w:rsid w:val="005C43E4"/>
    <w:rsid w:val="005C4EA0"/>
    <w:rsid w:val="005C68ED"/>
    <w:rsid w:val="005C7C3A"/>
    <w:rsid w:val="005D0430"/>
    <w:rsid w:val="005D0B29"/>
    <w:rsid w:val="005D3B33"/>
    <w:rsid w:val="005E3854"/>
    <w:rsid w:val="005E448E"/>
    <w:rsid w:val="005F57D3"/>
    <w:rsid w:val="00606969"/>
    <w:rsid w:val="00614D6D"/>
    <w:rsid w:val="00622369"/>
    <w:rsid w:val="00622FAD"/>
    <w:rsid w:val="00625373"/>
    <w:rsid w:val="006257CA"/>
    <w:rsid w:val="0062694A"/>
    <w:rsid w:val="00626A3E"/>
    <w:rsid w:val="006279C9"/>
    <w:rsid w:val="0063091A"/>
    <w:rsid w:val="006337BD"/>
    <w:rsid w:val="0063466B"/>
    <w:rsid w:val="00634793"/>
    <w:rsid w:val="00634F84"/>
    <w:rsid w:val="0063686A"/>
    <w:rsid w:val="00640382"/>
    <w:rsid w:val="00643396"/>
    <w:rsid w:val="00646524"/>
    <w:rsid w:val="00650BC3"/>
    <w:rsid w:val="0065226E"/>
    <w:rsid w:val="0065267E"/>
    <w:rsid w:val="00653672"/>
    <w:rsid w:val="00654AE9"/>
    <w:rsid w:val="00661A02"/>
    <w:rsid w:val="00662C71"/>
    <w:rsid w:val="0066754F"/>
    <w:rsid w:val="006677A4"/>
    <w:rsid w:val="0067099D"/>
    <w:rsid w:val="00676D5B"/>
    <w:rsid w:val="006829B5"/>
    <w:rsid w:val="0068330B"/>
    <w:rsid w:val="00683419"/>
    <w:rsid w:val="00686AAA"/>
    <w:rsid w:val="00692ED8"/>
    <w:rsid w:val="006A045C"/>
    <w:rsid w:val="006A295D"/>
    <w:rsid w:val="006A63B1"/>
    <w:rsid w:val="006B282D"/>
    <w:rsid w:val="006B4C72"/>
    <w:rsid w:val="006B7D7A"/>
    <w:rsid w:val="006C386E"/>
    <w:rsid w:val="006D0A16"/>
    <w:rsid w:val="006D2BEF"/>
    <w:rsid w:val="006D3DF2"/>
    <w:rsid w:val="006D5271"/>
    <w:rsid w:val="006D56B8"/>
    <w:rsid w:val="006D6624"/>
    <w:rsid w:val="006E016A"/>
    <w:rsid w:val="006E38B2"/>
    <w:rsid w:val="006E3AB1"/>
    <w:rsid w:val="006E3FA5"/>
    <w:rsid w:val="006E52E9"/>
    <w:rsid w:val="00703CEF"/>
    <w:rsid w:val="007065B2"/>
    <w:rsid w:val="00716F7E"/>
    <w:rsid w:val="00722520"/>
    <w:rsid w:val="007257CD"/>
    <w:rsid w:val="00726A64"/>
    <w:rsid w:val="00731338"/>
    <w:rsid w:val="0073611F"/>
    <w:rsid w:val="00736169"/>
    <w:rsid w:val="00736841"/>
    <w:rsid w:val="00743894"/>
    <w:rsid w:val="00743D46"/>
    <w:rsid w:val="007458AD"/>
    <w:rsid w:val="007505DA"/>
    <w:rsid w:val="00753E1B"/>
    <w:rsid w:val="007542C1"/>
    <w:rsid w:val="00754705"/>
    <w:rsid w:val="0075761D"/>
    <w:rsid w:val="007627F4"/>
    <w:rsid w:val="00764BD9"/>
    <w:rsid w:val="00766800"/>
    <w:rsid w:val="00767D67"/>
    <w:rsid w:val="00771BCB"/>
    <w:rsid w:val="00772787"/>
    <w:rsid w:val="00773501"/>
    <w:rsid w:val="007801F9"/>
    <w:rsid w:val="00783200"/>
    <w:rsid w:val="00786E5E"/>
    <w:rsid w:val="0078748A"/>
    <w:rsid w:val="007A09D9"/>
    <w:rsid w:val="007C2099"/>
    <w:rsid w:val="007C4422"/>
    <w:rsid w:val="007D6AF0"/>
    <w:rsid w:val="007E2F25"/>
    <w:rsid w:val="007E503B"/>
    <w:rsid w:val="007F57DF"/>
    <w:rsid w:val="007F6B1A"/>
    <w:rsid w:val="00800927"/>
    <w:rsid w:val="008012FE"/>
    <w:rsid w:val="00801461"/>
    <w:rsid w:val="00804243"/>
    <w:rsid w:val="00807231"/>
    <w:rsid w:val="008175FB"/>
    <w:rsid w:val="00821BD2"/>
    <w:rsid w:val="0082250B"/>
    <w:rsid w:val="008230CD"/>
    <w:rsid w:val="00823AFD"/>
    <w:rsid w:val="00832652"/>
    <w:rsid w:val="00836932"/>
    <w:rsid w:val="00836CCE"/>
    <w:rsid w:val="0085332C"/>
    <w:rsid w:val="00855BA9"/>
    <w:rsid w:val="0085796C"/>
    <w:rsid w:val="0086391F"/>
    <w:rsid w:val="00865B41"/>
    <w:rsid w:val="00867BF8"/>
    <w:rsid w:val="00870FF6"/>
    <w:rsid w:val="0087414C"/>
    <w:rsid w:val="0088073F"/>
    <w:rsid w:val="00880FB1"/>
    <w:rsid w:val="00881E43"/>
    <w:rsid w:val="0088209B"/>
    <w:rsid w:val="008843E6"/>
    <w:rsid w:val="00886506"/>
    <w:rsid w:val="00895D89"/>
    <w:rsid w:val="008966F2"/>
    <w:rsid w:val="008A0E0D"/>
    <w:rsid w:val="008A303E"/>
    <w:rsid w:val="008A331F"/>
    <w:rsid w:val="008A58B2"/>
    <w:rsid w:val="008A6EF7"/>
    <w:rsid w:val="008C564C"/>
    <w:rsid w:val="008C5859"/>
    <w:rsid w:val="008C5927"/>
    <w:rsid w:val="008D3D6C"/>
    <w:rsid w:val="008E0DCC"/>
    <w:rsid w:val="008E36EA"/>
    <w:rsid w:val="008E5F11"/>
    <w:rsid w:val="008E5F59"/>
    <w:rsid w:val="008E7021"/>
    <w:rsid w:val="00901F62"/>
    <w:rsid w:val="00902251"/>
    <w:rsid w:val="00905C36"/>
    <w:rsid w:val="0091606E"/>
    <w:rsid w:val="0092391E"/>
    <w:rsid w:val="00924D00"/>
    <w:rsid w:val="00924FD0"/>
    <w:rsid w:val="0092726E"/>
    <w:rsid w:val="0093096C"/>
    <w:rsid w:val="00931F25"/>
    <w:rsid w:val="0093525F"/>
    <w:rsid w:val="009368EB"/>
    <w:rsid w:val="009376B8"/>
    <w:rsid w:val="009427E8"/>
    <w:rsid w:val="00947397"/>
    <w:rsid w:val="0095039A"/>
    <w:rsid w:val="00951526"/>
    <w:rsid w:val="0095347A"/>
    <w:rsid w:val="0095670E"/>
    <w:rsid w:val="009569BA"/>
    <w:rsid w:val="009611AE"/>
    <w:rsid w:val="009621B1"/>
    <w:rsid w:val="009650FA"/>
    <w:rsid w:val="00970ABC"/>
    <w:rsid w:val="00974261"/>
    <w:rsid w:val="00974FD8"/>
    <w:rsid w:val="00977012"/>
    <w:rsid w:val="00982C87"/>
    <w:rsid w:val="00982E26"/>
    <w:rsid w:val="00991C0E"/>
    <w:rsid w:val="009927A7"/>
    <w:rsid w:val="00996590"/>
    <w:rsid w:val="009A1077"/>
    <w:rsid w:val="009A2B12"/>
    <w:rsid w:val="009A6481"/>
    <w:rsid w:val="009B06AE"/>
    <w:rsid w:val="009B2115"/>
    <w:rsid w:val="009B6A9A"/>
    <w:rsid w:val="009B7475"/>
    <w:rsid w:val="009D7419"/>
    <w:rsid w:val="009E3BFE"/>
    <w:rsid w:val="009E4B54"/>
    <w:rsid w:val="009E69FB"/>
    <w:rsid w:val="009F114A"/>
    <w:rsid w:val="009F2D67"/>
    <w:rsid w:val="009F4D8F"/>
    <w:rsid w:val="009F52D3"/>
    <w:rsid w:val="00A04463"/>
    <w:rsid w:val="00A04C7D"/>
    <w:rsid w:val="00A0597C"/>
    <w:rsid w:val="00A06F72"/>
    <w:rsid w:val="00A14721"/>
    <w:rsid w:val="00A17C21"/>
    <w:rsid w:val="00A252B9"/>
    <w:rsid w:val="00A3417D"/>
    <w:rsid w:val="00A36331"/>
    <w:rsid w:val="00A3640B"/>
    <w:rsid w:val="00A3646A"/>
    <w:rsid w:val="00A37207"/>
    <w:rsid w:val="00A5372C"/>
    <w:rsid w:val="00A5410A"/>
    <w:rsid w:val="00A559A1"/>
    <w:rsid w:val="00A57C79"/>
    <w:rsid w:val="00A60D03"/>
    <w:rsid w:val="00A61EE6"/>
    <w:rsid w:val="00A62D81"/>
    <w:rsid w:val="00A63DF3"/>
    <w:rsid w:val="00A66136"/>
    <w:rsid w:val="00A7152B"/>
    <w:rsid w:val="00A81A61"/>
    <w:rsid w:val="00A82295"/>
    <w:rsid w:val="00A93973"/>
    <w:rsid w:val="00A9479D"/>
    <w:rsid w:val="00A97CE0"/>
    <w:rsid w:val="00AA1D8D"/>
    <w:rsid w:val="00AA40CB"/>
    <w:rsid w:val="00AA5BA1"/>
    <w:rsid w:val="00AB131D"/>
    <w:rsid w:val="00AB3D52"/>
    <w:rsid w:val="00AB4080"/>
    <w:rsid w:val="00AB6064"/>
    <w:rsid w:val="00AB7FC2"/>
    <w:rsid w:val="00AC15BD"/>
    <w:rsid w:val="00AC3F4D"/>
    <w:rsid w:val="00AC4D07"/>
    <w:rsid w:val="00AC5E82"/>
    <w:rsid w:val="00AD41A9"/>
    <w:rsid w:val="00AD49DF"/>
    <w:rsid w:val="00AE1970"/>
    <w:rsid w:val="00AE2566"/>
    <w:rsid w:val="00AE385F"/>
    <w:rsid w:val="00AF682B"/>
    <w:rsid w:val="00B05A07"/>
    <w:rsid w:val="00B060A7"/>
    <w:rsid w:val="00B0771A"/>
    <w:rsid w:val="00B14406"/>
    <w:rsid w:val="00B201CC"/>
    <w:rsid w:val="00B202BC"/>
    <w:rsid w:val="00B23BE9"/>
    <w:rsid w:val="00B2757D"/>
    <w:rsid w:val="00B31DC6"/>
    <w:rsid w:val="00B35E89"/>
    <w:rsid w:val="00B42669"/>
    <w:rsid w:val="00B44A21"/>
    <w:rsid w:val="00B47730"/>
    <w:rsid w:val="00B50D56"/>
    <w:rsid w:val="00B5469C"/>
    <w:rsid w:val="00B55EEB"/>
    <w:rsid w:val="00B618C7"/>
    <w:rsid w:val="00B62585"/>
    <w:rsid w:val="00B64295"/>
    <w:rsid w:val="00B65A57"/>
    <w:rsid w:val="00B67456"/>
    <w:rsid w:val="00B77797"/>
    <w:rsid w:val="00B77EBE"/>
    <w:rsid w:val="00B82E13"/>
    <w:rsid w:val="00B840EF"/>
    <w:rsid w:val="00B8413B"/>
    <w:rsid w:val="00B84C81"/>
    <w:rsid w:val="00B94159"/>
    <w:rsid w:val="00B9753E"/>
    <w:rsid w:val="00BA0DAC"/>
    <w:rsid w:val="00BA7A4B"/>
    <w:rsid w:val="00BB1163"/>
    <w:rsid w:val="00BB4EC7"/>
    <w:rsid w:val="00BB7578"/>
    <w:rsid w:val="00BC1750"/>
    <w:rsid w:val="00BC1D4E"/>
    <w:rsid w:val="00BC259C"/>
    <w:rsid w:val="00BC56BA"/>
    <w:rsid w:val="00BC58D0"/>
    <w:rsid w:val="00BD4865"/>
    <w:rsid w:val="00BD717C"/>
    <w:rsid w:val="00BE2EF7"/>
    <w:rsid w:val="00BE595F"/>
    <w:rsid w:val="00C01BAE"/>
    <w:rsid w:val="00C0250E"/>
    <w:rsid w:val="00C04420"/>
    <w:rsid w:val="00C11546"/>
    <w:rsid w:val="00C21E38"/>
    <w:rsid w:val="00C26741"/>
    <w:rsid w:val="00C30525"/>
    <w:rsid w:val="00C348BA"/>
    <w:rsid w:val="00C400A7"/>
    <w:rsid w:val="00C428E6"/>
    <w:rsid w:val="00C44349"/>
    <w:rsid w:val="00C50542"/>
    <w:rsid w:val="00C5125F"/>
    <w:rsid w:val="00C54930"/>
    <w:rsid w:val="00C604E8"/>
    <w:rsid w:val="00C60DF4"/>
    <w:rsid w:val="00C636DB"/>
    <w:rsid w:val="00C725B1"/>
    <w:rsid w:val="00C74229"/>
    <w:rsid w:val="00C803DB"/>
    <w:rsid w:val="00C814FD"/>
    <w:rsid w:val="00C9013A"/>
    <w:rsid w:val="00C917A0"/>
    <w:rsid w:val="00C9370E"/>
    <w:rsid w:val="00CA0A2D"/>
    <w:rsid w:val="00CA390D"/>
    <w:rsid w:val="00CA639E"/>
    <w:rsid w:val="00CB0664"/>
    <w:rsid w:val="00CB1416"/>
    <w:rsid w:val="00CB32A6"/>
    <w:rsid w:val="00CB69E8"/>
    <w:rsid w:val="00CB7363"/>
    <w:rsid w:val="00CB74FE"/>
    <w:rsid w:val="00CB7AE6"/>
    <w:rsid w:val="00CC085F"/>
    <w:rsid w:val="00CC2165"/>
    <w:rsid w:val="00CC4019"/>
    <w:rsid w:val="00CC57BB"/>
    <w:rsid w:val="00CD7400"/>
    <w:rsid w:val="00CD7892"/>
    <w:rsid w:val="00CE4ABF"/>
    <w:rsid w:val="00CE508F"/>
    <w:rsid w:val="00CF10A4"/>
    <w:rsid w:val="00CF27B8"/>
    <w:rsid w:val="00D01816"/>
    <w:rsid w:val="00D10F96"/>
    <w:rsid w:val="00D11EB2"/>
    <w:rsid w:val="00D20493"/>
    <w:rsid w:val="00D315E0"/>
    <w:rsid w:val="00D328FD"/>
    <w:rsid w:val="00D33EFB"/>
    <w:rsid w:val="00D34DA9"/>
    <w:rsid w:val="00D4198F"/>
    <w:rsid w:val="00D41FA3"/>
    <w:rsid w:val="00D454DC"/>
    <w:rsid w:val="00D45C1B"/>
    <w:rsid w:val="00D45C4A"/>
    <w:rsid w:val="00D47233"/>
    <w:rsid w:val="00D54A60"/>
    <w:rsid w:val="00D56D57"/>
    <w:rsid w:val="00D56D81"/>
    <w:rsid w:val="00D650A0"/>
    <w:rsid w:val="00D76164"/>
    <w:rsid w:val="00D81201"/>
    <w:rsid w:val="00D82EC6"/>
    <w:rsid w:val="00D9072F"/>
    <w:rsid w:val="00D91BE6"/>
    <w:rsid w:val="00D961D8"/>
    <w:rsid w:val="00D976D7"/>
    <w:rsid w:val="00DA148B"/>
    <w:rsid w:val="00DA39A6"/>
    <w:rsid w:val="00DB34B9"/>
    <w:rsid w:val="00DB5691"/>
    <w:rsid w:val="00DC30B4"/>
    <w:rsid w:val="00DC42DD"/>
    <w:rsid w:val="00DD05A5"/>
    <w:rsid w:val="00DD32BD"/>
    <w:rsid w:val="00DD47D2"/>
    <w:rsid w:val="00DD48CD"/>
    <w:rsid w:val="00DE1EDF"/>
    <w:rsid w:val="00DE4C4C"/>
    <w:rsid w:val="00DE7105"/>
    <w:rsid w:val="00E04256"/>
    <w:rsid w:val="00E05F5D"/>
    <w:rsid w:val="00E10524"/>
    <w:rsid w:val="00E10E91"/>
    <w:rsid w:val="00E305E7"/>
    <w:rsid w:val="00E30D9A"/>
    <w:rsid w:val="00E3164D"/>
    <w:rsid w:val="00E405F4"/>
    <w:rsid w:val="00E40D24"/>
    <w:rsid w:val="00E4261C"/>
    <w:rsid w:val="00E43B36"/>
    <w:rsid w:val="00E43DB7"/>
    <w:rsid w:val="00E608F3"/>
    <w:rsid w:val="00E62EFA"/>
    <w:rsid w:val="00E73B60"/>
    <w:rsid w:val="00E749CD"/>
    <w:rsid w:val="00E75660"/>
    <w:rsid w:val="00E76B3C"/>
    <w:rsid w:val="00E81B0A"/>
    <w:rsid w:val="00E90B33"/>
    <w:rsid w:val="00E935FA"/>
    <w:rsid w:val="00EA0E5A"/>
    <w:rsid w:val="00EA636D"/>
    <w:rsid w:val="00EA7A50"/>
    <w:rsid w:val="00EA7BD7"/>
    <w:rsid w:val="00EB5A46"/>
    <w:rsid w:val="00EB5AD2"/>
    <w:rsid w:val="00EB66C7"/>
    <w:rsid w:val="00EC11C8"/>
    <w:rsid w:val="00EC63E7"/>
    <w:rsid w:val="00EC6416"/>
    <w:rsid w:val="00ED2F01"/>
    <w:rsid w:val="00ED38F0"/>
    <w:rsid w:val="00EE0615"/>
    <w:rsid w:val="00EE5866"/>
    <w:rsid w:val="00EF0A4C"/>
    <w:rsid w:val="00EF1CC4"/>
    <w:rsid w:val="00EF5E56"/>
    <w:rsid w:val="00EF62C7"/>
    <w:rsid w:val="00F05544"/>
    <w:rsid w:val="00F07EEB"/>
    <w:rsid w:val="00F14022"/>
    <w:rsid w:val="00F14F9F"/>
    <w:rsid w:val="00F21962"/>
    <w:rsid w:val="00F24148"/>
    <w:rsid w:val="00F243FB"/>
    <w:rsid w:val="00F246FE"/>
    <w:rsid w:val="00F33CAF"/>
    <w:rsid w:val="00F35A1C"/>
    <w:rsid w:val="00F35FFC"/>
    <w:rsid w:val="00F43562"/>
    <w:rsid w:val="00F44CA9"/>
    <w:rsid w:val="00F55212"/>
    <w:rsid w:val="00F57BFB"/>
    <w:rsid w:val="00F57DFE"/>
    <w:rsid w:val="00F64DEF"/>
    <w:rsid w:val="00F72A54"/>
    <w:rsid w:val="00F8004B"/>
    <w:rsid w:val="00F8030E"/>
    <w:rsid w:val="00F83976"/>
    <w:rsid w:val="00F931EB"/>
    <w:rsid w:val="00FA0D6E"/>
    <w:rsid w:val="00FA56BD"/>
    <w:rsid w:val="00FB609D"/>
    <w:rsid w:val="00FB6471"/>
    <w:rsid w:val="00FB7DCE"/>
    <w:rsid w:val="00FC0ED7"/>
    <w:rsid w:val="00FC1C68"/>
    <w:rsid w:val="00FC693F"/>
    <w:rsid w:val="00FC6AB2"/>
    <w:rsid w:val="00FC75D5"/>
    <w:rsid w:val="00FE2846"/>
    <w:rsid w:val="00FE72CC"/>
    <w:rsid w:val="00FF1534"/>
    <w:rsid w:val="00FF26ED"/>
    <w:rsid w:val="00FF74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88A843"/>
  <w14:defaultImageDpi w14:val="330"/>
  <w15:docId w15:val="{A1D82A92-0B5C-485C-887C-D24A5188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9DF"/>
    <w:pPr>
      <w:spacing w:before="100" w:beforeAutospacing="1" w:after="100" w:afterAutospacing="1" w:line="480" w:lineRule="auto"/>
    </w:pPr>
    <w:rPr>
      <w:rFonts w:asciiTheme="majorHAnsi" w:eastAsia="Times New Roman" w:hAnsiTheme="majorHAnsi" w:cstheme="majorHAnsi"/>
      <w:lang w:val="en-GB" w:eastAsia="en-GB"/>
    </w:rPr>
  </w:style>
  <w:style w:type="paragraph" w:styleId="Heading1">
    <w:name w:val="heading 1"/>
    <w:basedOn w:val="Normal"/>
    <w:next w:val="Normal"/>
    <w:link w:val="Heading1Char"/>
    <w:uiPriority w:val="9"/>
    <w:qFormat/>
    <w:rsid w:val="006E38B2"/>
    <w:pPr>
      <w:keepNext/>
      <w:keepLines/>
      <w:numPr>
        <w:numId w:val="11"/>
      </w:numPr>
      <w:ind w:left="431" w:hanging="431"/>
      <w:outlineLvl w:val="0"/>
    </w:pPr>
    <w:rPr>
      <w:rFonts w:eastAsiaTheme="majorEastAsia"/>
      <w:b/>
      <w:bCs/>
    </w:rPr>
  </w:style>
  <w:style w:type="paragraph" w:styleId="Heading2">
    <w:name w:val="heading 2"/>
    <w:basedOn w:val="Normal"/>
    <w:next w:val="Normal"/>
    <w:link w:val="Heading2Char"/>
    <w:uiPriority w:val="9"/>
    <w:unhideWhenUsed/>
    <w:qFormat/>
    <w:rsid w:val="001F1D6B"/>
    <w:pPr>
      <w:keepNext/>
      <w:keepLines/>
      <w:numPr>
        <w:ilvl w:val="1"/>
        <w:numId w:val="11"/>
      </w:numPr>
      <w:spacing w:before="120" w:beforeAutospacing="0" w:after="120" w:afterAutospacing="0"/>
      <w:outlineLvl w:val="1"/>
    </w:pPr>
    <w:rPr>
      <w:rFonts w:eastAsiaTheme="majorEastAsia" w:cstheme="majorBidi"/>
      <w:b/>
      <w:bCs/>
    </w:rPr>
  </w:style>
  <w:style w:type="paragraph" w:styleId="Heading3">
    <w:name w:val="heading 3"/>
    <w:basedOn w:val="Normal"/>
    <w:next w:val="Normal"/>
    <w:link w:val="Heading3Char"/>
    <w:uiPriority w:val="9"/>
    <w:unhideWhenUsed/>
    <w:qFormat/>
    <w:rsid w:val="000F06B9"/>
    <w:pPr>
      <w:keepNext/>
      <w:keepLines/>
      <w:numPr>
        <w:ilvl w:val="2"/>
        <w:numId w:val="11"/>
      </w:numPr>
      <w:spacing w:before="200" w:after="0"/>
      <w:outlineLvl w:val="2"/>
    </w:pPr>
    <w:rPr>
      <w:rFonts w:eastAsiaTheme="majorEastAsia"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FC693F"/>
    <w:pPr>
      <w:keepNext/>
      <w:keepLines/>
      <w:numPr>
        <w:ilvl w:val="3"/>
        <w:numId w:val="11"/>
      </w:numPr>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1"/>
      </w:numPr>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1"/>
      </w:numPr>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1"/>
      </w:numPr>
      <w:spacing w:before="200" w:after="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1"/>
      </w:numPr>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6E38B2"/>
    <w:rPr>
      <w:rFonts w:asciiTheme="majorHAnsi" w:eastAsiaTheme="majorEastAsia" w:hAnsiTheme="majorHAnsi" w:cstheme="majorHAnsi"/>
      <w:b/>
      <w:bCs/>
      <w:lang w:val="en-GB" w:eastAsia="en-GB"/>
    </w:rPr>
  </w:style>
  <w:style w:type="character" w:customStyle="1" w:styleId="Heading2Char">
    <w:name w:val="Heading 2 Char"/>
    <w:basedOn w:val="DefaultParagraphFont"/>
    <w:link w:val="Heading2"/>
    <w:uiPriority w:val="9"/>
    <w:rsid w:val="001F1D6B"/>
    <w:rPr>
      <w:rFonts w:asciiTheme="majorHAnsi" w:eastAsiaTheme="majorEastAsia" w:hAnsiTheme="majorHAnsi" w:cstheme="majorBidi"/>
      <w:b/>
      <w:bCs/>
      <w:lang w:val="en-GB" w:eastAsia="en-GB"/>
    </w:rPr>
  </w:style>
  <w:style w:type="character" w:customStyle="1" w:styleId="Heading3Char">
    <w:name w:val="Heading 3 Char"/>
    <w:basedOn w:val="DefaultParagraphFont"/>
    <w:link w:val="Heading3"/>
    <w:uiPriority w:val="9"/>
    <w:rsid w:val="000F06B9"/>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6E3FA5"/>
    <w:pPr>
      <w:numPr>
        <w:numId w:val="0"/>
      </w:num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2">
    <w:name w:val="toc 2"/>
    <w:basedOn w:val="Normal"/>
    <w:next w:val="Normal"/>
    <w:autoRedefine/>
    <w:uiPriority w:val="39"/>
    <w:unhideWhenUsed/>
    <w:rsid w:val="00AD49DF"/>
    <w:pPr>
      <w:spacing w:before="0" w:beforeAutospacing="0" w:after="0" w:afterAutospacing="0" w:line="240" w:lineRule="auto"/>
      <w:ind w:left="221"/>
    </w:pPr>
  </w:style>
  <w:style w:type="paragraph" w:styleId="TOC1">
    <w:name w:val="toc 1"/>
    <w:basedOn w:val="Normal"/>
    <w:next w:val="Normal"/>
    <w:autoRedefine/>
    <w:uiPriority w:val="39"/>
    <w:unhideWhenUsed/>
    <w:rsid w:val="00634793"/>
    <w:pPr>
      <w:tabs>
        <w:tab w:val="left" w:pos="567"/>
        <w:tab w:val="right" w:leader="dot" w:pos="8630"/>
      </w:tabs>
      <w:spacing w:before="0" w:beforeAutospacing="0" w:after="0" w:afterAutospacing="0"/>
    </w:pPr>
  </w:style>
  <w:style w:type="character" w:styleId="Hyperlink">
    <w:name w:val="Hyperlink"/>
    <w:basedOn w:val="DefaultParagraphFont"/>
    <w:uiPriority w:val="99"/>
    <w:unhideWhenUsed/>
    <w:rsid w:val="006D5271"/>
    <w:rPr>
      <w:rFonts w:eastAsiaTheme="majorEastAsia"/>
      <w:noProof/>
      <w:color w:val="0000FF" w:themeColor="hyperlink"/>
      <w:u w:val="single"/>
    </w:rPr>
  </w:style>
  <w:style w:type="paragraph" w:styleId="NormalWeb">
    <w:name w:val="Normal (Web)"/>
    <w:basedOn w:val="Normal"/>
    <w:uiPriority w:val="99"/>
    <w:unhideWhenUsed/>
    <w:rsid w:val="000F06B9"/>
    <w:rPr>
      <w:rFonts w:ascii="Times New Roman" w:hAnsi="Times New Roman" w:cs="Times New Roman"/>
      <w:sz w:val="24"/>
      <w:szCs w:val="24"/>
    </w:rPr>
  </w:style>
  <w:style w:type="paragraph" w:styleId="TOC3">
    <w:name w:val="toc 3"/>
    <w:basedOn w:val="Normal"/>
    <w:next w:val="Normal"/>
    <w:autoRedefine/>
    <w:uiPriority w:val="39"/>
    <w:unhideWhenUsed/>
    <w:rsid w:val="006D5271"/>
    <w:pPr>
      <w:spacing w:before="0" w:beforeAutospacing="0" w:after="0" w:afterAutospacing="0"/>
      <w:ind w:left="442"/>
    </w:pPr>
  </w:style>
  <w:style w:type="table" w:styleId="ListTable3-Accent3">
    <w:name w:val="List Table 3 Accent 3"/>
    <w:basedOn w:val="TableNormal"/>
    <w:uiPriority w:val="48"/>
    <w:rsid w:val="009F4D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ppendixL1">
    <w:name w:val="Appendix L1"/>
    <w:basedOn w:val="Heading1"/>
    <w:qFormat/>
    <w:rsid w:val="00B42669"/>
    <w:pPr>
      <w:numPr>
        <w:numId w:val="14"/>
      </w:numPr>
    </w:pPr>
  </w:style>
  <w:style w:type="paragraph" w:styleId="Bibliography">
    <w:name w:val="Bibliography"/>
    <w:basedOn w:val="Normal"/>
    <w:next w:val="Normal"/>
    <w:uiPriority w:val="37"/>
    <w:unhideWhenUsed/>
    <w:rsid w:val="00AD49DF"/>
    <w:pPr>
      <w:spacing w:before="120" w:beforeAutospacing="0" w:after="120" w:afterAutospacing="0" w:line="240" w:lineRule="auto"/>
    </w:pPr>
    <w:rPr>
      <w:i/>
      <w:iCs/>
      <w:noProof/>
    </w:rPr>
  </w:style>
  <w:style w:type="paragraph" w:styleId="Revision">
    <w:name w:val="Revision"/>
    <w:hidden/>
    <w:uiPriority w:val="99"/>
    <w:semiHidden/>
    <w:rsid w:val="007801F9"/>
    <w:pPr>
      <w:spacing w:after="0" w:line="240" w:lineRule="auto"/>
    </w:pPr>
    <w:rPr>
      <w:rFonts w:asciiTheme="majorHAnsi" w:eastAsia="Times New Roman" w:hAnsiTheme="majorHAnsi" w:cstheme="majorHAnsi"/>
      <w:lang w:val="en-GB" w:eastAsia="en-GB"/>
    </w:rPr>
  </w:style>
  <w:style w:type="character" w:styleId="UnresolvedMention">
    <w:name w:val="Unresolved Mention"/>
    <w:basedOn w:val="DefaultParagraphFont"/>
    <w:uiPriority w:val="99"/>
    <w:semiHidden/>
    <w:unhideWhenUsed/>
    <w:rsid w:val="002606E2"/>
    <w:rPr>
      <w:color w:val="605E5C"/>
      <w:shd w:val="clear" w:color="auto" w:fill="E1DFDD"/>
    </w:rPr>
  </w:style>
  <w:style w:type="paragraph" w:customStyle="1" w:styleId="isselectedend">
    <w:name w:val="isselectedend"/>
    <w:basedOn w:val="Normal"/>
    <w:rsid w:val="00067F0E"/>
    <w:rPr>
      <w:rFonts w:ascii="Times New Roman" w:hAnsi="Times New Roman" w:cs="Times New Roman"/>
      <w:sz w:val="24"/>
      <w:szCs w:val="24"/>
    </w:rPr>
  </w:style>
  <w:style w:type="paragraph" w:customStyle="1" w:styleId="pdq2pgselectionanchorcontainer">
    <w:name w:val="pdq2pg_selectionanchorcontainer"/>
    <w:basedOn w:val="Normal"/>
    <w:rsid w:val="00B8413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AC5E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77">
      <w:bodyDiv w:val="1"/>
      <w:marLeft w:val="0"/>
      <w:marRight w:val="0"/>
      <w:marTop w:val="0"/>
      <w:marBottom w:val="0"/>
      <w:divBdr>
        <w:top w:val="none" w:sz="0" w:space="0" w:color="auto"/>
        <w:left w:val="none" w:sz="0" w:space="0" w:color="auto"/>
        <w:bottom w:val="none" w:sz="0" w:space="0" w:color="auto"/>
        <w:right w:val="none" w:sz="0" w:space="0" w:color="auto"/>
      </w:divBdr>
    </w:div>
    <w:div w:id="3484003">
      <w:bodyDiv w:val="1"/>
      <w:marLeft w:val="0"/>
      <w:marRight w:val="0"/>
      <w:marTop w:val="0"/>
      <w:marBottom w:val="0"/>
      <w:divBdr>
        <w:top w:val="none" w:sz="0" w:space="0" w:color="auto"/>
        <w:left w:val="none" w:sz="0" w:space="0" w:color="auto"/>
        <w:bottom w:val="none" w:sz="0" w:space="0" w:color="auto"/>
        <w:right w:val="none" w:sz="0" w:space="0" w:color="auto"/>
      </w:divBdr>
    </w:div>
    <w:div w:id="6098094">
      <w:bodyDiv w:val="1"/>
      <w:marLeft w:val="0"/>
      <w:marRight w:val="0"/>
      <w:marTop w:val="0"/>
      <w:marBottom w:val="0"/>
      <w:divBdr>
        <w:top w:val="none" w:sz="0" w:space="0" w:color="auto"/>
        <w:left w:val="none" w:sz="0" w:space="0" w:color="auto"/>
        <w:bottom w:val="none" w:sz="0" w:space="0" w:color="auto"/>
        <w:right w:val="none" w:sz="0" w:space="0" w:color="auto"/>
      </w:divBdr>
    </w:div>
    <w:div w:id="6446820">
      <w:bodyDiv w:val="1"/>
      <w:marLeft w:val="0"/>
      <w:marRight w:val="0"/>
      <w:marTop w:val="0"/>
      <w:marBottom w:val="0"/>
      <w:divBdr>
        <w:top w:val="none" w:sz="0" w:space="0" w:color="auto"/>
        <w:left w:val="none" w:sz="0" w:space="0" w:color="auto"/>
        <w:bottom w:val="none" w:sz="0" w:space="0" w:color="auto"/>
        <w:right w:val="none" w:sz="0" w:space="0" w:color="auto"/>
      </w:divBdr>
    </w:div>
    <w:div w:id="8532303">
      <w:bodyDiv w:val="1"/>
      <w:marLeft w:val="0"/>
      <w:marRight w:val="0"/>
      <w:marTop w:val="0"/>
      <w:marBottom w:val="0"/>
      <w:divBdr>
        <w:top w:val="none" w:sz="0" w:space="0" w:color="auto"/>
        <w:left w:val="none" w:sz="0" w:space="0" w:color="auto"/>
        <w:bottom w:val="none" w:sz="0" w:space="0" w:color="auto"/>
        <w:right w:val="none" w:sz="0" w:space="0" w:color="auto"/>
      </w:divBdr>
    </w:div>
    <w:div w:id="9652403">
      <w:bodyDiv w:val="1"/>
      <w:marLeft w:val="0"/>
      <w:marRight w:val="0"/>
      <w:marTop w:val="0"/>
      <w:marBottom w:val="0"/>
      <w:divBdr>
        <w:top w:val="none" w:sz="0" w:space="0" w:color="auto"/>
        <w:left w:val="none" w:sz="0" w:space="0" w:color="auto"/>
        <w:bottom w:val="none" w:sz="0" w:space="0" w:color="auto"/>
        <w:right w:val="none" w:sz="0" w:space="0" w:color="auto"/>
      </w:divBdr>
    </w:div>
    <w:div w:id="11418478">
      <w:bodyDiv w:val="1"/>
      <w:marLeft w:val="0"/>
      <w:marRight w:val="0"/>
      <w:marTop w:val="0"/>
      <w:marBottom w:val="0"/>
      <w:divBdr>
        <w:top w:val="none" w:sz="0" w:space="0" w:color="auto"/>
        <w:left w:val="none" w:sz="0" w:space="0" w:color="auto"/>
        <w:bottom w:val="none" w:sz="0" w:space="0" w:color="auto"/>
        <w:right w:val="none" w:sz="0" w:space="0" w:color="auto"/>
      </w:divBdr>
    </w:div>
    <w:div w:id="11805500">
      <w:bodyDiv w:val="1"/>
      <w:marLeft w:val="0"/>
      <w:marRight w:val="0"/>
      <w:marTop w:val="0"/>
      <w:marBottom w:val="0"/>
      <w:divBdr>
        <w:top w:val="none" w:sz="0" w:space="0" w:color="auto"/>
        <w:left w:val="none" w:sz="0" w:space="0" w:color="auto"/>
        <w:bottom w:val="none" w:sz="0" w:space="0" w:color="auto"/>
        <w:right w:val="none" w:sz="0" w:space="0" w:color="auto"/>
      </w:divBdr>
    </w:div>
    <w:div w:id="13196635">
      <w:bodyDiv w:val="1"/>
      <w:marLeft w:val="0"/>
      <w:marRight w:val="0"/>
      <w:marTop w:val="0"/>
      <w:marBottom w:val="0"/>
      <w:divBdr>
        <w:top w:val="none" w:sz="0" w:space="0" w:color="auto"/>
        <w:left w:val="none" w:sz="0" w:space="0" w:color="auto"/>
        <w:bottom w:val="none" w:sz="0" w:space="0" w:color="auto"/>
        <w:right w:val="none" w:sz="0" w:space="0" w:color="auto"/>
      </w:divBdr>
    </w:div>
    <w:div w:id="15469290">
      <w:bodyDiv w:val="1"/>
      <w:marLeft w:val="0"/>
      <w:marRight w:val="0"/>
      <w:marTop w:val="0"/>
      <w:marBottom w:val="0"/>
      <w:divBdr>
        <w:top w:val="none" w:sz="0" w:space="0" w:color="auto"/>
        <w:left w:val="none" w:sz="0" w:space="0" w:color="auto"/>
        <w:bottom w:val="none" w:sz="0" w:space="0" w:color="auto"/>
        <w:right w:val="none" w:sz="0" w:space="0" w:color="auto"/>
      </w:divBdr>
    </w:div>
    <w:div w:id="17391794">
      <w:bodyDiv w:val="1"/>
      <w:marLeft w:val="0"/>
      <w:marRight w:val="0"/>
      <w:marTop w:val="0"/>
      <w:marBottom w:val="0"/>
      <w:divBdr>
        <w:top w:val="none" w:sz="0" w:space="0" w:color="auto"/>
        <w:left w:val="none" w:sz="0" w:space="0" w:color="auto"/>
        <w:bottom w:val="none" w:sz="0" w:space="0" w:color="auto"/>
        <w:right w:val="none" w:sz="0" w:space="0" w:color="auto"/>
      </w:divBdr>
    </w:div>
    <w:div w:id="18363927">
      <w:bodyDiv w:val="1"/>
      <w:marLeft w:val="0"/>
      <w:marRight w:val="0"/>
      <w:marTop w:val="0"/>
      <w:marBottom w:val="0"/>
      <w:divBdr>
        <w:top w:val="none" w:sz="0" w:space="0" w:color="auto"/>
        <w:left w:val="none" w:sz="0" w:space="0" w:color="auto"/>
        <w:bottom w:val="none" w:sz="0" w:space="0" w:color="auto"/>
        <w:right w:val="none" w:sz="0" w:space="0" w:color="auto"/>
      </w:divBdr>
    </w:div>
    <w:div w:id="22904638">
      <w:bodyDiv w:val="1"/>
      <w:marLeft w:val="0"/>
      <w:marRight w:val="0"/>
      <w:marTop w:val="0"/>
      <w:marBottom w:val="0"/>
      <w:divBdr>
        <w:top w:val="none" w:sz="0" w:space="0" w:color="auto"/>
        <w:left w:val="none" w:sz="0" w:space="0" w:color="auto"/>
        <w:bottom w:val="none" w:sz="0" w:space="0" w:color="auto"/>
        <w:right w:val="none" w:sz="0" w:space="0" w:color="auto"/>
      </w:divBdr>
    </w:div>
    <w:div w:id="23020122">
      <w:bodyDiv w:val="1"/>
      <w:marLeft w:val="0"/>
      <w:marRight w:val="0"/>
      <w:marTop w:val="0"/>
      <w:marBottom w:val="0"/>
      <w:divBdr>
        <w:top w:val="none" w:sz="0" w:space="0" w:color="auto"/>
        <w:left w:val="none" w:sz="0" w:space="0" w:color="auto"/>
        <w:bottom w:val="none" w:sz="0" w:space="0" w:color="auto"/>
        <w:right w:val="none" w:sz="0" w:space="0" w:color="auto"/>
      </w:divBdr>
    </w:div>
    <w:div w:id="23754744">
      <w:bodyDiv w:val="1"/>
      <w:marLeft w:val="0"/>
      <w:marRight w:val="0"/>
      <w:marTop w:val="0"/>
      <w:marBottom w:val="0"/>
      <w:divBdr>
        <w:top w:val="none" w:sz="0" w:space="0" w:color="auto"/>
        <w:left w:val="none" w:sz="0" w:space="0" w:color="auto"/>
        <w:bottom w:val="none" w:sz="0" w:space="0" w:color="auto"/>
        <w:right w:val="none" w:sz="0" w:space="0" w:color="auto"/>
      </w:divBdr>
    </w:div>
    <w:div w:id="24596519">
      <w:bodyDiv w:val="1"/>
      <w:marLeft w:val="0"/>
      <w:marRight w:val="0"/>
      <w:marTop w:val="0"/>
      <w:marBottom w:val="0"/>
      <w:divBdr>
        <w:top w:val="none" w:sz="0" w:space="0" w:color="auto"/>
        <w:left w:val="none" w:sz="0" w:space="0" w:color="auto"/>
        <w:bottom w:val="none" w:sz="0" w:space="0" w:color="auto"/>
        <w:right w:val="none" w:sz="0" w:space="0" w:color="auto"/>
      </w:divBdr>
    </w:div>
    <w:div w:id="25100511">
      <w:bodyDiv w:val="1"/>
      <w:marLeft w:val="0"/>
      <w:marRight w:val="0"/>
      <w:marTop w:val="0"/>
      <w:marBottom w:val="0"/>
      <w:divBdr>
        <w:top w:val="none" w:sz="0" w:space="0" w:color="auto"/>
        <w:left w:val="none" w:sz="0" w:space="0" w:color="auto"/>
        <w:bottom w:val="none" w:sz="0" w:space="0" w:color="auto"/>
        <w:right w:val="none" w:sz="0" w:space="0" w:color="auto"/>
      </w:divBdr>
    </w:div>
    <w:div w:id="25840755">
      <w:bodyDiv w:val="1"/>
      <w:marLeft w:val="0"/>
      <w:marRight w:val="0"/>
      <w:marTop w:val="0"/>
      <w:marBottom w:val="0"/>
      <w:divBdr>
        <w:top w:val="none" w:sz="0" w:space="0" w:color="auto"/>
        <w:left w:val="none" w:sz="0" w:space="0" w:color="auto"/>
        <w:bottom w:val="none" w:sz="0" w:space="0" w:color="auto"/>
        <w:right w:val="none" w:sz="0" w:space="0" w:color="auto"/>
      </w:divBdr>
    </w:div>
    <w:div w:id="27724130">
      <w:bodyDiv w:val="1"/>
      <w:marLeft w:val="0"/>
      <w:marRight w:val="0"/>
      <w:marTop w:val="0"/>
      <w:marBottom w:val="0"/>
      <w:divBdr>
        <w:top w:val="none" w:sz="0" w:space="0" w:color="auto"/>
        <w:left w:val="none" w:sz="0" w:space="0" w:color="auto"/>
        <w:bottom w:val="none" w:sz="0" w:space="0" w:color="auto"/>
        <w:right w:val="none" w:sz="0" w:space="0" w:color="auto"/>
      </w:divBdr>
    </w:div>
    <w:div w:id="27874786">
      <w:bodyDiv w:val="1"/>
      <w:marLeft w:val="0"/>
      <w:marRight w:val="0"/>
      <w:marTop w:val="0"/>
      <w:marBottom w:val="0"/>
      <w:divBdr>
        <w:top w:val="none" w:sz="0" w:space="0" w:color="auto"/>
        <w:left w:val="none" w:sz="0" w:space="0" w:color="auto"/>
        <w:bottom w:val="none" w:sz="0" w:space="0" w:color="auto"/>
        <w:right w:val="none" w:sz="0" w:space="0" w:color="auto"/>
      </w:divBdr>
    </w:div>
    <w:div w:id="30227848">
      <w:bodyDiv w:val="1"/>
      <w:marLeft w:val="0"/>
      <w:marRight w:val="0"/>
      <w:marTop w:val="0"/>
      <w:marBottom w:val="0"/>
      <w:divBdr>
        <w:top w:val="none" w:sz="0" w:space="0" w:color="auto"/>
        <w:left w:val="none" w:sz="0" w:space="0" w:color="auto"/>
        <w:bottom w:val="none" w:sz="0" w:space="0" w:color="auto"/>
        <w:right w:val="none" w:sz="0" w:space="0" w:color="auto"/>
      </w:divBdr>
    </w:div>
    <w:div w:id="30611938">
      <w:bodyDiv w:val="1"/>
      <w:marLeft w:val="0"/>
      <w:marRight w:val="0"/>
      <w:marTop w:val="0"/>
      <w:marBottom w:val="0"/>
      <w:divBdr>
        <w:top w:val="none" w:sz="0" w:space="0" w:color="auto"/>
        <w:left w:val="none" w:sz="0" w:space="0" w:color="auto"/>
        <w:bottom w:val="none" w:sz="0" w:space="0" w:color="auto"/>
        <w:right w:val="none" w:sz="0" w:space="0" w:color="auto"/>
      </w:divBdr>
    </w:div>
    <w:div w:id="30811999">
      <w:bodyDiv w:val="1"/>
      <w:marLeft w:val="0"/>
      <w:marRight w:val="0"/>
      <w:marTop w:val="0"/>
      <w:marBottom w:val="0"/>
      <w:divBdr>
        <w:top w:val="none" w:sz="0" w:space="0" w:color="auto"/>
        <w:left w:val="none" w:sz="0" w:space="0" w:color="auto"/>
        <w:bottom w:val="none" w:sz="0" w:space="0" w:color="auto"/>
        <w:right w:val="none" w:sz="0" w:space="0" w:color="auto"/>
      </w:divBdr>
    </w:div>
    <w:div w:id="31152230">
      <w:bodyDiv w:val="1"/>
      <w:marLeft w:val="0"/>
      <w:marRight w:val="0"/>
      <w:marTop w:val="0"/>
      <w:marBottom w:val="0"/>
      <w:divBdr>
        <w:top w:val="none" w:sz="0" w:space="0" w:color="auto"/>
        <w:left w:val="none" w:sz="0" w:space="0" w:color="auto"/>
        <w:bottom w:val="none" w:sz="0" w:space="0" w:color="auto"/>
        <w:right w:val="none" w:sz="0" w:space="0" w:color="auto"/>
      </w:divBdr>
    </w:div>
    <w:div w:id="32196431">
      <w:bodyDiv w:val="1"/>
      <w:marLeft w:val="0"/>
      <w:marRight w:val="0"/>
      <w:marTop w:val="0"/>
      <w:marBottom w:val="0"/>
      <w:divBdr>
        <w:top w:val="none" w:sz="0" w:space="0" w:color="auto"/>
        <w:left w:val="none" w:sz="0" w:space="0" w:color="auto"/>
        <w:bottom w:val="none" w:sz="0" w:space="0" w:color="auto"/>
        <w:right w:val="none" w:sz="0" w:space="0" w:color="auto"/>
      </w:divBdr>
    </w:div>
    <w:div w:id="32464775">
      <w:bodyDiv w:val="1"/>
      <w:marLeft w:val="0"/>
      <w:marRight w:val="0"/>
      <w:marTop w:val="0"/>
      <w:marBottom w:val="0"/>
      <w:divBdr>
        <w:top w:val="none" w:sz="0" w:space="0" w:color="auto"/>
        <w:left w:val="none" w:sz="0" w:space="0" w:color="auto"/>
        <w:bottom w:val="none" w:sz="0" w:space="0" w:color="auto"/>
        <w:right w:val="none" w:sz="0" w:space="0" w:color="auto"/>
      </w:divBdr>
    </w:div>
    <w:div w:id="32652719">
      <w:bodyDiv w:val="1"/>
      <w:marLeft w:val="0"/>
      <w:marRight w:val="0"/>
      <w:marTop w:val="0"/>
      <w:marBottom w:val="0"/>
      <w:divBdr>
        <w:top w:val="none" w:sz="0" w:space="0" w:color="auto"/>
        <w:left w:val="none" w:sz="0" w:space="0" w:color="auto"/>
        <w:bottom w:val="none" w:sz="0" w:space="0" w:color="auto"/>
        <w:right w:val="none" w:sz="0" w:space="0" w:color="auto"/>
      </w:divBdr>
    </w:div>
    <w:div w:id="34040264">
      <w:bodyDiv w:val="1"/>
      <w:marLeft w:val="0"/>
      <w:marRight w:val="0"/>
      <w:marTop w:val="0"/>
      <w:marBottom w:val="0"/>
      <w:divBdr>
        <w:top w:val="none" w:sz="0" w:space="0" w:color="auto"/>
        <w:left w:val="none" w:sz="0" w:space="0" w:color="auto"/>
        <w:bottom w:val="none" w:sz="0" w:space="0" w:color="auto"/>
        <w:right w:val="none" w:sz="0" w:space="0" w:color="auto"/>
      </w:divBdr>
    </w:div>
    <w:div w:id="34934074">
      <w:bodyDiv w:val="1"/>
      <w:marLeft w:val="0"/>
      <w:marRight w:val="0"/>
      <w:marTop w:val="0"/>
      <w:marBottom w:val="0"/>
      <w:divBdr>
        <w:top w:val="none" w:sz="0" w:space="0" w:color="auto"/>
        <w:left w:val="none" w:sz="0" w:space="0" w:color="auto"/>
        <w:bottom w:val="none" w:sz="0" w:space="0" w:color="auto"/>
        <w:right w:val="none" w:sz="0" w:space="0" w:color="auto"/>
      </w:divBdr>
    </w:div>
    <w:div w:id="36051454">
      <w:bodyDiv w:val="1"/>
      <w:marLeft w:val="0"/>
      <w:marRight w:val="0"/>
      <w:marTop w:val="0"/>
      <w:marBottom w:val="0"/>
      <w:divBdr>
        <w:top w:val="none" w:sz="0" w:space="0" w:color="auto"/>
        <w:left w:val="none" w:sz="0" w:space="0" w:color="auto"/>
        <w:bottom w:val="none" w:sz="0" w:space="0" w:color="auto"/>
        <w:right w:val="none" w:sz="0" w:space="0" w:color="auto"/>
      </w:divBdr>
    </w:div>
    <w:div w:id="36510166">
      <w:bodyDiv w:val="1"/>
      <w:marLeft w:val="0"/>
      <w:marRight w:val="0"/>
      <w:marTop w:val="0"/>
      <w:marBottom w:val="0"/>
      <w:divBdr>
        <w:top w:val="none" w:sz="0" w:space="0" w:color="auto"/>
        <w:left w:val="none" w:sz="0" w:space="0" w:color="auto"/>
        <w:bottom w:val="none" w:sz="0" w:space="0" w:color="auto"/>
        <w:right w:val="none" w:sz="0" w:space="0" w:color="auto"/>
      </w:divBdr>
    </w:div>
    <w:div w:id="37124937">
      <w:bodyDiv w:val="1"/>
      <w:marLeft w:val="0"/>
      <w:marRight w:val="0"/>
      <w:marTop w:val="0"/>
      <w:marBottom w:val="0"/>
      <w:divBdr>
        <w:top w:val="none" w:sz="0" w:space="0" w:color="auto"/>
        <w:left w:val="none" w:sz="0" w:space="0" w:color="auto"/>
        <w:bottom w:val="none" w:sz="0" w:space="0" w:color="auto"/>
        <w:right w:val="none" w:sz="0" w:space="0" w:color="auto"/>
      </w:divBdr>
    </w:div>
    <w:div w:id="37168911">
      <w:bodyDiv w:val="1"/>
      <w:marLeft w:val="0"/>
      <w:marRight w:val="0"/>
      <w:marTop w:val="0"/>
      <w:marBottom w:val="0"/>
      <w:divBdr>
        <w:top w:val="none" w:sz="0" w:space="0" w:color="auto"/>
        <w:left w:val="none" w:sz="0" w:space="0" w:color="auto"/>
        <w:bottom w:val="none" w:sz="0" w:space="0" w:color="auto"/>
        <w:right w:val="none" w:sz="0" w:space="0" w:color="auto"/>
      </w:divBdr>
    </w:div>
    <w:div w:id="40597463">
      <w:bodyDiv w:val="1"/>
      <w:marLeft w:val="0"/>
      <w:marRight w:val="0"/>
      <w:marTop w:val="0"/>
      <w:marBottom w:val="0"/>
      <w:divBdr>
        <w:top w:val="none" w:sz="0" w:space="0" w:color="auto"/>
        <w:left w:val="none" w:sz="0" w:space="0" w:color="auto"/>
        <w:bottom w:val="none" w:sz="0" w:space="0" w:color="auto"/>
        <w:right w:val="none" w:sz="0" w:space="0" w:color="auto"/>
      </w:divBdr>
    </w:div>
    <w:div w:id="41295345">
      <w:bodyDiv w:val="1"/>
      <w:marLeft w:val="0"/>
      <w:marRight w:val="0"/>
      <w:marTop w:val="0"/>
      <w:marBottom w:val="0"/>
      <w:divBdr>
        <w:top w:val="none" w:sz="0" w:space="0" w:color="auto"/>
        <w:left w:val="none" w:sz="0" w:space="0" w:color="auto"/>
        <w:bottom w:val="none" w:sz="0" w:space="0" w:color="auto"/>
        <w:right w:val="none" w:sz="0" w:space="0" w:color="auto"/>
      </w:divBdr>
    </w:div>
    <w:div w:id="41708694">
      <w:bodyDiv w:val="1"/>
      <w:marLeft w:val="0"/>
      <w:marRight w:val="0"/>
      <w:marTop w:val="0"/>
      <w:marBottom w:val="0"/>
      <w:divBdr>
        <w:top w:val="none" w:sz="0" w:space="0" w:color="auto"/>
        <w:left w:val="none" w:sz="0" w:space="0" w:color="auto"/>
        <w:bottom w:val="none" w:sz="0" w:space="0" w:color="auto"/>
        <w:right w:val="none" w:sz="0" w:space="0" w:color="auto"/>
      </w:divBdr>
    </w:div>
    <w:div w:id="41946103">
      <w:bodyDiv w:val="1"/>
      <w:marLeft w:val="0"/>
      <w:marRight w:val="0"/>
      <w:marTop w:val="0"/>
      <w:marBottom w:val="0"/>
      <w:divBdr>
        <w:top w:val="none" w:sz="0" w:space="0" w:color="auto"/>
        <w:left w:val="none" w:sz="0" w:space="0" w:color="auto"/>
        <w:bottom w:val="none" w:sz="0" w:space="0" w:color="auto"/>
        <w:right w:val="none" w:sz="0" w:space="0" w:color="auto"/>
      </w:divBdr>
    </w:div>
    <w:div w:id="46103629">
      <w:bodyDiv w:val="1"/>
      <w:marLeft w:val="0"/>
      <w:marRight w:val="0"/>
      <w:marTop w:val="0"/>
      <w:marBottom w:val="0"/>
      <w:divBdr>
        <w:top w:val="none" w:sz="0" w:space="0" w:color="auto"/>
        <w:left w:val="none" w:sz="0" w:space="0" w:color="auto"/>
        <w:bottom w:val="none" w:sz="0" w:space="0" w:color="auto"/>
        <w:right w:val="none" w:sz="0" w:space="0" w:color="auto"/>
      </w:divBdr>
    </w:div>
    <w:div w:id="46415089">
      <w:bodyDiv w:val="1"/>
      <w:marLeft w:val="0"/>
      <w:marRight w:val="0"/>
      <w:marTop w:val="0"/>
      <w:marBottom w:val="0"/>
      <w:divBdr>
        <w:top w:val="none" w:sz="0" w:space="0" w:color="auto"/>
        <w:left w:val="none" w:sz="0" w:space="0" w:color="auto"/>
        <w:bottom w:val="none" w:sz="0" w:space="0" w:color="auto"/>
        <w:right w:val="none" w:sz="0" w:space="0" w:color="auto"/>
      </w:divBdr>
    </w:div>
    <w:div w:id="47412662">
      <w:bodyDiv w:val="1"/>
      <w:marLeft w:val="0"/>
      <w:marRight w:val="0"/>
      <w:marTop w:val="0"/>
      <w:marBottom w:val="0"/>
      <w:divBdr>
        <w:top w:val="none" w:sz="0" w:space="0" w:color="auto"/>
        <w:left w:val="none" w:sz="0" w:space="0" w:color="auto"/>
        <w:bottom w:val="none" w:sz="0" w:space="0" w:color="auto"/>
        <w:right w:val="none" w:sz="0" w:space="0" w:color="auto"/>
      </w:divBdr>
    </w:div>
    <w:div w:id="48190462">
      <w:bodyDiv w:val="1"/>
      <w:marLeft w:val="0"/>
      <w:marRight w:val="0"/>
      <w:marTop w:val="0"/>
      <w:marBottom w:val="0"/>
      <w:divBdr>
        <w:top w:val="none" w:sz="0" w:space="0" w:color="auto"/>
        <w:left w:val="none" w:sz="0" w:space="0" w:color="auto"/>
        <w:bottom w:val="none" w:sz="0" w:space="0" w:color="auto"/>
        <w:right w:val="none" w:sz="0" w:space="0" w:color="auto"/>
      </w:divBdr>
    </w:div>
    <w:div w:id="50621691">
      <w:bodyDiv w:val="1"/>
      <w:marLeft w:val="0"/>
      <w:marRight w:val="0"/>
      <w:marTop w:val="0"/>
      <w:marBottom w:val="0"/>
      <w:divBdr>
        <w:top w:val="none" w:sz="0" w:space="0" w:color="auto"/>
        <w:left w:val="none" w:sz="0" w:space="0" w:color="auto"/>
        <w:bottom w:val="none" w:sz="0" w:space="0" w:color="auto"/>
        <w:right w:val="none" w:sz="0" w:space="0" w:color="auto"/>
      </w:divBdr>
    </w:div>
    <w:div w:id="53088440">
      <w:bodyDiv w:val="1"/>
      <w:marLeft w:val="0"/>
      <w:marRight w:val="0"/>
      <w:marTop w:val="0"/>
      <w:marBottom w:val="0"/>
      <w:divBdr>
        <w:top w:val="none" w:sz="0" w:space="0" w:color="auto"/>
        <w:left w:val="none" w:sz="0" w:space="0" w:color="auto"/>
        <w:bottom w:val="none" w:sz="0" w:space="0" w:color="auto"/>
        <w:right w:val="none" w:sz="0" w:space="0" w:color="auto"/>
      </w:divBdr>
    </w:div>
    <w:div w:id="58673784">
      <w:bodyDiv w:val="1"/>
      <w:marLeft w:val="0"/>
      <w:marRight w:val="0"/>
      <w:marTop w:val="0"/>
      <w:marBottom w:val="0"/>
      <w:divBdr>
        <w:top w:val="none" w:sz="0" w:space="0" w:color="auto"/>
        <w:left w:val="none" w:sz="0" w:space="0" w:color="auto"/>
        <w:bottom w:val="none" w:sz="0" w:space="0" w:color="auto"/>
        <w:right w:val="none" w:sz="0" w:space="0" w:color="auto"/>
      </w:divBdr>
    </w:div>
    <w:div w:id="61148428">
      <w:bodyDiv w:val="1"/>
      <w:marLeft w:val="0"/>
      <w:marRight w:val="0"/>
      <w:marTop w:val="0"/>
      <w:marBottom w:val="0"/>
      <w:divBdr>
        <w:top w:val="none" w:sz="0" w:space="0" w:color="auto"/>
        <w:left w:val="none" w:sz="0" w:space="0" w:color="auto"/>
        <w:bottom w:val="none" w:sz="0" w:space="0" w:color="auto"/>
        <w:right w:val="none" w:sz="0" w:space="0" w:color="auto"/>
      </w:divBdr>
    </w:div>
    <w:div w:id="61291447">
      <w:bodyDiv w:val="1"/>
      <w:marLeft w:val="0"/>
      <w:marRight w:val="0"/>
      <w:marTop w:val="0"/>
      <w:marBottom w:val="0"/>
      <w:divBdr>
        <w:top w:val="none" w:sz="0" w:space="0" w:color="auto"/>
        <w:left w:val="none" w:sz="0" w:space="0" w:color="auto"/>
        <w:bottom w:val="none" w:sz="0" w:space="0" w:color="auto"/>
        <w:right w:val="none" w:sz="0" w:space="0" w:color="auto"/>
      </w:divBdr>
    </w:div>
    <w:div w:id="66269051">
      <w:bodyDiv w:val="1"/>
      <w:marLeft w:val="0"/>
      <w:marRight w:val="0"/>
      <w:marTop w:val="0"/>
      <w:marBottom w:val="0"/>
      <w:divBdr>
        <w:top w:val="none" w:sz="0" w:space="0" w:color="auto"/>
        <w:left w:val="none" w:sz="0" w:space="0" w:color="auto"/>
        <w:bottom w:val="none" w:sz="0" w:space="0" w:color="auto"/>
        <w:right w:val="none" w:sz="0" w:space="0" w:color="auto"/>
      </w:divBdr>
    </w:div>
    <w:div w:id="66339810">
      <w:bodyDiv w:val="1"/>
      <w:marLeft w:val="0"/>
      <w:marRight w:val="0"/>
      <w:marTop w:val="0"/>
      <w:marBottom w:val="0"/>
      <w:divBdr>
        <w:top w:val="none" w:sz="0" w:space="0" w:color="auto"/>
        <w:left w:val="none" w:sz="0" w:space="0" w:color="auto"/>
        <w:bottom w:val="none" w:sz="0" w:space="0" w:color="auto"/>
        <w:right w:val="none" w:sz="0" w:space="0" w:color="auto"/>
      </w:divBdr>
    </w:div>
    <w:div w:id="66458589">
      <w:bodyDiv w:val="1"/>
      <w:marLeft w:val="0"/>
      <w:marRight w:val="0"/>
      <w:marTop w:val="0"/>
      <w:marBottom w:val="0"/>
      <w:divBdr>
        <w:top w:val="none" w:sz="0" w:space="0" w:color="auto"/>
        <w:left w:val="none" w:sz="0" w:space="0" w:color="auto"/>
        <w:bottom w:val="none" w:sz="0" w:space="0" w:color="auto"/>
        <w:right w:val="none" w:sz="0" w:space="0" w:color="auto"/>
      </w:divBdr>
    </w:div>
    <w:div w:id="68424209">
      <w:bodyDiv w:val="1"/>
      <w:marLeft w:val="0"/>
      <w:marRight w:val="0"/>
      <w:marTop w:val="0"/>
      <w:marBottom w:val="0"/>
      <w:divBdr>
        <w:top w:val="none" w:sz="0" w:space="0" w:color="auto"/>
        <w:left w:val="none" w:sz="0" w:space="0" w:color="auto"/>
        <w:bottom w:val="none" w:sz="0" w:space="0" w:color="auto"/>
        <w:right w:val="none" w:sz="0" w:space="0" w:color="auto"/>
      </w:divBdr>
    </w:div>
    <w:div w:id="68773339">
      <w:bodyDiv w:val="1"/>
      <w:marLeft w:val="0"/>
      <w:marRight w:val="0"/>
      <w:marTop w:val="0"/>
      <w:marBottom w:val="0"/>
      <w:divBdr>
        <w:top w:val="none" w:sz="0" w:space="0" w:color="auto"/>
        <w:left w:val="none" w:sz="0" w:space="0" w:color="auto"/>
        <w:bottom w:val="none" w:sz="0" w:space="0" w:color="auto"/>
        <w:right w:val="none" w:sz="0" w:space="0" w:color="auto"/>
      </w:divBdr>
    </w:div>
    <w:div w:id="68843350">
      <w:bodyDiv w:val="1"/>
      <w:marLeft w:val="0"/>
      <w:marRight w:val="0"/>
      <w:marTop w:val="0"/>
      <w:marBottom w:val="0"/>
      <w:divBdr>
        <w:top w:val="none" w:sz="0" w:space="0" w:color="auto"/>
        <w:left w:val="none" w:sz="0" w:space="0" w:color="auto"/>
        <w:bottom w:val="none" w:sz="0" w:space="0" w:color="auto"/>
        <w:right w:val="none" w:sz="0" w:space="0" w:color="auto"/>
      </w:divBdr>
    </w:div>
    <w:div w:id="69013213">
      <w:bodyDiv w:val="1"/>
      <w:marLeft w:val="0"/>
      <w:marRight w:val="0"/>
      <w:marTop w:val="0"/>
      <w:marBottom w:val="0"/>
      <w:divBdr>
        <w:top w:val="none" w:sz="0" w:space="0" w:color="auto"/>
        <w:left w:val="none" w:sz="0" w:space="0" w:color="auto"/>
        <w:bottom w:val="none" w:sz="0" w:space="0" w:color="auto"/>
        <w:right w:val="none" w:sz="0" w:space="0" w:color="auto"/>
      </w:divBdr>
    </w:div>
    <w:div w:id="70855555">
      <w:bodyDiv w:val="1"/>
      <w:marLeft w:val="0"/>
      <w:marRight w:val="0"/>
      <w:marTop w:val="0"/>
      <w:marBottom w:val="0"/>
      <w:divBdr>
        <w:top w:val="none" w:sz="0" w:space="0" w:color="auto"/>
        <w:left w:val="none" w:sz="0" w:space="0" w:color="auto"/>
        <w:bottom w:val="none" w:sz="0" w:space="0" w:color="auto"/>
        <w:right w:val="none" w:sz="0" w:space="0" w:color="auto"/>
      </w:divBdr>
    </w:div>
    <w:div w:id="75980628">
      <w:bodyDiv w:val="1"/>
      <w:marLeft w:val="0"/>
      <w:marRight w:val="0"/>
      <w:marTop w:val="0"/>
      <w:marBottom w:val="0"/>
      <w:divBdr>
        <w:top w:val="none" w:sz="0" w:space="0" w:color="auto"/>
        <w:left w:val="none" w:sz="0" w:space="0" w:color="auto"/>
        <w:bottom w:val="none" w:sz="0" w:space="0" w:color="auto"/>
        <w:right w:val="none" w:sz="0" w:space="0" w:color="auto"/>
      </w:divBdr>
    </w:div>
    <w:div w:id="76094839">
      <w:bodyDiv w:val="1"/>
      <w:marLeft w:val="0"/>
      <w:marRight w:val="0"/>
      <w:marTop w:val="0"/>
      <w:marBottom w:val="0"/>
      <w:divBdr>
        <w:top w:val="none" w:sz="0" w:space="0" w:color="auto"/>
        <w:left w:val="none" w:sz="0" w:space="0" w:color="auto"/>
        <w:bottom w:val="none" w:sz="0" w:space="0" w:color="auto"/>
        <w:right w:val="none" w:sz="0" w:space="0" w:color="auto"/>
      </w:divBdr>
    </w:div>
    <w:div w:id="76951418">
      <w:bodyDiv w:val="1"/>
      <w:marLeft w:val="0"/>
      <w:marRight w:val="0"/>
      <w:marTop w:val="0"/>
      <w:marBottom w:val="0"/>
      <w:divBdr>
        <w:top w:val="none" w:sz="0" w:space="0" w:color="auto"/>
        <w:left w:val="none" w:sz="0" w:space="0" w:color="auto"/>
        <w:bottom w:val="none" w:sz="0" w:space="0" w:color="auto"/>
        <w:right w:val="none" w:sz="0" w:space="0" w:color="auto"/>
      </w:divBdr>
    </w:div>
    <w:div w:id="78530003">
      <w:bodyDiv w:val="1"/>
      <w:marLeft w:val="0"/>
      <w:marRight w:val="0"/>
      <w:marTop w:val="0"/>
      <w:marBottom w:val="0"/>
      <w:divBdr>
        <w:top w:val="none" w:sz="0" w:space="0" w:color="auto"/>
        <w:left w:val="none" w:sz="0" w:space="0" w:color="auto"/>
        <w:bottom w:val="none" w:sz="0" w:space="0" w:color="auto"/>
        <w:right w:val="none" w:sz="0" w:space="0" w:color="auto"/>
      </w:divBdr>
    </w:div>
    <w:div w:id="78985817">
      <w:bodyDiv w:val="1"/>
      <w:marLeft w:val="0"/>
      <w:marRight w:val="0"/>
      <w:marTop w:val="0"/>
      <w:marBottom w:val="0"/>
      <w:divBdr>
        <w:top w:val="none" w:sz="0" w:space="0" w:color="auto"/>
        <w:left w:val="none" w:sz="0" w:space="0" w:color="auto"/>
        <w:bottom w:val="none" w:sz="0" w:space="0" w:color="auto"/>
        <w:right w:val="none" w:sz="0" w:space="0" w:color="auto"/>
      </w:divBdr>
    </w:div>
    <w:div w:id="79789549">
      <w:bodyDiv w:val="1"/>
      <w:marLeft w:val="0"/>
      <w:marRight w:val="0"/>
      <w:marTop w:val="0"/>
      <w:marBottom w:val="0"/>
      <w:divBdr>
        <w:top w:val="none" w:sz="0" w:space="0" w:color="auto"/>
        <w:left w:val="none" w:sz="0" w:space="0" w:color="auto"/>
        <w:bottom w:val="none" w:sz="0" w:space="0" w:color="auto"/>
        <w:right w:val="none" w:sz="0" w:space="0" w:color="auto"/>
      </w:divBdr>
    </w:div>
    <w:div w:id="84310197">
      <w:bodyDiv w:val="1"/>
      <w:marLeft w:val="0"/>
      <w:marRight w:val="0"/>
      <w:marTop w:val="0"/>
      <w:marBottom w:val="0"/>
      <w:divBdr>
        <w:top w:val="none" w:sz="0" w:space="0" w:color="auto"/>
        <w:left w:val="none" w:sz="0" w:space="0" w:color="auto"/>
        <w:bottom w:val="none" w:sz="0" w:space="0" w:color="auto"/>
        <w:right w:val="none" w:sz="0" w:space="0" w:color="auto"/>
      </w:divBdr>
    </w:div>
    <w:div w:id="86775039">
      <w:bodyDiv w:val="1"/>
      <w:marLeft w:val="0"/>
      <w:marRight w:val="0"/>
      <w:marTop w:val="0"/>
      <w:marBottom w:val="0"/>
      <w:divBdr>
        <w:top w:val="none" w:sz="0" w:space="0" w:color="auto"/>
        <w:left w:val="none" w:sz="0" w:space="0" w:color="auto"/>
        <w:bottom w:val="none" w:sz="0" w:space="0" w:color="auto"/>
        <w:right w:val="none" w:sz="0" w:space="0" w:color="auto"/>
      </w:divBdr>
    </w:div>
    <w:div w:id="90123058">
      <w:bodyDiv w:val="1"/>
      <w:marLeft w:val="0"/>
      <w:marRight w:val="0"/>
      <w:marTop w:val="0"/>
      <w:marBottom w:val="0"/>
      <w:divBdr>
        <w:top w:val="none" w:sz="0" w:space="0" w:color="auto"/>
        <w:left w:val="none" w:sz="0" w:space="0" w:color="auto"/>
        <w:bottom w:val="none" w:sz="0" w:space="0" w:color="auto"/>
        <w:right w:val="none" w:sz="0" w:space="0" w:color="auto"/>
      </w:divBdr>
    </w:div>
    <w:div w:id="90200788">
      <w:bodyDiv w:val="1"/>
      <w:marLeft w:val="0"/>
      <w:marRight w:val="0"/>
      <w:marTop w:val="0"/>
      <w:marBottom w:val="0"/>
      <w:divBdr>
        <w:top w:val="none" w:sz="0" w:space="0" w:color="auto"/>
        <w:left w:val="none" w:sz="0" w:space="0" w:color="auto"/>
        <w:bottom w:val="none" w:sz="0" w:space="0" w:color="auto"/>
        <w:right w:val="none" w:sz="0" w:space="0" w:color="auto"/>
      </w:divBdr>
    </w:div>
    <w:div w:id="90442065">
      <w:bodyDiv w:val="1"/>
      <w:marLeft w:val="0"/>
      <w:marRight w:val="0"/>
      <w:marTop w:val="0"/>
      <w:marBottom w:val="0"/>
      <w:divBdr>
        <w:top w:val="none" w:sz="0" w:space="0" w:color="auto"/>
        <w:left w:val="none" w:sz="0" w:space="0" w:color="auto"/>
        <w:bottom w:val="none" w:sz="0" w:space="0" w:color="auto"/>
        <w:right w:val="none" w:sz="0" w:space="0" w:color="auto"/>
      </w:divBdr>
    </w:div>
    <w:div w:id="90971486">
      <w:bodyDiv w:val="1"/>
      <w:marLeft w:val="0"/>
      <w:marRight w:val="0"/>
      <w:marTop w:val="0"/>
      <w:marBottom w:val="0"/>
      <w:divBdr>
        <w:top w:val="none" w:sz="0" w:space="0" w:color="auto"/>
        <w:left w:val="none" w:sz="0" w:space="0" w:color="auto"/>
        <w:bottom w:val="none" w:sz="0" w:space="0" w:color="auto"/>
        <w:right w:val="none" w:sz="0" w:space="0" w:color="auto"/>
      </w:divBdr>
    </w:div>
    <w:div w:id="93283175">
      <w:bodyDiv w:val="1"/>
      <w:marLeft w:val="0"/>
      <w:marRight w:val="0"/>
      <w:marTop w:val="0"/>
      <w:marBottom w:val="0"/>
      <w:divBdr>
        <w:top w:val="none" w:sz="0" w:space="0" w:color="auto"/>
        <w:left w:val="none" w:sz="0" w:space="0" w:color="auto"/>
        <w:bottom w:val="none" w:sz="0" w:space="0" w:color="auto"/>
        <w:right w:val="none" w:sz="0" w:space="0" w:color="auto"/>
      </w:divBdr>
    </w:div>
    <w:div w:id="93598959">
      <w:bodyDiv w:val="1"/>
      <w:marLeft w:val="0"/>
      <w:marRight w:val="0"/>
      <w:marTop w:val="0"/>
      <w:marBottom w:val="0"/>
      <w:divBdr>
        <w:top w:val="none" w:sz="0" w:space="0" w:color="auto"/>
        <w:left w:val="none" w:sz="0" w:space="0" w:color="auto"/>
        <w:bottom w:val="none" w:sz="0" w:space="0" w:color="auto"/>
        <w:right w:val="none" w:sz="0" w:space="0" w:color="auto"/>
      </w:divBdr>
    </w:div>
    <w:div w:id="95250011">
      <w:bodyDiv w:val="1"/>
      <w:marLeft w:val="0"/>
      <w:marRight w:val="0"/>
      <w:marTop w:val="0"/>
      <w:marBottom w:val="0"/>
      <w:divBdr>
        <w:top w:val="none" w:sz="0" w:space="0" w:color="auto"/>
        <w:left w:val="none" w:sz="0" w:space="0" w:color="auto"/>
        <w:bottom w:val="none" w:sz="0" w:space="0" w:color="auto"/>
        <w:right w:val="none" w:sz="0" w:space="0" w:color="auto"/>
      </w:divBdr>
    </w:div>
    <w:div w:id="97993650">
      <w:bodyDiv w:val="1"/>
      <w:marLeft w:val="0"/>
      <w:marRight w:val="0"/>
      <w:marTop w:val="0"/>
      <w:marBottom w:val="0"/>
      <w:divBdr>
        <w:top w:val="none" w:sz="0" w:space="0" w:color="auto"/>
        <w:left w:val="none" w:sz="0" w:space="0" w:color="auto"/>
        <w:bottom w:val="none" w:sz="0" w:space="0" w:color="auto"/>
        <w:right w:val="none" w:sz="0" w:space="0" w:color="auto"/>
      </w:divBdr>
    </w:div>
    <w:div w:id="100614580">
      <w:bodyDiv w:val="1"/>
      <w:marLeft w:val="0"/>
      <w:marRight w:val="0"/>
      <w:marTop w:val="0"/>
      <w:marBottom w:val="0"/>
      <w:divBdr>
        <w:top w:val="none" w:sz="0" w:space="0" w:color="auto"/>
        <w:left w:val="none" w:sz="0" w:space="0" w:color="auto"/>
        <w:bottom w:val="none" w:sz="0" w:space="0" w:color="auto"/>
        <w:right w:val="none" w:sz="0" w:space="0" w:color="auto"/>
      </w:divBdr>
    </w:div>
    <w:div w:id="101191638">
      <w:bodyDiv w:val="1"/>
      <w:marLeft w:val="0"/>
      <w:marRight w:val="0"/>
      <w:marTop w:val="0"/>
      <w:marBottom w:val="0"/>
      <w:divBdr>
        <w:top w:val="none" w:sz="0" w:space="0" w:color="auto"/>
        <w:left w:val="none" w:sz="0" w:space="0" w:color="auto"/>
        <w:bottom w:val="none" w:sz="0" w:space="0" w:color="auto"/>
        <w:right w:val="none" w:sz="0" w:space="0" w:color="auto"/>
      </w:divBdr>
    </w:div>
    <w:div w:id="102002231">
      <w:bodyDiv w:val="1"/>
      <w:marLeft w:val="0"/>
      <w:marRight w:val="0"/>
      <w:marTop w:val="0"/>
      <w:marBottom w:val="0"/>
      <w:divBdr>
        <w:top w:val="none" w:sz="0" w:space="0" w:color="auto"/>
        <w:left w:val="none" w:sz="0" w:space="0" w:color="auto"/>
        <w:bottom w:val="none" w:sz="0" w:space="0" w:color="auto"/>
        <w:right w:val="none" w:sz="0" w:space="0" w:color="auto"/>
      </w:divBdr>
    </w:div>
    <w:div w:id="103307516">
      <w:bodyDiv w:val="1"/>
      <w:marLeft w:val="0"/>
      <w:marRight w:val="0"/>
      <w:marTop w:val="0"/>
      <w:marBottom w:val="0"/>
      <w:divBdr>
        <w:top w:val="none" w:sz="0" w:space="0" w:color="auto"/>
        <w:left w:val="none" w:sz="0" w:space="0" w:color="auto"/>
        <w:bottom w:val="none" w:sz="0" w:space="0" w:color="auto"/>
        <w:right w:val="none" w:sz="0" w:space="0" w:color="auto"/>
      </w:divBdr>
    </w:div>
    <w:div w:id="104203020">
      <w:bodyDiv w:val="1"/>
      <w:marLeft w:val="0"/>
      <w:marRight w:val="0"/>
      <w:marTop w:val="0"/>
      <w:marBottom w:val="0"/>
      <w:divBdr>
        <w:top w:val="none" w:sz="0" w:space="0" w:color="auto"/>
        <w:left w:val="none" w:sz="0" w:space="0" w:color="auto"/>
        <w:bottom w:val="none" w:sz="0" w:space="0" w:color="auto"/>
        <w:right w:val="none" w:sz="0" w:space="0" w:color="auto"/>
      </w:divBdr>
    </w:div>
    <w:div w:id="105390056">
      <w:bodyDiv w:val="1"/>
      <w:marLeft w:val="0"/>
      <w:marRight w:val="0"/>
      <w:marTop w:val="0"/>
      <w:marBottom w:val="0"/>
      <w:divBdr>
        <w:top w:val="none" w:sz="0" w:space="0" w:color="auto"/>
        <w:left w:val="none" w:sz="0" w:space="0" w:color="auto"/>
        <w:bottom w:val="none" w:sz="0" w:space="0" w:color="auto"/>
        <w:right w:val="none" w:sz="0" w:space="0" w:color="auto"/>
      </w:divBdr>
    </w:div>
    <w:div w:id="106047151">
      <w:bodyDiv w:val="1"/>
      <w:marLeft w:val="0"/>
      <w:marRight w:val="0"/>
      <w:marTop w:val="0"/>
      <w:marBottom w:val="0"/>
      <w:divBdr>
        <w:top w:val="none" w:sz="0" w:space="0" w:color="auto"/>
        <w:left w:val="none" w:sz="0" w:space="0" w:color="auto"/>
        <w:bottom w:val="none" w:sz="0" w:space="0" w:color="auto"/>
        <w:right w:val="none" w:sz="0" w:space="0" w:color="auto"/>
      </w:divBdr>
    </w:div>
    <w:div w:id="107238162">
      <w:bodyDiv w:val="1"/>
      <w:marLeft w:val="0"/>
      <w:marRight w:val="0"/>
      <w:marTop w:val="0"/>
      <w:marBottom w:val="0"/>
      <w:divBdr>
        <w:top w:val="none" w:sz="0" w:space="0" w:color="auto"/>
        <w:left w:val="none" w:sz="0" w:space="0" w:color="auto"/>
        <w:bottom w:val="none" w:sz="0" w:space="0" w:color="auto"/>
        <w:right w:val="none" w:sz="0" w:space="0" w:color="auto"/>
      </w:divBdr>
    </w:div>
    <w:div w:id="108790712">
      <w:bodyDiv w:val="1"/>
      <w:marLeft w:val="0"/>
      <w:marRight w:val="0"/>
      <w:marTop w:val="0"/>
      <w:marBottom w:val="0"/>
      <w:divBdr>
        <w:top w:val="none" w:sz="0" w:space="0" w:color="auto"/>
        <w:left w:val="none" w:sz="0" w:space="0" w:color="auto"/>
        <w:bottom w:val="none" w:sz="0" w:space="0" w:color="auto"/>
        <w:right w:val="none" w:sz="0" w:space="0" w:color="auto"/>
      </w:divBdr>
    </w:div>
    <w:div w:id="108864596">
      <w:bodyDiv w:val="1"/>
      <w:marLeft w:val="0"/>
      <w:marRight w:val="0"/>
      <w:marTop w:val="0"/>
      <w:marBottom w:val="0"/>
      <w:divBdr>
        <w:top w:val="none" w:sz="0" w:space="0" w:color="auto"/>
        <w:left w:val="none" w:sz="0" w:space="0" w:color="auto"/>
        <w:bottom w:val="none" w:sz="0" w:space="0" w:color="auto"/>
        <w:right w:val="none" w:sz="0" w:space="0" w:color="auto"/>
      </w:divBdr>
    </w:div>
    <w:div w:id="113065528">
      <w:bodyDiv w:val="1"/>
      <w:marLeft w:val="0"/>
      <w:marRight w:val="0"/>
      <w:marTop w:val="0"/>
      <w:marBottom w:val="0"/>
      <w:divBdr>
        <w:top w:val="none" w:sz="0" w:space="0" w:color="auto"/>
        <w:left w:val="none" w:sz="0" w:space="0" w:color="auto"/>
        <w:bottom w:val="none" w:sz="0" w:space="0" w:color="auto"/>
        <w:right w:val="none" w:sz="0" w:space="0" w:color="auto"/>
      </w:divBdr>
    </w:div>
    <w:div w:id="115610827">
      <w:bodyDiv w:val="1"/>
      <w:marLeft w:val="0"/>
      <w:marRight w:val="0"/>
      <w:marTop w:val="0"/>
      <w:marBottom w:val="0"/>
      <w:divBdr>
        <w:top w:val="none" w:sz="0" w:space="0" w:color="auto"/>
        <w:left w:val="none" w:sz="0" w:space="0" w:color="auto"/>
        <w:bottom w:val="none" w:sz="0" w:space="0" w:color="auto"/>
        <w:right w:val="none" w:sz="0" w:space="0" w:color="auto"/>
      </w:divBdr>
    </w:div>
    <w:div w:id="116459628">
      <w:bodyDiv w:val="1"/>
      <w:marLeft w:val="0"/>
      <w:marRight w:val="0"/>
      <w:marTop w:val="0"/>
      <w:marBottom w:val="0"/>
      <w:divBdr>
        <w:top w:val="none" w:sz="0" w:space="0" w:color="auto"/>
        <w:left w:val="none" w:sz="0" w:space="0" w:color="auto"/>
        <w:bottom w:val="none" w:sz="0" w:space="0" w:color="auto"/>
        <w:right w:val="none" w:sz="0" w:space="0" w:color="auto"/>
      </w:divBdr>
    </w:div>
    <w:div w:id="117139543">
      <w:bodyDiv w:val="1"/>
      <w:marLeft w:val="0"/>
      <w:marRight w:val="0"/>
      <w:marTop w:val="0"/>
      <w:marBottom w:val="0"/>
      <w:divBdr>
        <w:top w:val="none" w:sz="0" w:space="0" w:color="auto"/>
        <w:left w:val="none" w:sz="0" w:space="0" w:color="auto"/>
        <w:bottom w:val="none" w:sz="0" w:space="0" w:color="auto"/>
        <w:right w:val="none" w:sz="0" w:space="0" w:color="auto"/>
      </w:divBdr>
    </w:div>
    <w:div w:id="118455256">
      <w:bodyDiv w:val="1"/>
      <w:marLeft w:val="0"/>
      <w:marRight w:val="0"/>
      <w:marTop w:val="0"/>
      <w:marBottom w:val="0"/>
      <w:divBdr>
        <w:top w:val="none" w:sz="0" w:space="0" w:color="auto"/>
        <w:left w:val="none" w:sz="0" w:space="0" w:color="auto"/>
        <w:bottom w:val="none" w:sz="0" w:space="0" w:color="auto"/>
        <w:right w:val="none" w:sz="0" w:space="0" w:color="auto"/>
      </w:divBdr>
    </w:div>
    <w:div w:id="119543000">
      <w:bodyDiv w:val="1"/>
      <w:marLeft w:val="0"/>
      <w:marRight w:val="0"/>
      <w:marTop w:val="0"/>
      <w:marBottom w:val="0"/>
      <w:divBdr>
        <w:top w:val="none" w:sz="0" w:space="0" w:color="auto"/>
        <w:left w:val="none" w:sz="0" w:space="0" w:color="auto"/>
        <w:bottom w:val="none" w:sz="0" w:space="0" w:color="auto"/>
        <w:right w:val="none" w:sz="0" w:space="0" w:color="auto"/>
      </w:divBdr>
    </w:div>
    <w:div w:id="127014971">
      <w:bodyDiv w:val="1"/>
      <w:marLeft w:val="0"/>
      <w:marRight w:val="0"/>
      <w:marTop w:val="0"/>
      <w:marBottom w:val="0"/>
      <w:divBdr>
        <w:top w:val="none" w:sz="0" w:space="0" w:color="auto"/>
        <w:left w:val="none" w:sz="0" w:space="0" w:color="auto"/>
        <w:bottom w:val="none" w:sz="0" w:space="0" w:color="auto"/>
        <w:right w:val="none" w:sz="0" w:space="0" w:color="auto"/>
      </w:divBdr>
    </w:div>
    <w:div w:id="127403350">
      <w:bodyDiv w:val="1"/>
      <w:marLeft w:val="0"/>
      <w:marRight w:val="0"/>
      <w:marTop w:val="0"/>
      <w:marBottom w:val="0"/>
      <w:divBdr>
        <w:top w:val="none" w:sz="0" w:space="0" w:color="auto"/>
        <w:left w:val="none" w:sz="0" w:space="0" w:color="auto"/>
        <w:bottom w:val="none" w:sz="0" w:space="0" w:color="auto"/>
        <w:right w:val="none" w:sz="0" w:space="0" w:color="auto"/>
      </w:divBdr>
    </w:div>
    <w:div w:id="128212269">
      <w:bodyDiv w:val="1"/>
      <w:marLeft w:val="0"/>
      <w:marRight w:val="0"/>
      <w:marTop w:val="0"/>
      <w:marBottom w:val="0"/>
      <w:divBdr>
        <w:top w:val="none" w:sz="0" w:space="0" w:color="auto"/>
        <w:left w:val="none" w:sz="0" w:space="0" w:color="auto"/>
        <w:bottom w:val="none" w:sz="0" w:space="0" w:color="auto"/>
        <w:right w:val="none" w:sz="0" w:space="0" w:color="auto"/>
      </w:divBdr>
    </w:div>
    <w:div w:id="129789005">
      <w:bodyDiv w:val="1"/>
      <w:marLeft w:val="0"/>
      <w:marRight w:val="0"/>
      <w:marTop w:val="0"/>
      <w:marBottom w:val="0"/>
      <w:divBdr>
        <w:top w:val="none" w:sz="0" w:space="0" w:color="auto"/>
        <w:left w:val="none" w:sz="0" w:space="0" w:color="auto"/>
        <w:bottom w:val="none" w:sz="0" w:space="0" w:color="auto"/>
        <w:right w:val="none" w:sz="0" w:space="0" w:color="auto"/>
      </w:divBdr>
    </w:div>
    <w:div w:id="130831718">
      <w:bodyDiv w:val="1"/>
      <w:marLeft w:val="0"/>
      <w:marRight w:val="0"/>
      <w:marTop w:val="0"/>
      <w:marBottom w:val="0"/>
      <w:divBdr>
        <w:top w:val="none" w:sz="0" w:space="0" w:color="auto"/>
        <w:left w:val="none" w:sz="0" w:space="0" w:color="auto"/>
        <w:bottom w:val="none" w:sz="0" w:space="0" w:color="auto"/>
        <w:right w:val="none" w:sz="0" w:space="0" w:color="auto"/>
      </w:divBdr>
    </w:div>
    <w:div w:id="139002420">
      <w:bodyDiv w:val="1"/>
      <w:marLeft w:val="0"/>
      <w:marRight w:val="0"/>
      <w:marTop w:val="0"/>
      <w:marBottom w:val="0"/>
      <w:divBdr>
        <w:top w:val="none" w:sz="0" w:space="0" w:color="auto"/>
        <w:left w:val="none" w:sz="0" w:space="0" w:color="auto"/>
        <w:bottom w:val="none" w:sz="0" w:space="0" w:color="auto"/>
        <w:right w:val="none" w:sz="0" w:space="0" w:color="auto"/>
      </w:divBdr>
    </w:div>
    <w:div w:id="140854582">
      <w:bodyDiv w:val="1"/>
      <w:marLeft w:val="0"/>
      <w:marRight w:val="0"/>
      <w:marTop w:val="0"/>
      <w:marBottom w:val="0"/>
      <w:divBdr>
        <w:top w:val="none" w:sz="0" w:space="0" w:color="auto"/>
        <w:left w:val="none" w:sz="0" w:space="0" w:color="auto"/>
        <w:bottom w:val="none" w:sz="0" w:space="0" w:color="auto"/>
        <w:right w:val="none" w:sz="0" w:space="0" w:color="auto"/>
      </w:divBdr>
    </w:div>
    <w:div w:id="141773161">
      <w:bodyDiv w:val="1"/>
      <w:marLeft w:val="0"/>
      <w:marRight w:val="0"/>
      <w:marTop w:val="0"/>
      <w:marBottom w:val="0"/>
      <w:divBdr>
        <w:top w:val="none" w:sz="0" w:space="0" w:color="auto"/>
        <w:left w:val="none" w:sz="0" w:space="0" w:color="auto"/>
        <w:bottom w:val="none" w:sz="0" w:space="0" w:color="auto"/>
        <w:right w:val="none" w:sz="0" w:space="0" w:color="auto"/>
      </w:divBdr>
    </w:div>
    <w:div w:id="142044818">
      <w:bodyDiv w:val="1"/>
      <w:marLeft w:val="0"/>
      <w:marRight w:val="0"/>
      <w:marTop w:val="0"/>
      <w:marBottom w:val="0"/>
      <w:divBdr>
        <w:top w:val="none" w:sz="0" w:space="0" w:color="auto"/>
        <w:left w:val="none" w:sz="0" w:space="0" w:color="auto"/>
        <w:bottom w:val="none" w:sz="0" w:space="0" w:color="auto"/>
        <w:right w:val="none" w:sz="0" w:space="0" w:color="auto"/>
      </w:divBdr>
    </w:div>
    <w:div w:id="142508021">
      <w:bodyDiv w:val="1"/>
      <w:marLeft w:val="0"/>
      <w:marRight w:val="0"/>
      <w:marTop w:val="0"/>
      <w:marBottom w:val="0"/>
      <w:divBdr>
        <w:top w:val="none" w:sz="0" w:space="0" w:color="auto"/>
        <w:left w:val="none" w:sz="0" w:space="0" w:color="auto"/>
        <w:bottom w:val="none" w:sz="0" w:space="0" w:color="auto"/>
        <w:right w:val="none" w:sz="0" w:space="0" w:color="auto"/>
      </w:divBdr>
    </w:div>
    <w:div w:id="143397266">
      <w:bodyDiv w:val="1"/>
      <w:marLeft w:val="0"/>
      <w:marRight w:val="0"/>
      <w:marTop w:val="0"/>
      <w:marBottom w:val="0"/>
      <w:divBdr>
        <w:top w:val="none" w:sz="0" w:space="0" w:color="auto"/>
        <w:left w:val="none" w:sz="0" w:space="0" w:color="auto"/>
        <w:bottom w:val="none" w:sz="0" w:space="0" w:color="auto"/>
        <w:right w:val="none" w:sz="0" w:space="0" w:color="auto"/>
      </w:divBdr>
    </w:div>
    <w:div w:id="144669647">
      <w:bodyDiv w:val="1"/>
      <w:marLeft w:val="0"/>
      <w:marRight w:val="0"/>
      <w:marTop w:val="0"/>
      <w:marBottom w:val="0"/>
      <w:divBdr>
        <w:top w:val="none" w:sz="0" w:space="0" w:color="auto"/>
        <w:left w:val="none" w:sz="0" w:space="0" w:color="auto"/>
        <w:bottom w:val="none" w:sz="0" w:space="0" w:color="auto"/>
        <w:right w:val="none" w:sz="0" w:space="0" w:color="auto"/>
      </w:divBdr>
    </w:div>
    <w:div w:id="145241512">
      <w:bodyDiv w:val="1"/>
      <w:marLeft w:val="0"/>
      <w:marRight w:val="0"/>
      <w:marTop w:val="0"/>
      <w:marBottom w:val="0"/>
      <w:divBdr>
        <w:top w:val="none" w:sz="0" w:space="0" w:color="auto"/>
        <w:left w:val="none" w:sz="0" w:space="0" w:color="auto"/>
        <w:bottom w:val="none" w:sz="0" w:space="0" w:color="auto"/>
        <w:right w:val="none" w:sz="0" w:space="0" w:color="auto"/>
      </w:divBdr>
    </w:div>
    <w:div w:id="145708116">
      <w:bodyDiv w:val="1"/>
      <w:marLeft w:val="0"/>
      <w:marRight w:val="0"/>
      <w:marTop w:val="0"/>
      <w:marBottom w:val="0"/>
      <w:divBdr>
        <w:top w:val="none" w:sz="0" w:space="0" w:color="auto"/>
        <w:left w:val="none" w:sz="0" w:space="0" w:color="auto"/>
        <w:bottom w:val="none" w:sz="0" w:space="0" w:color="auto"/>
        <w:right w:val="none" w:sz="0" w:space="0" w:color="auto"/>
      </w:divBdr>
    </w:div>
    <w:div w:id="146172420">
      <w:bodyDiv w:val="1"/>
      <w:marLeft w:val="0"/>
      <w:marRight w:val="0"/>
      <w:marTop w:val="0"/>
      <w:marBottom w:val="0"/>
      <w:divBdr>
        <w:top w:val="none" w:sz="0" w:space="0" w:color="auto"/>
        <w:left w:val="none" w:sz="0" w:space="0" w:color="auto"/>
        <w:bottom w:val="none" w:sz="0" w:space="0" w:color="auto"/>
        <w:right w:val="none" w:sz="0" w:space="0" w:color="auto"/>
      </w:divBdr>
    </w:div>
    <w:div w:id="146243398">
      <w:bodyDiv w:val="1"/>
      <w:marLeft w:val="0"/>
      <w:marRight w:val="0"/>
      <w:marTop w:val="0"/>
      <w:marBottom w:val="0"/>
      <w:divBdr>
        <w:top w:val="none" w:sz="0" w:space="0" w:color="auto"/>
        <w:left w:val="none" w:sz="0" w:space="0" w:color="auto"/>
        <w:bottom w:val="none" w:sz="0" w:space="0" w:color="auto"/>
        <w:right w:val="none" w:sz="0" w:space="0" w:color="auto"/>
      </w:divBdr>
    </w:div>
    <w:div w:id="147596995">
      <w:bodyDiv w:val="1"/>
      <w:marLeft w:val="0"/>
      <w:marRight w:val="0"/>
      <w:marTop w:val="0"/>
      <w:marBottom w:val="0"/>
      <w:divBdr>
        <w:top w:val="none" w:sz="0" w:space="0" w:color="auto"/>
        <w:left w:val="none" w:sz="0" w:space="0" w:color="auto"/>
        <w:bottom w:val="none" w:sz="0" w:space="0" w:color="auto"/>
        <w:right w:val="none" w:sz="0" w:space="0" w:color="auto"/>
      </w:divBdr>
    </w:div>
    <w:div w:id="147676460">
      <w:bodyDiv w:val="1"/>
      <w:marLeft w:val="0"/>
      <w:marRight w:val="0"/>
      <w:marTop w:val="0"/>
      <w:marBottom w:val="0"/>
      <w:divBdr>
        <w:top w:val="none" w:sz="0" w:space="0" w:color="auto"/>
        <w:left w:val="none" w:sz="0" w:space="0" w:color="auto"/>
        <w:bottom w:val="none" w:sz="0" w:space="0" w:color="auto"/>
        <w:right w:val="none" w:sz="0" w:space="0" w:color="auto"/>
      </w:divBdr>
    </w:div>
    <w:div w:id="148249209">
      <w:bodyDiv w:val="1"/>
      <w:marLeft w:val="0"/>
      <w:marRight w:val="0"/>
      <w:marTop w:val="0"/>
      <w:marBottom w:val="0"/>
      <w:divBdr>
        <w:top w:val="none" w:sz="0" w:space="0" w:color="auto"/>
        <w:left w:val="none" w:sz="0" w:space="0" w:color="auto"/>
        <w:bottom w:val="none" w:sz="0" w:space="0" w:color="auto"/>
        <w:right w:val="none" w:sz="0" w:space="0" w:color="auto"/>
      </w:divBdr>
    </w:div>
    <w:div w:id="148251287">
      <w:bodyDiv w:val="1"/>
      <w:marLeft w:val="0"/>
      <w:marRight w:val="0"/>
      <w:marTop w:val="0"/>
      <w:marBottom w:val="0"/>
      <w:divBdr>
        <w:top w:val="none" w:sz="0" w:space="0" w:color="auto"/>
        <w:left w:val="none" w:sz="0" w:space="0" w:color="auto"/>
        <w:bottom w:val="none" w:sz="0" w:space="0" w:color="auto"/>
        <w:right w:val="none" w:sz="0" w:space="0" w:color="auto"/>
      </w:divBdr>
    </w:div>
    <w:div w:id="153224639">
      <w:bodyDiv w:val="1"/>
      <w:marLeft w:val="0"/>
      <w:marRight w:val="0"/>
      <w:marTop w:val="0"/>
      <w:marBottom w:val="0"/>
      <w:divBdr>
        <w:top w:val="none" w:sz="0" w:space="0" w:color="auto"/>
        <w:left w:val="none" w:sz="0" w:space="0" w:color="auto"/>
        <w:bottom w:val="none" w:sz="0" w:space="0" w:color="auto"/>
        <w:right w:val="none" w:sz="0" w:space="0" w:color="auto"/>
      </w:divBdr>
    </w:div>
    <w:div w:id="153491877">
      <w:bodyDiv w:val="1"/>
      <w:marLeft w:val="0"/>
      <w:marRight w:val="0"/>
      <w:marTop w:val="0"/>
      <w:marBottom w:val="0"/>
      <w:divBdr>
        <w:top w:val="none" w:sz="0" w:space="0" w:color="auto"/>
        <w:left w:val="none" w:sz="0" w:space="0" w:color="auto"/>
        <w:bottom w:val="none" w:sz="0" w:space="0" w:color="auto"/>
        <w:right w:val="none" w:sz="0" w:space="0" w:color="auto"/>
      </w:divBdr>
    </w:div>
    <w:div w:id="155152960">
      <w:bodyDiv w:val="1"/>
      <w:marLeft w:val="0"/>
      <w:marRight w:val="0"/>
      <w:marTop w:val="0"/>
      <w:marBottom w:val="0"/>
      <w:divBdr>
        <w:top w:val="none" w:sz="0" w:space="0" w:color="auto"/>
        <w:left w:val="none" w:sz="0" w:space="0" w:color="auto"/>
        <w:bottom w:val="none" w:sz="0" w:space="0" w:color="auto"/>
        <w:right w:val="none" w:sz="0" w:space="0" w:color="auto"/>
      </w:divBdr>
    </w:div>
    <w:div w:id="159123389">
      <w:bodyDiv w:val="1"/>
      <w:marLeft w:val="0"/>
      <w:marRight w:val="0"/>
      <w:marTop w:val="0"/>
      <w:marBottom w:val="0"/>
      <w:divBdr>
        <w:top w:val="none" w:sz="0" w:space="0" w:color="auto"/>
        <w:left w:val="none" w:sz="0" w:space="0" w:color="auto"/>
        <w:bottom w:val="none" w:sz="0" w:space="0" w:color="auto"/>
        <w:right w:val="none" w:sz="0" w:space="0" w:color="auto"/>
      </w:divBdr>
    </w:div>
    <w:div w:id="159393430">
      <w:bodyDiv w:val="1"/>
      <w:marLeft w:val="0"/>
      <w:marRight w:val="0"/>
      <w:marTop w:val="0"/>
      <w:marBottom w:val="0"/>
      <w:divBdr>
        <w:top w:val="none" w:sz="0" w:space="0" w:color="auto"/>
        <w:left w:val="none" w:sz="0" w:space="0" w:color="auto"/>
        <w:bottom w:val="none" w:sz="0" w:space="0" w:color="auto"/>
        <w:right w:val="none" w:sz="0" w:space="0" w:color="auto"/>
      </w:divBdr>
    </w:div>
    <w:div w:id="160895677">
      <w:bodyDiv w:val="1"/>
      <w:marLeft w:val="0"/>
      <w:marRight w:val="0"/>
      <w:marTop w:val="0"/>
      <w:marBottom w:val="0"/>
      <w:divBdr>
        <w:top w:val="none" w:sz="0" w:space="0" w:color="auto"/>
        <w:left w:val="none" w:sz="0" w:space="0" w:color="auto"/>
        <w:bottom w:val="none" w:sz="0" w:space="0" w:color="auto"/>
        <w:right w:val="none" w:sz="0" w:space="0" w:color="auto"/>
      </w:divBdr>
    </w:div>
    <w:div w:id="162860489">
      <w:bodyDiv w:val="1"/>
      <w:marLeft w:val="0"/>
      <w:marRight w:val="0"/>
      <w:marTop w:val="0"/>
      <w:marBottom w:val="0"/>
      <w:divBdr>
        <w:top w:val="none" w:sz="0" w:space="0" w:color="auto"/>
        <w:left w:val="none" w:sz="0" w:space="0" w:color="auto"/>
        <w:bottom w:val="none" w:sz="0" w:space="0" w:color="auto"/>
        <w:right w:val="none" w:sz="0" w:space="0" w:color="auto"/>
      </w:divBdr>
    </w:div>
    <w:div w:id="162863070">
      <w:bodyDiv w:val="1"/>
      <w:marLeft w:val="0"/>
      <w:marRight w:val="0"/>
      <w:marTop w:val="0"/>
      <w:marBottom w:val="0"/>
      <w:divBdr>
        <w:top w:val="none" w:sz="0" w:space="0" w:color="auto"/>
        <w:left w:val="none" w:sz="0" w:space="0" w:color="auto"/>
        <w:bottom w:val="none" w:sz="0" w:space="0" w:color="auto"/>
        <w:right w:val="none" w:sz="0" w:space="0" w:color="auto"/>
      </w:divBdr>
    </w:div>
    <w:div w:id="163590600">
      <w:bodyDiv w:val="1"/>
      <w:marLeft w:val="0"/>
      <w:marRight w:val="0"/>
      <w:marTop w:val="0"/>
      <w:marBottom w:val="0"/>
      <w:divBdr>
        <w:top w:val="none" w:sz="0" w:space="0" w:color="auto"/>
        <w:left w:val="none" w:sz="0" w:space="0" w:color="auto"/>
        <w:bottom w:val="none" w:sz="0" w:space="0" w:color="auto"/>
        <w:right w:val="none" w:sz="0" w:space="0" w:color="auto"/>
      </w:divBdr>
    </w:div>
    <w:div w:id="163710368">
      <w:bodyDiv w:val="1"/>
      <w:marLeft w:val="0"/>
      <w:marRight w:val="0"/>
      <w:marTop w:val="0"/>
      <w:marBottom w:val="0"/>
      <w:divBdr>
        <w:top w:val="none" w:sz="0" w:space="0" w:color="auto"/>
        <w:left w:val="none" w:sz="0" w:space="0" w:color="auto"/>
        <w:bottom w:val="none" w:sz="0" w:space="0" w:color="auto"/>
        <w:right w:val="none" w:sz="0" w:space="0" w:color="auto"/>
      </w:divBdr>
    </w:div>
    <w:div w:id="164636912">
      <w:bodyDiv w:val="1"/>
      <w:marLeft w:val="0"/>
      <w:marRight w:val="0"/>
      <w:marTop w:val="0"/>
      <w:marBottom w:val="0"/>
      <w:divBdr>
        <w:top w:val="none" w:sz="0" w:space="0" w:color="auto"/>
        <w:left w:val="none" w:sz="0" w:space="0" w:color="auto"/>
        <w:bottom w:val="none" w:sz="0" w:space="0" w:color="auto"/>
        <w:right w:val="none" w:sz="0" w:space="0" w:color="auto"/>
      </w:divBdr>
    </w:div>
    <w:div w:id="164710910">
      <w:bodyDiv w:val="1"/>
      <w:marLeft w:val="0"/>
      <w:marRight w:val="0"/>
      <w:marTop w:val="0"/>
      <w:marBottom w:val="0"/>
      <w:divBdr>
        <w:top w:val="none" w:sz="0" w:space="0" w:color="auto"/>
        <w:left w:val="none" w:sz="0" w:space="0" w:color="auto"/>
        <w:bottom w:val="none" w:sz="0" w:space="0" w:color="auto"/>
        <w:right w:val="none" w:sz="0" w:space="0" w:color="auto"/>
      </w:divBdr>
    </w:div>
    <w:div w:id="166215892">
      <w:bodyDiv w:val="1"/>
      <w:marLeft w:val="0"/>
      <w:marRight w:val="0"/>
      <w:marTop w:val="0"/>
      <w:marBottom w:val="0"/>
      <w:divBdr>
        <w:top w:val="none" w:sz="0" w:space="0" w:color="auto"/>
        <w:left w:val="none" w:sz="0" w:space="0" w:color="auto"/>
        <w:bottom w:val="none" w:sz="0" w:space="0" w:color="auto"/>
        <w:right w:val="none" w:sz="0" w:space="0" w:color="auto"/>
      </w:divBdr>
    </w:div>
    <w:div w:id="167982263">
      <w:bodyDiv w:val="1"/>
      <w:marLeft w:val="0"/>
      <w:marRight w:val="0"/>
      <w:marTop w:val="0"/>
      <w:marBottom w:val="0"/>
      <w:divBdr>
        <w:top w:val="none" w:sz="0" w:space="0" w:color="auto"/>
        <w:left w:val="none" w:sz="0" w:space="0" w:color="auto"/>
        <w:bottom w:val="none" w:sz="0" w:space="0" w:color="auto"/>
        <w:right w:val="none" w:sz="0" w:space="0" w:color="auto"/>
      </w:divBdr>
    </w:div>
    <w:div w:id="168755348">
      <w:bodyDiv w:val="1"/>
      <w:marLeft w:val="0"/>
      <w:marRight w:val="0"/>
      <w:marTop w:val="0"/>
      <w:marBottom w:val="0"/>
      <w:divBdr>
        <w:top w:val="none" w:sz="0" w:space="0" w:color="auto"/>
        <w:left w:val="none" w:sz="0" w:space="0" w:color="auto"/>
        <w:bottom w:val="none" w:sz="0" w:space="0" w:color="auto"/>
        <w:right w:val="none" w:sz="0" w:space="0" w:color="auto"/>
      </w:divBdr>
    </w:div>
    <w:div w:id="170721516">
      <w:bodyDiv w:val="1"/>
      <w:marLeft w:val="0"/>
      <w:marRight w:val="0"/>
      <w:marTop w:val="0"/>
      <w:marBottom w:val="0"/>
      <w:divBdr>
        <w:top w:val="none" w:sz="0" w:space="0" w:color="auto"/>
        <w:left w:val="none" w:sz="0" w:space="0" w:color="auto"/>
        <w:bottom w:val="none" w:sz="0" w:space="0" w:color="auto"/>
        <w:right w:val="none" w:sz="0" w:space="0" w:color="auto"/>
      </w:divBdr>
    </w:div>
    <w:div w:id="173736108">
      <w:bodyDiv w:val="1"/>
      <w:marLeft w:val="0"/>
      <w:marRight w:val="0"/>
      <w:marTop w:val="0"/>
      <w:marBottom w:val="0"/>
      <w:divBdr>
        <w:top w:val="none" w:sz="0" w:space="0" w:color="auto"/>
        <w:left w:val="none" w:sz="0" w:space="0" w:color="auto"/>
        <w:bottom w:val="none" w:sz="0" w:space="0" w:color="auto"/>
        <w:right w:val="none" w:sz="0" w:space="0" w:color="auto"/>
      </w:divBdr>
    </w:div>
    <w:div w:id="175313327">
      <w:bodyDiv w:val="1"/>
      <w:marLeft w:val="0"/>
      <w:marRight w:val="0"/>
      <w:marTop w:val="0"/>
      <w:marBottom w:val="0"/>
      <w:divBdr>
        <w:top w:val="none" w:sz="0" w:space="0" w:color="auto"/>
        <w:left w:val="none" w:sz="0" w:space="0" w:color="auto"/>
        <w:bottom w:val="none" w:sz="0" w:space="0" w:color="auto"/>
        <w:right w:val="none" w:sz="0" w:space="0" w:color="auto"/>
      </w:divBdr>
    </w:div>
    <w:div w:id="175702736">
      <w:bodyDiv w:val="1"/>
      <w:marLeft w:val="0"/>
      <w:marRight w:val="0"/>
      <w:marTop w:val="0"/>
      <w:marBottom w:val="0"/>
      <w:divBdr>
        <w:top w:val="none" w:sz="0" w:space="0" w:color="auto"/>
        <w:left w:val="none" w:sz="0" w:space="0" w:color="auto"/>
        <w:bottom w:val="none" w:sz="0" w:space="0" w:color="auto"/>
        <w:right w:val="none" w:sz="0" w:space="0" w:color="auto"/>
      </w:divBdr>
    </w:div>
    <w:div w:id="176189175">
      <w:bodyDiv w:val="1"/>
      <w:marLeft w:val="0"/>
      <w:marRight w:val="0"/>
      <w:marTop w:val="0"/>
      <w:marBottom w:val="0"/>
      <w:divBdr>
        <w:top w:val="none" w:sz="0" w:space="0" w:color="auto"/>
        <w:left w:val="none" w:sz="0" w:space="0" w:color="auto"/>
        <w:bottom w:val="none" w:sz="0" w:space="0" w:color="auto"/>
        <w:right w:val="none" w:sz="0" w:space="0" w:color="auto"/>
      </w:divBdr>
    </w:div>
    <w:div w:id="176700036">
      <w:bodyDiv w:val="1"/>
      <w:marLeft w:val="0"/>
      <w:marRight w:val="0"/>
      <w:marTop w:val="0"/>
      <w:marBottom w:val="0"/>
      <w:divBdr>
        <w:top w:val="none" w:sz="0" w:space="0" w:color="auto"/>
        <w:left w:val="none" w:sz="0" w:space="0" w:color="auto"/>
        <w:bottom w:val="none" w:sz="0" w:space="0" w:color="auto"/>
        <w:right w:val="none" w:sz="0" w:space="0" w:color="auto"/>
      </w:divBdr>
    </w:div>
    <w:div w:id="177042965">
      <w:bodyDiv w:val="1"/>
      <w:marLeft w:val="0"/>
      <w:marRight w:val="0"/>
      <w:marTop w:val="0"/>
      <w:marBottom w:val="0"/>
      <w:divBdr>
        <w:top w:val="none" w:sz="0" w:space="0" w:color="auto"/>
        <w:left w:val="none" w:sz="0" w:space="0" w:color="auto"/>
        <w:bottom w:val="none" w:sz="0" w:space="0" w:color="auto"/>
        <w:right w:val="none" w:sz="0" w:space="0" w:color="auto"/>
      </w:divBdr>
    </w:div>
    <w:div w:id="177089918">
      <w:bodyDiv w:val="1"/>
      <w:marLeft w:val="0"/>
      <w:marRight w:val="0"/>
      <w:marTop w:val="0"/>
      <w:marBottom w:val="0"/>
      <w:divBdr>
        <w:top w:val="none" w:sz="0" w:space="0" w:color="auto"/>
        <w:left w:val="none" w:sz="0" w:space="0" w:color="auto"/>
        <w:bottom w:val="none" w:sz="0" w:space="0" w:color="auto"/>
        <w:right w:val="none" w:sz="0" w:space="0" w:color="auto"/>
      </w:divBdr>
    </w:div>
    <w:div w:id="179859655">
      <w:bodyDiv w:val="1"/>
      <w:marLeft w:val="0"/>
      <w:marRight w:val="0"/>
      <w:marTop w:val="0"/>
      <w:marBottom w:val="0"/>
      <w:divBdr>
        <w:top w:val="none" w:sz="0" w:space="0" w:color="auto"/>
        <w:left w:val="none" w:sz="0" w:space="0" w:color="auto"/>
        <w:bottom w:val="none" w:sz="0" w:space="0" w:color="auto"/>
        <w:right w:val="none" w:sz="0" w:space="0" w:color="auto"/>
      </w:divBdr>
    </w:div>
    <w:div w:id="180441232">
      <w:bodyDiv w:val="1"/>
      <w:marLeft w:val="0"/>
      <w:marRight w:val="0"/>
      <w:marTop w:val="0"/>
      <w:marBottom w:val="0"/>
      <w:divBdr>
        <w:top w:val="none" w:sz="0" w:space="0" w:color="auto"/>
        <w:left w:val="none" w:sz="0" w:space="0" w:color="auto"/>
        <w:bottom w:val="none" w:sz="0" w:space="0" w:color="auto"/>
        <w:right w:val="none" w:sz="0" w:space="0" w:color="auto"/>
      </w:divBdr>
    </w:div>
    <w:div w:id="181482776">
      <w:bodyDiv w:val="1"/>
      <w:marLeft w:val="0"/>
      <w:marRight w:val="0"/>
      <w:marTop w:val="0"/>
      <w:marBottom w:val="0"/>
      <w:divBdr>
        <w:top w:val="none" w:sz="0" w:space="0" w:color="auto"/>
        <w:left w:val="none" w:sz="0" w:space="0" w:color="auto"/>
        <w:bottom w:val="none" w:sz="0" w:space="0" w:color="auto"/>
        <w:right w:val="none" w:sz="0" w:space="0" w:color="auto"/>
      </w:divBdr>
    </w:div>
    <w:div w:id="182204566">
      <w:bodyDiv w:val="1"/>
      <w:marLeft w:val="0"/>
      <w:marRight w:val="0"/>
      <w:marTop w:val="0"/>
      <w:marBottom w:val="0"/>
      <w:divBdr>
        <w:top w:val="none" w:sz="0" w:space="0" w:color="auto"/>
        <w:left w:val="none" w:sz="0" w:space="0" w:color="auto"/>
        <w:bottom w:val="none" w:sz="0" w:space="0" w:color="auto"/>
        <w:right w:val="none" w:sz="0" w:space="0" w:color="auto"/>
      </w:divBdr>
    </w:div>
    <w:div w:id="183640714">
      <w:bodyDiv w:val="1"/>
      <w:marLeft w:val="0"/>
      <w:marRight w:val="0"/>
      <w:marTop w:val="0"/>
      <w:marBottom w:val="0"/>
      <w:divBdr>
        <w:top w:val="none" w:sz="0" w:space="0" w:color="auto"/>
        <w:left w:val="none" w:sz="0" w:space="0" w:color="auto"/>
        <w:bottom w:val="none" w:sz="0" w:space="0" w:color="auto"/>
        <w:right w:val="none" w:sz="0" w:space="0" w:color="auto"/>
      </w:divBdr>
    </w:div>
    <w:div w:id="183834129">
      <w:bodyDiv w:val="1"/>
      <w:marLeft w:val="0"/>
      <w:marRight w:val="0"/>
      <w:marTop w:val="0"/>
      <w:marBottom w:val="0"/>
      <w:divBdr>
        <w:top w:val="none" w:sz="0" w:space="0" w:color="auto"/>
        <w:left w:val="none" w:sz="0" w:space="0" w:color="auto"/>
        <w:bottom w:val="none" w:sz="0" w:space="0" w:color="auto"/>
        <w:right w:val="none" w:sz="0" w:space="0" w:color="auto"/>
      </w:divBdr>
    </w:div>
    <w:div w:id="184174189">
      <w:bodyDiv w:val="1"/>
      <w:marLeft w:val="0"/>
      <w:marRight w:val="0"/>
      <w:marTop w:val="0"/>
      <w:marBottom w:val="0"/>
      <w:divBdr>
        <w:top w:val="none" w:sz="0" w:space="0" w:color="auto"/>
        <w:left w:val="none" w:sz="0" w:space="0" w:color="auto"/>
        <w:bottom w:val="none" w:sz="0" w:space="0" w:color="auto"/>
        <w:right w:val="none" w:sz="0" w:space="0" w:color="auto"/>
      </w:divBdr>
    </w:div>
    <w:div w:id="185876071">
      <w:bodyDiv w:val="1"/>
      <w:marLeft w:val="0"/>
      <w:marRight w:val="0"/>
      <w:marTop w:val="0"/>
      <w:marBottom w:val="0"/>
      <w:divBdr>
        <w:top w:val="none" w:sz="0" w:space="0" w:color="auto"/>
        <w:left w:val="none" w:sz="0" w:space="0" w:color="auto"/>
        <w:bottom w:val="none" w:sz="0" w:space="0" w:color="auto"/>
        <w:right w:val="none" w:sz="0" w:space="0" w:color="auto"/>
      </w:divBdr>
    </w:div>
    <w:div w:id="187068678">
      <w:bodyDiv w:val="1"/>
      <w:marLeft w:val="0"/>
      <w:marRight w:val="0"/>
      <w:marTop w:val="0"/>
      <w:marBottom w:val="0"/>
      <w:divBdr>
        <w:top w:val="none" w:sz="0" w:space="0" w:color="auto"/>
        <w:left w:val="none" w:sz="0" w:space="0" w:color="auto"/>
        <w:bottom w:val="none" w:sz="0" w:space="0" w:color="auto"/>
        <w:right w:val="none" w:sz="0" w:space="0" w:color="auto"/>
      </w:divBdr>
    </w:div>
    <w:div w:id="189881308">
      <w:bodyDiv w:val="1"/>
      <w:marLeft w:val="0"/>
      <w:marRight w:val="0"/>
      <w:marTop w:val="0"/>
      <w:marBottom w:val="0"/>
      <w:divBdr>
        <w:top w:val="none" w:sz="0" w:space="0" w:color="auto"/>
        <w:left w:val="none" w:sz="0" w:space="0" w:color="auto"/>
        <w:bottom w:val="none" w:sz="0" w:space="0" w:color="auto"/>
        <w:right w:val="none" w:sz="0" w:space="0" w:color="auto"/>
      </w:divBdr>
    </w:div>
    <w:div w:id="192229184">
      <w:bodyDiv w:val="1"/>
      <w:marLeft w:val="0"/>
      <w:marRight w:val="0"/>
      <w:marTop w:val="0"/>
      <w:marBottom w:val="0"/>
      <w:divBdr>
        <w:top w:val="none" w:sz="0" w:space="0" w:color="auto"/>
        <w:left w:val="none" w:sz="0" w:space="0" w:color="auto"/>
        <w:bottom w:val="none" w:sz="0" w:space="0" w:color="auto"/>
        <w:right w:val="none" w:sz="0" w:space="0" w:color="auto"/>
      </w:divBdr>
    </w:div>
    <w:div w:id="193202488">
      <w:bodyDiv w:val="1"/>
      <w:marLeft w:val="0"/>
      <w:marRight w:val="0"/>
      <w:marTop w:val="0"/>
      <w:marBottom w:val="0"/>
      <w:divBdr>
        <w:top w:val="none" w:sz="0" w:space="0" w:color="auto"/>
        <w:left w:val="none" w:sz="0" w:space="0" w:color="auto"/>
        <w:bottom w:val="none" w:sz="0" w:space="0" w:color="auto"/>
        <w:right w:val="none" w:sz="0" w:space="0" w:color="auto"/>
      </w:divBdr>
    </w:div>
    <w:div w:id="195043454">
      <w:bodyDiv w:val="1"/>
      <w:marLeft w:val="0"/>
      <w:marRight w:val="0"/>
      <w:marTop w:val="0"/>
      <w:marBottom w:val="0"/>
      <w:divBdr>
        <w:top w:val="none" w:sz="0" w:space="0" w:color="auto"/>
        <w:left w:val="none" w:sz="0" w:space="0" w:color="auto"/>
        <w:bottom w:val="none" w:sz="0" w:space="0" w:color="auto"/>
        <w:right w:val="none" w:sz="0" w:space="0" w:color="auto"/>
      </w:divBdr>
    </w:div>
    <w:div w:id="195311991">
      <w:bodyDiv w:val="1"/>
      <w:marLeft w:val="0"/>
      <w:marRight w:val="0"/>
      <w:marTop w:val="0"/>
      <w:marBottom w:val="0"/>
      <w:divBdr>
        <w:top w:val="none" w:sz="0" w:space="0" w:color="auto"/>
        <w:left w:val="none" w:sz="0" w:space="0" w:color="auto"/>
        <w:bottom w:val="none" w:sz="0" w:space="0" w:color="auto"/>
        <w:right w:val="none" w:sz="0" w:space="0" w:color="auto"/>
      </w:divBdr>
    </w:div>
    <w:div w:id="196820412">
      <w:bodyDiv w:val="1"/>
      <w:marLeft w:val="0"/>
      <w:marRight w:val="0"/>
      <w:marTop w:val="0"/>
      <w:marBottom w:val="0"/>
      <w:divBdr>
        <w:top w:val="none" w:sz="0" w:space="0" w:color="auto"/>
        <w:left w:val="none" w:sz="0" w:space="0" w:color="auto"/>
        <w:bottom w:val="none" w:sz="0" w:space="0" w:color="auto"/>
        <w:right w:val="none" w:sz="0" w:space="0" w:color="auto"/>
      </w:divBdr>
    </w:div>
    <w:div w:id="197206407">
      <w:bodyDiv w:val="1"/>
      <w:marLeft w:val="0"/>
      <w:marRight w:val="0"/>
      <w:marTop w:val="0"/>
      <w:marBottom w:val="0"/>
      <w:divBdr>
        <w:top w:val="none" w:sz="0" w:space="0" w:color="auto"/>
        <w:left w:val="none" w:sz="0" w:space="0" w:color="auto"/>
        <w:bottom w:val="none" w:sz="0" w:space="0" w:color="auto"/>
        <w:right w:val="none" w:sz="0" w:space="0" w:color="auto"/>
      </w:divBdr>
    </w:div>
    <w:div w:id="197547512">
      <w:bodyDiv w:val="1"/>
      <w:marLeft w:val="0"/>
      <w:marRight w:val="0"/>
      <w:marTop w:val="0"/>
      <w:marBottom w:val="0"/>
      <w:divBdr>
        <w:top w:val="none" w:sz="0" w:space="0" w:color="auto"/>
        <w:left w:val="none" w:sz="0" w:space="0" w:color="auto"/>
        <w:bottom w:val="none" w:sz="0" w:space="0" w:color="auto"/>
        <w:right w:val="none" w:sz="0" w:space="0" w:color="auto"/>
      </w:divBdr>
    </w:div>
    <w:div w:id="200635553">
      <w:bodyDiv w:val="1"/>
      <w:marLeft w:val="0"/>
      <w:marRight w:val="0"/>
      <w:marTop w:val="0"/>
      <w:marBottom w:val="0"/>
      <w:divBdr>
        <w:top w:val="none" w:sz="0" w:space="0" w:color="auto"/>
        <w:left w:val="none" w:sz="0" w:space="0" w:color="auto"/>
        <w:bottom w:val="none" w:sz="0" w:space="0" w:color="auto"/>
        <w:right w:val="none" w:sz="0" w:space="0" w:color="auto"/>
      </w:divBdr>
    </w:div>
    <w:div w:id="202718182">
      <w:bodyDiv w:val="1"/>
      <w:marLeft w:val="0"/>
      <w:marRight w:val="0"/>
      <w:marTop w:val="0"/>
      <w:marBottom w:val="0"/>
      <w:divBdr>
        <w:top w:val="none" w:sz="0" w:space="0" w:color="auto"/>
        <w:left w:val="none" w:sz="0" w:space="0" w:color="auto"/>
        <w:bottom w:val="none" w:sz="0" w:space="0" w:color="auto"/>
        <w:right w:val="none" w:sz="0" w:space="0" w:color="auto"/>
      </w:divBdr>
    </w:div>
    <w:div w:id="206334190">
      <w:bodyDiv w:val="1"/>
      <w:marLeft w:val="0"/>
      <w:marRight w:val="0"/>
      <w:marTop w:val="0"/>
      <w:marBottom w:val="0"/>
      <w:divBdr>
        <w:top w:val="none" w:sz="0" w:space="0" w:color="auto"/>
        <w:left w:val="none" w:sz="0" w:space="0" w:color="auto"/>
        <w:bottom w:val="none" w:sz="0" w:space="0" w:color="auto"/>
        <w:right w:val="none" w:sz="0" w:space="0" w:color="auto"/>
      </w:divBdr>
    </w:div>
    <w:div w:id="212086014">
      <w:bodyDiv w:val="1"/>
      <w:marLeft w:val="0"/>
      <w:marRight w:val="0"/>
      <w:marTop w:val="0"/>
      <w:marBottom w:val="0"/>
      <w:divBdr>
        <w:top w:val="none" w:sz="0" w:space="0" w:color="auto"/>
        <w:left w:val="none" w:sz="0" w:space="0" w:color="auto"/>
        <w:bottom w:val="none" w:sz="0" w:space="0" w:color="auto"/>
        <w:right w:val="none" w:sz="0" w:space="0" w:color="auto"/>
      </w:divBdr>
    </w:div>
    <w:div w:id="212159385">
      <w:bodyDiv w:val="1"/>
      <w:marLeft w:val="0"/>
      <w:marRight w:val="0"/>
      <w:marTop w:val="0"/>
      <w:marBottom w:val="0"/>
      <w:divBdr>
        <w:top w:val="none" w:sz="0" w:space="0" w:color="auto"/>
        <w:left w:val="none" w:sz="0" w:space="0" w:color="auto"/>
        <w:bottom w:val="none" w:sz="0" w:space="0" w:color="auto"/>
        <w:right w:val="none" w:sz="0" w:space="0" w:color="auto"/>
      </w:divBdr>
    </w:div>
    <w:div w:id="213464812">
      <w:bodyDiv w:val="1"/>
      <w:marLeft w:val="0"/>
      <w:marRight w:val="0"/>
      <w:marTop w:val="0"/>
      <w:marBottom w:val="0"/>
      <w:divBdr>
        <w:top w:val="none" w:sz="0" w:space="0" w:color="auto"/>
        <w:left w:val="none" w:sz="0" w:space="0" w:color="auto"/>
        <w:bottom w:val="none" w:sz="0" w:space="0" w:color="auto"/>
        <w:right w:val="none" w:sz="0" w:space="0" w:color="auto"/>
      </w:divBdr>
    </w:div>
    <w:div w:id="213782056">
      <w:bodyDiv w:val="1"/>
      <w:marLeft w:val="0"/>
      <w:marRight w:val="0"/>
      <w:marTop w:val="0"/>
      <w:marBottom w:val="0"/>
      <w:divBdr>
        <w:top w:val="none" w:sz="0" w:space="0" w:color="auto"/>
        <w:left w:val="none" w:sz="0" w:space="0" w:color="auto"/>
        <w:bottom w:val="none" w:sz="0" w:space="0" w:color="auto"/>
        <w:right w:val="none" w:sz="0" w:space="0" w:color="auto"/>
      </w:divBdr>
    </w:div>
    <w:div w:id="214659861">
      <w:bodyDiv w:val="1"/>
      <w:marLeft w:val="0"/>
      <w:marRight w:val="0"/>
      <w:marTop w:val="0"/>
      <w:marBottom w:val="0"/>
      <w:divBdr>
        <w:top w:val="none" w:sz="0" w:space="0" w:color="auto"/>
        <w:left w:val="none" w:sz="0" w:space="0" w:color="auto"/>
        <w:bottom w:val="none" w:sz="0" w:space="0" w:color="auto"/>
        <w:right w:val="none" w:sz="0" w:space="0" w:color="auto"/>
      </w:divBdr>
    </w:div>
    <w:div w:id="214969150">
      <w:bodyDiv w:val="1"/>
      <w:marLeft w:val="0"/>
      <w:marRight w:val="0"/>
      <w:marTop w:val="0"/>
      <w:marBottom w:val="0"/>
      <w:divBdr>
        <w:top w:val="none" w:sz="0" w:space="0" w:color="auto"/>
        <w:left w:val="none" w:sz="0" w:space="0" w:color="auto"/>
        <w:bottom w:val="none" w:sz="0" w:space="0" w:color="auto"/>
        <w:right w:val="none" w:sz="0" w:space="0" w:color="auto"/>
      </w:divBdr>
    </w:div>
    <w:div w:id="215972186">
      <w:bodyDiv w:val="1"/>
      <w:marLeft w:val="0"/>
      <w:marRight w:val="0"/>
      <w:marTop w:val="0"/>
      <w:marBottom w:val="0"/>
      <w:divBdr>
        <w:top w:val="none" w:sz="0" w:space="0" w:color="auto"/>
        <w:left w:val="none" w:sz="0" w:space="0" w:color="auto"/>
        <w:bottom w:val="none" w:sz="0" w:space="0" w:color="auto"/>
        <w:right w:val="none" w:sz="0" w:space="0" w:color="auto"/>
      </w:divBdr>
    </w:div>
    <w:div w:id="216598191">
      <w:bodyDiv w:val="1"/>
      <w:marLeft w:val="0"/>
      <w:marRight w:val="0"/>
      <w:marTop w:val="0"/>
      <w:marBottom w:val="0"/>
      <w:divBdr>
        <w:top w:val="none" w:sz="0" w:space="0" w:color="auto"/>
        <w:left w:val="none" w:sz="0" w:space="0" w:color="auto"/>
        <w:bottom w:val="none" w:sz="0" w:space="0" w:color="auto"/>
        <w:right w:val="none" w:sz="0" w:space="0" w:color="auto"/>
      </w:divBdr>
    </w:div>
    <w:div w:id="217210576">
      <w:bodyDiv w:val="1"/>
      <w:marLeft w:val="0"/>
      <w:marRight w:val="0"/>
      <w:marTop w:val="0"/>
      <w:marBottom w:val="0"/>
      <w:divBdr>
        <w:top w:val="none" w:sz="0" w:space="0" w:color="auto"/>
        <w:left w:val="none" w:sz="0" w:space="0" w:color="auto"/>
        <w:bottom w:val="none" w:sz="0" w:space="0" w:color="auto"/>
        <w:right w:val="none" w:sz="0" w:space="0" w:color="auto"/>
      </w:divBdr>
    </w:div>
    <w:div w:id="217866316">
      <w:bodyDiv w:val="1"/>
      <w:marLeft w:val="0"/>
      <w:marRight w:val="0"/>
      <w:marTop w:val="0"/>
      <w:marBottom w:val="0"/>
      <w:divBdr>
        <w:top w:val="none" w:sz="0" w:space="0" w:color="auto"/>
        <w:left w:val="none" w:sz="0" w:space="0" w:color="auto"/>
        <w:bottom w:val="none" w:sz="0" w:space="0" w:color="auto"/>
        <w:right w:val="none" w:sz="0" w:space="0" w:color="auto"/>
      </w:divBdr>
    </w:div>
    <w:div w:id="219753631">
      <w:bodyDiv w:val="1"/>
      <w:marLeft w:val="0"/>
      <w:marRight w:val="0"/>
      <w:marTop w:val="0"/>
      <w:marBottom w:val="0"/>
      <w:divBdr>
        <w:top w:val="none" w:sz="0" w:space="0" w:color="auto"/>
        <w:left w:val="none" w:sz="0" w:space="0" w:color="auto"/>
        <w:bottom w:val="none" w:sz="0" w:space="0" w:color="auto"/>
        <w:right w:val="none" w:sz="0" w:space="0" w:color="auto"/>
      </w:divBdr>
    </w:div>
    <w:div w:id="221446941">
      <w:bodyDiv w:val="1"/>
      <w:marLeft w:val="0"/>
      <w:marRight w:val="0"/>
      <w:marTop w:val="0"/>
      <w:marBottom w:val="0"/>
      <w:divBdr>
        <w:top w:val="none" w:sz="0" w:space="0" w:color="auto"/>
        <w:left w:val="none" w:sz="0" w:space="0" w:color="auto"/>
        <w:bottom w:val="none" w:sz="0" w:space="0" w:color="auto"/>
        <w:right w:val="none" w:sz="0" w:space="0" w:color="auto"/>
      </w:divBdr>
    </w:div>
    <w:div w:id="222257691">
      <w:bodyDiv w:val="1"/>
      <w:marLeft w:val="0"/>
      <w:marRight w:val="0"/>
      <w:marTop w:val="0"/>
      <w:marBottom w:val="0"/>
      <w:divBdr>
        <w:top w:val="none" w:sz="0" w:space="0" w:color="auto"/>
        <w:left w:val="none" w:sz="0" w:space="0" w:color="auto"/>
        <w:bottom w:val="none" w:sz="0" w:space="0" w:color="auto"/>
        <w:right w:val="none" w:sz="0" w:space="0" w:color="auto"/>
      </w:divBdr>
    </w:div>
    <w:div w:id="222450866">
      <w:bodyDiv w:val="1"/>
      <w:marLeft w:val="0"/>
      <w:marRight w:val="0"/>
      <w:marTop w:val="0"/>
      <w:marBottom w:val="0"/>
      <w:divBdr>
        <w:top w:val="none" w:sz="0" w:space="0" w:color="auto"/>
        <w:left w:val="none" w:sz="0" w:space="0" w:color="auto"/>
        <w:bottom w:val="none" w:sz="0" w:space="0" w:color="auto"/>
        <w:right w:val="none" w:sz="0" w:space="0" w:color="auto"/>
      </w:divBdr>
    </w:div>
    <w:div w:id="222640359">
      <w:bodyDiv w:val="1"/>
      <w:marLeft w:val="0"/>
      <w:marRight w:val="0"/>
      <w:marTop w:val="0"/>
      <w:marBottom w:val="0"/>
      <w:divBdr>
        <w:top w:val="none" w:sz="0" w:space="0" w:color="auto"/>
        <w:left w:val="none" w:sz="0" w:space="0" w:color="auto"/>
        <w:bottom w:val="none" w:sz="0" w:space="0" w:color="auto"/>
        <w:right w:val="none" w:sz="0" w:space="0" w:color="auto"/>
      </w:divBdr>
    </w:div>
    <w:div w:id="224604191">
      <w:bodyDiv w:val="1"/>
      <w:marLeft w:val="0"/>
      <w:marRight w:val="0"/>
      <w:marTop w:val="0"/>
      <w:marBottom w:val="0"/>
      <w:divBdr>
        <w:top w:val="none" w:sz="0" w:space="0" w:color="auto"/>
        <w:left w:val="none" w:sz="0" w:space="0" w:color="auto"/>
        <w:bottom w:val="none" w:sz="0" w:space="0" w:color="auto"/>
        <w:right w:val="none" w:sz="0" w:space="0" w:color="auto"/>
      </w:divBdr>
    </w:div>
    <w:div w:id="225334298">
      <w:bodyDiv w:val="1"/>
      <w:marLeft w:val="0"/>
      <w:marRight w:val="0"/>
      <w:marTop w:val="0"/>
      <w:marBottom w:val="0"/>
      <w:divBdr>
        <w:top w:val="none" w:sz="0" w:space="0" w:color="auto"/>
        <w:left w:val="none" w:sz="0" w:space="0" w:color="auto"/>
        <w:bottom w:val="none" w:sz="0" w:space="0" w:color="auto"/>
        <w:right w:val="none" w:sz="0" w:space="0" w:color="auto"/>
      </w:divBdr>
    </w:div>
    <w:div w:id="226456518">
      <w:bodyDiv w:val="1"/>
      <w:marLeft w:val="0"/>
      <w:marRight w:val="0"/>
      <w:marTop w:val="0"/>
      <w:marBottom w:val="0"/>
      <w:divBdr>
        <w:top w:val="none" w:sz="0" w:space="0" w:color="auto"/>
        <w:left w:val="none" w:sz="0" w:space="0" w:color="auto"/>
        <w:bottom w:val="none" w:sz="0" w:space="0" w:color="auto"/>
        <w:right w:val="none" w:sz="0" w:space="0" w:color="auto"/>
      </w:divBdr>
    </w:div>
    <w:div w:id="227569000">
      <w:bodyDiv w:val="1"/>
      <w:marLeft w:val="0"/>
      <w:marRight w:val="0"/>
      <w:marTop w:val="0"/>
      <w:marBottom w:val="0"/>
      <w:divBdr>
        <w:top w:val="none" w:sz="0" w:space="0" w:color="auto"/>
        <w:left w:val="none" w:sz="0" w:space="0" w:color="auto"/>
        <w:bottom w:val="none" w:sz="0" w:space="0" w:color="auto"/>
        <w:right w:val="none" w:sz="0" w:space="0" w:color="auto"/>
      </w:divBdr>
    </w:div>
    <w:div w:id="228424485">
      <w:bodyDiv w:val="1"/>
      <w:marLeft w:val="0"/>
      <w:marRight w:val="0"/>
      <w:marTop w:val="0"/>
      <w:marBottom w:val="0"/>
      <w:divBdr>
        <w:top w:val="none" w:sz="0" w:space="0" w:color="auto"/>
        <w:left w:val="none" w:sz="0" w:space="0" w:color="auto"/>
        <w:bottom w:val="none" w:sz="0" w:space="0" w:color="auto"/>
        <w:right w:val="none" w:sz="0" w:space="0" w:color="auto"/>
      </w:divBdr>
    </w:div>
    <w:div w:id="229461917">
      <w:bodyDiv w:val="1"/>
      <w:marLeft w:val="0"/>
      <w:marRight w:val="0"/>
      <w:marTop w:val="0"/>
      <w:marBottom w:val="0"/>
      <w:divBdr>
        <w:top w:val="none" w:sz="0" w:space="0" w:color="auto"/>
        <w:left w:val="none" w:sz="0" w:space="0" w:color="auto"/>
        <w:bottom w:val="none" w:sz="0" w:space="0" w:color="auto"/>
        <w:right w:val="none" w:sz="0" w:space="0" w:color="auto"/>
      </w:divBdr>
    </w:div>
    <w:div w:id="236139182">
      <w:bodyDiv w:val="1"/>
      <w:marLeft w:val="0"/>
      <w:marRight w:val="0"/>
      <w:marTop w:val="0"/>
      <w:marBottom w:val="0"/>
      <w:divBdr>
        <w:top w:val="none" w:sz="0" w:space="0" w:color="auto"/>
        <w:left w:val="none" w:sz="0" w:space="0" w:color="auto"/>
        <w:bottom w:val="none" w:sz="0" w:space="0" w:color="auto"/>
        <w:right w:val="none" w:sz="0" w:space="0" w:color="auto"/>
      </w:divBdr>
    </w:div>
    <w:div w:id="238828973">
      <w:bodyDiv w:val="1"/>
      <w:marLeft w:val="0"/>
      <w:marRight w:val="0"/>
      <w:marTop w:val="0"/>
      <w:marBottom w:val="0"/>
      <w:divBdr>
        <w:top w:val="none" w:sz="0" w:space="0" w:color="auto"/>
        <w:left w:val="none" w:sz="0" w:space="0" w:color="auto"/>
        <w:bottom w:val="none" w:sz="0" w:space="0" w:color="auto"/>
        <w:right w:val="none" w:sz="0" w:space="0" w:color="auto"/>
      </w:divBdr>
    </w:div>
    <w:div w:id="239874588">
      <w:bodyDiv w:val="1"/>
      <w:marLeft w:val="0"/>
      <w:marRight w:val="0"/>
      <w:marTop w:val="0"/>
      <w:marBottom w:val="0"/>
      <w:divBdr>
        <w:top w:val="none" w:sz="0" w:space="0" w:color="auto"/>
        <w:left w:val="none" w:sz="0" w:space="0" w:color="auto"/>
        <w:bottom w:val="none" w:sz="0" w:space="0" w:color="auto"/>
        <w:right w:val="none" w:sz="0" w:space="0" w:color="auto"/>
      </w:divBdr>
    </w:div>
    <w:div w:id="240795264">
      <w:bodyDiv w:val="1"/>
      <w:marLeft w:val="0"/>
      <w:marRight w:val="0"/>
      <w:marTop w:val="0"/>
      <w:marBottom w:val="0"/>
      <w:divBdr>
        <w:top w:val="none" w:sz="0" w:space="0" w:color="auto"/>
        <w:left w:val="none" w:sz="0" w:space="0" w:color="auto"/>
        <w:bottom w:val="none" w:sz="0" w:space="0" w:color="auto"/>
        <w:right w:val="none" w:sz="0" w:space="0" w:color="auto"/>
      </w:divBdr>
    </w:div>
    <w:div w:id="241645283">
      <w:bodyDiv w:val="1"/>
      <w:marLeft w:val="0"/>
      <w:marRight w:val="0"/>
      <w:marTop w:val="0"/>
      <w:marBottom w:val="0"/>
      <w:divBdr>
        <w:top w:val="none" w:sz="0" w:space="0" w:color="auto"/>
        <w:left w:val="none" w:sz="0" w:space="0" w:color="auto"/>
        <w:bottom w:val="none" w:sz="0" w:space="0" w:color="auto"/>
        <w:right w:val="none" w:sz="0" w:space="0" w:color="auto"/>
      </w:divBdr>
    </w:div>
    <w:div w:id="243689847">
      <w:bodyDiv w:val="1"/>
      <w:marLeft w:val="0"/>
      <w:marRight w:val="0"/>
      <w:marTop w:val="0"/>
      <w:marBottom w:val="0"/>
      <w:divBdr>
        <w:top w:val="none" w:sz="0" w:space="0" w:color="auto"/>
        <w:left w:val="none" w:sz="0" w:space="0" w:color="auto"/>
        <w:bottom w:val="none" w:sz="0" w:space="0" w:color="auto"/>
        <w:right w:val="none" w:sz="0" w:space="0" w:color="auto"/>
      </w:divBdr>
    </w:div>
    <w:div w:id="244074612">
      <w:bodyDiv w:val="1"/>
      <w:marLeft w:val="0"/>
      <w:marRight w:val="0"/>
      <w:marTop w:val="0"/>
      <w:marBottom w:val="0"/>
      <w:divBdr>
        <w:top w:val="none" w:sz="0" w:space="0" w:color="auto"/>
        <w:left w:val="none" w:sz="0" w:space="0" w:color="auto"/>
        <w:bottom w:val="none" w:sz="0" w:space="0" w:color="auto"/>
        <w:right w:val="none" w:sz="0" w:space="0" w:color="auto"/>
      </w:divBdr>
    </w:div>
    <w:div w:id="244389322">
      <w:bodyDiv w:val="1"/>
      <w:marLeft w:val="0"/>
      <w:marRight w:val="0"/>
      <w:marTop w:val="0"/>
      <w:marBottom w:val="0"/>
      <w:divBdr>
        <w:top w:val="none" w:sz="0" w:space="0" w:color="auto"/>
        <w:left w:val="none" w:sz="0" w:space="0" w:color="auto"/>
        <w:bottom w:val="none" w:sz="0" w:space="0" w:color="auto"/>
        <w:right w:val="none" w:sz="0" w:space="0" w:color="auto"/>
      </w:divBdr>
    </w:div>
    <w:div w:id="245697412">
      <w:bodyDiv w:val="1"/>
      <w:marLeft w:val="0"/>
      <w:marRight w:val="0"/>
      <w:marTop w:val="0"/>
      <w:marBottom w:val="0"/>
      <w:divBdr>
        <w:top w:val="none" w:sz="0" w:space="0" w:color="auto"/>
        <w:left w:val="none" w:sz="0" w:space="0" w:color="auto"/>
        <w:bottom w:val="none" w:sz="0" w:space="0" w:color="auto"/>
        <w:right w:val="none" w:sz="0" w:space="0" w:color="auto"/>
      </w:divBdr>
    </w:div>
    <w:div w:id="249893331">
      <w:bodyDiv w:val="1"/>
      <w:marLeft w:val="0"/>
      <w:marRight w:val="0"/>
      <w:marTop w:val="0"/>
      <w:marBottom w:val="0"/>
      <w:divBdr>
        <w:top w:val="none" w:sz="0" w:space="0" w:color="auto"/>
        <w:left w:val="none" w:sz="0" w:space="0" w:color="auto"/>
        <w:bottom w:val="none" w:sz="0" w:space="0" w:color="auto"/>
        <w:right w:val="none" w:sz="0" w:space="0" w:color="auto"/>
      </w:divBdr>
    </w:div>
    <w:div w:id="252710739">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683814">
      <w:bodyDiv w:val="1"/>
      <w:marLeft w:val="0"/>
      <w:marRight w:val="0"/>
      <w:marTop w:val="0"/>
      <w:marBottom w:val="0"/>
      <w:divBdr>
        <w:top w:val="none" w:sz="0" w:space="0" w:color="auto"/>
        <w:left w:val="none" w:sz="0" w:space="0" w:color="auto"/>
        <w:bottom w:val="none" w:sz="0" w:space="0" w:color="auto"/>
        <w:right w:val="none" w:sz="0" w:space="0" w:color="auto"/>
      </w:divBdr>
    </w:div>
    <w:div w:id="260647994">
      <w:bodyDiv w:val="1"/>
      <w:marLeft w:val="0"/>
      <w:marRight w:val="0"/>
      <w:marTop w:val="0"/>
      <w:marBottom w:val="0"/>
      <w:divBdr>
        <w:top w:val="none" w:sz="0" w:space="0" w:color="auto"/>
        <w:left w:val="none" w:sz="0" w:space="0" w:color="auto"/>
        <w:bottom w:val="none" w:sz="0" w:space="0" w:color="auto"/>
        <w:right w:val="none" w:sz="0" w:space="0" w:color="auto"/>
      </w:divBdr>
    </w:div>
    <w:div w:id="260797605">
      <w:bodyDiv w:val="1"/>
      <w:marLeft w:val="0"/>
      <w:marRight w:val="0"/>
      <w:marTop w:val="0"/>
      <w:marBottom w:val="0"/>
      <w:divBdr>
        <w:top w:val="none" w:sz="0" w:space="0" w:color="auto"/>
        <w:left w:val="none" w:sz="0" w:space="0" w:color="auto"/>
        <w:bottom w:val="none" w:sz="0" w:space="0" w:color="auto"/>
        <w:right w:val="none" w:sz="0" w:space="0" w:color="auto"/>
      </w:divBdr>
    </w:div>
    <w:div w:id="262419851">
      <w:bodyDiv w:val="1"/>
      <w:marLeft w:val="0"/>
      <w:marRight w:val="0"/>
      <w:marTop w:val="0"/>
      <w:marBottom w:val="0"/>
      <w:divBdr>
        <w:top w:val="none" w:sz="0" w:space="0" w:color="auto"/>
        <w:left w:val="none" w:sz="0" w:space="0" w:color="auto"/>
        <w:bottom w:val="none" w:sz="0" w:space="0" w:color="auto"/>
        <w:right w:val="none" w:sz="0" w:space="0" w:color="auto"/>
      </w:divBdr>
    </w:div>
    <w:div w:id="264459620">
      <w:bodyDiv w:val="1"/>
      <w:marLeft w:val="0"/>
      <w:marRight w:val="0"/>
      <w:marTop w:val="0"/>
      <w:marBottom w:val="0"/>
      <w:divBdr>
        <w:top w:val="none" w:sz="0" w:space="0" w:color="auto"/>
        <w:left w:val="none" w:sz="0" w:space="0" w:color="auto"/>
        <w:bottom w:val="none" w:sz="0" w:space="0" w:color="auto"/>
        <w:right w:val="none" w:sz="0" w:space="0" w:color="auto"/>
      </w:divBdr>
    </w:div>
    <w:div w:id="267196919">
      <w:bodyDiv w:val="1"/>
      <w:marLeft w:val="0"/>
      <w:marRight w:val="0"/>
      <w:marTop w:val="0"/>
      <w:marBottom w:val="0"/>
      <w:divBdr>
        <w:top w:val="none" w:sz="0" w:space="0" w:color="auto"/>
        <w:left w:val="none" w:sz="0" w:space="0" w:color="auto"/>
        <w:bottom w:val="none" w:sz="0" w:space="0" w:color="auto"/>
        <w:right w:val="none" w:sz="0" w:space="0" w:color="auto"/>
      </w:divBdr>
    </w:div>
    <w:div w:id="269704510">
      <w:bodyDiv w:val="1"/>
      <w:marLeft w:val="0"/>
      <w:marRight w:val="0"/>
      <w:marTop w:val="0"/>
      <w:marBottom w:val="0"/>
      <w:divBdr>
        <w:top w:val="none" w:sz="0" w:space="0" w:color="auto"/>
        <w:left w:val="none" w:sz="0" w:space="0" w:color="auto"/>
        <w:bottom w:val="none" w:sz="0" w:space="0" w:color="auto"/>
        <w:right w:val="none" w:sz="0" w:space="0" w:color="auto"/>
      </w:divBdr>
    </w:div>
    <w:div w:id="270861540">
      <w:bodyDiv w:val="1"/>
      <w:marLeft w:val="0"/>
      <w:marRight w:val="0"/>
      <w:marTop w:val="0"/>
      <w:marBottom w:val="0"/>
      <w:divBdr>
        <w:top w:val="none" w:sz="0" w:space="0" w:color="auto"/>
        <w:left w:val="none" w:sz="0" w:space="0" w:color="auto"/>
        <w:bottom w:val="none" w:sz="0" w:space="0" w:color="auto"/>
        <w:right w:val="none" w:sz="0" w:space="0" w:color="auto"/>
      </w:divBdr>
    </w:div>
    <w:div w:id="273250871">
      <w:bodyDiv w:val="1"/>
      <w:marLeft w:val="0"/>
      <w:marRight w:val="0"/>
      <w:marTop w:val="0"/>
      <w:marBottom w:val="0"/>
      <w:divBdr>
        <w:top w:val="none" w:sz="0" w:space="0" w:color="auto"/>
        <w:left w:val="none" w:sz="0" w:space="0" w:color="auto"/>
        <w:bottom w:val="none" w:sz="0" w:space="0" w:color="auto"/>
        <w:right w:val="none" w:sz="0" w:space="0" w:color="auto"/>
      </w:divBdr>
    </w:div>
    <w:div w:id="273562203">
      <w:bodyDiv w:val="1"/>
      <w:marLeft w:val="0"/>
      <w:marRight w:val="0"/>
      <w:marTop w:val="0"/>
      <w:marBottom w:val="0"/>
      <w:divBdr>
        <w:top w:val="none" w:sz="0" w:space="0" w:color="auto"/>
        <w:left w:val="none" w:sz="0" w:space="0" w:color="auto"/>
        <w:bottom w:val="none" w:sz="0" w:space="0" w:color="auto"/>
        <w:right w:val="none" w:sz="0" w:space="0" w:color="auto"/>
      </w:divBdr>
    </w:div>
    <w:div w:id="278682606">
      <w:bodyDiv w:val="1"/>
      <w:marLeft w:val="0"/>
      <w:marRight w:val="0"/>
      <w:marTop w:val="0"/>
      <w:marBottom w:val="0"/>
      <w:divBdr>
        <w:top w:val="none" w:sz="0" w:space="0" w:color="auto"/>
        <w:left w:val="none" w:sz="0" w:space="0" w:color="auto"/>
        <w:bottom w:val="none" w:sz="0" w:space="0" w:color="auto"/>
        <w:right w:val="none" w:sz="0" w:space="0" w:color="auto"/>
      </w:divBdr>
    </w:div>
    <w:div w:id="280769882">
      <w:bodyDiv w:val="1"/>
      <w:marLeft w:val="0"/>
      <w:marRight w:val="0"/>
      <w:marTop w:val="0"/>
      <w:marBottom w:val="0"/>
      <w:divBdr>
        <w:top w:val="none" w:sz="0" w:space="0" w:color="auto"/>
        <w:left w:val="none" w:sz="0" w:space="0" w:color="auto"/>
        <w:bottom w:val="none" w:sz="0" w:space="0" w:color="auto"/>
        <w:right w:val="none" w:sz="0" w:space="0" w:color="auto"/>
      </w:divBdr>
    </w:div>
    <w:div w:id="281882663">
      <w:bodyDiv w:val="1"/>
      <w:marLeft w:val="0"/>
      <w:marRight w:val="0"/>
      <w:marTop w:val="0"/>
      <w:marBottom w:val="0"/>
      <w:divBdr>
        <w:top w:val="none" w:sz="0" w:space="0" w:color="auto"/>
        <w:left w:val="none" w:sz="0" w:space="0" w:color="auto"/>
        <w:bottom w:val="none" w:sz="0" w:space="0" w:color="auto"/>
        <w:right w:val="none" w:sz="0" w:space="0" w:color="auto"/>
      </w:divBdr>
    </w:div>
    <w:div w:id="282155351">
      <w:bodyDiv w:val="1"/>
      <w:marLeft w:val="0"/>
      <w:marRight w:val="0"/>
      <w:marTop w:val="0"/>
      <w:marBottom w:val="0"/>
      <w:divBdr>
        <w:top w:val="none" w:sz="0" w:space="0" w:color="auto"/>
        <w:left w:val="none" w:sz="0" w:space="0" w:color="auto"/>
        <w:bottom w:val="none" w:sz="0" w:space="0" w:color="auto"/>
        <w:right w:val="none" w:sz="0" w:space="0" w:color="auto"/>
      </w:divBdr>
    </w:div>
    <w:div w:id="282157034">
      <w:bodyDiv w:val="1"/>
      <w:marLeft w:val="0"/>
      <w:marRight w:val="0"/>
      <w:marTop w:val="0"/>
      <w:marBottom w:val="0"/>
      <w:divBdr>
        <w:top w:val="none" w:sz="0" w:space="0" w:color="auto"/>
        <w:left w:val="none" w:sz="0" w:space="0" w:color="auto"/>
        <w:bottom w:val="none" w:sz="0" w:space="0" w:color="auto"/>
        <w:right w:val="none" w:sz="0" w:space="0" w:color="auto"/>
      </w:divBdr>
    </w:div>
    <w:div w:id="282612025">
      <w:bodyDiv w:val="1"/>
      <w:marLeft w:val="0"/>
      <w:marRight w:val="0"/>
      <w:marTop w:val="0"/>
      <w:marBottom w:val="0"/>
      <w:divBdr>
        <w:top w:val="none" w:sz="0" w:space="0" w:color="auto"/>
        <w:left w:val="none" w:sz="0" w:space="0" w:color="auto"/>
        <w:bottom w:val="none" w:sz="0" w:space="0" w:color="auto"/>
        <w:right w:val="none" w:sz="0" w:space="0" w:color="auto"/>
      </w:divBdr>
    </w:div>
    <w:div w:id="284624223">
      <w:bodyDiv w:val="1"/>
      <w:marLeft w:val="0"/>
      <w:marRight w:val="0"/>
      <w:marTop w:val="0"/>
      <w:marBottom w:val="0"/>
      <w:divBdr>
        <w:top w:val="none" w:sz="0" w:space="0" w:color="auto"/>
        <w:left w:val="none" w:sz="0" w:space="0" w:color="auto"/>
        <w:bottom w:val="none" w:sz="0" w:space="0" w:color="auto"/>
        <w:right w:val="none" w:sz="0" w:space="0" w:color="auto"/>
      </w:divBdr>
    </w:div>
    <w:div w:id="284819676">
      <w:bodyDiv w:val="1"/>
      <w:marLeft w:val="0"/>
      <w:marRight w:val="0"/>
      <w:marTop w:val="0"/>
      <w:marBottom w:val="0"/>
      <w:divBdr>
        <w:top w:val="none" w:sz="0" w:space="0" w:color="auto"/>
        <w:left w:val="none" w:sz="0" w:space="0" w:color="auto"/>
        <w:bottom w:val="none" w:sz="0" w:space="0" w:color="auto"/>
        <w:right w:val="none" w:sz="0" w:space="0" w:color="auto"/>
      </w:divBdr>
    </w:div>
    <w:div w:id="284888692">
      <w:bodyDiv w:val="1"/>
      <w:marLeft w:val="0"/>
      <w:marRight w:val="0"/>
      <w:marTop w:val="0"/>
      <w:marBottom w:val="0"/>
      <w:divBdr>
        <w:top w:val="none" w:sz="0" w:space="0" w:color="auto"/>
        <w:left w:val="none" w:sz="0" w:space="0" w:color="auto"/>
        <w:bottom w:val="none" w:sz="0" w:space="0" w:color="auto"/>
        <w:right w:val="none" w:sz="0" w:space="0" w:color="auto"/>
      </w:divBdr>
    </w:div>
    <w:div w:id="288632574">
      <w:bodyDiv w:val="1"/>
      <w:marLeft w:val="0"/>
      <w:marRight w:val="0"/>
      <w:marTop w:val="0"/>
      <w:marBottom w:val="0"/>
      <w:divBdr>
        <w:top w:val="none" w:sz="0" w:space="0" w:color="auto"/>
        <w:left w:val="none" w:sz="0" w:space="0" w:color="auto"/>
        <w:bottom w:val="none" w:sz="0" w:space="0" w:color="auto"/>
        <w:right w:val="none" w:sz="0" w:space="0" w:color="auto"/>
      </w:divBdr>
    </w:div>
    <w:div w:id="289749578">
      <w:bodyDiv w:val="1"/>
      <w:marLeft w:val="0"/>
      <w:marRight w:val="0"/>
      <w:marTop w:val="0"/>
      <w:marBottom w:val="0"/>
      <w:divBdr>
        <w:top w:val="none" w:sz="0" w:space="0" w:color="auto"/>
        <w:left w:val="none" w:sz="0" w:space="0" w:color="auto"/>
        <w:bottom w:val="none" w:sz="0" w:space="0" w:color="auto"/>
        <w:right w:val="none" w:sz="0" w:space="0" w:color="auto"/>
      </w:divBdr>
    </w:div>
    <w:div w:id="289941547">
      <w:bodyDiv w:val="1"/>
      <w:marLeft w:val="0"/>
      <w:marRight w:val="0"/>
      <w:marTop w:val="0"/>
      <w:marBottom w:val="0"/>
      <w:divBdr>
        <w:top w:val="none" w:sz="0" w:space="0" w:color="auto"/>
        <w:left w:val="none" w:sz="0" w:space="0" w:color="auto"/>
        <w:bottom w:val="none" w:sz="0" w:space="0" w:color="auto"/>
        <w:right w:val="none" w:sz="0" w:space="0" w:color="auto"/>
      </w:divBdr>
    </w:div>
    <w:div w:id="290404478">
      <w:bodyDiv w:val="1"/>
      <w:marLeft w:val="0"/>
      <w:marRight w:val="0"/>
      <w:marTop w:val="0"/>
      <w:marBottom w:val="0"/>
      <w:divBdr>
        <w:top w:val="none" w:sz="0" w:space="0" w:color="auto"/>
        <w:left w:val="none" w:sz="0" w:space="0" w:color="auto"/>
        <w:bottom w:val="none" w:sz="0" w:space="0" w:color="auto"/>
        <w:right w:val="none" w:sz="0" w:space="0" w:color="auto"/>
      </w:divBdr>
    </w:div>
    <w:div w:id="291794856">
      <w:bodyDiv w:val="1"/>
      <w:marLeft w:val="0"/>
      <w:marRight w:val="0"/>
      <w:marTop w:val="0"/>
      <w:marBottom w:val="0"/>
      <w:divBdr>
        <w:top w:val="none" w:sz="0" w:space="0" w:color="auto"/>
        <w:left w:val="none" w:sz="0" w:space="0" w:color="auto"/>
        <w:bottom w:val="none" w:sz="0" w:space="0" w:color="auto"/>
        <w:right w:val="none" w:sz="0" w:space="0" w:color="auto"/>
      </w:divBdr>
    </w:div>
    <w:div w:id="292836283">
      <w:bodyDiv w:val="1"/>
      <w:marLeft w:val="0"/>
      <w:marRight w:val="0"/>
      <w:marTop w:val="0"/>
      <w:marBottom w:val="0"/>
      <w:divBdr>
        <w:top w:val="none" w:sz="0" w:space="0" w:color="auto"/>
        <w:left w:val="none" w:sz="0" w:space="0" w:color="auto"/>
        <w:bottom w:val="none" w:sz="0" w:space="0" w:color="auto"/>
        <w:right w:val="none" w:sz="0" w:space="0" w:color="auto"/>
      </w:divBdr>
    </w:div>
    <w:div w:id="296034158">
      <w:bodyDiv w:val="1"/>
      <w:marLeft w:val="0"/>
      <w:marRight w:val="0"/>
      <w:marTop w:val="0"/>
      <w:marBottom w:val="0"/>
      <w:divBdr>
        <w:top w:val="none" w:sz="0" w:space="0" w:color="auto"/>
        <w:left w:val="none" w:sz="0" w:space="0" w:color="auto"/>
        <w:bottom w:val="none" w:sz="0" w:space="0" w:color="auto"/>
        <w:right w:val="none" w:sz="0" w:space="0" w:color="auto"/>
      </w:divBdr>
    </w:div>
    <w:div w:id="298806456">
      <w:bodyDiv w:val="1"/>
      <w:marLeft w:val="0"/>
      <w:marRight w:val="0"/>
      <w:marTop w:val="0"/>
      <w:marBottom w:val="0"/>
      <w:divBdr>
        <w:top w:val="none" w:sz="0" w:space="0" w:color="auto"/>
        <w:left w:val="none" w:sz="0" w:space="0" w:color="auto"/>
        <w:bottom w:val="none" w:sz="0" w:space="0" w:color="auto"/>
        <w:right w:val="none" w:sz="0" w:space="0" w:color="auto"/>
      </w:divBdr>
    </w:div>
    <w:div w:id="300382963">
      <w:bodyDiv w:val="1"/>
      <w:marLeft w:val="0"/>
      <w:marRight w:val="0"/>
      <w:marTop w:val="0"/>
      <w:marBottom w:val="0"/>
      <w:divBdr>
        <w:top w:val="none" w:sz="0" w:space="0" w:color="auto"/>
        <w:left w:val="none" w:sz="0" w:space="0" w:color="auto"/>
        <w:bottom w:val="none" w:sz="0" w:space="0" w:color="auto"/>
        <w:right w:val="none" w:sz="0" w:space="0" w:color="auto"/>
      </w:divBdr>
    </w:div>
    <w:div w:id="301812466">
      <w:bodyDiv w:val="1"/>
      <w:marLeft w:val="0"/>
      <w:marRight w:val="0"/>
      <w:marTop w:val="0"/>
      <w:marBottom w:val="0"/>
      <w:divBdr>
        <w:top w:val="none" w:sz="0" w:space="0" w:color="auto"/>
        <w:left w:val="none" w:sz="0" w:space="0" w:color="auto"/>
        <w:bottom w:val="none" w:sz="0" w:space="0" w:color="auto"/>
        <w:right w:val="none" w:sz="0" w:space="0" w:color="auto"/>
      </w:divBdr>
    </w:div>
    <w:div w:id="302392021">
      <w:bodyDiv w:val="1"/>
      <w:marLeft w:val="0"/>
      <w:marRight w:val="0"/>
      <w:marTop w:val="0"/>
      <w:marBottom w:val="0"/>
      <w:divBdr>
        <w:top w:val="none" w:sz="0" w:space="0" w:color="auto"/>
        <w:left w:val="none" w:sz="0" w:space="0" w:color="auto"/>
        <w:bottom w:val="none" w:sz="0" w:space="0" w:color="auto"/>
        <w:right w:val="none" w:sz="0" w:space="0" w:color="auto"/>
      </w:divBdr>
    </w:div>
    <w:div w:id="302665509">
      <w:bodyDiv w:val="1"/>
      <w:marLeft w:val="0"/>
      <w:marRight w:val="0"/>
      <w:marTop w:val="0"/>
      <w:marBottom w:val="0"/>
      <w:divBdr>
        <w:top w:val="none" w:sz="0" w:space="0" w:color="auto"/>
        <w:left w:val="none" w:sz="0" w:space="0" w:color="auto"/>
        <w:bottom w:val="none" w:sz="0" w:space="0" w:color="auto"/>
        <w:right w:val="none" w:sz="0" w:space="0" w:color="auto"/>
      </w:divBdr>
    </w:div>
    <w:div w:id="303002547">
      <w:bodyDiv w:val="1"/>
      <w:marLeft w:val="0"/>
      <w:marRight w:val="0"/>
      <w:marTop w:val="0"/>
      <w:marBottom w:val="0"/>
      <w:divBdr>
        <w:top w:val="none" w:sz="0" w:space="0" w:color="auto"/>
        <w:left w:val="none" w:sz="0" w:space="0" w:color="auto"/>
        <w:bottom w:val="none" w:sz="0" w:space="0" w:color="auto"/>
        <w:right w:val="none" w:sz="0" w:space="0" w:color="auto"/>
      </w:divBdr>
    </w:div>
    <w:div w:id="304047884">
      <w:bodyDiv w:val="1"/>
      <w:marLeft w:val="0"/>
      <w:marRight w:val="0"/>
      <w:marTop w:val="0"/>
      <w:marBottom w:val="0"/>
      <w:divBdr>
        <w:top w:val="none" w:sz="0" w:space="0" w:color="auto"/>
        <w:left w:val="none" w:sz="0" w:space="0" w:color="auto"/>
        <w:bottom w:val="none" w:sz="0" w:space="0" w:color="auto"/>
        <w:right w:val="none" w:sz="0" w:space="0" w:color="auto"/>
      </w:divBdr>
    </w:div>
    <w:div w:id="306056736">
      <w:bodyDiv w:val="1"/>
      <w:marLeft w:val="0"/>
      <w:marRight w:val="0"/>
      <w:marTop w:val="0"/>
      <w:marBottom w:val="0"/>
      <w:divBdr>
        <w:top w:val="none" w:sz="0" w:space="0" w:color="auto"/>
        <w:left w:val="none" w:sz="0" w:space="0" w:color="auto"/>
        <w:bottom w:val="none" w:sz="0" w:space="0" w:color="auto"/>
        <w:right w:val="none" w:sz="0" w:space="0" w:color="auto"/>
      </w:divBdr>
    </w:div>
    <w:div w:id="307054942">
      <w:bodyDiv w:val="1"/>
      <w:marLeft w:val="0"/>
      <w:marRight w:val="0"/>
      <w:marTop w:val="0"/>
      <w:marBottom w:val="0"/>
      <w:divBdr>
        <w:top w:val="none" w:sz="0" w:space="0" w:color="auto"/>
        <w:left w:val="none" w:sz="0" w:space="0" w:color="auto"/>
        <w:bottom w:val="none" w:sz="0" w:space="0" w:color="auto"/>
        <w:right w:val="none" w:sz="0" w:space="0" w:color="auto"/>
      </w:divBdr>
    </w:div>
    <w:div w:id="308092659">
      <w:bodyDiv w:val="1"/>
      <w:marLeft w:val="0"/>
      <w:marRight w:val="0"/>
      <w:marTop w:val="0"/>
      <w:marBottom w:val="0"/>
      <w:divBdr>
        <w:top w:val="none" w:sz="0" w:space="0" w:color="auto"/>
        <w:left w:val="none" w:sz="0" w:space="0" w:color="auto"/>
        <w:bottom w:val="none" w:sz="0" w:space="0" w:color="auto"/>
        <w:right w:val="none" w:sz="0" w:space="0" w:color="auto"/>
      </w:divBdr>
    </w:div>
    <w:div w:id="308827639">
      <w:bodyDiv w:val="1"/>
      <w:marLeft w:val="0"/>
      <w:marRight w:val="0"/>
      <w:marTop w:val="0"/>
      <w:marBottom w:val="0"/>
      <w:divBdr>
        <w:top w:val="none" w:sz="0" w:space="0" w:color="auto"/>
        <w:left w:val="none" w:sz="0" w:space="0" w:color="auto"/>
        <w:bottom w:val="none" w:sz="0" w:space="0" w:color="auto"/>
        <w:right w:val="none" w:sz="0" w:space="0" w:color="auto"/>
      </w:divBdr>
    </w:div>
    <w:div w:id="309141497">
      <w:bodyDiv w:val="1"/>
      <w:marLeft w:val="0"/>
      <w:marRight w:val="0"/>
      <w:marTop w:val="0"/>
      <w:marBottom w:val="0"/>
      <w:divBdr>
        <w:top w:val="none" w:sz="0" w:space="0" w:color="auto"/>
        <w:left w:val="none" w:sz="0" w:space="0" w:color="auto"/>
        <w:bottom w:val="none" w:sz="0" w:space="0" w:color="auto"/>
        <w:right w:val="none" w:sz="0" w:space="0" w:color="auto"/>
      </w:divBdr>
    </w:div>
    <w:div w:id="310450242">
      <w:bodyDiv w:val="1"/>
      <w:marLeft w:val="0"/>
      <w:marRight w:val="0"/>
      <w:marTop w:val="0"/>
      <w:marBottom w:val="0"/>
      <w:divBdr>
        <w:top w:val="none" w:sz="0" w:space="0" w:color="auto"/>
        <w:left w:val="none" w:sz="0" w:space="0" w:color="auto"/>
        <w:bottom w:val="none" w:sz="0" w:space="0" w:color="auto"/>
        <w:right w:val="none" w:sz="0" w:space="0" w:color="auto"/>
      </w:divBdr>
    </w:div>
    <w:div w:id="312951513">
      <w:bodyDiv w:val="1"/>
      <w:marLeft w:val="0"/>
      <w:marRight w:val="0"/>
      <w:marTop w:val="0"/>
      <w:marBottom w:val="0"/>
      <w:divBdr>
        <w:top w:val="none" w:sz="0" w:space="0" w:color="auto"/>
        <w:left w:val="none" w:sz="0" w:space="0" w:color="auto"/>
        <w:bottom w:val="none" w:sz="0" w:space="0" w:color="auto"/>
        <w:right w:val="none" w:sz="0" w:space="0" w:color="auto"/>
      </w:divBdr>
    </w:div>
    <w:div w:id="313028433">
      <w:bodyDiv w:val="1"/>
      <w:marLeft w:val="0"/>
      <w:marRight w:val="0"/>
      <w:marTop w:val="0"/>
      <w:marBottom w:val="0"/>
      <w:divBdr>
        <w:top w:val="none" w:sz="0" w:space="0" w:color="auto"/>
        <w:left w:val="none" w:sz="0" w:space="0" w:color="auto"/>
        <w:bottom w:val="none" w:sz="0" w:space="0" w:color="auto"/>
        <w:right w:val="none" w:sz="0" w:space="0" w:color="auto"/>
      </w:divBdr>
    </w:div>
    <w:div w:id="315887123">
      <w:bodyDiv w:val="1"/>
      <w:marLeft w:val="0"/>
      <w:marRight w:val="0"/>
      <w:marTop w:val="0"/>
      <w:marBottom w:val="0"/>
      <w:divBdr>
        <w:top w:val="none" w:sz="0" w:space="0" w:color="auto"/>
        <w:left w:val="none" w:sz="0" w:space="0" w:color="auto"/>
        <w:bottom w:val="none" w:sz="0" w:space="0" w:color="auto"/>
        <w:right w:val="none" w:sz="0" w:space="0" w:color="auto"/>
      </w:divBdr>
    </w:div>
    <w:div w:id="316612714">
      <w:bodyDiv w:val="1"/>
      <w:marLeft w:val="0"/>
      <w:marRight w:val="0"/>
      <w:marTop w:val="0"/>
      <w:marBottom w:val="0"/>
      <w:divBdr>
        <w:top w:val="none" w:sz="0" w:space="0" w:color="auto"/>
        <w:left w:val="none" w:sz="0" w:space="0" w:color="auto"/>
        <w:bottom w:val="none" w:sz="0" w:space="0" w:color="auto"/>
        <w:right w:val="none" w:sz="0" w:space="0" w:color="auto"/>
      </w:divBdr>
    </w:div>
    <w:div w:id="319113500">
      <w:bodyDiv w:val="1"/>
      <w:marLeft w:val="0"/>
      <w:marRight w:val="0"/>
      <w:marTop w:val="0"/>
      <w:marBottom w:val="0"/>
      <w:divBdr>
        <w:top w:val="none" w:sz="0" w:space="0" w:color="auto"/>
        <w:left w:val="none" w:sz="0" w:space="0" w:color="auto"/>
        <w:bottom w:val="none" w:sz="0" w:space="0" w:color="auto"/>
        <w:right w:val="none" w:sz="0" w:space="0" w:color="auto"/>
      </w:divBdr>
    </w:div>
    <w:div w:id="319191155">
      <w:bodyDiv w:val="1"/>
      <w:marLeft w:val="0"/>
      <w:marRight w:val="0"/>
      <w:marTop w:val="0"/>
      <w:marBottom w:val="0"/>
      <w:divBdr>
        <w:top w:val="none" w:sz="0" w:space="0" w:color="auto"/>
        <w:left w:val="none" w:sz="0" w:space="0" w:color="auto"/>
        <w:bottom w:val="none" w:sz="0" w:space="0" w:color="auto"/>
        <w:right w:val="none" w:sz="0" w:space="0" w:color="auto"/>
      </w:divBdr>
    </w:div>
    <w:div w:id="320085156">
      <w:bodyDiv w:val="1"/>
      <w:marLeft w:val="0"/>
      <w:marRight w:val="0"/>
      <w:marTop w:val="0"/>
      <w:marBottom w:val="0"/>
      <w:divBdr>
        <w:top w:val="none" w:sz="0" w:space="0" w:color="auto"/>
        <w:left w:val="none" w:sz="0" w:space="0" w:color="auto"/>
        <w:bottom w:val="none" w:sz="0" w:space="0" w:color="auto"/>
        <w:right w:val="none" w:sz="0" w:space="0" w:color="auto"/>
      </w:divBdr>
    </w:div>
    <w:div w:id="320355532">
      <w:bodyDiv w:val="1"/>
      <w:marLeft w:val="0"/>
      <w:marRight w:val="0"/>
      <w:marTop w:val="0"/>
      <w:marBottom w:val="0"/>
      <w:divBdr>
        <w:top w:val="none" w:sz="0" w:space="0" w:color="auto"/>
        <w:left w:val="none" w:sz="0" w:space="0" w:color="auto"/>
        <w:bottom w:val="none" w:sz="0" w:space="0" w:color="auto"/>
        <w:right w:val="none" w:sz="0" w:space="0" w:color="auto"/>
      </w:divBdr>
    </w:div>
    <w:div w:id="320355992">
      <w:bodyDiv w:val="1"/>
      <w:marLeft w:val="0"/>
      <w:marRight w:val="0"/>
      <w:marTop w:val="0"/>
      <w:marBottom w:val="0"/>
      <w:divBdr>
        <w:top w:val="none" w:sz="0" w:space="0" w:color="auto"/>
        <w:left w:val="none" w:sz="0" w:space="0" w:color="auto"/>
        <w:bottom w:val="none" w:sz="0" w:space="0" w:color="auto"/>
        <w:right w:val="none" w:sz="0" w:space="0" w:color="auto"/>
      </w:divBdr>
    </w:div>
    <w:div w:id="322583123">
      <w:bodyDiv w:val="1"/>
      <w:marLeft w:val="0"/>
      <w:marRight w:val="0"/>
      <w:marTop w:val="0"/>
      <w:marBottom w:val="0"/>
      <w:divBdr>
        <w:top w:val="none" w:sz="0" w:space="0" w:color="auto"/>
        <w:left w:val="none" w:sz="0" w:space="0" w:color="auto"/>
        <w:bottom w:val="none" w:sz="0" w:space="0" w:color="auto"/>
        <w:right w:val="none" w:sz="0" w:space="0" w:color="auto"/>
      </w:divBdr>
    </w:div>
    <w:div w:id="323748699">
      <w:bodyDiv w:val="1"/>
      <w:marLeft w:val="0"/>
      <w:marRight w:val="0"/>
      <w:marTop w:val="0"/>
      <w:marBottom w:val="0"/>
      <w:divBdr>
        <w:top w:val="none" w:sz="0" w:space="0" w:color="auto"/>
        <w:left w:val="none" w:sz="0" w:space="0" w:color="auto"/>
        <w:bottom w:val="none" w:sz="0" w:space="0" w:color="auto"/>
        <w:right w:val="none" w:sz="0" w:space="0" w:color="auto"/>
      </w:divBdr>
    </w:div>
    <w:div w:id="324237906">
      <w:bodyDiv w:val="1"/>
      <w:marLeft w:val="0"/>
      <w:marRight w:val="0"/>
      <w:marTop w:val="0"/>
      <w:marBottom w:val="0"/>
      <w:divBdr>
        <w:top w:val="none" w:sz="0" w:space="0" w:color="auto"/>
        <w:left w:val="none" w:sz="0" w:space="0" w:color="auto"/>
        <w:bottom w:val="none" w:sz="0" w:space="0" w:color="auto"/>
        <w:right w:val="none" w:sz="0" w:space="0" w:color="auto"/>
      </w:divBdr>
    </w:div>
    <w:div w:id="324282380">
      <w:bodyDiv w:val="1"/>
      <w:marLeft w:val="0"/>
      <w:marRight w:val="0"/>
      <w:marTop w:val="0"/>
      <w:marBottom w:val="0"/>
      <w:divBdr>
        <w:top w:val="none" w:sz="0" w:space="0" w:color="auto"/>
        <w:left w:val="none" w:sz="0" w:space="0" w:color="auto"/>
        <w:bottom w:val="none" w:sz="0" w:space="0" w:color="auto"/>
        <w:right w:val="none" w:sz="0" w:space="0" w:color="auto"/>
      </w:divBdr>
    </w:div>
    <w:div w:id="325472962">
      <w:bodyDiv w:val="1"/>
      <w:marLeft w:val="0"/>
      <w:marRight w:val="0"/>
      <w:marTop w:val="0"/>
      <w:marBottom w:val="0"/>
      <w:divBdr>
        <w:top w:val="none" w:sz="0" w:space="0" w:color="auto"/>
        <w:left w:val="none" w:sz="0" w:space="0" w:color="auto"/>
        <w:bottom w:val="none" w:sz="0" w:space="0" w:color="auto"/>
        <w:right w:val="none" w:sz="0" w:space="0" w:color="auto"/>
      </w:divBdr>
    </w:div>
    <w:div w:id="327632645">
      <w:bodyDiv w:val="1"/>
      <w:marLeft w:val="0"/>
      <w:marRight w:val="0"/>
      <w:marTop w:val="0"/>
      <w:marBottom w:val="0"/>
      <w:divBdr>
        <w:top w:val="none" w:sz="0" w:space="0" w:color="auto"/>
        <w:left w:val="none" w:sz="0" w:space="0" w:color="auto"/>
        <w:bottom w:val="none" w:sz="0" w:space="0" w:color="auto"/>
        <w:right w:val="none" w:sz="0" w:space="0" w:color="auto"/>
      </w:divBdr>
    </w:div>
    <w:div w:id="329677060">
      <w:bodyDiv w:val="1"/>
      <w:marLeft w:val="0"/>
      <w:marRight w:val="0"/>
      <w:marTop w:val="0"/>
      <w:marBottom w:val="0"/>
      <w:divBdr>
        <w:top w:val="none" w:sz="0" w:space="0" w:color="auto"/>
        <w:left w:val="none" w:sz="0" w:space="0" w:color="auto"/>
        <w:bottom w:val="none" w:sz="0" w:space="0" w:color="auto"/>
        <w:right w:val="none" w:sz="0" w:space="0" w:color="auto"/>
      </w:divBdr>
    </w:div>
    <w:div w:id="333606116">
      <w:bodyDiv w:val="1"/>
      <w:marLeft w:val="0"/>
      <w:marRight w:val="0"/>
      <w:marTop w:val="0"/>
      <w:marBottom w:val="0"/>
      <w:divBdr>
        <w:top w:val="none" w:sz="0" w:space="0" w:color="auto"/>
        <w:left w:val="none" w:sz="0" w:space="0" w:color="auto"/>
        <w:bottom w:val="none" w:sz="0" w:space="0" w:color="auto"/>
        <w:right w:val="none" w:sz="0" w:space="0" w:color="auto"/>
      </w:divBdr>
    </w:div>
    <w:div w:id="334069581">
      <w:bodyDiv w:val="1"/>
      <w:marLeft w:val="0"/>
      <w:marRight w:val="0"/>
      <w:marTop w:val="0"/>
      <w:marBottom w:val="0"/>
      <w:divBdr>
        <w:top w:val="none" w:sz="0" w:space="0" w:color="auto"/>
        <w:left w:val="none" w:sz="0" w:space="0" w:color="auto"/>
        <w:bottom w:val="none" w:sz="0" w:space="0" w:color="auto"/>
        <w:right w:val="none" w:sz="0" w:space="0" w:color="auto"/>
      </w:divBdr>
    </w:div>
    <w:div w:id="337734410">
      <w:bodyDiv w:val="1"/>
      <w:marLeft w:val="0"/>
      <w:marRight w:val="0"/>
      <w:marTop w:val="0"/>
      <w:marBottom w:val="0"/>
      <w:divBdr>
        <w:top w:val="none" w:sz="0" w:space="0" w:color="auto"/>
        <w:left w:val="none" w:sz="0" w:space="0" w:color="auto"/>
        <w:bottom w:val="none" w:sz="0" w:space="0" w:color="auto"/>
        <w:right w:val="none" w:sz="0" w:space="0" w:color="auto"/>
      </w:divBdr>
    </w:div>
    <w:div w:id="339164474">
      <w:bodyDiv w:val="1"/>
      <w:marLeft w:val="0"/>
      <w:marRight w:val="0"/>
      <w:marTop w:val="0"/>
      <w:marBottom w:val="0"/>
      <w:divBdr>
        <w:top w:val="none" w:sz="0" w:space="0" w:color="auto"/>
        <w:left w:val="none" w:sz="0" w:space="0" w:color="auto"/>
        <w:bottom w:val="none" w:sz="0" w:space="0" w:color="auto"/>
        <w:right w:val="none" w:sz="0" w:space="0" w:color="auto"/>
      </w:divBdr>
    </w:div>
    <w:div w:id="339741364">
      <w:bodyDiv w:val="1"/>
      <w:marLeft w:val="0"/>
      <w:marRight w:val="0"/>
      <w:marTop w:val="0"/>
      <w:marBottom w:val="0"/>
      <w:divBdr>
        <w:top w:val="none" w:sz="0" w:space="0" w:color="auto"/>
        <w:left w:val="none" w:sz="0" w:space="0" w:color="auto"/>
        <w:bottom w:val="none" w:sz="0" w:space="0" w:color="auto"/>
        <w:right w:val="none" w:sz="0" w:space="0" w:color="auto"/>
      </w:divBdr>
    </w:div>
    <w:div w:id="340010841">
      <w:bodyDiv w:val="1"/>
      <w:marLeft w:val="0"/>
      <w:marRight w:val="0"/>
      <w:marTop w:val="0"/>
      <w:marBottom w:val="0"/>
      <w:divBdr>
        <w:top w:val="none" w:sz="0" w:space="0" w:color="auto"/>
        <w:left w:val="none" w:sz="0" w:space="0" w:color="auto"/>
        <w:bottom w:val="none" w:sz="0" w:space="0" w:color="auto"/>
        <w:right w:val="none" w:sz="0" w:space="0" w:color="auto"/>
      </w:divBdr>
    </w:div>
    <w:div w:id="342441808">
      <w:bodyDiv w:val="1"/>
      <w:marLeft w:val="0"/>
      <w:marRight w:val="0"/>
      <w:marTop w:val="0"/>
      <w:marBottom w:val="0"/>
      <w:divBdr>
        <w:top w:val="none" w:sz="0" w:space="0" w:color="auto"/>
        <w:left w:val="none" w:sz="0" w:space="0" w:color="auto"/>
        <w:bottom w:val="none" w:sz="0" w:space="0" w:color="auto"/>
        <w:right w:val="none" w:sz="0" w:space="0" w:color="auto"/>
      </w:divBdr>
    </w:div>
    <w:div w:id="345644903">
      <w:bodyDiv w:val="1"/>
      <w:marLeft w:val="0"/>
      <w:marRight w:val="0"/>
      <w:marTop w:val="0"/>
      <w:marBottom w:val="0"/>
      <w:divBdr>
        <w:top w:val="none" w:sz="0" w:space="0" w:color="auto"/>
        <w:left w:val="none" w:sz="0" w:space="0" w:color="auto"/>
        <w:bottom w:val="none" w:sz="0" w:space="0" w:color="auto"/>
        <w:right w:val="none" w:sz="0" w:space="0" w:color="auto"/>
      </w:divBdr>
    </w:div>
    <w:div w:id="346103400">
      <w:bodyDiv w:val="1"/>
      <w:marLeft w:val="0"/>
      <w:marRight w:val="0"/>
      <w:marTop w:val="0"/>
      <w:marBottom w:val="0"/>
      <w:divBdr>
        <w:top w:val="none" w:sz="0" w:space="0" w:color="auto"/>
        <w:left w:val="none" w:sz="0" w:space="0" w:color="auto"/>
        <w:bottom w:val="none" w:sz="0" w:space="0" w:color="auto"/>
        <w:right w:val="none" w:sz="0" w:space="0" w:color="auto"/>
      </w:divBdr>
    </w:div>
    <w:div w:id="346830629">
      <w:bodyDiv w:val="1"/>
      <w:marLeft w:val="0"/>
      <w:marRight w:val="0"/>
      <w:marTop w:val="0"/>
      <w:marBottom w:val="0"/>
      <w:divBdr>
        <w:top w:val="none" w:sz="0" w:space="0" w:color="auto"/>
        <w:left w:val="none" w:sz="0" w:space="0" w:color="auto"/>
        <w:bottom w:val="none" w:sz="0" w:space="0" w:color="auto"/>
        <w:right w:val="none" w:sz="0" w:space="0" w:color="auto"/>
      </w:divBdr>
    </w:div>
    <w:div w:id="351342767">
      <w:bodyDiv w:val="1"/>
      <w:marLeft w:val="0"/>
      <w:marRight w:val="0"/>
      <w:marTop w:val="0"/>
      <w:marBottom w:val="0"/>
      <w:divBdr>
        <w:top w:val="none" w:sz="0" w:space="0" w:color="auto"/>
        <w:left w:val="none" w:sz="0" w:space="0" w:color="auto"/>
        <w:bottom w:val="none" w:sz="0" w:space="0" w:color="auto"/>
        <w:right w:val="none" w:sz="0" w:space="0" w:color="auto"/>
      </w:divBdr>
    </w:div>
    <w:div w:id="352731250">
      <w:bodyDiv w:val="1"/>
      <w:marLeft w:val="0"/>
      <w:marRight w:val="0"/>
      <w:marTop w:val="0"/>
      <w:marBottom w:val="0"/>
      <w:divBdr>
        <w:top w:val="none" w:sz="0" w:space="0" w:color="auto"/>
        <w:left w:val="none" w:sz="0" w:space="0" w:color="auto"/>
        <w:bottom w:val="none" w:sz="0" w:space="0" w:color="auto"/>
        <w:right w:val="none" w:sz="0" w:space="0" w:color="auto"/>
      </w:divBdr>
    </w:div>
    <w:div w:id="353507118">
      <w:bodyDiv w:val="1"/>
      <w:marLeft w:val="0"/>
      <w:marRight w:val="0"/>
      <w:marTop w:val="0"/>
      <w:marBottom w:val="0"/>
      <w:divBdr>
        <w:top w:val="none" w:sz="0" w:space="0" w:color="auto"/>
        <w:left w:val="none" w:sz="0" w:space="0" w:color="auto"/>
        <w:bottom w:val="none" w:sz="0" w:space="0" w:color="auto"/>
        <w:right w:val="none" w:sz="0" w:space="0" w:color="auto"/>
      </w:divBdr>
    </w:div>
    <w:div w:id="357242757">
      <w:bodyDiv w:val="1"/>
      <w:marLeft w:val="0"/>
      <w:marRight w:val="0"/>
      <w:marTop w:val="0"/>
      <w:marBottom w:val="0"/>
      <w:divBdr>
        <w:top w:val="none" w:sz="0" w:space="0" w:color="auto"/>
        <w:left w:val="none" w:sz="0" w:space="0" w:color="auto"/>
        <w:bottom w:val="none" w:sz="0" w:space="0" w:color="auto"/>
        <w:right w:val="none" w:sz="0" w:space="0" w:color="auto"/>
      </w:divBdr>
    </w:div>
    <w:div w:id="358093433">
      <w:bodyDiv w:val="1"/>
      <w:marLeft w:val="0"/>
      <w:marRight w:val="0"/>
      <w:marTop w:val="0"/>
      <w:marBottom w:val="0"/>
      <w:divBdr>
        <w:top w:val="none" w:sz="0" w:space="0" w:color="auto"/>
        <w:left w:val="none" w:sz="0" w:space="0" w:color="auto"/>
        <w:bottom w:val="none" w:sz="0" w:space="0" w:color="auto"/>
        <w:right w:val="none" w:sz="0" w:space="0" w:color="auto"/>
      </w:divBdr>
    </w:div>
    <w:div w:id="359087338">
      <w:bodyDiv w:val="1"/>
      <w:marLeft w:val="0"/>
      <w:marRight w:val="0"/>
      <w:marTop w:val="0"/>
      <w:marBottom w:val="0"/>
      <w:divBdr>
        <w:top w:val="none" w:sz="0" w:space="0" w:color="auto"/>
        <w:left w:val="none" w:sz="0" w:space="0" w:color="auto"/>
        <w:bottom w:val="none" w:sz="0" w:space="0" w:color="auto"/>
        <w:right w:val="none" w:sz="0" w:space="0" w:color="auto"/>
      </w:divBdr>
    </w:div>
    <w:div w:id="359822191">
      <w:bodyDiv w:val="1"/>
      <w:marLeft w:val="0"/>
      <w:marRight w:val="0"/>
      <w:marTop w:val="0"/>
      <w:marBottom w:val="0"/>
      <w:divBdr>
        <w:top w:val="none" w:sz="0" w:space="0" w:color="auto"/>
        <w:left w:val="none" w:sz="0" w:space="0" w:color="auto"/>
        <w:bottom w:val="none" w:sz="0" w:space="0" w:color="auto"/>
        <w:right w:val="none" w:sz="0" w:space="0" w:color="auto"/>
      </w:divBdr>
    </w:div>
    <w:div w:id="360471851">
      <w:bodyDiv w:val="1"/>
      <w:marLeft w:val="0"/>
      <w:marRight w:val="0"/>
      <w:marTop w:val="0"/>
      <w:marBottom w:val="0"/>
      <w:divBdr>
        <w:top w:val="none" w:sz="0" w:space="0" w:color="auto"/>
        <w:left w:val="none" w:sz="0" w:space="0" w:color="auto"/>
        <w:bottom w:val="none" w:sz="0" w:space="0" w:color="auto"/>
        <w:right w:val="none" w:sz="0" w:space="0" w:color="auto"/>
      </w:divBdr>
    </w:div>
    <w:div w:id="362705119">
      <w:bodyDiv w:val="1"/>
      <w:marLeft w:val="0"/>
      <w:marRight w:val="0"/>
      <w:marTop w:val="0"/>
      <w:marBottom w:val="0"/>
      <w:divBdr>
        <w:top w:val="none" w:sz="0" w:space="0" w:color="auto"/>
        <w:left w:val="none" w:sz="0" w:space="0" w:color="auto"/>
        <w:bottom w:val="none" w:sz="0" w:space="0" w:color="auto"/>
        <w:right w:val="none" w:sz="0" w:space="0" w:color="auto"/>
      </w:divBdr>
    </w:div>
    <w:div w:id="363214623">
      <w:bodyDiv w:val="1"/>
      <w:marLeft w:val="0"/>
      <w:marRight w:val="0"/>
      <w:marTop w:val="0"/>
      <w:marBottom w:val="0"/>
      <w:divBdr>
        <w:top w:val="none" w:sz="0" w:space="0" w:color="auto"/>
        <w:left w:val="none" w:sz="0" w:space="0" w:color="auto"/>
        <w:bottom w:val="none" w:sz="0" w:space="0" w:color="auto"/>
        <w:right w:val="none" w:sz="0" w:space="0" w:color="auto"/>
      </w:divBdr>
    </w:div>
    <w:div w:id="364839497">
      <w:bodyDiv w:val="1"/>
      <w:marLeft w:val="0"/>
      <w:marRight w:val="0"/>
      <w:marTop w:val="0"/>
      <w:marBottom w:val="0"/>
      <w:divBdr>
        <w:top w:val="none" w:sz="0" w:space="0" w:color="auto"/>
        <w:left w:val="none" w:sz="0" w:space="0" w:color="auto"/>
        <w:bottom w:val="none" w:sz="0" w:space="0" w:color="auto"/>
        <w:right w:val="none" w:sz="0" w:space="0" w:color="auto"/>
      </w:divBdr>
    </w:div>
    <w:div w:id="365522174">
      <w:bodyDiv w:val="1"/>
      <w:marLeft w:val="0"/>
      <w:marRight w:val="0"/>
      <w:marTop w:val="0"/>
      <w:marBottom w:val="0"/>
      <w:divBdr>
        <w:top w:val="none" w:sz="0" w:space="0" w:color="auto"/>
        <w:left w:val="none" w:sz="0" w:space="0" w:color="auto"/>
        <w:bottom w:val="none" w:sz="0" w:space="0" w:color="auto"/>
        <w:right w:val="none" w:sz="0" w:space="0" w:color="auto"/>
      </w:divBdr>
    </w:div>
    <w:div w:id="368914796">
      <w:bodyDiv w:val="1"/>
      <w:marLeft w:val="0"/>
      <w:marRight w:val="0"/>
      <w:marTop w:val="0"/>
      <w:marBottom w:val="0"/>
      <w:divBdr>
        <w:top w:val="none" w:sz="0" w:space="0" w:color="auto"/>
        <w:left w:val="none" w:sz="0" w:space="0" w:color="auto"/>
        <w:bottom w:val="none" w:sz="0" w:space="0" w:color="auto"/>
        <w:right w:val="none" w:sz="0" w:space="0" w:color="auto"/>
      </w:divBdr>
    </w:div>
    <w:div w:id="370881929">
      <w:bodyDiv w:val="1"/>
      <w:marLeft w:val="0"/>
      <w:marRight w:val="0"/>
      <w:marTop w:val="0"/>
      <w:marBottom w:val="0"/>
      <w:divBdr>
        <w:top w:val="none" w:sz="0" w:space="0" w:color="auto"/>
        <w:left w:val="none" w:sz="0" w:space="0" w:color="auto"/>
        <w:bottom w:val="none" w:sz="0" w:space="0" w:color="auto"/>
        <w:right w:val="none" w:sz="0" w:space="0" w:color="auto"/>
      </w:divBdr>
    </w:div>
    <w:div w:id="372576688">
      <w:bodyDiv w:val="1"/>
      <w:marLeft w:val="0"/>
      <w:marRight w:val="0"/>
      <w:marTop w:val="0"/>
      <w:marBottom w:val="0"/>
      <w:divBdr>
        <w:top w:val="none" w:sz="0" w:space="0" w:color="auto"/>
        <w:left w:val="none" w:sz="0" w:space="0" w:color="auto"/>
        <w:bottom w:val="none" w:sz="0" w:space="0" w:color="auto"/>
        <w:right w:val="none" w:sz="0" w:space="0" w:color="auto"/>
      </w:divBdr>
    </w:div>
    <w:div w:id="373237047">
      <w:bodyDiv w:val="1"/>
      <w:marLeft w:val="0"/>
      <w:marRight w:val="0"/>
      <w:marTop w:val="0"/>
      <w:marBottom w:val="0"/>
      <w:divBdr>
        <w:top w:val="none" w:sz="0" w:space="0" w:color="auto"/>
        <w:left w:val="none" w:sz="0" w:space="0" w:color="auto"/>
        <w:bottom w:val="none" w:sz="0" w:space="0" w:color="auto"/>
        <w:right w:val="none" w:sz="0" w:space="0" w:color="auto"/>
      </w:divBdr>
    </w:div>
    <w:div w:id="374081896">
      <w:bodyDiv w:val="1"/>
      <w:marLeft w:val="0"/>
      <w:marRight w:val="0"/>
      <w:marTop w:val="0"/>
      <w:marBottom w:val="0"/>
      <w:divBdr>
        <w:top w:val="none" w:sz="0" w:space="0" w:color="auto"/>
        <w:left w:val="none" w:sz="0" w:space="0" w:color="auto"/>
        <w:bottom w:val="none" w:sz="0" w:space="0" w:color="auto"/>
        <w:right w:val="none" w:sz="0" w:space="0" w:color="auto"/>
      </w:divBdr>
    </w:div>
    <w:div w:id="375278885">
      <w:bodyDiv w:val="1"/>
      <w:marLeft w:val="0"/>
      <w:marRight w:val="0"/>
      <w:marTop w:val="0"/>
      <w:marBottom w:val="0"/>
      <w:divBdr>
        <w:top w:val="none" w:sz="0" w:space="0" w:color="auto"/>
        <w:left w:val="none" w:sz="0" w:space="0" w:color="auto"/>
        <w:bottom w:val="none" w:sz="0" w:space="0" w:color="auto"/>
        <w:right w:val="none" w:sz="0" w:space="0" w:color="auto"/>
      </w:divBdr>
    </w:div>
    <w:div w:id="378358356">
      <w:bodyDiv w:val="1"/>
      <w:marLeft w:val="0"/>
      <w:marRight w:val="0"/>
      <w:marTop w:val="0"/>
      <w:marBottom w:val="0"/>
      <w:divBdr>
        <w:top w:val="none" w:sz="0" w:space="0" w:color="auto"/>
        <w:left w:val="none" w:sz="0" w:space="0" w:color="auto"/>
        <w:bottom w:val="none" w:sz="0" w:space="0" w:color="auto"/>
        <w:right w:val="none" w:sz="0" w:space="0" w:color="auto"/>
      </w:divBdr>
    </w:div>
    <w:div w:id="379016138">
      <w:bodyDiv w:val="1"/>
      <w:marLeft w:val="0"/>
      <w:marRight w:val="0"/>
      <w:marTop w:val="0"/>
      <w:marBottom w:val="0"/>
      <w:divBdr>
        <w:top w:val="none" w:sz="0" w:space="0" w:color="auto"/>
        <w:left w:val="none" w:sz="0" w:space="0" w:color="auto"/>
        <w:bottom w:val="none" w:sz="0" w:space="0" w:color="auto"/>
        <w:right w:val="none" w:sz="0" w:space="0" w:color="auto"/>
      </w:divBdr>
    </w:div>
    <w:div w:id="381364301">
      <w:bodyDiv w:val="1"/>
      <w:marLeft w:val="0"/>
      <w:marRight w:val="0"/>
      <w:marTop w:val="0"/>
      <w:marBottom w:val="0"/>
      <w:divBdr>
        <w:top w:val="none" w:sz="0" w:space="0" w:color="auto"/>
        <w:left w:val="none" w:sz="0" w:space="0" w:color="auto"/>
        <w:bottom w:val="none" w:sz="0" w:space="0" w:color="auto"/>
        <w:right w:val="none" w:sz="0" w:space="0" w:color="auto"/>
      </w:divBdr>
    </w:div>
    <w:div w:id="384061266">
      <w:bodyDiv w:val="1"/>
      <w:marLeft w:val="0"/>
      <w:marRight w:val="0"/>
      <w:marTop w:val="0"/>
      <w:marBottom w:val="0"/>
      <w:divBdr>
        <w:top w:val="none" w:sz="0" w:space="0" w:color="auto"/>
        <w:left w:val="none" w:sz="0" w:space="0" w:color="auto"/>
        <w:bottom w:val="none" w:sz="0" w:space="0" w:color="auto"/>
        <w:right w:val="none" w:sz="0" w:space="0" w:color="auto"/>
      </w:divBdr>
    </w:div>
    <w:div w:id="384840027">
      <w:bodyDiv w:val="1"/>
      <w:marLeft w:val="0"/>
      <w:marRight w:val="0"/>
      <w:marTop w:val="0"/>
      <w:marBottom w:val="0"/>
      <w:divBdr>
        <w:top w:val="none" w:sz="0" w:space="0" w:color="auto"/>
        <w:left w:val="none" w:sz="0" w:space="0" w:color="auto"/>
        <w:bottom w:val="none" w:sz="0" w:space="0" w:color="auto"/>
        <w:right w:val="none" w:sz="0" w:space="0" w:color="auto"/>
      </w:divBdr>
    </w:div>
    <w:div w:id="387531558">
      <w:bodyDiv w:val="1"/>
      <w:marLeft w:val="0"/>
      <w:marRight w:val="0"/>
      <w:marTop w:val="0"/>
      <w:marBottom w:val="0"/>
      <w:divBdr>
        <w:top w:val="none" w:sz="0" w:space="0" w:color="auto"/>
        <w:left w:val="none" w:sz="0" w:space="0" w:color="auto"/>
        <w:bottom w:val="none" w:sz="0" w:space="0" w:color="auto"/>
        <w:right w:val="none" w:sz="0" w:space="0" w:color="auto"/>
      </w:divBdr>
    </w:div>
    <w:div w:id="390889241">
      <w:bodyDiv w:val="1"/>
      <w:marLeft w:val="0"/>
      <w:marRight w:val="0"/>
      <w:marTop w:val="0"/>
      <w:marBottom w:val="0"/>
      <w:divBdr>
        <w:top w:val="none" w:sz="0" w:space="0" w:color="auto"/>
        <w:left w:val="none" w:sz="0" w:space="0" w:color="auto"/>
        <w:bottom w:val="none" w:sz="0" w:space="0" w:color="auto"/>
        <w:right w:val="none" w:sz="0" w:space="0" w:color="auto"/>
      </w:divBdr>
    </w:div>
    <w:div w:id="390931224">
      <w:bodyDiv w:val="1"/>
      <w:marLeft w:val="0"/>
      <w:marRight w:val="0"/>
      <w:marTop w:val="0"/>
      <w:marBottom w:val="0"/>
      <w:divBdr>
        <w:top w:val="none" w:sz="0" w:space="0" w:color="auto"/>
        <w:left w:val="none" w:sz="0" w:space="0" w:color="auto"/>
        <w:bottom w:val="none" w:sz="0" w:space="0" w:color="auto"/>
        <w:right w:val="none" w:sz="0" w:space="0" w:color="auto"/>
      </w:divBdr>
    </w:div>
    <w:div w:id="392579546">
      <w:bodyDiv w:val="1"/>
      <w:marLeft w:val="0"/>
      <w:marRight w:val="0"/>
      <w:marTop w:val="0"/>
      <w:marBottom w:val="0"/>
      <w:divBdr>
        <w:top w:val="none" w:sz="0" w:space="0" w:color="auto"/>
        <w:left w:val="none" w:sz="0" w:space="0" w:color="auto"/>
        <w:bottom w:val="none" w:sz="0" w:space="0" w:color="auto"/>
        <w:right w:val="none" w:sz="0" w:space="0" w:color="auto"/>
      </w:divBdr>
    </w:div>
    <w:div w:id="393046426">
      <w:bodyDiv w:val="1"/>
      <w:marLeft w:val="0"/>
      <w:marRight w:val="0"/>
      <w:marTop w:val="0"/>
      <w:marBottom w:val="0"/>
      <w:divBdr>
        <w:top w:val="none" w:sz="0" w:space="0" w:color="auto"/>
        <w:left w:val="none" w:sz="0" w:space="0" w:color="auto"/>
        <w:bottom w:val="none" w:sz="0" w:space="0" w:color="auto"/>
        <w:right w:val="none" w:sz="0" w:space="0" w:color="auto"/>
      </w:divBdr>
    </w:div>
    <w:div w:id="393741107">
      <w:bodyDiv w:val="1"/>
      <w:marLeft w:val="0"/>
      <w:marRight w:val="0"/>
      <w:marTop w:val="0"/>
      <w:marBottom w:val="0"/>
      <w:divBdr>
        <w:top w:val="none" w:sz="0" w:space="0" w:color="auto"/>
        <w:left w:val="none" w:sz="0" w:space="0" w:color="auto"/>
        <w:bottom w:val="none" w:sz="0" w:space="0" w:color="auto"/>
        <w:right w:val="none" w:sz="0" w:space="0" w:color="auto"/>
      </w:divBdr>
    </w:div>
    <w:div w:id="397939659">
      <w:bodyDiv w:val="1"/>
      <w:marLeft w:val="0"/>
      <w:marRight w:val="0"/>
      <w:marTop w:val="0"/>
      <w:marBottom w:val="0"/>
      <w:divBdr>
        <w:top w:val="none" w:sz="0" w:space="0" w:color="auto"/>
        <w:left w:val="none" w:sz="0" w:space="0" w:color="auto"/>
        <w:bottom w:val="none" w:sz="0" w:space="0" w:color="auto"/>
        <w:right w:val="none" w:sz="0" w:space="0" w:color="auto"/>
      </w:divBdr>
    </w:div>
    <w:div w:id="398983889">
      <w:bodyDiv w:val="1"/>
      <w:marLeft w:val="0"/>
      <w:marRight w:val="0"/>
      <w:marTop w:val="0"/>
      <w:marBottom w:val="0"/>
      <w:divBdr>
        <w:top w:val="none" w:sz="0" w:space="0" w:color="auto"/>
        <w:left w:val="none" w:sz="0" w:space="0" w:color="auto"/>
        <w:bottom w:val="none" w:sz="0" w:space="0" w:color="auto"/>
        <w:right w:val="none" w:sz="0" w:space="0" w:color="auto"/>
      </w:divBdr>
    </w:div>
    <w:div w:id="402483222">
      <w:bodyDiv w:val="1"/>
      <w:marLeft w:val="0"/>
      <w:marRight w:val="0"/>
      <w:marTop w:val="0"/>
      <w:marBottom w:val="0"/>
      <w:divBdr>
        <w:top w:val="none" w:sz="0" w:space="0" w:color="auto"/>
        <w:left w:val="none" w:sz="0" w:space="0" w:color="auto"/>
        <w:bottom w:val="none" w:sz="0" w:space="0" w:color="auto"/>
        <w:right w:val="none" w:sz="0" w:space="0" w:color="auto"/>
      </w:divBdr>
    </w:div>
    <w:div w:id="403648684">
      <w:bodyDiv w:val="1"/>
      <w:marLeft w:val="0"/>
      <w:marRight w:val="0"/>
      <w:marTop w:val="0"/>
      <w:marBottom w:val="0"/>
      <w:divBdr>
        <w:top w:val="none" w:sz="0" w:space="0" w:color="auto"/>
        <w:left w:val="none" w:sz="0" w:space="0" w:color="auto"/>
        <w:bottom w:val="none" w:sz="0" w:space="0" w:color="auto"/>
        <w:right w:val="none" w:sz="0" w:space="0" w:color="auto"/>
      </w:divBdr>
    </w:div>
    <w:div w:id="404962443">
      <w:bodyDiv w:val="1"/>
      <w:marLeft w:val="0"/>
      <w:marRight w:val="0"/>
      <w:marTop w:val="0"/>
      <w:marBottom w:val="0"/>
      <w:divBdr>
        <w:top w:val="none" w:sz="0" w:space="0" w:color="auto"/>
        <w:left w:val="none" w:sz="0" w:space="0" w:color="auto"/>
        <w:bottom w:val="none" w:sz="0" w:space="0" w:color="auto"/>
        <w:right w:val="none" w:sz="0" w:space="0" w:color="auto"/>
      </w:divBdr>
    </w:div>
    <w:div w:id="405032045">
      <w:bodyDiv w:val="1"/>
      <w:marLeft w:val="0"/>
      <w:marRight w:val="0"/>
      <w:marTop w:val="0"/>
      <w:marBottom w:val="0"/>
      <w:divBdr>
        <w:top w:val="none" w:sz="0" w:space="0" w:color="auto"/>
        <w:left w:val="none" w:sz="0" w:space="0" w:color="auto"/>
        <w:bottom w:val="none" w:sz="0" w:space="0" w:color="auto"/>
        <w:right w:val="none" w:sz="0" w:space="0" w:color="auto"/>
      </w:divBdr>
    </w:div>
    <w:div w:id="405496382">
      <w:bodyDiv w:val="1"/>
      <w:marLeft w:val="0"/>
      <w:marRight w:val="0"/>
      <w:marTop w:val="0"/>
      <w:marBottom w:val="0"/>
      <w:divBdr>
        <w:top w:val="none" w:sz="0" w:space="0" w:color="auto"/>
        <w:left w:val="none" w:sz="0" w:space="0" w:color="auto"/>
        <w:bottom w:val="none" w:sz="0" w:space="0" w:color="auto"/>
        <w:right w:val="none" w:sz="0" w:space="0" w:color="auto"/>
      </w:divBdr>
    </w:div>
    <w:div w:id="408423757">
      <w:bodyDiv w:val="1"/>
      <w:marLeft w:val="0"/>
      <w:marRight w:val="0"/>
      <w:marTop w:val="0"/>
      <w:marBottom w:val="0"/>
      <w:divBdr>
        <w:top w:val="none" w:sz="0" w:space="0" w:color="auto"/>
        <w:left w:val="none" w:sz="0" w:space="0" w:color="auto"/>
        <w:bottom w:val="none" w:sz="0" w:space="0" w:color="auto"/>
        <w:right w:val="none" w:sz="0" w:space="0" w:color="auto"/>
      </w:divBdr>
    </w:div>
    <w:div w:id="409424224">
      <w:bodyDiv w:val="1"/>
      <w:marLeft w:val="0"/>
      <w:marRight w:val="0"/>
      <w:marTop w:val="0"/>
      <w:marBottom w:val="0"/>
      <w:divBdr>
        <w:top w:val="none" w:sz="0" w:space="0" w:color="auto"/>
        <w:left w:val="none" w:sz="0" w:space="0" w:color="auto"/>
        <w:bottom w:val="none" w:sz="0" w:space="0" w:color="auto"/>
        <w:right w:val="none" w:sz="0" w:space="0" w:color="auto"/>
      </w:divBdr>
    </w:div>
    <w:div w:id="411506532">
      <w:bodyDiv w:val="1"/>
      <w:marLeft w:val="0"/>
      <w:marRight w:val="0"/>
      <w:marTop w:val="0"/>
      <w:marBottom w:val="0"/>
      <w:divBdr>
        <w:top w:val="none" w:sz="0" w:space="0" w:color="auto"/>
        <w:left w:val="none" w:sz="0" w:space="0" w:color="auto"/>
        <w:bottom w:val="none" w:sz="0" w:space="0" w:color="auto"/>
        <w:right w:val="none" w:sz="0" w:space="0" w:color="auto"/>
      </w:divBdr>
    </w:div>
    <w:div w:id="411780996">
      <w:bodyDiv w:val="1"/>
      <w:marLeft w:val="0"/>
      <w:marRight w:val="0"/>
      <w:marTop w:val="0"/>
      <w:marBottom w:val="0"/>
      <w:divBdr>
        <w:top w:val="none" w:sz="0" w:space="0" w:color="auto"/>
        <w:left w:val="none" w:sz="0" w:space="0" w:color="auto"/>
        <w:bottom w:val="none" w:sz="0" w:space="0" w:color="auto"/>
        <w:right w:val="none" w:sz="0" w:space="0" w:color="auto"/>
      </w:divBdr>
    </w:div>
    <w:div w:id="413355796">
      <w:bodyDiv w:val="1"/>
      <w:marLeft w:val="0"/>
      <w:marRight w:val="0"/>
      <w:marTop w:val="0"/>
      <w:marBottom w:val="0"/>
      <w:divBdr>
        <w:top w:val="none" w:sz="0" w:space="0" w:color="auto"/>
        <w:left w:val="none" w:sz="0" w:space="0" w:color="auto"/>
        <w:bottom w:val="none" w:sz="0" w:space="0" w:color="auto"/>
        <w:right w:val="none" w:sz="0" w:space="0" w:color="auto"/>
      </w:divBdr>
    </w:div>
    <w:div w:id="413938600">
      <w:bodyDiv w:val="1"/>
      <w:marLeft w:val="0"/>
      <w:marRight w:val="0"/>
      <w:marTop w:val="0"/>
      <w:marBottom w:val="0"/>
      <w:divBdr>
        <w:top w:val="none" w:sz="0" w:space="0" w:color="auto"/>
        <w:left w:val="none" w:sz="0" w:space="0" w:color="auto"/>
        <w:bottom w:val="none" w:sz="0" w:space="0" w:color="auto"/>
        <w:right w:val="none" w:sz="0" w:space="0" w:color="auto"/>
      </w:divBdr>
    </w:div>
    <w:div w:id="414934573">
      <w:bodyDiv w:val="1"/>
      <w:marLeft w:val="0"/>
      <w:marRight w:val="0"/>
      <w:marTop w:val="0"/>
      <w:marBottom w:val="0"/>
      <w:divBdr>
        <w:top w:val="none" w:sz="0" w:space="0" w:color="auto"/>
        <w:left w:val="none" w:sz="0" w:space="0" w:color="auto"/>
        <w:bottom w:val="none" w:sz="0" w:space="0" w:color="auto"/>
        <w:right w:val="none" w:sz="0" w:space="0" w:color="auto"/>
      </w:divBdr>
    </w:div>
    <w:div w:id="417405661">
      <w:bodyDiv w:val="1"/>
      <w:marLeft w:val="0"/>
      <w:marRight w:val="0"/>
      <w:marTop w:val="0"/>
      <w:marBottom w:val="0"/>
      <w:divBdr>
        <w:top w:val="none" w:sz="0" w:space="0" w:color="auto"/>
        <w:left w:val="none" w:sz="0" w:space="0" w:color="auto"/>
        <w:bottom w:val="none" w:sz="0" w:space="0" w:color="auto"/>
        <w:right w:val="none" w:sz="0" w:space="0" w:color="auto"/>
      </w:divBdr>
    </w:div>
    <w:div w:id="424156121">
      <w:bodyDiv w:val="1"/>
      <w:marLeft w:val="0"/>
      <w:marRight w:val="0"/>
      <w:marTop w:val="0"/>
      <w:marBottom w:val="0"/>
      <w:divBdr>
        <w:top w:val="none" w:sz="0" w:space="0" w:color="auto"/>
        <w:left w:val="none" w:sz="0" w:space="0" w:color="auto"/>
        <w:bottom w:val="none" w:sz="0" w:space="0" w:color="auto"/>
        <w:right w:val="none" w:sz="0" w:space="0" w:color="auto"/>
      </w:divBdr>
    </w:div>
    <w:div w:id="424347367">
      <w:bodyDiv w:val="1"/>
      <w:marLeft w:val="0"/>
      <w:marRight w:val="0"/>
      <w:marTop w:val="0"/>
      <w:marBottom w:val="0"/>
      <w:divBdr>
        <w:top w:val="none" w:sz="0" w:space="0" w:color="auto"/>
        <w:left w:val="none" w:sz="0" w:space="0" w:color="auto"/>
        <w:bottom w:val="none" w:sz="0" w:space="0" w:color="auto"/>
        <w:right w:val="none" w:sz="0" w:space="0" w:color="auto"/>
      </w:divBdr>
    </w:div>
    <w:div w:id="430664316">
      <w:bodyDiv w:val="1"/>
      <w:marLeft w:val="0"/>
      <w:marRight w:val="0"/>
      <w:marTop w:val="0"/>
      <w:marBottom w:val="0"/>
      <w:divBdr>
        <w:top w:val="none" w:sz="0" w:space="0" w:color="auto"/>
        <w:left w:val="none" w:sz="0" w:space="0" w:color="auto"/>
        <w:bottom w:val="none" w:sz="0" w:space="0" w:color="auto"/>
        <w:right w:val="none" w:sz="0" w:space="0" w:color="auto"/>
      </w:divBdr>
    </w:div>
    <w:div w:id="431517285">
      <w:bodyDiv w:val="1"/>
      <w:marLeft w:val="0"/>
      <w:marRight w:val="0"/>
      <w:marTop w:val="0"/>
      <w:marBottom w:val="0"/>
      <w:divBdr>
        <w:top w:val="none" w:sz="0" w:space="0" w:color="auto"/>
        <w:left w:val="none" w:sz="0" w:space="0" w:color="auto"/>
        <w:bottom w:val="none" w:sz="0" w:space="0" w:color="auto"/>
        <w:right w:val="none" w:sz="0" w:space="0" w:color="auto"/>
      </w:divBdr>
    </w:div>
    <w:div w:id="433210322">
      <w:bodyDiv w:val="1"/>
      <w:marLeft w:val="0"/>
      <w:marRight w:val="0"/>
      <w:marTop w:val="0"/>
      <w:marBottom w:val="0"/>
      <w:divBdr>
        <w:top w:val="none" w:sz="0" w:space="0" w:color="auto"/>
        <w:left w:val="none" w:sz="0" w:space="0" w:color="auto"/>
        <w:bottom w:val="none" w:sz="0" w:space="0" w:color="auto"/>
        <w:right w:val="none" w:sz="0" w:space="0" w:color="auto"/>
      </w:divBdr>
    </w:div>
    <w:div w:id="435180695">
      <w:bodyDiv w:val="1"/>
      <w:marLeft w:val="0"/>
      <w:marRight w:val="0"/>
      <w:marTop w:val="0"/>
      <w:marBottom w:val="0"/>
      <w:divBdr>
        <w:top w:val="none" w:sz="0" w:space="0" w:color="auto"/>
        <w:left w:val="none" w:sz="0" w:space="0" w:color="auto"/>
        <w:bottom w:val="none" w:sz="0" w:space="0" w:color="auto"/>
        <w:right w:val="none" w:sz="0" w:space="0" w:color="auto"/>
      </w:divBdr>
    </w:div>
    <w:div w:id="435564500">
      <w:bodyDiv w:val="1"/>
      <w:marLeft w:val="0"/>
      <w:marRight w:val="0"/>
      <w:marTop w:val="0"/>
      <w:marBottom w:val="0"/>
      <w:divBdr>
        <w:top w:val="none" w:sz="0" w:space="0" w:color="auto"/>
        <w:left w:val="none" w:sz="0" w:space="0" w:color="auto"/>
        <w:bottom w:val="none" w:sz="0" w:space="0" w:color="auto"/>
        <w:right w:val="none" w:sz="0" w:space="0" w:color="auto"/>
      </w:divBdr>
    </w:div>
    <w:div w:id="435634274">
      <w:bodyDiv w:val="1"/>
      <w:marLeft w:val="0"/>
      <w:marRight w:val="0"/>
      <w:marTop w:val="0"/>
      <w:marBottom w:val="0"/>
      <w:divBdr>
        <w:top w:val="none" w:sz="0" w:space="0" w:color="auto"/>
        <w:left w:val="none" w:sz="0" w:space="0" w:color="auto"/>
        <w:bottom w:val="none" w:sz="0" w:space="0" w:color="auto"/>
        <w:right w:val="none" w:sz="0" w:space="0" w:color="auto"/>
      </w:divBdr>
    </w:div>
    <w:div w:id="437795828">
      <w:bodyDiv w:val="1"/>
      <w:marLeft w:val="0"/>
      <w:marRight w:val="0"/>
      <w:marTop w:val="0"/>
      <w:marBottom w:val="0"/>
      <w:divBdr>
        <w:top w:val="none" w:sz="0" w:space="0" w:color="auto"/>
        <w:left w:val="none" w:sz="0" w:space="0" w:color="auto"/>
        <w:bottom w:val="none" w:sz="0" w:space="0" w:color="auto"/>
        <w:right w:val="none" w:sz="0" w:space="0" w:color="auto"/>
      </w:divBdr>
    </w:div>
    <w:div w:id="444081939">
      <w:bodyDiv w:val="1"/>
      <w:marLeft w:val="0"/>
      <w:marRight w:val="0"/>
      <w:marTop w:val="0"/>
      <w:marBottom w:val="0"/>
      <w:divBdr>
        <w:top w:val="none" w:sz="0" w:space="0" w:color="auto"/>
        <w:left w:val="none" w:sz="0" w:space="0" w:color="auto"/>
        <w:bottom w:val="none" w:sz="0" w:space="0" w:color="auto"/>
        <w:right w:val="none" w:sz="0" w:space="0" w:color="auto"/>
      </w:divBdr>
    </w:div>
    <w:div w:id="446316052">
      <w:bodyDiv w:val="1"/>
      <w:marLeft w:val="0"/>
      <w:marRight w:val="0"/>
      <w:marTop w:val="0"/>
      <w:marBottom w:val="0"/>
      <w:divBdr>
        <w:top w:val="none" w:sz="0" w:space="0" w:color="auto"/>
        <w:left w:val="none" w:sz="0" w:space="0" w:color="auto"/>
        <w:bottom w:val="none" w:sz="0" w:space="0" w:color="auto"/>
        <w:right w:val="none" w:sz="0" w:space="0" w:color="auto"/>
      </w:divBdr>
    </w:div>
    <w:div w:id="448207378">
      <w:bodyDiv w:val="1"/>
      <w:marLeft w:val="0"/>
      <w:marRight w:val="0"/>
      <w:marTop w:val="0"/>
      <w:marBottom w:val="0"/>
      <w:divBdr>
        <w:top w:val="none" w:sz="0" w:space="0" w:color="auto"/>
        <w:left w:val="none" w:sz="0" w:space="0" w:color="auto"/>
        <w:bottom w:val="none" w:sz="0" w:space="0" w:color="auto"/>
        <w:right w:val="none" w:sz="0" w:space="0" w:color="auto"/>
      </w:divBdr>
    </w:div>
    <w:div w:id="449784426">
      <w:bodyDiv w:val="1"/>
      <w:marLeft w:val="0"/>
      <w:marRight w:val="0"/>
      <w:marTop w:val="0"/>
      <w:marBottom w:val="0"/>
      <w:divBdr>
        <w:top w:val="none" w:sz="0" w:space="0" w:color="auto"/>
        <w:left w:val="none" w:sz="0" w:space="0" w:color="auto"/>
        <w:bottom w:val="none" w:sz="0" w:space="0" w:color="auto"/>
        <w:right w:val="none" w:sz="0" w:space="0" w:color="auto"/>
      </w:divBdr>
    </w:div>
    <w:div w:id="454250226">
      <w:bodyDiv w:val="1"/>
      <w:marLeft w:val="0"/>
      <w:marRight w:val="0"/>
      <w:marTop w:val="0"/>
      <w:marBottom w:val="0"/>
      <w:divBdr>
        <w:top w:val="none" w:sz="0" w:space="0" w:color="auto"/>
        <w:left w:val="none" w:sz="0" w:space="0" w:color="auto"/>
        <w:bottom w:val="none" w:sz="0" w:space="0" w:color="auto"/>
        <w:right w:val="none" w:sz="0" w:space="0" w:color="auto"/>
      </w:divBdr>
    </w:div>
    <w:div w:id="455681125">
      <w:bodyDiv w:val="1"/>
      <w:marLeft w:val="0"/>
      <w:marRight w:val="0"/>
      <w:marTop w:val="0"/>
      <w:marBottom w:val="0"/>
      <w:divBdr>
        <w:top w:val="none" w:sz="0" w:space="0" w:color="auto"/>
        <w:left w:val="none" w:sz="0" w:space="0" w:color="auto"/>
        <w:bottom w:val="none" w:sz="0" w:space="0" w:color="auto"/>
        <w:right w:val="none" w:sz="0" w:space="0" w:color="auto"/>
      </w:divBdr>
    </w:div>
    <w:div w:id="456148530">
      <w:bodyDiv w:val="1"/>
      <w:marLeft w:val="0"/>
      <w:marRight w:val="0"/>
      <w:marTop w:val="0"/>
      <w:marBottom w:val="0"/>
      <w:divBdr>
        <w:top w:val="none" w:sz="0" w:space="0" w:color="auto"/>
        <w:left w:val="none" w:sz="0" w:space="0" w:color="auto"/>
        <w:bottom w:val="none" w:sz="0" w:space="0" w:color="auto"/>
        <w:right w:val="none" w:sz="0" w:space="0" w:color="auto"/>
      </w:divBdr>
    </w:div>
    <w:div w:id="456797023">
      <w:bodyDiv w:val="1"/>
      <w:marLeft w:val="0"/>
      <w:marRight w:val="0"/>
      <w:marTop w:val="0"/>
      <w:marBottom w:val="0"/>
      <w:divBdr>
        <w:top w:val="none" w:sz="0" w:space="0" w:color="auto"/>
        <w:left w:val="none" w:sz="0" w:space="0" w:color="auto"/>
        <w:bottom w:val="none" w:sz="0" w:space="0" w:color="auto"/>
        <w:right w:val="none" w:sz="0" w:space="0" w:color="auto"/>
      </w:divBdr>
    </w:div>
    <w:div w:id="457139127">
      <w:bodyDiv w:val="1"/>
      <w:marLeft w:val="0"/>
      <w:marRight w:val="0"/>
      <w:marTop w:val="0"/>
      <w:marBottom w:val="0"/>
      <w:divBdr>
        <w:top w:val="none" w:sz="0" w:space="0" w:color="auto"/>
        <w:left w:val="none" w:sz="0" w:space="0" w:color="auto"/>
        <w:bottom w:val="none" w:sz="0" w:space="0" w:color="auto"/>
        <w:right w:val="none" w:sz="0" w:space="0" w:color="auto"/>
      </w:divBdr>
    </w:div>
    <w:div w:id="457456917">
      <w:bodyDiv w:val="1"/>
      <w:marLeft w:val="0"/>
      <w:marRight w:val="0"/>
      <w:marTop w:val="0"/>
      <w:marBottom w:val="0"/>
      <w:divBdr>
        <w:top w:val="none" w:sz="0" w:space="0" w:color="auto"/>
        <w:left w:val="none" w:sz="0" w:space="0" w:color="auto"/>
        <w:bottom w:val="none" w:sz="0" w:space="0" w:color="auto"/>
        <w:right w:val="none" w:sz="0" w:space="0" w:color="auto"/>
      </w:divBdr>
    </w:div>
    <w:div w:id="457577199">
      <w:bodyDiv w:val="1"/>
      <w:marLeft w:val="0"/>
      <w:marRight w:val="0"/>
      <w:marTop w:val="0"/>
      <w:marBottom w:val="0"/>
      <w:divBdr>
        <w:top w:val="none" w:sz="0" w:space="0" w:color="auto"/>
        <w:left w:val="none" w:sz="0" w:space="0" w:color="auto"/>
        <w:bottom w:val="none" w:sz="0" w:space="0" w:color="auto"/>
        <w:right w:val="none" w:sz="0" w:space="0" w:color="auto"/>
      </w:divBdr>
    </w:div>
    <w:div w:id="459231454">
      <w:bodyDiv w:val="1"/>
      <w:marLeft w:val="0"/>
      <w:marRight w:val="0"/>
      <w:marTop w:val="0"/>
      <w:marBottom w:val="0"/>
      <w:divBdr>
        <w:top w:val="none" w:sz="0" w:space="0" w:color="auto"/>
        <w:left w:val="none" w:sz="0" w:space="0" w:color="auto"/>
        <w:bottom w:val="none" w:sz="0" w:space="0" w:color="auto"/>
        <w:right w:val="none" w:sz="0" w:space="0" w:color="auto"/>
      </w:divBdr>
    </w:div>
    <w:div w:id="460537892">
      <w:bodyDiv w:val="1"/>
      <w:marLeft w:val="0"/>
      <w:marRight w:val="0"/>
      <w:marTop w:val="0"/>
      <w:marBottom w:val="0"/>
      <w:divBdr>
        <w:top w:val="none" w:sz="0" w:space="0" w:color="auto"/>
        <w:left w:val="none" w:sz="0" w:space="0" w:color="auto"/>
        <w:bottom w:val="none" w:sz="0" w:space="0" w:color="auto"/>
        <w:right w:val="none" w:sz="0" w:space="0" w:color="auto"/>
      </w:divBdr>
    </w:div>
    <w:div w:id="461273128">
      <w:bodyDiv w:val="1"/>
      <w:marLeft w:val="0"/>
      <w:marRight w:val="0"/>
      <w:marTop w:val="0"/>
      <w:marBottom w:val="0"/>
      <w:divBdr>
        <w:top w:val="none" w:sz="0" w:space="0" w:color="auto"/>
        <w:left w:val="none" w:sz="0" w:space="0" w:color="auto"/>
        <w:bottom w:val="none" w:sz="0" w:space="0" w:color="auto"/>
        <w:right w:val="none" w:sz="0" w:space="0" w:color="auto"/>
      </w:divBdr>
    </w:div>
    <w:div w:id="461843852">
      <w:bodyDiv w:val="1"/>
      <w:marLeft w:val="0"/>
      <w:marRight w:val="0"/>
      <w:marTop w:val="0"/>
      <w:marBottom w:val="0"/>
      <w:divBdr>
        <w:top w:val="none" w:sz="0" w:space="0" w:color="auto"/>
        <w:left w:val="none" w:sz="0" w:space="0" w:color="auto"/>
        <w:bottom w:val="none" w:sz="0" w:space="0" w:color="auto"/>
        <w:right w:val="none" w:sz="0" w:space="0" w:color="auto"/>
      </w:divBdr>
    </w:div>
    <w:div w:id="463892249">
      <w:bodyDiv w:val="1"/>
      <w:marLeft w:val="0"/>
      <w:marRight w:val="0"/>
      <w:marTop w:val="0"/>
      <w:marBottom w:val="0"/>
      <w:divBdr>
        <w:top w:val="none" w:sz="0" w:space="0" w:color="auto"/>
        <w:left w:val="none" w:sz="0" w:space="0" w:color="auto"/>
        <w:bottom w:val="none" w:sz="0" w:space="0" w:color="auto"/>
        <w:right w:val="none" w:sz="0" w:space="0" w:color="auto"/>
      </w:divBdr>
    </w:div>
    <w:div w:id="464198568">
      <w:bodyDiv w:val="1"/>
      <w:marLeft w:val="0"/>
      <w:marRight w:val="0"/>
      <w:marTop w:val="0"/>
      <w:marBottom w:val="0"/>
      <w:divBdr>
        <w:top w:val="none" w:sz="0" w:space="0" w:color="auto"/>
        <w:left w:val="none" w:sz="0" w:space="0" w:color="auto"/>
        <w:bottom w:val="none" w:sz="0" w:space="0" w:color="auto"/>
        <w:right w:val="none" w:sz="0" w:space="0" w:color="auto"/>
      </w:divBdr>
    </w:div>
    <w:div w:id="465855507">
      <w:bodyDiv w:val="1"/>
      <w:marLeft w:val="0"/>
      <w:marRight w:val="0"/>
      <w:marTop w:val="0"/>
      <w:marBottom w:val="0"/>
      <w:divBdr>
        <w:top w:val="none" w:sz="0" w:space="0" w:color="auto"/>
        <w:left w:val="none" w:sz="0" w:space="0" w:color="auto"/>
        <w:bottom w:val="none" w:sz="0" w:space="0" w:color="auto"/>
        <w:right w:val="none" w:sz="0" w:space="0" w:color="auto"/>
      </w:divBdr>
    </w:div>
    <w:div w:id="472066615">
      <w:bodyDiv w:val="1"/>
      <w:marLeft w:val="0"/>
      <w:marRight w:val="0"/>
      <w:marTop w:val="0"/>
      <w:marBottom w:val="0"/>
      <w:divBdr>
        <w:top w:val="none" w:sz="0" w:space="0" w:color="auto"/>
        <w:left w:val="none" w:sz="0" w:space="0" w:color="auto"/>
        <w:bottom w:val="none" w:sz="0" w:space="0" w:color="auto"/>
        <w:right w:val="none" w:sz="0" w:space="0" w:color="auto"/>
      </w:divBdr>
    </w:div>
    <w:div w:id="475223676">
      <w:bodyDiv w:val="1"/>
      <w:marLeft w:val="0"/>
      <w:marRight w:val="0"/>
      <w:marTop w:val="0"/>
      <w:marBottom w:val="0"/>
      <w:divBdr>
        <w:top w:val="none" w:sz="0" w:space="0" w:color="auto"/>
        <w:left w:val="none" w:sz="0" w:space="0" w:color="auto"/>
        <w:bottom w:val="none" w:sz="0" w:space="0" w:color="auto"/>
        <w:right w:val="none" w:sz="0" w:space="0" w:color="auto"/>
      </w:divBdr>
    </w:div>
    <w:div w:id="475298417">
      <w:bodyDiv w:val="1"/>
      <w:marLeft w:val="0"/>
      <w:marRight w:val="0"/>
      <w:marTop w:val="0"/>
      <w:marBottom w:val="0"/>
      <w:divBdr>
        <w:top w:val="none" w:sz="0" w:space="0" w:color="auto"/>
        <w:left w:val="none" w:sz="0" w:space="0" w:color="auto"/>
        <w:bottom w:val="none" w:sz="0" w:space="0" w:color="auto"/>
        <w:right w:val="none" w:sz="0" w:space="0" w:color="auto"/>
      </w:divBdr>
    </w:div>
    <w:div w:id="477113578">
      <w:bodyDiv w:val="1"/>
      <w:marLeft w:val="0"/>
      <w:marRight w:val="0"/>
      <w:marTop w:val="0"/>
      <w:marBottom w:val="0"/>
      <w:divBdr>
        <w:top w:val="none" w:sz="0" w:space="0" w:color="auto"/>
        <w:left w:val="none" w:sz="0" w:space="0" w:color="auto"/>
        <w:bottom w:val="none" w:sz="0" w:space="0" w:color="auto"/>
        <w:right w:val="none" w:sz="0" w:space="0" w:color="auto"/>
      </w:divBdr>
    </w:div>
    <w:div w:id="478422186">
      <w:bodyDiv w:val="1"/>
      <w:marLeft w:val="0"/>
      <w:marRight w:val="0"/>
      <w:marTop w:val="0"/>
      <w:marBottom w:val="0"/>
      <w:divBdr>
        <w:top w:val="none" w:sz="0" w:space="0" w:color="auto"/>
        <w:left w:val="none" w:sz="0" w:space="0" w:color="auto"/>
        <w:bottom w:val="none" w:sz="0" w:space="0" w:color="auto"/>
        <w:right w:val="none" w:sz="0" w:space="0" w:color="auto"/>
      </w:divBdr>
    </w:div>
    <w:div w:id="479344016">
      <w:bodyDiv w:val="1"/>
      <w:marLeft w:val="0"/>
      <w:marRight w:val="0"/>
      <w:marTop w:val="0"/>
      <w:marBottom w:val="0"/>
      <w:divBdr>
        <w:top w:val="none" w:sz="0" w:space="0" w:color="auto"/>
        <w:left w:val="none" w:sz="0" w:space="0" w:color="auto"/>
        <w:bottom w:val="none" w:sz="0" w:space="0" w:color="auto"/>
        <w:right w:val="none" w:sz="0" w:space="0" w:color="auto"/>
      </w:divBdr>
    </w:div>
    <w:div w:id="480074376">
      <w:bodyDiv w:val="1"/>
      <w:marLeft w:val="0"/>
      <w:marRight w:val="0"/>
      <w:marTop w:val="0"/>
      <w:marBottom w:val="0"/>
      <w:divBdr>
        <w:top w:val="none" w:sz="0" w:space="0" w:color="auto"/>
        <w:left w:val="none" w:sz="0" w:space="0" w:color="auto"/>
        <w:bottom w:val="none" w:sz="0" w:space="0" w:color="auto"/>
        <w:right w:val="none" w:sz="0" w:space="0" w:color="auto"/>
      </w:divBdr>
    </w:div>
    <w:div w:id="480851912">
      <w:bodyDiv w:val="1"/>
      <w:marLeft w:val="0"/>
      <w:marRight w:val="0"/>
      <w:marTop w:val="0"/>
      <w:marBottom w:val="0"/>
      <w:divBdr>
        <w:top w:val="none" w:sz="0" w:space="0" w:color="auto"/>
        <w:left w:val="none" w:sz="0" w:space="0" w:color="auto"/>
        <w:bottom w:val="none" w:sz="0" w:space="0" w:color="auto"/>
        <w:right w:val="none" w:sz="0" w:space="0" w:color="auto"/>
      </w:divBdr>
    </w:div>
    <w:div w:id="484586642">
      <w:bodyDiv w:val="1"/>
      <w:marLeft w:val="0"/>
      <w:marRight w:val="0"/>
      <w:marTop w:val="0"/>
      <w:marBottom w:val="0"/>
      <w:divBdr>
        <w:top w:val="none" w:sz="0" w:space="0" w:color="auto"/>
        <w:left w:val="none" w:sz="0" w:space="0" w:color="auto"/>
        <w:bottom w:val="none" w:sz="0" w:space="0" w:color="auto"/>
        <w:right w:val="none" w:sz="0" w:space="0" w:color="auto"/>
      </w:divBdr>
    </w:div>
    <w:div w:id="488375514">
      <w:bodyDiv w:val="1"/>
      <w:marLeft w:val="0"/>
      <w:marRight w:val="0"/>
      <w:marTop w:val="0"/>
      <w:marBottom w:val="0"/>
      <w:divBdr>
        <w:top w:val="none" w:sz="0" w:space="0" w:color="auto"/>
        <w:left w:val="none" w:sz="0" w:space="0" w:color="auto"/>
        <w:bottom w:val="none" w:sz="0" w:space="0" w:color="auto"/>
        <w:right w:val="none" w:sz="0" w:space="0" w:color="auto"/>
      </w:divBdr>
    </w:div>
    <w:div w:id="490097179">
      <w:bodyDiv w:val="1"/>
      <w:marLeft w:val="0"/>
      <w:marRight w:val="0"/>
      <w:marTop w:val="0"/>
      <w:marBottom w:val="0"/>
      <w:divBdr>
        <w:top w:val="none" w:sz="0" w:space="0" w:color="auto"/>
        <w:left w:val="none" w:sz="0" w:space="0" w:color="auto"/>
        <w:bottom w:val="none" w:sz="0" w:space="0" w:color="auto"/>
        <w:right w:val="none" w:sz="0" w:space="0" w:color="auto"/>
      </w:divBdr>
    </w:div>
    <w:div w:id="490146172">
      <w:bodyDiv w:val="1"/>
      <w:marLeft w:val="0"/>
      <w:marRight w:val="0"/>
      <w:marTop w:val="0"/>
      <w:marBottom w:val="0"/>
      <w:divBdr>
        <w:top w:val="none" w:sz="0" w:space="0" w:color="auto"/>
        <w:left w:val="none" w:sz="0" w:space="0" w:color="auto"/>
        <w:bottom w:val="none" w:sz="0" w:space="0" w:color="auto"/>
        <w:right w:val="none" w:sz="0" w:space="0" w:color="auto"/>
      </w:divBdr>
    </w:div>
    <w:div w:id="491915961">
      <w:bodyDiv w:val="1"/>
      <w:marLeft w:val="0"/>
      <w:marRight w:val="0"/>
      <w:marTop w:val="0"/>
      <w:marBottom w:val="0"/>
      <w:divBdr>
        <w:top w:val="none" w:sz="0" w:space="0" w:color="auto"/>
        <w:left w:val="none" w:sz="0" w:space="0" w:color="auto"/>
        <w:bottom w:val="none" w:sz="0" w:space="0" w:color="auto"/>
        <w:right w:val="none" w:sz="0" w:space="0" w:color="auto"/>
      </w:divBdr>
    </w:div>
    <w:div w:id="494995229">
      <w:bodyDiv w:val="1"/>
      <w:marLeft w:val="0"/>
      <w:marRight w:val="0"/>
      <w:marTop w:val="0"/>
      <w:marBottom w:val="0"/>
      <w:divBdr>
        <w:top w:val="none" w:sz="0" w:space="0" w:color="auto"/>
        <w:left w:val="none" w:sz="0" w:space="0" w:color="auto"/>
        <w:bottom w:val="none" w:sz="0" w:space="0" w:color="auto"/>
        <w:right w:val="none" w:sz="0" w:space="0" w:color="auto"/>
      </w:divBdr>
    </w:div>
    <w:div w:id="495270641">
      <w:bodyDiv w:val="1"/>
      <w:marLeft w:val="0"/>
      <w:marRight w:val="0"/>
      <w:marTop w:val="0"/>
      <w:marBottom w:val="0"/>
      <w:divBdr>
        <w:top w:val="none" w:sz="0" w:space="0" w:color="auto"/>
        <w:left w:val="none" w:sz="0" w:space="0" w:color="auto"/>
        <w:bottom w:val="none" w:sz="0" w:space="0" w:color="auto"/>
        <w:right w:val="none" w:sz="0" w:space="0" w:color="auto"/>
      </w:divBdr>
    </w:div>
    <w:div w:id="496843006">
      <w:bodyDiv w:val="1"/>
      <w:marLeft w:val="0"/>
      <w:marRight w:val="0"/>
      <w:marTop w:val="0"/>
      <w:marBottom w:val="0"/>
      <w:divBdr>
        <w:top w:val="none" w:sz="0" w:space="0" w:color="auto"/>
        <w:left w:val="none" w:sz="0" w:space="0" w:color="auto"/>
        <w:bottom w:val="none" w:sz="0" w:space="0" w:color="auto"/>
        <w:right w:val="none" w:sz="0" w:space="0" w:color="auto"/>
      </w:divBdr>
    </w:div>
    <w:div w:id="497499996">
      <w:bodyDiv w:val="1"/>
      <w:marLeft w:val="0"/>
      <w:marRight w:val="0"/>
      <w:marTop w:val="0"/>
      <w:marBottom w:val="0"/>
      <w:divBdr>
        <w:top w:val="none" w:sz="0" w:space="0" w:color="auto"/>
        <w:left w:val="none" w:sz="0" w:space="0" w:color="auto"/>
        <w:bottom w:val="none" w:sz="0" w:space="0" w:color="auto"/>
        <w:right w:val="none" w:sz="0" w:space="0" w:color="auto"/>
      </w:divBdr>
    </w:div>
    <w:div w:id="497769058">
      <w:bodyDiv w:val="1"/>
      <w:marLeft w:val="0"/>
      <w:marRight w:val="0"/>
      <w:marTop w:val="0"/>
      <w:marBottom w:val="0"/>
      <w:divBdr>
        <w:top w:val="none" w:sz="0" w:space="0" w:color="auto"/>
        <w:left w:val="none" w:sz="0" w:space="0" w:color="auto"/>
        <w:bottom w:val="none" w:sz="0" w:space="0" w:color="auto"/>
        <w:right w:val="none" w:sz="0" w:space="0" w:color="auto"/>
      </w:divBdr>
    </w:div>
    <w:div w:id="499079740">
      <w:bodyDiv w:val="1"/>
      <w:marLeft w:val="0"/>
      <w:marRight w:val="0"/>
      <w:marTop w:val="0"/>
      <w:marBottom w:val="0"/>
      <w:divBdr>
        <w:top w:val="none" w:sz="0" w:space="0" w:color="auto"/>
        <w:left w:val="none" w:sz="0" w:space="0" w:color="auto"/>
        <w:bottom w:val="none" w:sz="0" w:space="0" w:color="auto"/>
        <w:right w:val="none" w:sz="0" w:space="0" w:color="auto"/>
      </w:divBdr>
    </w:div>
    <w:div w:id="500312573">
      <w:bodyDiv w:val="1"/>
      <w:marLeft w:val="0"/>
      <w:marRight w:val="0"/>
      <w:marTop w:val="0"/>
      <w:marBottom w:val="0"/>
      <w:divBdr>
        <w:top w:val="none" w:sz="0" w:space="0" w:color="auto"/>
        <w:left w:val="none" w:sz="0" w:space="0" w:color="auto"/>
        <w:bottom w:val="none" w:sz="0" w:space="0" w:color="auto"/>
        <w:right w:val="none" w:sz="0" w:space="0" w:color="auto"/>
      </w:divBdr>
    </w:div>
    <w:div w:id="500509409">
      <w:bodyDiv w:val="1"/>
      <w:marLeft w:val="0"/>
      <w:marRight w:val="0"/>
      <w:marTop w:val="0"/>
      <w:marBottom w:val="0"/>
      <w:divBdr>
        <w:top w:val="none" w:sz="0" w:space="0" w:color="auto"/>
        <w:left w:val="none" w:sz="0" w:space="0" w:color="auto"/>
        <w:bottom w:val="none" w:sz="0" w:space="0" w:color="auto"/>
        <w:right w:val="none" w:sz="0" w:space="0" w:color="auto"/>
      </w:divBdr>
    </w:div>
    <w:div w:id="500892235">
      <w:bodyDiv w:val="1"/>
      <w:marLeft w:val="0"/>
      <w:marRight w:val="0"/>
      <w:marTop w:val="0"/>
      <w:marBottom w:val="0"/>
      <w:divBdr>
        <w:top w:val="none" w:sz="0" w:space="0" w:color="auto"/>
        <w:left w:val="none" w:sz="0" w:space="0" w:color="auto"/>
        <w:bottom w:val="none" w:sz="0" w:space="0" w:color="auto"/>
        <w:right w:val="none" w:sz="0" w:space="0" w:color="auto"/>
      </w:divBdr>
    </w:div>
    <w:div w:id="512113563">
      <w:bodyDiv w:val="1"/>
      <w:marLeft w:val="0"/>
      <w:marRight w:val="0"/>
      <w:marTop w:val="0"/>
      <w:marBottom w:val="0"/>
      <w:divBdr>
        <w:top w:val="none" w:sz="0" w:space="0" w:color="auto"/>
        <w:left w:val="none" w:sz="0" w:space="0" w:color="auto"/>
        <w:bottom w:val="none" w:sz="0" w:space="0" w:color="auto"/>
        <w:right w:val="none" w:sz="0" w:space="0" w:color="auto"/>
      </w:divBdr>
    </w:div>
    <w:div w:id="512691461">
      <w:bodyDiv w:val="1"/>
      <w:marLeft w:val="0"/>
      <w:marRight w:val="0"/>
      <w:marTop w:val="0"/>
      <w:marBottom w:val="0"/>
      <w:divBdr>
        <w:top w:val="none" w:sz="0" w:space="0" w:color="auto"/>
        <w:left w:val="none" w:sz="0" w:space="0" w:color="auto"/>
        <w:bottom w:val="none" w:sz="0" w:space="0" w:color="auto"/>
        <w:right w:val="none" w:sz="0" w:space="0" w:color="auto"/>
      </w:divBdr>
    </w:div>
    <w:div w:id="513616755">
      <w:bodyDiv w:val="1"/>
      <w:marLeft w:val="0"/>
      <w:marRight w:val="0"/>
      <w:marTop w:val="0"/>
      <w:marBottom w:val="0"/>
      <w:divBdr>
        <w:top w:val="none" w:sz="0" w:space="0" w:color="auto"/>
        <w:left w:val="none" w:sz="0" w:space="0" w:color="auto"/>
        <w:bottom w:val="none" w:sz="0" w:space="0" w:color="auto"/>
        <w:right w:val="none" w:sz="0" w:space="0" w:color="auto"/>
      </w:divBdr>
    </w:div>
    <w:div w:id="514347347">
      <w:bodyDiv w:val="1"/>
      <w:marLeft w:val="0"/>
      <w:marRight w:val="0"/>
      <w:marTop w:val="0"/>
      <w:marBottom w:val="0"/>
      <w:divBdr>
        <w:top w:val="none" w:sz="0" w:space="0" w:color="auto"/>
        <w:left w:val="none" w:sz="0" w:space="0" w:color="auto"/>
        <w:bottom w:val="none" w:sz="0" w:space="0" w:color="auto"/>
        <w:right w:val="none" w:sz="0" w:space="0" w:color="auto"/>
      </w:divBdr>
    </w:div>
    <w:div w:id="514540795">
      <w:bodyDiv w:val="1"/>
      <w:marLeft w:val="0"/>
      <w:marRight w:val="0"/>
      <w:marTop w:val="0"/>
      <w:marBottom w:val="0"/>
      <w:divBdr>
        <w:top w:val="none" w:sz="0" w:space="0" w:color="auto"/>
        <w:left w:val="none" w:sz="0" w:space="0" w:color="auto"/>
        <w:bottom w:val="none" w:sz="0" w:space="0" w:color="auto"/>
        <w:right w:val="none" w:sz="0" w:space="0" w:color="auto"/>
      </w:divBdr>
    </w:div>
    <w:div w:id="514541627">
      <w:bodyDiv w:val="1"/>
      <w:marLeft w:val="0"/>
      <w:marRight w:val="0"/>
      <w:marTop w:val="0"/>
      <w:marBottom w:val="0"/>
      <w:divBdr>
        <w:top w:val="none" w:sz="0" w:space="0" w:color="auto"/>
        <w:left w:val="none" w:sz="0" w:space="0" w:color="auto"/>
        <w:bottom w:val="none" w:sz="0" w:space="0" w:color="auto"/>
        <w:right w:val="none" w:sz="0" w:space="0" w:color="auto"/>
      </w:divBdr>
    </w:div>
    <w:div w:id="518395570">
      <w:bodyDiv w:val="1"/>
      <w:marLeft w:val="0"/>
      <w:marRight w:val="0"/>
      <w:marTop w:val="0"/>
      <w:marBottom w:val="0"/>
      <w:divBdr>
        <w:top w:val="none" w:sz="0" w:space="0" w:color="auto"/>
        <w:left w:val="none" w:sz="0" w:space="0" w:color="auto"/>
        <w:bottom w:val="none" w:sz="0" w:space="0" w:color="auto"/>
        <w:right w:val="none" w:sz="0" w:space="0" w:color="auto"/>
      </w:divBdr>
    </w:div>
    <w:div w:id="521554003">
      <w:bodyDiv w:val="1"/>
      <w:marLeft w:val="0"/>
      <w:marRight w:val="0"/>
      <w:marTop w:val="0"/>
      <w:marBottom w:val="0"/>
      <w:divBdr>
        <w:top w:val="none" w:sz="0" w:space="0" w:color="auto"/>
        <w:left w:val="none" w:sz="0" w:space="0" w:color="auto"/>
        <w:bottom w:val="none" w:sz="0" w:space="0" w:color="auto"/>
        <w:right w:val="none" w:sz="0" w:space="0" w:color="auto"/>
      </w:divBdr>
    </w:div>
    <w:div w:id="523246129">
      <w:bodyDiv w:val="1"/>
      <w:marLeft w:val="0"/>
      <w:marRight w:val="0"/>
      <w:marTop w:val="0"/>
      <w:marBottom w:val="0"/>
      <w:divBdr>
        <w:top w:val="none" w:sz="0" w:space="0" w:color="auto"/>
        <w:left w:val="none" w:sz="0" w:space="0" w:color="auto"/>
        <w:bottom w:val="none" w:sz="0" w:space="0" w:color="auto"/>
        <w:right w:val="none" w:sz="0" w:space="0" w:color="auto"/>
      </w:divBdr>
    </w:div>
    <w:div w:id="524834369">
      <w:bodyDiv w:val="1"/>
      <w:marLeft w:val="0"/>
      <w:marRight w:val="0"/>
      <w:marTop w:val="0"/>
      <w:marBottom w:val="0"/>
      <w:divBdr>
        <w:top w:val="none" w:sz="0" w:space="0" w:color="auto"/>
        <w:left w:val="none" w:sz="0" w:space="0" w:color="auto"/>
        <w:bottom w:val="none" w:sz="0" w:space="0" w:color="auto"/>
        <w:right w:val="none" w:sz="0" w:space="0" w:color="auto"/>
      </w:divBdr>
    </w:div>
    <w:div w:id="525294510">
      <w:bodyDiv w:val="1"/>
      <w:marLeft w:val="0"/>
      <w:marRight w:val="0"/>
      <w:marTop w:val="0"/>
      <w:marBottom w:val="0"/>
      <w:divBdr>
        <w:top w:val="none" w:sz="0" w:space="0" w:color="auto"/>
        <w:left w:val="none" w:sz="0" w:space="0" w:color="auto"/>
        <w:bottom w:val="none" w:sz="0" w:space="0" w:color="auto"/>
        <w:right w:val="none" w:sz="0" w:space="0" w:color="auto"/>
      </w:divBdr>
    </w:div>
    <w:div w:id="526137130">
      <w:bodyDiv w:val="1"/>
      <w:marLeft w:val="0"/>
      <w:marRight w:val="0"/>
      <w:marTop w:val="0"/>
      <w:marBottom w:val="0"/>
      <w:divBdr>
        <w:top w:val="none" w:sz="0" w:space="0" w:color="auto"/>
        <w:left w:val="none" w:sz="0" w:space="0" w:color="auto"/>
        <w:bottom w:val="none" w:sz="0" w:space="0" w:color="auto"/>
        <w:right w:val="none" w:sz="0" w:space="0" w:color="auto"/>
      </w:divBdr>
    </w:div>
    <w:div w:id="528373100">
      <w:bodyDiv w:val="1"/>
      <w:marLeft w:val="0"/>
      <w:marRight w:val="0"/>
      <w:marTop w:val="0"/>
      <w:marBottom w:val="0"/>
      <w:divBdr>
        <w:top w:val="none" w:sz="0" w:space="0" w:color="auto"/>
        <w:left w:val="none" w:sz="0" w:space="0" w:color="auto"/>
        <w:bottom w:val="none" w:sz="0" w:space="0" w:color="auto"/>
        <w:right w:val="none" w:sz="0" w:space="0" w:color="auto"/>
      </w:divBdr>
    </w:div>
    <w:div w:id="529338294">
      <w:bodyDiv w:val="1"/>
      <w:marLeft w:val="0"/>
      <w:marRight w:val="0"/>
      <w:marTop w:val="0"/>
      <w:marBottom w:val="0"/>
      <w:divBdr>
        <w:top w:val="none" w:sz="0" w:space="0" w:color="auto"/>
        <w:left w:val="none" w:sz="0" w:space="0" w:color="auto"/>
        <w:bottom w:val="none" w:sz="0" w:space="0" w:color="auto"/>
        <w:right w:val="none" w:sz="0" w:space="0" w:color="auto"/>
      </w:divBdr>
    </w:div>
    <w:div w:id="530844512">
      <w:bodyDiv w:val="1"/>
      <w:marLeft w:val="0"/>
      <w:marRight w:val="0"/>
      <w:marTop w:val="0"/>
      <w:marBottom w:val="0"/>
      <w:divBdr>
        <w:top w:val="none" w:sz="0" w:space="0" w:color="auto"/>
        <w:left w:val="none" w:sz="0" w:space="0" w:color="auto"/>
        <w:bottom w:val="none" w:sz="0" w:space="0" w:color="auto"/>
        <w:right w:val="none" w:sz="0" w:space="0" w:color="auto"/>
      </w:divBdr>
    </w:div>
    <w:div w:id="537662291">
      <w:bodyDiv w:val="1"/>
      <w:marLeft w:val="0"/>
      <w:marRight w:val="0"/>
      <w:marTop w:val="0"/>
      <w:marBottom w:val="0"/>
      <w:divBdr>
        <w:top w:val="none" w:sz="0" w:space="0" w:color="auto"/>
        <w:left w:val="none" w:sz="0" w:space="0" w:color="auto"/>
        <w:bottom w:val="none" w:sz="0" w:space="0" w:color="auto"/>
        <w:right w:val="none" w:sz="0" w:space="0" w:color="auto"/>
      </w:divBdr>
    </w:div>
    <w:div w:id="541132505">
      <w:bodyDiv w:val="1"/>
      <w:marLeft w:val="0"/>
      <w:marRight w:val="0"/>
      <w:marTop w:val="0"/>
      <w:marBottom w:val="0"/>
      <w:divBdr>
        <w:top w:val="none" w:sz="0" w:space="0" w:color="auto"/>
        <w:left w:val="none" w:sz="0" w:space="0" w:color="auto"/>
        <w:bottom w:val="none" w:sz="0" w:space="0" w:color="auto"/>
        <w:right w:val="none" w:sz="0" w:space="0" w:color="auto"/>
      </w:divBdr>
    </w:div>
    <w:div w:id="541215646">
      <w:bodyDiv w:val="1"/>
      <w:marLeft w:val="0"/>
      <w:marRight w:val="0"/>
      <w:marTop w:val="0"/>
      <w:marBottom w:val="0"/>
      <w:divBdr>
        <w:top w:val="none" w:sz="0" w:space="0" w:color="auto"/>
        <w:left w:val="none" w:sz="0" w:space="0" w:color="auto"/>
        <w:bottom w:val="none" w:sz="0" w:space="0" w:color="auto"/>
        <w:right w:val="none" w:sz="0" w:space="0" w:color="auto"/>
      </w:divBdr>
    </w:div>
    <w:div w:id="541795924">
      <w:bodyDiv w:val="1"/>
      <w:marLeft w:val="0"/>
      <w:marRight w:val="0"/>
      <w:marTop w:val="0"/>
      <w:marBottom w:val="0"/>
      <w:divBdr>
        <w:top w:val="none" w:sz="0" w:space="0" w:color="auto"/>
        <w:left w:val="none" w:sz="0" w:space="0" w:color="auto"/>
        <w:bottom w:val="none" w:sz="0" w:space="0" w:color="auto"/>
        <w:right w:val="none" w:sz="0" w:space="0" w:color="auto"/>
      </w:divBdr>
    </w:div>
    <w:div w:id="544636464">
      <w:bodyDiv w:val="1"/>
      <w:marLeft w:val="0"/>
      <w:marRight w:val="0"/>
      <w:marTop w:val="0"/>
      <w:marBottom w:val="0"/>
      <w:divBdr>
        <w:top w:val="none" w:sz="0" w:space="0" w:color="auto"/>
        <w:left w:val="none" w:sz="0" w:space="0" w:color="auto"/>
        <w:bottom w:val="none" w:sz="0" w:space="0" w:color="auto"/>
        <w:right w:val="none" w:sz="0" w:space="0" w:color="auto"/>
      </w:divBdr>
    </w:div>
    <w:div w:id="545485907">
      <w:bodyDiv w:val="1"/>
      <w:marLeft w:val="0"/>
      <w:marRight w:val="0"/>
      <w:marTop w:val="0"/>
      <w:marBottom w:val="0"/>
      <w:divBdr>
        <w:top w:val="none" w:sz="0" w:space="0" w:color="auto"/>
        <w:left w:val="none" w:sz="0" w:space="0" w:color="auto"/>
        <w:bottom w:val="none" w:sz="0" w:space="0" w:color="auto"/>
        <w:right w:val="none" w:sz="0" w:space="0" w:color="auto"/>
      </w:divBdr>
    </w:div>
    <w:div w:id="545677936">
      <w:bodyDiv w:val="1"/>
      <w:marLeft w:val="0"/>
      <w:marRight w:val="0"/>
      <w:marTop w:val="0"/>
      <w:marBottom w:val="0"/>
      <w:divBdr>
        <w:top w:val="none" w:sz="0" w:space="0" w:color="auto"/>
        <w:left w:val="none" w:sz="0" w:space="0" w:color="auto"/>
        <w:bottom w:val="none" w:sz="0" w:space="0" w:color="auto"/>
        <w:right w:val="none" w:sz="0" w:space="0" w:color="auto"/>
      </w:divBdr>
    </w:div>
    <w:div w:id="547035483">
      <w:bodyDiv w:val="1"/>
      <w:marLeft w:val="0"/>
      <w:marRight w:val="0"/>
      <w:marTop w:val="0"/>
      <w:marBottom w:val="0"/>
      <w:divBdr>
        <w:top w:val="none" w:sz="0" w:space="0" w:color="auto"/>
        <w:left w:val="none" w:sz="0" w:space="0" w:color="auto"/>
        <w:bottom w:val="none" w:sz="0" w:space="0" w:color="auto"/>
        <w:right w:val="none" w:sz="0" w:space="0" w:color="auto"/>
      </w:divBdr>
    </w:div>
    <w:div w:id="548960435">
      <w:bodyDiv w:val="1"/>
      <w:marLeft w:val="0"/>
      <w:marRight w:val="0"/>
      <w:marTop w:val="0"/>
      <w:marBottom w:val="0"/>
      <w:divBdr>
        <w:top w:val="none" w:sz="0" w:space="0" w:color="auto"/>
        <w:left w:val="none" w:sz="0" w:space="0" w:color="auto"/>
        <w:bottom w:val="none" w:sz="0" w:space="0" w:color="auto"/>
        <w:right w:val="none" w:sz="0" w:space="0" w:color="auto"/>
      </w:divBdr>
    </w:div>
    <w:div w:id="550842497">
      <w:bodyDiv w:val="1"/>
      <w:marLeft w:val="0"/>
      <w:marRight w:val="0"/>
      <w:marTop w:val="0"/>
      <w:marBottom w:val="0"/>
      <w:divBdr>
        <w:top w:val="none" w:sz="0" w:space="0" w:color="auto"/>
        <w:left w:val="none" w:sz="0" w:space="0" w:color="auto"/>
        <w:bottom w:val="none" w:sz="0" w:space="0" w:color="auto"/>
        <w:right w:val="none" w:sz="0" w:space="0" w:color="auto"/>
      </w:divBdr>
    </w:div>
    <w:div w:id="552499239">
      <w:bodyDiv w:val="1"/>
      <w:marLeft w:val="0"/>
      <w:marRight w:val="0"/>
      <w:marTop w:val="0"/>
      <w:marBottom w:val="0"/>
      <w:divBdr>
        <w:top w:val="none" w:sz="0" w:space="0" w:color="auto"/>
        <w:left w:val="none" w:sz="0" w:space="0" w:color="auto"/>
        <w:bottom w:val="none" w:sz="0" w:space="0" w:color="auto"/>
        <w:right w:val="none" w:sz="0" w:space="0" w:color="auto"/>
      </w:divBdr>
    </w:div>
    <w:div w:id="553584120">
      <w:bodyDiv w:val="1"/>
      <w:marLeft w:val="0"/>
      <w:marRight w:val="0"/>
      <w:marTop w:val="0"/>
      <w:marBottom w:val="0"/>
      <w:divBdr>
        <w:top w:val="none" w:sz="0" w:space="0" w:color="auto"/>
        <w:left w:val="none" w:sz="0" w:space="0" w:color="auto"/>
        <w:bottom w:val="none" w:sz="0" w:space="0" w:color="auto"/>
        <w:right w:val="none" w:sz="0" w:space="0" w:color="auto"/>
      </w:divBdr>
    </w:div>
    <w:div w:id="554051987">
      <w:bodyDiv w:val="1"/>
      <w:marLeft w:val="0"/>
      <w:marRight w:val="0"/>
      <w:marTop w:val="0"/>
      <w:marBottom w:val="0"/>
      <w:divBdr>
        <w:top w:val="none" w:sz="0" w:space="0" w:color="auto"/>
        <w:left w:val="none" w:sz="0" w:space="0" w:color="auto"/>
        <w:bottom w:val="none" w:sz="0" w:space="0" w:color="auto"/>
        <w:right w:val="none" w:sz="0" w:space="0" w:color="auto"/>
      </w:divBdr>
    </w:div>
    <w:div w:id="554925335">
      <w:bodyDiv w:val="1"/>
      <w:marLeft w:val="0"/>
      <w:marRight w:val="0"/>
      <w:marTop w:val="0"/>
      <w:marBottom w:val="0"/>
      <w:divBdr>
        <w:top w:val="none" w:sz="0" w:space="0" w:color="auto"/>
        <w:left w:val="none" w:sz="0" w:space="0" w:color="auto"/>
        <w:bottom w:val="none" w:sz="0" w:space="0" w:color="auto"/>
        <w:right w:val="none" w:sz="0" w:space="0" w:color="auto"/>
      </w:divBdr>
    </w:div>
    <w:div w:id="555628391">
      <w:bodyDiv w:val="1"/>
      <w:marLeft w:val="0"/>
      <w:marRight w:val="0"/>
      <w:marTop w:val="0"/>
      <w:marBottom w:val="0"/>
      <w:divBdr>
        <w:top w:val="none" w:sz="0" w:space="0" w:color="auto"/>
        <w:left w:val="none" w:sz="0" w:space="0" w:color="auto"/>
        <w:bottom w:val="none" w:sz="0" w:space="0" w:color="auto"/>
        <w:right w:val="none" w:sz="0" w:space="0" w:color="auto"/>
      </w:divBdr>
    </w:div>
    <w:div w:id="555893859">
      <w:bodyDiv w:val="1"/>
      <w:marLeft w:val="0"/>
      <w:marRight w:val="0"/>
      <w:marTop w:val="0"/>
      <w:marBottom w:val="0"/>
      <w:divBdr>
        <w:top w:val="none" w:sz="0" w:space="0" w:color="auto"/>
        <w:left w:val="none" w:sz="0" w:space="0" w:color="auto"/>
        <w:bottom w:val="none" w:sz="0" w:space="0" w:color="auto"/>
        <w:right w:val="none" w:sz="0" w:space="0" w:color="auto"/>
      </w:divBdr>
    </w:div>
    <w:div w:id="557476535">
      <w:bodyDiv w:val="1"/>
      <w:marLeft w:val="0"/>
      <w:marRight w:val="0"/>
      <w:marTop w:val="0"/>
      <w:marBottom w:val="0"/>
      <w:divBdr>
        <w:top w:val="none" w:sz="0" w:space="0" w:color="auto"/>
        <w:left w:val="none" w:sz="0" w:space="0" w:color="auto"/>
        <w:bottom w:val="none" w:sz="0" w:space="0" w:color="auto"/>
        <w:right w:val="none" w:sz="0" w:space="0" w:color="auto"/>
      </w:divBdr>
    </w:div>
    <w:div w:id="561017310">
      <w:bodyDiv w:val="1"/>
      <w:marLeft w:val="0"/>
      <w:marRight w:val="0"/>
      <w:marTop w:val="0"/>
      <w:marBottom w:val="0"/>
      <w:divBdr>
        <w:top w:val="none" w:sz="0" w:space="0" w:color="auto"/>
        <w:left w:val="none" w:sz="0" w:space="0" w:color="auto"/>
        <w:bottom w:val="none" w:sz="0" w:space="0" w:color="auto"/>
        <w:right w:val="none" w:sz="0" w:space="0" w:color="auto"/>
      </w:divBdr>
    </w:div>
    <w:div w:id="562064240">
      <w:bodyDiv w:val="1"/>
      <w:marLeft w:val="0"/>
      <w:marRight w:val="0"/>
      <w:marTop w:val="0"/>
      <w:marBottom w:val="0"/>
      <w:divBdr>
        <w:top w:val="none" w:sz="0" w:space="0" w:color="auto"/>
        <w:left w:val="none" w:sz="0" w:space="0" w:color="auto"/>
        <w:bottom w:val="none" w:sz="0" w:space="0" w:color="auto"/>
        <w:right w:val="none" w:sz="0" w:space="0" w:color="auto"/>
      </w:divBdr>
    </w:div>
    <w:div w:id="562638650">
      <w:bodyDiv w:val="1"/>
      <w:marLeft w:val="0"/>
      <w:marRight w:val="0"/>
      <w:marTop w:val="0"/>
      <w:marBottom w:val="0"/>
      <w:divBdr>
        <w:top w:val="none" w:sz="0" w:space="0" w:color="auto"/>
        <w:left w:val="none" w:sz="0" w:space="0" w:color="auto"/>
        <w:bottom w:val="none" w:sz="0" w:space="0" w:color="auto"/>
        <w:right w:val="none" w:sz="0" w:space="0" w:color="auto"/>
      </w:divBdr>
    </w:div>
    <w:div w:id="563300967">
      <w:bodyDiv w:val="1"/>
      <w:marLeft w:val="0"/>
      <w:marRight w:val="0"/>
      <w:marTop w:val="0"/>
      <w:marBottom w:val="0"/>
      <w:divBdr>
        <w:top w:val="none" w:sz="0" w:space="0" w:color="auto"/>
        <w:left w:val="none" w:sz="0" w:space="0" w:color="auto"/>
        <w:bottom w:val="none" w:sz="0" w:space="0" w:color="auto"/>
        <w:right w:val="none" w:sz="0" w:space="0" w:color="auto"/>
      </w:divBdr>
    </w:div>
    <w:div w:id="563755466">
      <w:bodyDiv w:val="1"/>
      <w:marLeft w:val="0"/>
      <w:marRight w:val="0"/>
      <w:marTop w:val="0"/>
      <w:marBottom w:val="0"/>
      <w:divBdr>
        <w:top w:val="none" w:sz="0" w:space="0" w:color="auto"/>
        <w:left w:val="none" w:sz="0" w:space="0" w:color="auto"/>
        <w:bottom w:val="none" w:sz="0" w:space="0" w:color="auto"/>
        <w:right w:val="none" w:sz="0" w:space="0" w:color="auto"/>
      </w:divBdr>
    </w:div>
    <w:div w:id="565991036">
      <w:bodyDiv w:val="1"/>
      <w:marLeft w:val="0"/>
      <w:marRight w:val="0"/>
      <w:marTop w:val="0"/>
      <w:marBottom w:val="0"/>
      <w:divBdr>
        <w:top w:val="none" w:sz="0" w:space="0" w:color="auto"/>
        <w:left w:val="none" w:sz="0" w:space="0" w:color="auto"/>
        <w:bottom w:val="none" w:sz="0" w:space="0" w:color="auto"/>
        <w:right w:val="none" w:sz="0" w:space="0" w:color="auto"/>
      </w:divBdr>
    </w:div>
    <w:div w:id="568273537">
      <w:bodyDiv w:val="1"/>
      <w:marLeft w:val="0"/>
      <w:marRight w:val="0"/>
      <w:marTop w:val="0"/>
      <w:marBottom w:val="0"/>
      <w:divBdr>
        <w:top w:val="none" w:sz="0" w:space="0" w:color="auto"/>
        <w:left w:val="none" w:sz="0" w:space="0" w:color="auto"/>
        <w:bottom w:val="none" w:sz="0" w:space="0" w:color="auto"/>
        <w:right w:val="none" w:sz="0" w:space="0" w:color="auto"/>
      </w:divBdr>
    </w:div>
    <w:div w:id="569193330">
      <w:bodyDiv w:val="1"/>
      <w:marLeft w:val="0"/>
      <w:marRight w:val="0"/>
      <w:marTop w:val="0"/>
      <w:marBottom w:val="0"/>
      <w:divBdr>
        <w:top w:val="none" w:sz="0" w:space="0" w:color="auto"/>
        <w:left w:val="none" w:sz="0" w:space="0" w:color="auto"/>
        <w:bottom w:val="none" w:sz="0" w:space="0" w:color="auto"/>
        <w:right w:val="none" w:sz="0" w:space="0" w:color="auto"/>
      </w:divBdr>
    </w:div>
    <w:div w:id="570702250">
      <w:bodyDiv w:val="1"/>
      <w:marLeft w:val="0"/>
      <w:marRight w:val="0"/>
      <w:marTop w:val="0"/>
      <w:marBottom w:val="0"/>
      <w:divBdr>
        <w:top w:val="none" w:sz="0" w:space="0" w:color="auto"/>
        <w:left w:val="none" w:sz="0" w:space="0" w:color="auto"/>
        <w:bottom w:val="none" w:sz="0" w:space="0" w:color="auto"/>
        <w:right w:val="none" w:sz="0" w:space="0" w:color="auto"/>
      </w:divBdr>
    </w:div>
    <w:div w:id="573667517">
      <w:bodyDiv w:val="1"/>
      <w:marLeft w:val="0"/>
      <w:marRight w:val="0"/>
      <w:marTop w:val="0"/>
      <w:marBottom w:val="0"/>
      <w:divBdr>
        <w:top w:val="none" w:sz="0" w:space="0" w:color="auto"/>
        <w:left w:val="none" w:sz="0" w:space="0" w:color="auto"/>
        <w:bottom w:val="none" w:sz="0" w:space="0" w:color="auto"/>
        <w:right w:val="none" w:sz="0" w:space="0" w:color="auto"/>
      </w:divBdr>
    </w:div>
    <w:div w:id="574558822">
      <w:bodyDiv w:val="1"/>
      <w:marLeft w:val="0"/>
      <w:marRight w:val="0"/>
      <w:marTop w:val="0"/>
      <w:marBottom w:val="0"/>
      <w:divBdr>
        <w:top w:val="none" w:sz="0" w:space="0" w:color="auto"/>
        <w:left w:val="none" w:sz="0" w:space="0" w:color="auto"/>
        <w:bottom w:val="none" w:sz="0" w:space="0" w:color="auto"/>
        <w:right w:val="none" w:sz="0" w:space="0" w:color="auto"/>
      </w:divBdr>
    </w:div>
    <w:div w:id="575865440">
      <w:bodyDiv w:val="1"/>
      <w:marLeft w:val="0"/>
      <w:marRight w:val="0"/>
      <w:marTop w:val="0"/>
      <w:marBottom w:val="0"/>
      <w:divBdr>
        <w:top w:val="none" w:sz="0" w:space="0" w:color="auto"/>
        <w:left w:val="none" w:sz="0" w:space="0" w:color="auto"/>
        <w:bottom w:val="none" w:sz="0" w:space="0" w:color="auto"/>
        <w:right w:val="none" w:sz="0" w:space="0" w:color="auto"/>
      </w:divBdr>
    </w:div>
    <w:div w:id="578370524">
      <w:bodyDiv w:val="1"/>
      <w:marLeft w:val="0"/>
      <w:marRight w:val="0"/>
      <w:marTop w:val="0"/>
      <w:marBottom w:val="0"/>
      <w:divBdr>
        <w:top w:val="none" w:sz="0" w:space="0" w:color="auto"/>
        <w:left w:val="none" w:sz="0" w:space="0" w:color="auto"/>
        <w:bottom w:val="none" w:sz="0" w:space="0" w:color="auto"/>
        <w:right w:val="none" w:sz="0" w:space="0" w:color="auto"/>
      </w:divBdr>
    </w:div>
    <w:div w:id="578636487">
      <w:bodyDiv w:val="1"/>
      <w:marLeft w:val="0"/>
      <w:marRight w:val="0"/>
      <w:marTop w:val="0"/>
      <w:marBottom w:val="0"/>
      <w:divBdr>
        <w:top w:val="none" w:sz="0" w:space="0" w:color="auto"/>
        <w:left w:val="none" w:sz="0" w:space="0" w:color="auto"/>
        <w:bottom w:val="none" w:sz="0" w:space="0" w:color="auto"/>
        <w:right w:val="none" w:sz="0" w:space="0" w:color="auto"/>
      </w:divBdr>
    </w:div>
    <w:div w:id="580913001">
      <w:bodyDiv w:val="1"/>
      <w:marLeft w:val="0"/>
      <w:marRight w:val="0"/>
      <w:marTop w:val="0"/>
      <w:marBottom w:val="0"/>
      <w:divBdr>
        <w:top w:val="none" w:sz="0" w:space="0" w:color="auto"/>
        <w:left w:val="none" w:sz="0" w:space="0" w:color="auto"/>
        <w:bottom w:val="none" w:sz="0" w:space="0" w:color="auto"/>
        <w:right w:val="none" w:sz="0" w:space="0" w:color="auto"/>
      </w:divBdr>
    </w:div>
    <w:div w:id="581571606">
      <w:bodyDiv w:val="1"/>
      <w:marLeft w:val="0"/>
      <w:marRight w:val="0"/>
      <w:marTop w:val="0"/>
      <w:marBottom w:val="0"/>
      <w:divBdr>
        <w:top w:val="none" w:sz="0" w:space="0" w:color="auto"/>
        <w:left w:val="none" w:sz="0" w:space="0" w:color="auto"/>
        <w:bottom w:val="none" w:sz="0" w:space="0" w:color="auto"/>
        <w:right w:val="none" w:sz="0" w:space="0" w:color="auto"/>
      </w:divBdr>
    </w:div>
    <w:div w:id="581571961">
      <w:bodyDiv w:val="1"/>
      <w:marLeft w:val="0"/>
      <w:marRight w:val="0"/>
      <w:marTop w:val="0"/>
      <w:marBottom w:val="0"/>
      <w:divBdr>
        <w:top w:val="none" w:sz="0" w:space="0" w:color="auto"/>
        <w:left w:val="none" w:sz="0" w:space="0" w:color="auto"/>
        <w:bottom w:val="none" w:sz="0" w:space="0" w:color="auto"/>
        <w:right w:val="none" w:sz="0" w:space="0" w:color="auto"/>
      </w:divBdr>
    </w:div>
    <w:div w:id="581795535">
      <w:bodyDiv w:val="1"/>
      <w:marLeft w:val="0"/>
      <w:marRight w:val="0"/>
      <w:marTop w:val="0"/>
      <w:marBottom w:val="0"/>
      <w:divBdr>
        <w:top w:val="none" w:sz="0" w:space="0" w:color="auto"/>
        <w:left w:val="none" w:sz="0" w:space="0" w:color="auto"/>
        <w:bottom w:val="none" w:sz="0" w:space="0" w:color="auto"/>
        <w:right w:val="none" w:sz="0" w:space="0" w:color="auto"/>
      </w:divBdr>
    </w:div>
    <w:div w:id="582951685">
      <w:bodyDiv w:val="1"/>
      <w:marLeft w:val="0"/>
      <w:marRight w:val="0"/>
      <w:marTop w:val="0"/>
      <w:marBottom w:val="0"/>
      <w:divBdr>
        <w:top w:val="none" w:sz="0" w:space="0" w:color="auto"/>
        <w:left w:val="none" w:sz="0" w:space="0" w:color="auto"/>
        <w:bottom w:val="none" w:sz="0" w:space="0" w:color="auto"/>
        <w:right w:val="none" w:sz="0" w:space="0" w:color="auto"/>
      </w:divBdr>
    </w:div>
    <w:div w:id="584337135">
      <w:bodyDiv w:val="1"/>
      <w:marLeft w:val="0"/>
      <w:marRight w:val="0"/>
      <w:marTop w:val="0"/>
      <w:marBottom w:val="0"/>
      <w:divBdr>
        <w:top w:val="none" w:sz="0" w:space="0" w:color="auto"/>
        <w:left w:val="none" w:sz="0" w:space="0" w:color="auto"/>
        <w:bottom w:val="none" w:sz="0" w:space="0" w:color="auto"/>
        <w:right w:val="none" w:sz="0" w:space="0" w:color="auto"/>
      </w:divBdr>
    </w:div>
    <w:div w:id="584537197">
      <w:bodyDiv w:val="1"/>
      <w:marLeft w:val="0"/>
      <w:marRight w:val="0"/>
      <w:marTop w:val="0"/>
      <w:marBottom w:val="0"/>
      <w:divBdr>
        <w:top w:val="none" w:sz="0" w:space="0" w:color="auto"/>
        <w:left w:val="none" w:sz="0" w:space="0" w:color="auto"/>
        <w:bottom w:val="none" w:sz="0" w:space="0" w:color="auto"/>
        <w:right w:val="none" w:sz="0" w:space="0" w:color="auto"/>
      </w:divBdr>
    </w:div>
    <w:div w:id="584850222">
      <w:bodyDiv w:val="1"/>
      <w:marLeft w:val="0"/>
      <w:marRight w:val="0"/>
      <w:marTop w:val="0"/>
      <w:marBottom w:val="0"/>
      <w:divBdr>
        <w:top w:val="none" w:sz="0" w:space="0" w:color="auto"/>
        <w:left w:val="none" w:sz="0" w:space="0" w:color="auto"/>
        <w:bottom w:val="none" w:sz="0" w:space="0" w:color="auto"/>
        <w:right w:val="none" w:sz="0" w:space="0" w:color="auto"/>
      </w:divBdr>
    </w:div>
    <w:div w:id="589433687">
      <w:bodyDiv w:val="1"/>
      <w:marLeft w:val="0"/>
      <w:marRight w:val="0"/>
      <w:marTop w:val="0"/>
      <w:marBottom w:val="0"/>
      <w:divBdr>
        <w:top w:val="none" w:sz="0" w:space="0" w:color="auto"/>
        <w:left w:val="none" w:sz="0" w:space="0" w:color="auto"/>
        <w:bottom w:val="none" w:sz="0" w:space="0" w:color="auto"/>
        <w:right w:val="none" w:sz="0" w:space="0" w:color="auto"/>
      </w:divBdr>
    </w:div>
    <w:div w:id="592199787">
      <w:bodyDiv w:val="1"/>
      <w:marLeft w:val="0"/>
      <w:marRight w:val="0"/>
      <w:marTop w:val="0"/>
      <w:marBottom w:val="0"/>
      <w:divBdr>
        <w:top w:val="none" w:sz="0" w:space="0" w:color="auto"/>
        <w:left w:val="none" w:sz="0" w:space="0" w:color="auto"/>
        <w:bottom w:val="none" w:sz="0" w:space="0" w:color="auto"/>
        <w:right w:val="none" w:sz="0" w:space="0" w:color="auto"/>
      </w:divBdr>
    </w:div>
    <w:div w:id="594825112">
      <w:bodyDiv w:val="1"/>
      <w:marLeft w:val="0"/>
      <w:marRight w:val="0"/>
      <w:marTop w:val="0"/>
      <w:marBottom w:val="0"/>
      <w:divBdr>
        <w:top w:val="none" w:sz="0" w:space="0" w:color="auto"/>
        <w:left w:val="none" w:sz="0" w:space="0" w:color="auto"/>
        <w:bottom w:val="none" w:sz="0" w:space="0" w:color="auto"/>
        <w:right w:val="none" w:sz="0" w:space="0" w:color="auto"/>
      </w:divBdr>
    </w:div>
    <w:div w:id="595138896">
      <w:bodyDiv w:val="1"/>
      <w:marLeft w:val="0"/>
      <w:marRight w:val="0"/>
      <w:marTop w:val="0"/>
      <w:marBottom w:val="0"/>
      <w:divBdr>
        <w:top w:val="none" w:sz="0" w:space="0" w:color="auto"/>
        <w:left w:val="none" w:sz="0" w:space="0" w:color="auto"/>
        <w:bottom w:val="none" w:sz="0" w:space="0" w:color="auto"/>
        <w:right w:val="none" w:sz="0" w:space="0" w:color="auto"/>
      </w:divBdr>
    </w:div>
    <w:div w:id="595361287">
      <w:bodyDiv w:val="1"/>
      <w:marLeft w:val="0"/>
      <w:marRight w:val="0"/>
      <w:marTop w:val="0"/>
      <w:marBottom w:val="0"/>
      <w:divBdr>
        <w:top w:val="none" w:sz="0" w:space="0" w:color="auto"/>
        <w:left w:val="none" w:sz="0" w:space="0" w:color="auto"/>
        <w:bottom w:val="none" w:sz="0" w:space="0" w:color="auto"/>
        <w:right w:val="none" w:sz="0" w:space="0" w:color="auto"/>
      </w:divBdr>
    </w:div>
    <w:div w:id="597716650">
      <w:bodyDiv w:val="1"/>
      <w:marLeft w:val="0"/>
      <w:marRight w:val="0"/>
      <w:marTop w:val="0"/>
      <w:marBottom w:val="0"/>
      <w:divBdr>
        <w:top w:val="none" w:sz="0" w:space="0" w:color="auto"/>
        <w:left w:val="none" w:sz="0" w:space="0" w:color="auto"/>
        <w:bottom w:val="none" w:sz="0" w:space="0" w:color="auto"/>
        <w:right w:val="none" w:sz="0" w:space="0" w:color="auto"/>
      </w:divBdr>
    </w:div>
    <w:div w:id="600264069">
      <w:bodyDiv w:val="1"/>
      <w:marLeft w:val="0"/>
      <w:marRight w:val="0"/>
      <w:marTop w:val="0"/>
      <w:marBottom w:val="0"/>
      <w:divBdr>
        <w:top w:val="none" w:sz="0" w:space="0" w:color="auto"/>
        <w:left w:val="none" w:sz="0" w:space="0" w:color="auto"/>
        <w:bottom w:val="none" w:sz="0" w:space="0" w:color="auto"/>
        <w:right w:val="none" w:sz="0" w:space="0" w:color="auto"/>
      </w:divBdr>
    </w:div>
    <w:div w:id="600377385">
      <w:bodyDiv w:val="1"/>
      <w:marLeft w:val="0"/>
      <w:marRight w:val="0"/>
      <w:marTop w:val="0"/>
      <w:marBottom w:val="0"/>
      <w:divBdr>
        <w:top w:val="none" w:sz="0" w:space="0" w:color="auto"/>
        <w:left w:val="none" w:sz="0" w:space="0" w:color="auto"/>
        <w:bottom w:val="none" w:sz="0" w:space="0" w:color="auto"/>
        <w:right w:val="none" w:sz="0" w:space="0" w:color="auto"/>
      </w:divBdr>
    </w:div>
    <w:div w:id="601257814">
      <w:bodyDiv w:val="1"/>
      <w:marLeft w:val="0"/>
      <w:marRight w:val="0"/>
      <w:marTop w:val="0"/>
      <w:marBottom w:val="0"/>
      <w:divBdr>
        <w:top w:val="none" w:sz="0" w:space="0" w:color="auto"/>
        <w:left w:val="none" w:sz="0" w:space="0" w:color="auto"/>
        <w:bottom w:val="none" w:sz="0" w:space="0" w:color="auto"/>
        <w:right w:val="none" w:sz="0" w:space="0" w:color="auto"/>
      </w:divBdr>
    </w:div>
    <w:div w:id="601259857">
      <w:bodyDiv w:val="1"/>
      <w:marLeft w:val="0"/>
      <w:marRight w:val="0"/>
      <w:marTop w:val="0"/>
      <w:marBottom w:val="0"/>
      <w:divBdr>
        <w:top w:val="none" w:sz="0" w:space="0" w:color="auto"/>
        <w:left w:val="none" w:sz="0" w:space="0" w:color="auto"/>
        <w:bottom w:val="none" w:sz="0" w:space="0" w:color="auto"/>
        <w:right w:val="none" w:sz="0" w:space="0" w:color="auto"/>
      </w:divBdr>
    </w:div>
    <w:div w:id="601455533">
      <w:bodyDiv w:val="1"/>
      <w:marLeft w:val="0"/>
      <w:marRight w:val="0"/>
      <w:marTop w:val="0"/>
      <w:marBottom w:val="0"/>
      <w:divBdr>
        <w:top w:val="none" w:sz="0" w:space="0" w:color="auto"/>
        <w:left w:val="none" w:sz="0" w:space="0" w:color="auto"/>
        <w:bottom w:val="none" w:sz="0" w:space="0" w:color="auto"/>
        <w:right w:val="none" w:sz="0" w:space="0" w:color="auto"/>
      </w:divBdr>
    </w:div>
    <w:div w:id="601456125">
      <w:bodyDiv w:val="1"/>
      <w:marLeft w:val="0"/>
      <w:marRight w:val="0"/>
      <w:marTop w:val="0"/>
      <w:marBottom w:val="0"/>
      <w:divBdr>
        <w:top w:val="none" w:sz="0" w:space="0" w:color="auto"/>
        <w:left w:val="none" w:sz="0" w:space="0" w:color="auto"/>
        <w:bottom w:val="none" w:sz="0" w:space="0" w:color="auto"/>
        <w:right w:val="none" w:sz="0" w:space="0" w:color="auto"/>
      </w:divBdr>
    </w:div>
    <w:div w:id="603612546">
      <w:bodyDiv w:val="1"/>
      <w:marLeft w:val="0"/>
      <w:marRight w:val="0"/>
      <w:marTop w:val="0"/>
      <w:marBottom w:val="0"/>
      <w:divBdr>
        <w:top w:val="none" w:sz="0" w:space="0" w:color="auto"/>
        <w:left w:val="none" w:sz="0" w:space="0" w:color="auto"/>
        <w:bottom w:val="none" w:sz="0" w:space="0" w:color="auto"/>
        <w:right w:val="none" w:sz="0" w:space="0" w:color="auto"/>
      </w:divBdr>
    </w:div>
    <w:div w:id="603880373">
      <w:bodyDiv w:val="1"/>
      <w:marLeft w:val="0"/>
      <w:marRight w:val="0"/>
      <w:marTop w:val="0"/>
      <w:marBottom w:val="0"/>
      <w:divBdr>
        <w:top w:val="none" w:sz="0" w:space="0" w:color="auto"/>
        <w:left w:val="none" w:sz="0" w:space="0" w:color="auto"/>
        <w:bottom w:val="none" w:sz="0" w:space="0" w:color="auto"/>
        <w:right w:val="none" w:sz="0" w:space="0" w:color="auto"/>
      </w:divBdr>
    </w:div>
    <w:div w:id="605162687">
      <w:bodyDiv w:val="1"/>
      <w:marLeft w:val="0"/>
      <w:marRight w:val="0"/>
      <w:marTop w:val="0"/>
      <w:marBottom w:val="0"/>
      <w:divBdr>
        <w:top w:val="none" w:sz="0" w:space="0" w:color="auto"/>
        <w:left w:val="none" w:sz="0" w:space="0" w:color="auto"/>
        <w:bottom w:val="none" w:sz="0" w:space="0" w:color="auto"/>
        <w:right w:val="none" w:sz="0" w:space="0" w:color="auto"/>
      </w:divBdr>
    </w:div>
    <w:div w:id="606236579">
      <w:bodyDiv w:val="1"/>
      <w:marLeft w:val="0"/>
      <w:marRight w:val="0"/>
      <w:marTop w:val="0"/>
      <w:marBottom w:val="0"/>
      <w:divBdr>
        <w:top w:val="none" w:sz="0" w:space="0" w:color="auto"/>
        <w:left w:val="none" w:sz="0" w:space="0" w:color="auto"/>
        <w:bottom w:val="none" w:sz="0" w:space="0" w:color="auto"/>
        <w:right w:val="none" w:sz="0" w:space="0" w:color="auto"/>
      </w:divBdr>
    </w:div>
    <w:div w:id="610013400">
      <w:bodyDiv w:val="1"/>
      <w:marLeft w:val="0"/>
      <w:marRight w:val="0"/>
      <w:marTop w:val="0"/>
      <w:marBottom w:val="0"/>
      <w:divBdr>
        <w:top w:val="none" w:sz="0" w:space="0" w:color="auto"/>
        <w:left w:val="none" w:sz="0" w:space="0" w:color="auto"/>
        <w:bottom w:val="none" w:sz="0" w:space="0" w:color="auto"/>
        <w:right w:val="none" w:sz="0" w:space="0" w:color="auto"/>
      </w:divBdr>
    </w:div>
    <w:div w:id="610362790">
      <w:bodyDiv w:val="1"/>
      <w:marLeft w:val="0"/>
      <w:marRight w:val="0"/>
      <w:marTop w:val="0"/>
      <w:marBottom w:val="0"/>
      <w:divBdr>
        <w:top w:val="none" w:sz="0" w:space="0" w:color="auto"/>
        <w:left w:val="none" w:sz="0" w:space="0" w:color="auto"/>
        <w:bottom w:val="none" w:sz="0" w:space="0" w:color="auto"/>
        <w:right w:val="none" w:sz="0" w:space="0" w:color="auto"/>
      </w:divBdr>
    </w:div>
    <w:div w:id="611594307">
      <w:bodyDiv w:val="1"/>
      <w:marLeft w:val="0"/>
      <w:marRight w:val="0"/>
      <w:marTop w:val="0"/>
      <w:marBottom w:val="0"/>
      <w:divBdr>
        <w:top w:val="none" w:sz="0" w:space="0" w:color="auto"/>
        <w:left w:val="none" w:sz="0" w:space="0" w:color="auto"/>
        <w:bottom w:val="none" w:sz="0" w:space="0" w:color="auto"/>
        <w:right w:val="none" w:sz="0" w:space="0" w:color="auto"/>
      </w:divBdr>
    </w:div>
    <w:div w:id="612785249">
      <w:bodyDiv w:val="1"/>
      <w:marLeft w:val="0"/>
      <w:marRight w:val="0"/>
      <w:marTop w:val="0"/>
      <w:marBottom w:val="0"/>
      <w:divBdr>
        <w:top w:val="none" w:sz="0" w:space="0" w:color="auto"/>
        <w:left w:val="none" w:sz="0" w:space="0" w:color="auto"/>
        <w:bottom w:val="none" w:sz="0" w:space="0" w:color="auto"/>
        <w:right w:val="none" w:sz="0" w:space="0" w:color="auto"/>
      </w:divBdr>
    </w:div>
    <w:div w:id="615403323">
      <w:bodyDiv w:val="1"/>
      <w:marLeft w:val="0"/>
      <w:marRight w:val="0"/>
      <w:marTop w:val="0"/>
      <w:marBottom w:val="0"/>
      <w:divBdr>
        <w:top w:val="none" w:sz="0" w:space="0" w:color="auto"/>
        <w:left w:val="none" w:sz="0" w:space="0" w:color="auto"/>
        <w:bottom w:val="none" w:sz="0" w:space="0" w:color="auto"/>
        <w:right w:val="none" w:sz="0" w:space="0" w:color="auto"/>
      </w:divBdr>
    </w:div>
    <w:div w:id="616522954">
      <w:bodyDiv w:val="1"/>
      <w:marLeft w:val="0"/>
      <w:marRight w:val="0"/>
      <w:marTop w:val="0"/>
      <w:marBottom w:val="0"/>
      <w:divBdr>
        <w:top w:val="none" w:sz="0" w:space="0" w:color="auto"/>
        <w:left w:val="none" w:sz="0" w:space="0" w:color="auto"/>
        <w:bottom w:val="none" w:sz="0" w:space="0" w:color="auto"/>
        <w:right w:val="none" w:sz="0" w:space="0" w:color="auto"/>
      </w:divBdr>
    </w:div>
    <w:div w:id="616907708">
      <w:bodyDiv w:val="1"/>
      <w:marLeft w:val="0"/>
      <w:marRight w:val="0"/>
      <w:marTop w:val="0"/>
      <w:marBottom w:val="0"/>
      <w:divBdr>
        <w:top w:val="none" w:sz="0" w:space="0" w:color="auto"/>
        <w:left w:val="none" w:sz="0" w:space="0" w:color="auto"/>
        <w:bottom w:val="none" w:sz="0" w:space="0" w:color="auto"/>
        <w:right w:val="none" w:sz="0" w:space="0" w:color="auto"/>
      </w:divBdr>
    </w:div>
    <w:div w:id="617488100">
      <w:bodyDiv w:val="1"/>
      <w:marLeft w:val="0"/>
      <w:marRight w:val="0"/>
      <w:marTop w:val="0"/>
      <w:marBottom w:val="0"/>
      <w:divBdr>
        <w:top w:val="none" w:sz="0" w:space="0" w:color="auto"/>
        <w:left w:val="none" w:sz="0" w:space="0" w:color="auto"/>
        <w:bottom w:val="none" w:sz="0" w:space="0" w:color="auto"/>
        <w:right w:val="none" w:sz="0" w:space="0" w:color="auto"/>
      </w:divBdr>
    </w:div>
    <w:div w:id="617949730">
      <w:bodyDiv w:val="1"/>
      <w:marLeft w:val="0"/>
      <w:marRight w:val="0"/>
      <w:marTop w:val="0"/>
      <w:marBottom w:val="0"/>
      <w:divBdr>
        <w:top w:val="none" w:sz="0" w:space="0" w:color="auto"/>
        <w:left w:val="none" w:sz="0" w:space="0" w:color="auto"/>
        <w:bottom w:val="none" w:sz="0" w:space="0" w:color="auto"/>
        <w:right w:val="none" w:sz="0" w:space="0" w:color="auto"/>
      </w:divBdr>
    </w:div>
    <w:div w:id="618337112">
      <w:bodyDiv w:val="1"/>
      <w:marLeft w:val="0"/>
      <w:marRight w:val="0"/>
      <w:marTop w:val="0"/>
      <w:marBottom w:val="0"/>
      <w:divBdr>
        <w:top w:val="none" w:sz="0" w:space="0" w:color="auto"/>
        <w:left w:val="none" w:sz="0" w:space="0" w:color="auto"/>
        <w:bottom w:val="none" w:sz="0" w:space="0" w:color="auto"/>
        <w:right w:val="none" w:sz="0" w:space="0" w:color="auto"/>
      </w:divBdr>
    </w:div>
    <w:div w:id="620036545">
      <w:bodyDiv w:val="1"/>
      <w:marLeft w:val="0"/>
      <w:marRight w:val="0"/>
      <w:marTop w:val="0"/>
      <w:marBottom w:val="0"/>
      <w:divBdr>
        <w:top w:val="none" w:sz="0" w:space="0" w:color="auto"/>
        <w:left w:val="none" w:sz="0" w:space="0" w:color="auto"/>
        <w:bottom w:val="none" w:sz="0" w:space="0" w:color="auto"/>
        <w:right w:val="none" w:sz="0" w:space="0" w:color="auto"/>
      </w:divBdr>
    </w:div>
    <w:div w:id="623386184">
      <w:bodyDiv w:val="1"/>
      <w:marLeft w:val="0"/>
      <w:marRight w:val="0"/>
      <w:marTop w:val="0"/>
      <w:marBottom w:val="0"/>
      <w:divBdr>
        <w:top w:val="none" w:sz="0" w:space="0" w:color="auto"/>
        <w:left w:val="none" w:sz="0" w:space="0" w:color="auto"/>
        <w:bottom w:val="none" w:sz="0" w:space="0" w:color="auto"/>
        <w:right w:val="none" w:sz="0" w:space="0" w:color="auto"/>
      </w:divBdr>
    </w:div>
    <w:div w:id="623658182">
      <w:bodyDiv w:val="1"/>
      <w:marLeft w:val="0"/>
      <w:marRight w:val="0"/>
      <w:marTop w:val="0"/>
      <w:marBottom w:val="0"/>
      <w:divBdr>
        <w:top w:val="none" w:sz="0" w:space="0" w:color="auto"/>
        <w:left w:val="none" w:sz="0" w:space="0" w:color="auto"/>
        <w:bottom w:val="none" w:sz="0" w:space="0" w:color="auto"/>
        <w:right w:val="none" w:sz="0" w:space="0" w:color="auto"/>
      </w:divBdr>
    </w:div>
    <w:div w:id="623970948">
      <w:bodyDiv w:val="1"/>
      <w:marLeft w:val="0"/>
      <w:marRight w:val="0"/>
      <w:marTop w:val="0"/>
      <w:marBottom w:val="0"/>
      <w:divBdr>
        <w:top w:val="none" w:sz="0" w:space="0" w:color="auto"/>
        <w:left w:val="none" w:sz="0" w:space="0" w:color="auto"/>
        <w:bottom w:val="none" w:sz="0" w:space="0" w:color="auto"/>
        <w:right w:val="none" w:sz="0" w:space="0" w:color="auto"/>
      </w:divBdr>
    </w:div>
    <w:div w:id="630749633">
      <w:bodyDiv w:val="1"/>
      <w:marLeft w:val="0"/>
      <w:marRight w:val="0"/>
      <w:marTop w:val="0"/>
      <w:marBottom w:val="0"/>
      <w:divBdr>
        <w:top w:val="none" w:sz="0" w:space="0" w:color="auto"/>
        <w:left w:val="none" w:sz="0" w:space="0" w:color="auto"/>
        <w:bottom w:val="none" w:sz="0" w:space="0" w:color="auto"/>
        <w:right w:val="none" w:sz="0" w:space="0" w:color="auto"/>
      </w:divBdr>
    </w:div>
    <w:div w:id="630987307">
      <w:bodyDiv w:val="1"/>
      <w:marLeft w:val="0"/>
      <w:marRight w:val="0"/>
      <w:marTop w:val="0"/>
      <w:marBottom w:val="0"/>
      <w:divBdr>
        <w:top w:val="none" w:sz="0" w:space="0" w:color="auto"/>
        <w:left w:val="none" w:sz="0" w:space="0" w:color="auto"/>
        <w:bottom w:val="none" w:sz="0" w:space="0" w:color="auto"/>
        <w:right w:val="none" w:sz="0" w:space="0" w:color="auto"/>
      </w:divBdr>
    </w:div>
    <w:div w:id="631134910">
      <w:bodyDiv w:val="1"/>
      <w:marLeft w:val="0"/>
      <w:marRight w:val="0"/>
      <w:marTop w:val="0"/>
      <w:marBottom w:val="0"/>
      <w:divBdr>
        <w:top w:val="none" w:sz="0" w:space="0" w:color="auto"/>
        <w:left w:val="none" w:sz="0" w:space="0" w:color="auto"/>
        <w:bottom w:val="none" w:sz="0" w:space="0" w:color="auto"/>
        <w:right w:val="none" w:sz="0" w:space="0" w:color="auto"/>
      </w:divBdr>
    </w:div>
    <w:div w:id="631793069">
      <w:bodyDiv w:val="1"/>
      <w:marLeft w:val="0"/>
      <w:marRight w:val="0"/>
      <w:marTop w:val="0"/>
      <w:marBottom w:val="0"/>
      <w:divBdr>
        <w:top w:val="none" w:sz="0" w:space="0" w:color="auto"/>
        <w:left w:val="none" w:sz="0" w:space="0" w:color="auto"/>
        <w:bottom w:val="none" w:sz="0" w:space="0" w:color="auto"/>
        <w:right w:val="none" w:sz="0" w:space="0" w:color="auto"/>
      </w:divBdr>
    </w:div>
    <w:div w:id="632254062">
      <w:bodyDiv w:val="1"/>
      <w:marLeft w:val="0"/>
      <w:marRight w:val="0"/>
      <w:marTop w:val="0"/>
      <w:marBottom w:val="0"/>
      <w:divBdr>
        <w:top w:val="none" w:sz="0" w:space="0" w:color="auto"/>
        <w:left w:val="none" w:sz="0" w:space="0" w:color="auto"/>
        <w:bottom w:val="none" w:sz="0" w:space="0" w:color="auto"/>
        <w:right w:val="none" w:sz="0" w:space="0" w:color="auto"/>
      </w:divBdr>
    </w:div>
    <w:div w:id="633828362">
      <w:bodyDiv w:val="1"/>
      <w:marLeft w:val="0"/>
      <w:marRight w:val="0"/>
      <w:marTop w:val="0"/>
      <w:marBottom w:val="0"/>
      <w:divBdr>
        <w:top w:val="none" w:sz="0" w:space="0" w:color="auto"/>
        <w:left w:val="none" w:sz="0" w:space="0" w:color="auto"/>
        <w:bottom w:val="none" w:sz="0" w:space="0" w:color="auto"/>
        <w:right w:val="none" w:sz="0" w:space="0" w:color="auto"/>
      </w:divBdr>
    </w:div>
    <w:div w:id="641466743">
      <w:bodyDiv w:val="1"/>
      <w:marLeft w:val="0"/>
      <w:marRight w:val="0"/>
      <w:marTop w:val="0"/>
      <w:marBottom w:val="0"/>
      <w:divBdr>
        <w:top w:val="none" w:sz="0" w:space="0" w:color="auto"/>
        <w:left w:val="none" w:sz="0" w:space="0" w:color="auto"/>
        <w:bottom w:val="none" w:sz="0" w:space="0" w:color="auto"/>
        <w:right w:val="none" w:sz="0" w:space="0" w:color="auto"/>
      </w:divBdr>
    </w:div>
    <w:div w:id="642003762">
      <w:bodyDiv w:val="1"/>
      <w:marLeft w:val="0"/>
      <w:marRight w:val="0"/>
      <w:marTop w:val="0"/>
      <w:marBottom w:val="0"/>
      <w:divBdr>
        <w:top w:val="none" w:sz="0" w:space="0" w:color="auto"/>
        <w:left w:val="none" w:sz="0" w:space="0" w:color="auto"/>
        <w:bottom w:val="none" w:sz="0" w:space="0" w:color="auto"/>
        <w:right w:val="none" w:sz="0" w:space="0" w:color="auto"/>
      </w:divBdr>
    </w:div>
    <w:div w:id="642080417">
      <w:bodyDiv w:val="1"/>
      <w:marLeft w:val="0"/>
      <w:marRight w:val="0"/>
      <w:marTop w:val="0"/>
      <w:marBottom w:val="0"/>
      <w:divBdr>
        <w:top w:val="none" w:sz="0" w:space="0" w:color="auto"/>
        <w:left w:val="none" w:sz="0" w:space="0" w:color="auto"/>
        <w:bottom w:val="none" w:sz="0" w:space="0" w:color="auto"/>
        <w:right w:val="none" w:sz="0" w:space="0" w:color="auto"/>
      </w:divBdr>
    </w:div>
    <w:div w:id="642739662">
      <w:bodyDiv w:val="1"/>
      <w:marLeft w:val="0"/>
      <w:marRight w:val="0"/>
      <w:marTop w:val="0"/>
      <w:marBottom w:val="0"/>
      <w:divBdr>
        <w:top w:val="none" w:sz="0" w:space="0" w:color="auto"/>
        <w:left w:val="none" w:sz="0" w:space="0" w:color="auto"/>
        <w:bottom w:val="none" w:sz="0" w:space="0" w:color="auto"/>
        <w:right w:val="none" w:sz="0" w:space="0" w:color="auto"/>
      </w:divBdr>
    </w:div>
    <w:div w:id="644239900">
      <w:bodyDiv w:val="1"/>
      <w:marLeft w:val="0"/>
      <w:marRight w:val="0"/>
      <w:marTop w:val="0"/>
      <w:marBottom w:val="0"/>
      <w:divBdr>
        <w:top w:val="none" w:sz="0" w:space="0" w:color="auto"/>
        <w:left w:val="none" w:sz="0" w:space="0" w:color="auto"/>
        <w:bottom w:val="none" w:sz="0" w:space="0" w:color="auto"/>
        <w:right w:val="none" w:sz="0" w:space="0" w:color="auto"/>
      </w:divBdr>
    </w:div>
    <w:div w:id="645862010">
      <w:bodyDiv w:val="1"/>
      <w:marLeft w:val="0"/>
      <w:marRight w:val="0"/>
      <w:marTop w:val="0"/>
      <w:marBottom w:val="0"/>
      <w:divBdr>
        <w:top w:val="none" w:sz="0" w:space="0" w:color="auto"/>
        <w:left w:val="none" w:sz="0" w:space="0" w:color="auto"/>
        <w:bottom w:val="none" w:sz="0" w:space="0" w:color="auto"/>
        <w:right w:val="none" w:sz="0" w:space="0" w:color="auto"/>
      </w:divBdr>
    </w:div>
    <w:div w:id="648048455">
      <w:bodyDiv w:val="1"/>
      <w:marLeft w:val="0"/>
      <w:marRight w:val="0"/>
      <w:marTop w:val="0"/>
      <w:marBottom w:val="0"/>
      <w:divBdr>
        <w:top w:val="none" w:sz="0" w:space="0" w:color="auto"/>
        <w:left w:val="none" w:sz="0" w:space="0" w:color="auto"/>
        <w:bottom w:val="none" w:sz="0" w:space="0" w:color="auto"/>
        <w:right w:val="none" w:sz="0" w:space="0" w:color="auto"/>
      </w:divBdr>
    </w:div>
    <w:div w:id="651180881">
      <w:bodyDiv w:val="1"/>
      <w:marLeft w:val="0"/>
      <w:marRight w:val="0"/>
      <w:marTop w:val="0"/>
      <w:marBottom w:val="0"/>
      <w:divBdr>
        <w:top w:val="none" w:sz="0" w:space="0" w:color="auto"/>
        <w:left w:val="none" w:sz="0" w:space="0" w:color="auto"/>
        <w:bottom w:val="none" w:sz="0" w:space="0" w:color="auto"/>
        <w:right w:val="none" w:sz="0" w:space="0" w:color="auto"/>
      </w:divBdr>
    </w:div>
    <w:div w:id="652031545">
      <w:bodyDiv w:val="1"/>
      <w:marLeft w:val="0"/>
      <w:marRight w:val="0"/>
      <w:marTop w:val="0"/>
      <w:marBottom w:val="0"/>
      <w:divBdr>
        <w:top w:val="none" w:sz="0" w:space="0" w:color="auto"/>
        <w:left w:val="none" w:sz="0" w:space="0" w:color="auto"/>
        <w:bottom w:val="none" w:sz="0" w:space="0" w:color="auto"/>
        <w:right w:val="none" w:sz="0" w:space="0" w:color="auto"/>
      </w:divBdr>
    </w:div>
    <w:div w:id="653484785">
      <w:bodyDiv w:val="1"/>
      <w:marLeft w:val="0"/>
      <w:marRight w:val="0"/>
      <w:marTop w:val="0"/>
      <w:marBottom w:val="0"/>
      <w:divBdr>
        <w:top w:val="none" w:sz="0" w:space="0" w:color="auto"/>
        <w:left w:val="none" w:sz="0" w:space="0" w:color="auto"/>
        <w:bottom w:val="none" w:sz="0" w:space="0" w:color="auto"/>
        <w:right w:val="none" w:sz="0" w:space="0" w:color="auto"/>
      </w:divBdr>
    </w:div>
    <w:div w:id="653872262">
      <w:bodyDiv w:val="1"/>
      <w:marLeft w:val="0"/>
      <w:marRight w:val="0"/>
      <w:marTop w:val="0"/>
      <w:marBottom w:val="0"/>
      <w:divBdr>
        <w:top w:val="none" w:sz="0" w:space="0" w:color="auto"/>
        <w:left w:val="none" w:sz="0" w:space="0" w:color="auto"/>
        <w:bottom w:val="none" w:sz="0" w:space="0" w:color="auto"/>
        <w:right w:val="none" w:sz="0" w:space="0" w:color="auto"/>
      </w:divBdr>
    </w:div>
    <w:div w:id="654530924">
      <w:bodyDiv w:val="1"/>
      <w:marLeft w:val="0"/>
      <w:marRight w:val="0"/>
      <w:marTop w:val="0"/>
      <w:marBottom w:val="0"/>
      <w:divBdr>
        <w:top w:val="none" w:sz="0" w:space="0" w:color="auto"/>
        <w:left w:val="none" w:sz="0" w:space="0" w:color="auto"/>
        <w:bottom w:val="none" w:sz="0" w:space="0" w:color="auto"/>
        <w:right w:val="none" w:sz="0" w:space="0" w:color="auto"/>
      </w:divBdr>
    </w:div>
    <w:div w:id="655648667">
      <w:bodyDiv w:val="1"/>
      <w:marLeft w:val="0"/>
      <w:marRight w:val="0"/>
      <w:marTop w:val="0"/>
      <w:marBottom w:val="0"/>
      <w:divBdr>
        <w:top w:val="none" w:sz="0" w:space="0" w:color="auto"/>
        <w:left w:val="none" w:sz="0" w:space="0" w:color="auto"/>
        <w:bottom w:val="none" w:sz="0" w:space="0" w:color="auto"/>
        <w:right w:val="none" w:sz="0" w:space="0" w:color="auto"/>
      </w:divBdr>
    </w:div>
    <w:div w:id="660547845">
      <w:bodyDiv w:val="1"/>
      <w:marLeft w:val="0"/>
      <w:marRight w:val="0"/>
      <w:marTop w:val="0"/>
      <w:marBottom w:val="0"/>
      <w:divBdr>
        <w:top w:val="none" w:sz="0" w:space="0" w:color="auto"/>
        <w:left w:val="none" w:sz="0" w:space="0" w:color="auto"/>
        <w:bottom w:val="none" w:sz="0" w:space="0" w:color="auto"/>
        <w:right w:val="none" w:sz="0" w:space="0" w:color="auto"/>
      </w:divBdr>
    </w:div>
    <w:div w:id="662470579">
      <w:bodyDiv w:val="1"/>
      <w:marLeft w:val="0"/>
      <w:marRight w:val="0"/>
      <w:marTop w:val="0"/>
      <w:marBottom w:val="0"/>
      <w:divBdr>
        <w:top w:val="none" w:sz="0" w:space="0" w:color="auto"/>
        <w:left w:val="none" w:sz="0" w:space="0" w:color="auto"/>
        <w:bottom w:val="none" w:sz="0" w:space="0" w:color="auto"/>
        <w:right w:val="none" w:sz="0" w:space="0" w:color="auto"/>
      </w:divBdr>
    </w:div>
    <w:div w:id="663625014">
      <w:bodyDiv w:val="1"/>
      <w:marLeft w:val="0"/>
      <w:marRight w:val="0"/>
      <w:marTop w:val="0"/>
      <w:marBottom w:val="0"/>
      <w:divBdr>
        <w:top w:val="none" w:sz="0" w:space="0" w:color="auto"/>
        <w:left w:val="none" w:sz="0" w:space="0" w:color="auto"/>
        <w:bottom w:val="none" w:sz="0" w:space="0" w:color="auto"/>
        <w:right w:val="none" w:sz="0" w:space="0" w:color="auto"/>
      </w:divBdr>
    </w:div>
    <w:div w:id="664355337">
      <w:bodyDiv w:val="1"/>
      <w:marLeft w:val="0"/>
      <w:marRight w:val="0"/>
      <w:marTop w:val="0"/>
      <w:marBottom w:val="0"/>
      <w:divBdr>
        <w:top w:val="none" w:sz="0" w:space="0" w:color="auto"/>
        <w:left w:val="none" w:sz="0" w:space="0" w:color="auto"/>
        <w:bottom w:val="none" w:sz="0" w:space="0" w:color="auto"/>
        <w:right w:val="none" w:sz="0" w:space="0" w:color="auto"/>
      </w:divBdr>
    </w:div>
    <w:div w:id="664823029">
      <w:bodyDiv w:val="1"/>
      <w:marLeft w:val="0"/>
      <w:marRight w:val="0"/>
      <w:marTop w:val="0"/>
      <w:marBottom w:val="0"/>
      <w:divBdr>
        <w:top w:val="none" w:sz="0" w:space="0" w:color="auto"/>
        <w:left w:val="none" w:sz="0" w:space="0" w:color="auto"/>
        <w:bottom w:val="none" w:sz="0" w:space="0" w:color="auto"/>
        <w:right w:val="none" w:sz="0" w:space="0" w:color="auto"/>
      </w:divBdr>
    </w:div>
    <w:div w:id="667096189">
      <w:bodyDiv w:val="1"/>
      <w:marLeft w:val="0"/>
      <w:marRight w:val="0"/>
      <w:marTop w:val="0"/>
      <w:marBottom w:val="0"/>
      <w:divBdr>
        <w:top w:val="none" w:sz="0" w:space="0" w:color="auto"/>
        <w:left w:val="none" w:sz="0" w:space="0" w:color="auto"/>
        <w:bottom w:val="none" w:sz="0" w:space="0" w:color="auto"/>
        <w:right w:val="none" w:sz="0" w:space="0" w:color="auto"/>
      </w:divBdr>
    </w:div>
    <w:div w:id="669329557">
      <w:bodyDiv w:val="1"/>
      <w:marLeft w:val="0"/>
      <w:marRight w:val="0"/>
      <w:marTop w:val="0"/>
      <w:marBottom w:val="0"/>
      <w:divBdr>
        <w:top w:val="none" w:sz="0" w:space="0" w:color="auto"/>
        <w:left w:val="none" w:sz="0" w:space="0" w:color="auto"/>
        <w:bottom w:val="none" w:sz="0" w:space="0" w:color="auto"/>
        <w:right w:val="none" w:sz="0" w:space="0" w:color="auto"/>
      </w:divBdr>
    </w:div>
    <w:div w:id="672299654">
      <w:bodyDiv w:val="1"/>
      <w:marLeft w:val="0"/>
      <w:marRight w:val="0"/>
      <w:marTop w:val="0"/>
      <w:marBottom w:val="0"/>
      <w:divBdr>
        <w:top w:val="none" w:sz="0" w:space="0" w:color="auto"/>
        <w:left w:val="none" w:sz="0" w:space="0" w:color="auto"/>
        <w:bottom w:val="none" w:sz="0" w:space="0" w:color="auto"/>
        <w:right w:val="none" w:sz="0" w:space="0" w:color="auto"/>
      </w:divBdr>
    </w:div>
    <w:div w:id="674771616">
      <w:bodyDiv w:val="1"/>
      <w:marLeft w:val="0"/>
      <w:marRight w:val="0"/>
      <w:marTop w:val="0"/>
      <w:marBottom w:val="0"/>
      <w:divBdr>
        <w:top w:val="none" w:sz="0" w:space="0" w:color="auto"/>
        <w:left w:val="none" w:sz="0" w:space="0" w:color="auto"/>
        <w:bottom w:val="none" w:sz="0" w:space="0" w:color="auto"/>
        <w:right w:val="none" w:sz="0" w:space="0" w:color="auto"/>
      </w:divBdr>
    </w:div>
    <w:div w:id="675226628">
      <w:bodyDiv w:val="1"/>
      <w:marLeft w:val="0"/>
      <w:marRight w:val="0"/>
      <w:marTop w:val="0"/>
      <w:marBottom w:val="0"/>
      <w:divBdr>
        <w:top w:val="none" w:sz="0" w:space="0" w:color="auto"/>
        <w:left w:val="none" w:sz="0" w:space="0" w:color="auto"/>
        <w:bottom w:val="none" w:sz="0" w:space="0" w:color="auto"/>
        <w:right w:val="none" w:sz="0" w:space="0" w:color="auto"/>
      </w:divBdr>
    </w:div>
    <w:div w:id="675302917">
      <w:bodyDiv w:val="1"/>
      <w:marLeft w:val="0"/>
      <w:marRight w:val="0"/>
      <w:marTop w:val="0"/>
      <w:marBottom w:val="0"/>
      <w:divBdr>
        <w:top w:val="none" w:sz="0" w:space="0" w:color="auto"/>
        <w:left w:val="none" w:sz="0" w:space="0" w:color="auto"/>
        <w:bottom w:val="none" w:sz="0" w:space="0" w:color="auto"/>
        <w:right w:val="none" w:sz="0" w:space="0" w:color="auto"/>
      </w:divBdr>
    </w:div>
    <w:div w:id="675692841">
      <w:bodyDiv w:val="1"/>
      <w:marLeft w:val="0"/>
      <w:marRight w:val="0"/>
      <w:marTop w:val="0"/>
      <w:marBottom w:val="0"/>
      <w:divBdr>
        <w:top w:val="none" w:sz="0" w:space="0" w:color="auto"/>
        <w:left w:val="none" w:sz="0" w:space="0" w:color="auto"/>
        <w:bottom w:val="none" w:sz="0" w:space="0" w:color="auto"/>
        <w:right w:val="none" w:sz="0" w:space="0" w:color="auto"/>
      </w:divBdr>
    </w:div>
    <w:div w:id="676268604">
      <w:bodyDiv w:val="1"/>
      <w:marLeft w:val="0"/>
      <w:marRight w:val="0"/>
      <w:marTop w:val="0"/>
      <w:marBottom w:val="0"/>
      <w:divBdr>
        <w:top w:val="none" w:sz="0" w:space="0" w:color="auto"/>
        <w:left w:val="none" w:sz="0" w:space="0" w:color="auto"/>
        <w:bottom w:val="none" w:sz="0" w:space="0" w:color="auto"/>
        <w:right w:val="none" w:sz="0" w:space="0" w:color="auto"/>
      </w:divBdr>
    </w:div>
    <w:div w:id="678889739">
      <w:bodyDiv w:val="1"/>
      <w:marLeft w:val="0"/>
      <w:marRight w:val="0"/>
      <w:marTop w:val="0"/>
      <w:marBottom w:val="0"/>
      <w:divBdr>
        <w:top w:val="none" w:sz="0" w:space="0" w:color="auto"/>
        <w:left w:val="none" w:sz="0" w:space="0" w:color="auto"/>
        <w:bottom w:val="none" w:sz="0" w:space="0" w:color="auto"/>
        <w:right w:val="none" w:sz="0" w:space="0" w:color="auto"/>
      </w:divBdr>
    </w:div>
    <w:div w:id="680397669">
      <w:bodyDiv w:val="1"/>
      <w:marLeft w:val="0"/>
      <w:marRight w:val="0"/>
      <w:marTop w:val="0"/>
      <w:marBottom w:val="0"/>
      <w:divBdr>
        <w:top w:val="none" w:sz="0" w:space="0" w:color="auto"/>
        <w:left w:val="none" w:sz="0" w:space="0" w:color="auto"/>
        <w:bottom w:val="none" w:sz="0" w:space="0" w:color="auto"/>
        <w:right w:val="none" w:sz="0" w:space="0" w:color="auto"/>
      </w:divBdr>
    </w:div>
    <w:div w:id="680745022">
      <w:bodyDiv w:val="1"/>
      <w:marLeft w:val="0"/>
      <w:marRight w:val="0"/>
      <w:marTop w:val="0"/>
      <w:marBottom w:val="0"/>
      <w:divBdr>
        <w:top w:val="none" w:sz="0" w:space="0" w:color="auto"/>
        <w:left w:val="none" w:sz="0" w:space="0" w:color="auto"/>
        <w:bottom w:val="none" w:sz="0" w:space="0" w:color="auto"/>
        <w:right w:val="none" w:sz="0" w:space="0" w:color="auto"/>
      </w:divBdr>
    </w:div>
    <w:div w:id="683627790">
      <w:bodyDiv w:val="1"/>
      <w:marLeft w:val="0"/>
      <w:marRight w:val="0"/>
      <w:marTop w:val="0"/>
      <w:marBottom w:val="0"/>
      <w:divBdr>
        <w:top w:val="none" w:sz="0" w:space="0" w:color="auto"/>
        <w:left w:val="none" w:sz="0" w:space="0" w:color="auto"/>
        <w:bottom w:val="none" w:sz="0" w:space="0" w:color="auto"/>
        <w:right w:val="none" w:sz="0" w:space="0" w:color="auto"/>
      </w:divBdr>
    </w:div>
    <w:div w:id="685402762">
      <w:bodyDiv w:val="1"/>
      <w:marLeft w:val="0"/>
      <w:marRight w:val="0"/>
      <w:marTop w:val="0"/>
      <w:marBottom w:val="0"/>
      <w:divBdr>
        <w:top w:val="none" w:sz="0" w:space="0" w:color="auto"/>
        <w:left w:val="none" w:sz="0" w:space="0" w:color="auto"/>
        <w:bottom w:val="none" w:sz="0" w:space="0" w:color="auto"/>
        <w:right w:val="none" w:sz="0" w:space="0" w:color="auto"/>
      </w:divBdr>
    </w:div>
    <w:div w:id="686247291">
      <w:bodyDiv w:val="1"/>
      <w:marLeft w:val="0"/>
      <w:marRight w:val="0"/>
      <w:marTop w:val="0"/>
      <w:marBottom w:val="0"/>
      <w:divBdr>
        <w:top w:val="none" w:sz="0" w:space="0" w:color="auto"/>
        <w:left w:val="none" w:sz="0" w:space="0" w:color="auto"/>
        <w:bottom w:val="none" w:sz="0" w:space="0" w:color="auto"/>
        <w:right w:val="none" w:sz="0" w:space="0" w:color="auto"/>
      </w:divBdr>
    </w:div>
    <w:div w:id="688457422">
      <w:bodyDiv w:val="1"/>
      <w:marLeft w:val="0"/>
      <w:marRight w:val="0"/>
      <w:marTop w:val="0"/>
      <w:marBottom w:val="0"/>
      <w:divBdr>
        <w:top w:val="none" w:sz="0" w:space="0" w:color="auto"/>
        <w:left w:val="none" w:sz="0" w:space="0" w:color="auto"/>
        <w:bottom w:val="none" w:sz="0" w:space="0" w:color="auto"/>
        <w:right w:val="none" w:sz="0" w:space="0" w:color="auto"/>
      </w:divBdr>
    </w:div>
    <w:div w:id="690909684">
      <w:bodyDiv w:val="1"/>
      <w:marLeft w:val="0"/>
      <w:marRight w:val="0"/>
      <w:marTop w:val="0"/>
      <w:marBottom w:val="0"/>
      <w:divBdr>
        <w:top w:val="none" w:sz="0" w:space="0" w:color="auto"/>
        <w:left w:val="none" w:sz="0" w:space="0" w:color="auto"/>
        <w:bottom w:val="none" w:sz="0" w:space="0" w:color="auto"/>
        <w:right w:val="none" w:sz="0" w:space="0" w:color="auto"/>
      </w:divBdr>
    </w:div>
    <w:div w:id="692418857">
      <w:bodyDiv w:val="1"/>
      <w:marLeft w:val="0"/>
      <w:marRight w:val="0"/>
      <w:marTop w:val="0"/>
      <w:marBottom w:val="0"/>
      <w:divBdr>
        <w:top w:val="none" w:sz="0" w:space="0" w:color="auto"/>
        <w:left w:val="none" w:sz="0" w:space="0" w:color="auto"/>
        <w:bottom w:val="none" w:sz="0" w:space="0" w:color="auto"/>
        <w:right w:val="none" w:sz="0" w:space="0" w:color="auto"/>
      </w:divBdr>
    </w:div>
    <w:div w:id="698554045">
      <w:bodyDiv w:val="1"/>
      <w:marLeft w:val="0"/>
      <w:marRight w:val="0"/>
      <w:marTop w:val="0"/>
      <w:marBottom w:val="0"/>
      <w:divBdr>
        <w:top w:val="none" w:sz="0" w:space="0" w:color="auto"/>
        <w:left w:val="none" w:sz="0" w:space="0" w:color="auto"/>
        <w:bottom w:val="none" w:sz="0" w:space="0" w:color="auto"/>
        <w:right w:val="none" w:sz="0" w:space="0" w:color="auto"/>
      </w:divBdr>
    </w:div>
    <w:div w:id="701632043">
      <w:bodyDiv w:val="1"/>
      <w:marLeft w:val="0"/>
      <w:marRight w:val="0"/>
      <w:marTop w:val="0"/>
      <w:marBottom w:val="0"/>
      <w:divBdr>
        <w:top w:val="none" w:sz="0" w:space="0" w:color="auto"/>
        <w:left w:val="none" w:sz="0" w:space="0" w:color="auto"/>
        <w:bottom w:val="none" w:sz="0" w:space="0" w:color="auto"/>
        <w:right w:val="none" w:sz="0" w:space="0" w:color="auto"/>
      </w:divBdr>
    </w:div>
    <w:div w:id="701831279">
      <w:bodyDiv w:val="1"/>
      <w:marLeft w:val="0"/>
      <w:marRight w:val="0"/>
      <w:marTop w:val="0"/>
      <w:marBottom w:val="0"/>
      <w:divBdr>
        <w:top w:val="none" w:sz="0" w:space="0" w:color="auto"/>
        <w:left w:val="none" w:sz="0" w:space="0" w:color="auto"/>
        <w:bottom w:val="none" w:sz="0" w:space="0" w:color="auto"/>
        <w:right w:val="none" w:sz="0" w:space="0" w:color="auto"/>
      </w:divBdr>
    </w:div>
    <w:div w:id="705914963">
      <w:bodyDiv w:val="1"/>
      <w:marLeft w:val="0"/>
      <w:marRight w:val="0"/>
      <w:marTop w:val="0"/>
      <w:marBottom w:val="0"/>
      <w:divBdr>
        <w:top w:val="none" w:sz="0" w:space="0" w:color="auto"/>
        <w:left w:val="none" w:sz="0" w:space="0" w:color="auto"/>
        <w:bottom w:val="none" w:sz="0" w:space="0" w:color="auto"/>
        <w:right w:val="none" w:sz="0" w:space="0" w:color="auto"/>
      </w:divBdr>
    </w:div>
    <w:div w:id="706220948">
      <w:bodyDiv w:val="1"/>
      <w:marLeft w:val="0"/>
      <w:marRight w:val="0"/>
      <w:marTop w:val="0"/>
      <w:marBottom w:val="0"/>
      <w:divBdr>
        <w:top w:val="none" w:sz="0" w:space="0" w:color="auto"/>
        <w:left w:val="none" w:sz="0" w:space="0" w:color="auto"/>
        <w:bottom w:val="none" w:sz="0" w:space="0" w:color="auto"/>
        <w:right w:val="none" w:sz="0" w:space="0" w:color="auto"/>
      </w:divBdr>
    </w:div>
    <w:div w:id="706836563">
      <w:bodyDiv w:val="1"/>
      <w:marLeft w:val="0"/>
      <w:marRight w:val="0"/>
      <w:marTop w:val="0"/>
      <w:marBottom w:val="0"/>
      <w:divBdr>
        <w:top w:val="none" w:sz="0" w:space="0" w:color="auto"/>
        <w:left w:val="none" w:sz="0" w:space="0" w:color="auto"/>
        <w:bottom w:val="none" w:sz="0" w:space="0" w:color="auto"/>
        <w:right w:val="none" w:sz="0" w:space="0" w:color="auto"/>
      </w:divBdr>
    </w:div>
    <w:div w:id="707071531">
      <w:bodyDiv w:val="1"/>
      <w:marLeft w:val="0"/>
      <w:marRight w:val="0"/>
      <w:marTop w:val="0"/>
      <w:marBottom w:val="0"/>
      <w:divBdr>
        <w:top w:val="none" w:sz="0" w:space="0" w:color="auto"/>
        <w:left w:val="none" w:sz="0" w:space="0" w:color="auto"/>
        <w:bottom w:val="none" w:sz="0" w:space="0" w:color="auto"/>
        <w:right w:val="none" w:sz="0" w:space="0" w:color="auto"/>
      </w:divBdr>
    </w:div>
    <w:div w:id="707073252">
      <w:bodyDiv w:val="1"/>
      <w:marLeft w:val="0"/>
      <w:marRight w:val="0"/>
      <w:marTop w:val="0"/>
      <w:marBottom w:val="0"/>
      <w:divBdr>
        <w:top w:val="none" w:sz="0" w:space="0" w:color="auto"/>
        <w:left w:val="none" w:sz="0" w:space="0" w:color="auto"/>
        <w:bottom w:val="none" w:sz="0" w:space="0" w:color="auto"/>
        <w:right w:val="none" w:sz="0" w:space="0" w:color="auto"/>
      </w:divBdr>
    </w:div>
    <w:div w:id="707146992">
      <w:bodyDiv w:val="1"/>
      <w:marLeft w:val="0"/>
      <w:marRight w:val="0"/>
      <w:marTop w:val="0"/>
      <w:marBottom w:val="0"/>
      <w:divBdr>
        <w:top w:val="none" w:sz="0" w:space="0" w:color="auto"/>
        <w:left w:val="none" w:sz="0" w:space="0" w:color="auto"/>
        <w:bottom w:val="none" w:sz="0" w:space="0" w:color="auto"/>
        <w:right w:val="none" w:sz="0" w:space="0" w:color="auto"/>
      </w:divBdr>
    </w:div>
    <w:div w:id="708185147">
      <w:bodyDiv w:val="1"/>
      <w:marLeft w:val="0"/>
      <w:marRight w:val="0"/>
      <w:marTop w:val="0"/>
      <w:marBottom w:val="0"/>
      <w:divBdr>
        <w:top w:val="none" w:sz="0" w:space="0" w:color="auto"/>
        <w:left w:val="none" w:sz="0" w:space="0" w:color="auto"/>
        <w:bottom w:val="none" w:sz="0" w:space="0" w:color="auto"/>
        <w:right w:val="none" w:sz="0" w:space="0" w:color="auto"/>
      </w:divBdr>
    </w:div>
    <w:div w:id="710150245">
      <w:bodyDiv w:val="1"/>
      <w:marLeft w:val="0"/>
      <w:marRight w:val="0"/>
      <w:marTop w:val="0"/>
      <w:marBottom w:val="0"/>
      <w:divBdr>
        <w:top w:val="none" w:sz="0" w:space="0" w:color="auto"/>
        <w:left w:val="none" w:sz="0" w:space="0" w:color="auto"/>
        <w:bottom w:val="none" w:sz="0" w:space="0" w:color="auto"/>
        <w:right w:val="none" w:sz="0" w:space="0" w:color="auto"/>
      </w:divBdr>
    </w:div>
    <w:div w:id="711685915">
      <w:bodyDiv w:val="1"/>
      <w:marLeft w:val="0"/>
      <w:marRight w:val="0"/>
      <w:marTop w:val="0"/>
      <w:marBottom w:val="0"/>
      <w:divBdr>
        <w:top w:val="none" w:sz="0" w:space="0" w:color="auto"/>
        <w:left w:val="none" w:sz="0" w:space="0" w:color="auto"/>
        <w:bottom w:val="none" w:sz="0" w:space="0" w:color="auto"/>
        <w:right w:val="none" w:sz="0" w:space="0" w:color="auto"/>
      </w:divBdr>
    </w:div>
    <w:div w:id="714818026">
      <w:bodyDiv w:val="1"/>
      <w:marLeft w:val="0"/>
      <w:marRight w:val="0"/>
      <w:marTop w:val="0"/>
      <w:marBottom w:val="0"/>
      <w:divBdr>
        <w:top w:val="none" w:sz="0" w:space="0" w:color="auto"/>
        <w:left w:val="none" w:sz="0" w:space="0" w:color="auto"/>
        <w:bottom w:val="none" w:sz="0" w:space="0" w:color="auto"/>
        <w:right w:val="none" w:sz="0" w:space="0" w:color="auto"/>
      </w:divBdr>
    </w:div>
    <w:div w:id="717045296">
      <w:bodyDiv w:val="1"/>
      <w:marLeft w:val="0"/>
      <w:marRight w:val="0"/>
      <w:marTop w:val="0"/>
      <w:marBottom w:val="0"/>
      <w:divBdr>
        <w:top w:val="none" w:sz="0" w:space="0" w:color="auto"/>
        <w:left w:val="none" w:sz="0" w:space="0" w:color="auto"/>
        <w:bottom w:val="none" w:sz="0" w:space="0" w:color="auto"/>
        <w:right w:val="none" w:sz="0" w:space="0" w:color="auto"/>
      </w:divBdr>
    </w:div>
    <w:div w:id="717163886">
      <w:bodyDiv w:val="1"/>
      <w:marLeft w:val="0"/>
      <w:marRight w:val="0"/>
      <w:marTop w:val="0"/>
      <w:marBottom w:val="0"/>
      <w:divBdr>
        <w:top w:val="none" w:sz="0" w:space="0" w:color="auto"/>
        <w:left w:val="none" w:sz="0" w:space="0" w:color="auto"/>
        <w:bottom w:val="none" w:sz="0" w:space="0" w:color="auto"/>
        <w:right w:val="none" w:sz="0" w:space="0" w:color="auto"/>
      </w:divBdr>
    </w:div>
    <w:div w:id="717902738">
      <w:bodyDiv w:val="1"/>
      <w:marLeft w:val="0"/>
      <w:marRight w:val="0"/>
      <w:marTop w:val="0"/>
      <w:marBottom w:val="0"/>
      <w:divBdr>
        <w:top w:val="none" w:sz="0" w:space="0" w:color="auto"/>
        <w:left w:val="none" w:sz="0" w:space="0" w:color="auto"/>
        <w:bottom w:val="none" w:sz="0" w:space="0" w:color="auto"/>
        <w:right w:val="none" w:sz="0" w:space="0" w:color="auto"/>
      </w:divBdr>
    </w:div>
    <w:div w:id="717971698">
      <w:bodyDiv w:val="1"/>
      <w:marLeft w:val="0"/>
      <w:marRight w:val="0"/>
      <w:marTop w:val="0"/>
      <w:marBottom w:val="0"/>
      <w:divBdr>
        <w:top w:val="none" w:sz="0" w:space="0" w:color="auto"/>
        <w:left w:val="none" w:sz="0" w:space="0" w:color="auto"/>
        <w:bottom w:val="none" w:sz="0" w:space="0" w:color="auto"/>
        <w:right w:val="none" w:sz="0" w:space="0" w:color="auto"/>
      </w:divBdr>
    </w:div>
    <w:div w:id="718556764">
      <w:bodyDiv w:val="1"/>
      <w:marLeft w:val="0"/>
      <w:marRight w:val="0"/>
      <w:marTop w:val="0"/>
      <w:marBottom w:val="0"/>
      <w:divBdr>
        <w:top w:val="none" w:sz="0" w:space="0" w:color="auto"/>
        <w:left w:val="none" w:sz="0" w:space="0" w:color="auto"/>
        <w:bottom w:val="none" w:sz="0" w:space="0" w:color="auto"/>
        <w:right w:val="none" w:sz="0" w:space="0" w:color="auto"/>
      </w:divBdr>
    </w:div>
    <w:div w:id="718668202">
      <w:bodyDiv w:val="1"/>
      <w:marLeft w:val="0"/>
      <w:marRight w:val="0"/>
      <w:marTop w:val="0"/>
      <w:marBottom w:val="0"/>
      <w:divBdr>
        <w:top w:val="none" w:sz="0" w:space="0" w:color="auto"/>
        <w:left w:val="none" w:sz="0" w:space="0" w:color="auto"/>
        <w:bottom w:val="none" w:sz="0" w:space="0" w:color="auto"/>
        <w:right w:val="none" w:sz="0" w:space="0" w:color="auto"/>
      </w:divBdr>
    </w:div>
    <w:div w:id="719599141">
      <w:bodyDiv w:val="1"/>
      <w:marLeft w:val="0"/>
      <w:marRight w:val="0"/>
      <w:marTop w:val="0"/>
      <w:marBottom w:val="0"/>
      <w:divBdr>
        <w:top w:val="none" w:sz="0" w:space="0" w:color="auto"/>
        <w:left w:val="none" w:sz="0" w:space="0" w:color="auto"/>
        <w:bottom w:val="none" w:sz="0" w:space="0" w:color="auto"/>
        <w:right w:val="none" w:sz="0" w:space="0" w:color="auto"/>
      </w:divBdr>
    </w:div>
    <w:div w:id="719747024">
      <w:bodyDiv w:val="1"/>
      <w:marLeft w:val="0"/>
      <w:marRight w:val="0"/>
      <w:marTop w:val="0"/>
      <w:marBottom w:val="0"/>
      <w:divBdr>
        <w:top w:val="none" w:sz="0" w:space="0" w:color="auto"/>
        <w:left w:val="none" w:sz="0" w:space="0" w:color="auto"/>
        <w:bottom w:val="none" w:sz="0" w:space="0" w:color="auto"/>
        <w:right w:val="none" w:sz="0" w:space="0" w:color="auto"/>
      </w:divBdr>
    </w:div>
    <w:div w:id="722018603">
      <w:bodyDiv w:val="1"/>
      <w:marLeft w:val="0"/>
      <w:marRight w:val="0"/>
      <w:marTop w:val="0"/>
      <w:marBottom w:val="0"/>
      <w:divBdr>
        <w:top w:val="none" w:sz="0" w:space="0" w:color="auto"/>
        <w:left w:val="none" w:sz="0" w:space="0" w:color="auto"/>
        <w:bottom w:val="none" w:sz="0" w:space="0" w:color="auto"/>
        <w:right w:val="none" w:sz="0" w:space="0" w:color="auto"/>
      </w:divBdr>
    </w:div>
    <w:div w:id="722828926">
      <w:bodyDiv w:val="1"/>
      <w:marLeft w:val="0"/>
      <w:marRight w:val="0"/>
      <w:marTop w:val="0"/>
      <w:marBottom w:val="0"/>
      <w:divBdr>
        <w:top w:val="none" w:sz="0" w:space="0" w:color="auto"/>
        <w:left w:val="none" w:sz="0" w:space="0" w:color="auto"/>
        <w:bottom w:val="none" w:sz="0" w:space="0" w:color="auto"/>
        <w:right w:val="none" w:sz="0" w:space="0" w:color="auto"/>
      </w:divBdr>
    </w:div>
    <w:div w:id="723603631">
      <w:bodyDiv w:val="1"/>
      <w:marLeft w:val="0"/>
      <w:marRight w:val="0"/>
      <w:marTop w:val="0"/>
      <w:marBottom w:val="0"/>
      <w:divBdr>
        <w:top w:val="none" w:sz="0" w:space="0" w:color="auto"/>
        <w:left w:val="none" w:sz="0" w:space="0" w:color="auto"/>
        <w:bottom w:val="none" w:sz="0" w:space="0" w:color="auto"/>
        <w:right w:val="none" w:sz="0" w:space="0" w:color="auto"/>
      </w:divBdr>
    </w:div>
    <w:div w:id="727529820">
      <w:bodyDiv w:val="1"/>
      <w:marLeft w:val="0"/>
      <w:marRight w:val="0"/>
      <w:marTop w:val="0"/>
      <w:marBottom w:val="0"/>
      <w:divBdr>
        <w:top w:val="none" w:sz="0" w:space="0" w:color="auto"/>
        <w:left w:val="none" w:sz="0" w:space="0" w:color="auto"/>
        <w:bottom w:val="none" w:sz="0" w:space="0" w:color="auto"/>
        <w:right w:val="none" w:sz="0" w:space="0" w:color="auto"/>
      </w:divBdr>
    </w:div>
    <w:div w:id="728695965">
      <w:bodyDiv w:val="1"/>
      <w:marLeft w:val="0"/>
      <w:marRight w:val="0"/>
      <w:marTop w:val="0"/>
      <w:marBottom w:val="0"/>
      <w:divBdr>
        <w:top w:val="none" w:sz="0" w:space="0" w:color="auto"/>
        <w:left w:val="none" w:sz="0" w:space="0" w:color="auto"/>
        <w:bottom w:val="none" w:sz="0" w:space="0" w:color="auto"/>
        <w:right w:val="none" w:sz="0" w:space="0" w:color="auto"/>
      </w:divBdr>
    </w:div>
    <w:div w:id="729889717">
      <w:bodyDiv w:val="1"/>
      <w:marLeft w:val="0"/>
      <w:marRight w:val="0"/>
      <w:marTop w:val="0"/>
      <w:marBottom w:val="0"/>
      <w:divBdr>
        <w:top w:val="none" w:sz="0" w:space="0" w:color="auto"/>
        <w:left w:val="none" w:sz="0" w:space="0" w:color="auto"/>
        <w:bottom w:val="none" w:sz="0" w:space="0" w:color="auto"/>
        <w:right w:val="none" w:sz="0" w:space="0" w:color="auto"/>
      </w:divBdr>
    </w:div>
    <w:div w:id="730687788">
      <w:bodyDiv w:val="1"/>
      <w:marLeft w:val="0"/>
      <w:marRight w:val="0"/>
      <w:marTop w:val="0"/>
      <w:marBottom w:val="0"/>
      <w:divBdr>
        <w:top w:val="none" w:sz="0" w:space="0" w:color="auto"/>
        <w:left w:val="none" w:sz="0" w:space="0" w:color="auto"/>
        <w:bottom w:val="none" w:sz="0" w:space="0" w:color="auto"/>
        <w:right w:val="none" w:sz="0" w:space="0" w:color="auto"/>
      </w:divBdr>
    </w:div>
    <w:div w:id="732046719">
      <w:bodyDiv w:val="1"/>
      <w:marLeft w:val="0"/>
      <w:marRight w:val="0"/>
      <w:marTop w:val="0"/>
      <w:marBottom w:val="0"/>
      <w:divBdr>
        <w:top w:val="none" w:sz="0" w:space="0" w:color="auto"/>
        <w:left w:val="none" w:sz="0" w:space="0" w:color="auto"/>
        <w:bottom w:val="none" w:sz="0" w:space="0" w:color="auto"/>
        <w:right w:val="none" w:sz="0" w:space="0" w:color="auto"/>
      </w:divBdr>
    </w:div>
    <w:div w:id="733233911">
      <w:bodyDiv w:val="1"/>
      <w:marLeft w:val="0"/>
      <w:marRight w:val="0"/>
      <w:marTop w:val="0"/>
      <w:marBottom w:val="0"/>
      <w:divBdr>
        <w:top w:val="none" w:sz="0" w:space="0" w:color="auto"/>
        <w:left w:val="none" w:sz="0" w:space="0" w:color="auto"/>
        <w:bottom w:val="none" w:sz="0" w:space="0" w:color="auto"/>
        <w:right w:val="none" w:sz="0" w:space="0" w:color="auto"/>
      </w:divBdr>
    </w:div>
    <w:div w:id="734931972">
      <w:bodyDiv w:val="1"/>
      <w:marLeft w:val="0"/>
      <w:marRight w:val="0"/>
      <w:marTop w:val="0"/>
      <w:marBottom w:val="0"/>
      <w:divBdr>
        <w:top w:val="none" w:sz="0" w:space="0" w:color="auto"/>
        <w:left w:val="none" w:sz="0" w:space="0" w:color="auto"/>
        <w:bottom w:val="none" w:sz="0" w:space="0" w:color="auto"/>
        <w:right w:val="none" w:sz="0" w:space="0" w:color="auto"/>
      </w:divBdr>
    </w:div>
    <w:div w:id="740325495">
      <w:bodyDiv w:val="1"/>
      <w:marLeft w:val="0"/>
      <w:marRight w:val="0"/>
      <w:marTop w:val="0"/>
      <w:marBottom w:val="0"/>
      <w:divBdr>
        <w:top w:val="none" w:sz="0" w:space="0" w:color="auto"/>
        <w:left w:val="none" w:sz="0" w:space="0" w:color="auto"/>
        <w:bottom w:val="none" w:sz="0" w:space="0" w:color="auto"/>
        <w:right w:val="none" w:sz="0" w:space="0" w:color="auto"/>
      </w:divBdr>
    </w:div>
    <w:div w:id="741291719">
      <w:bodyDiv w:val="1"/>
      <w:marLeft w:val="0"/>
      <w:marRight w:val="0"/>
      <w:marTop w:val="0"/>
      <w:marBottom w:val="0"/>
      <w:divBdr>
        <w:top w:val="none" w:sz="0" w:space="0" w:color="auto"/>
        <w:left w:val="none" w:sz="0" w:space="0" w:color="auto"/>
        <w:bottom w:val="none" w:sz="0" w:space="0" w:color="auto"/>
        <w:right w:val="none" w:sz="0" w:space="0" w:color="auto"/>
      </w:divBdr>
    </w:div>
    <w:div w:id="741298997">
      <w:bodyDiv w:val="1"/>
      <w:marLeft w:val="0"/>
      <w:marRight w:val="0"/>
      <w:marTop w:val="0"/>
      <w:marBottom w:val="0"/>
      <w:divBdr>
        <w:top w:val="none" w:sz="0" w:space="0" w:color="auto"/>
        <w:left w:val="none" w:sz="0" w:space="0" w:color="auto"/>
        <w:bottom w:val="none" w:sz="0" w:space="0" w:color="auto"/>
        <w:right w:val="none" w:sz="0" w:space="0" w:color="auto"/>
      </w:divBdr>
    </w:div>
    <w:div w:id="741945458">
      <w:bodyDiv w:val="1"/>
      <w:marLeft w:val="0"/>
      <w:marRight w:val="0"/>
      <w:marTop w:val="0"/>
      <w:marBottom w:val="0"/>
      <w:divBdr>
        <w:top w:val="none" w:sz="0" w:space="0" w:color="auto"/>
        <w:left w:val="none" w:sz="0" w:space="0" w:color="auto"/>
        <w:bottom w:val="none" w:sz="0" w:space="0" w:color="auto"/>
        <w:right w:val="none" w:sz="0" w:space="0" w:color="auto"/>
      </w:divBdr>
    </w:div>
    <w:div w:id="742600635">
      <w:bodyDiv w:val="1"/>
      <w:marLeft w:val="0"/>
      <w:marRight w:val="0"/>
      <w:marTop w:val="0"/>
      <w:marBottom w:val="0"/>
      <w:divBdr>
        <w:top w:val="none" w:sz="0" w:space="0" w:color="auto"/>
        <w:left w:val="none" w:sz="0" w:space="0" w:color="auto"/>
        <w:bottom w:val="none" w:sz="0" w:space="0" w:color="auto"/>
        <w:right w:val="none" w:sz="0" w:space="0" w:color="auto"/>
      </w:divBdr>
    </w:div>
    <w:div w:id="743067205">
      <w:bodyDiv w:val="1"/>
      <w:marLeft w:val="0"/>
      <w:marRight w:val="0"/>
      <w:marTop w:val="0"/>
      <w:marBottom w:val="0"/>
      <w:divBdr>
        <w:top w:val="none" w:sz="0" w:space="0" w:color="auto"/>
        <w:left w:val="none" w:sz="0" w:space="0" w:color="auto"/>
        <w:bottom w:val="none" w:sz="0" w:space="0" w:color="auto"/>
        <w:right w:val="none" w:sz="0" w:space="0" w:color="auto"/>
      </w:divBdr>
    </w:div>
    <w:div w:id="744181755">
      <w:bodyDiv w:val="1"/>
      <w:marLeft w:val="0"/>
      <w:marRight w:val="0"/>
      <w:marTop w:val="0"/>
      <w:marBottom w:val="0"/>
      <w:divBdr>
        <w:top w:val="none" w:sz="0" w:space="0" w:color="auto"/>
        <w:left w:val="none" w:sz="0" w:space="0" w:color="auto"/>
        <w:bottom w:val="none" w:sz="0" w:space="0" w:color="auto"/>
        <w:right w:val="none" w:sz="0" w:space="0" w:color="auto"/>
      </w:divBdr>
    </w:div>
    <w:div w:id="744230307">
      <w:bodyDiv w:val="1"/>
      <w:marLeft w:val="0"/>
      <w:marRight w:val="0"/>
      <w:marTop w:val="0"/>
      <w:marBottom w:val="0"/>
      <w:divBdr>
        <w:top w:val="none" w:sz="0" w:space="0" w:color="auto"/>
        <w:left w:val="none" w:sz="0" w:space="0" w:color="auto"/>
        <w:bottom w:val="none" w:sz="0" w:space="0" w:color="auto"/>
        <w:right w:val="none" w:sz="0" w:space="0" w:color="auto"/>
      </w:divBdr>
    </w:div>
    <w:div w:id="746999253">
      <w:bodyDiv w:val="1"/>
      <w:marLeft w:val="0"/>
      <w:marRight w:val="0"/>
      <w:marTop w:val="0"/>
      <w:marBottom w:val="0"/>
      <w:divBdr>
        <w:top w:val="none" w:sz="0" w:space="0" w:color="auto"/>
        <w:left w:val="none" w:sz="0" w:space="0" w:color="auto"/>
        <w:bottom w:val="none" w:sz="0" w:space="0" w:color="auto"/>
        <w:right w:val="none" w:sz="0" w:space="0" w:color="auto"/>
      </w:divBdr>
    </w:div>
    <w:div w:id="747265515">
      <w:bodyDiv w:val="1"/>
      <w:marLeft w:val="0"/>
      <w:marRight w:val="0"/>
      <w:marTop w:val="0"/>
      <w:marBottom w:val="0"/>
      <w:divBdr>
        <w:top w:val="none" w:sz="0" w:space="0" w:color="auto"/>
        <w:left w:val="none" w:sz="0" w:space="0" w:color="auto"/>
        <w:bottom w:val="none" w:sz="0" w:space="0" w:color="auto"/>
        <w:right w:val="none" w:sz="0" w:space="0" w:color="auto"/>
      </w:divBdr>
    </w:div>
    <w:div w:id="747776474">
      <w:bodyDiv w:val="1"/>
      <w:marLeft w:val="0"/>
      <w:marRight w:val="0"/>
      <w:marTop w:val="0"/>
      <w:marBottom w:val="0"/>
      <w:divBdr>
        <w:top w:val="none" w:sz="0" w:space="0" w:color="auto"/>
        <w:left w:val="none" w:sz="0" w:space="0" w:color="auto"/>
        <w:bottom w:val="none" w:sz="0" w:space="0" w:color="auto"/>
        <w:right w:val="none" w:sz="0" w:space="0" w:color="auto"/>
      </w:divBdr>
    </w:div>
    <w:div w:id="749427401">
      <w:bodyDiv w:val="1"/>
      <w:marLeft w:val="0"/>
      <w:marRight w:val="0"/>
      <w:marTop w:val="0"/>
      <w:marBottom w:val="0"/>
      <w:divBdr>
        <w:top w:val="none" w:sz="0" w:space="0" w:color="auto"/>
        <w:left w:val="none" w:sz="0" w:space="0" w:color="auto"/>
        <w:bottom w:val="none" w:sz="0" w:space="0" w:color="auto"/>
        <w:right w:val="none" w:sz="0" w:space="0" w:color="auto"/>
      </w:divBdr>
    </w:div>
    <w:div w:id="750007502">
      <w:bodyDiv w:val="1"/>
      <w:marLeft w:val="0"/>
      <w:marRight w:val="0"/>
      <w:marTop w:val="0"/>
      <w:marBottom w:val="0"/>
      <w:divBdr>
        <w:top w:val="none" w:sz="0" w:space="0" w:color="auto"/>
        <w:left w:val="none" w:sz="0" w:space="0" w:color="auto"/>
        <w:bottom w:val="none" w:sz="0" w:space="0" w:color="auto"/>
        <w:right w:val="none" w:sz="0" w:space="0" w:color="auto"/>
      </w:divBdr>
    </w:div>
    <w:div w:id="752551602">
      <w:bodyDiv w:val="1"/>
      <w:marLeft w:val="0"/>
      <w:marRight w:val="0"/>
      <w:marTop w:val="0"/>
      <w:marBottom w:val="0"/>
      <w:divBdr>
        <w:top w:val="none" w:sz="0" w:space="0" w:color="auto"/>
        <w:left w:val="none" w:sz="0" w:space="0" w:color="auto"/>
        <w:bottom w:val="none" w:sz="0" w:space="0" w:color="auto"/>
        <w:right w:val="none" w:sz="0" w:space="0" w:color="auto"/>
      </w:divBdr>
    </w:div>
    <w:div w:id="752774382">
      <w:bodyDiv w:val="1"/>
      <w:marLeft w:val="0"/>
      <w:marRight w:val="0"/>
      <w:marTop w:val="0"/>
      <w:marBottom w:val="0"/>
      <w:divBdr>
        <w:top w:val="none" w:sz="0" w:space="0" w:color="auto"/>
        <w:left w:val="none" w:sz="0" w:space="0" w:color="auto"/>
        <w:bottom w:val="none" w:sz="0" w:space="0" w:color="auto"/>
        <w:right w:val="none" w:sz="0" w:space="0" w:color="auto"/>
      </w:divBdr>
    </w:div>
    <w:div w:id="753893260">
      <w:bodyDiv w:val="1"/>
      <w:marLeft w:val="0"/>
      <w:marRight w:val="0"/>
      <w:marTop w:val="0"/>
      <w:marBottom w:val="0"/>
      <w:divBdr>
        <w:top w:val="none" w:sz="0" w:space="0" w:color="auto"/>
        <w:left w:val="none" w:sz="0" w:space="0" w:color="auto"/>
        <w:bottom w:val="none" w:sz="0" w:space="0" w:color="auto"/>
        <w:right w:val="none" w:sz="0" w:space="0" w:color="auto"/>
      </w:divBdr>
    </w:div>
    <w:div w:id="756288441">
      <w:bodyDiv w:val="1"/>
      <w:marLeft w:val="0"/>
      <w:marRight w:val="0"/>
      <w:marTop w:val="0"/>
      <w:marBottom w:val="0"/>
      <w:divBdr>
        <w:top w:val="none" w:sz="0" w:space="0" w:color="auto"/>
        <w:left w:val="none" w:sz="0" w:space="0" w:color="auto"/>
        <w:bottom w:val="none" w:sz="0" w:space="0" w:color="auto"/>
        <w:right w:val="none" w:sz="0" w:space="0" w:color="auto"/>
      </w:divBdr>
    </w:div>
    <w:div w:id="758410882">
      <w:bodyDiv w:val="1"/>
      <w:marLeft w:val="0"/>
      <w:marRight w:val="0"/>
      <w:marTop w:val="0"/>
      <w:marBottom w:val="0"/>
      <w:divBdr>
        <w:top w:val="none" w:sz="0" w:space="0" w:color="auto"/>
        <w:left w:val="none" w:sz="0" w:space="0" w:color="auto"/>
        <w:bottom w:val="none" w:sz="0" w:space="0" w:color="auto"/>
        <w:right w:val="none" w:sz="0" w:space="0" w:color="auto"/>
      </w:divBdr>
    </w:div>
    <w:div w:id="765688767">
      <w:bodyDiv w:val="1"/>
      <w:marLeft w:val="0"/>
      <w:marRight w:val="0"/>
      <w:marTop w:val="0"/>
      <w:marBottom w:val="0"/>
      <w:divBdr>
        <w:top w:val="none" w:sz="0" w:space="0" w:color="auto"/>
        <w:left w:val="none" w:sz="0" w:space="0" w:color="auto"/>
        <w:bottom w:val="none" w:sz="0" w:space="0" w:color="auto"/>
        <w:right w:val="none" w:sz="0" w:space="0" w:color="auto"/>
      </w:divBdr>
    </w:div>
    <w:div w:id="773289072">
      <w:bodyDiv w:val="1"/>
      <w:marLeft w:val="0"/>
      <w:marRight w:val="0"/>
      <w:marTop w:val="0"/>
      <w:marBottom w:val="0"/>
      <w:divBdr>
        <w:top w:val="none" w:sz="0" w:space="0" w:color="auto"/>
        <w:left w:val="none" w:sz="0" w:space="0" w:color="auto"/>
        <w:bottom w:val="none" w:sz="0" w:space="0" w:color="auto"/>
        <w:right w:val="none" w:sz="0" w:space="0" w:color="auto"/>
      </w:divBdr>
    </w:div>
    <w:div w:id="773406172">
      <w:bodyDiv w:val="1"/>
      <w:marLeft w:val="0"/>
      <w:marRight w:val="0"/>
      <w:marTop w:val="0"/>
      <w:marBottom w:val="0"/>
      <w:divBdr>
        <w:top w:val="none" w:sz="0" w:space="0" w:color="auto"/>
        <w:left w:val="none" w:sz="0" w:space="0" w:color="auto"/>
        <w:bottom w:val="none" w:sz="0" w:space="0" w:color="auto"/>
        <w:right w:val="none" w:sz="0" w:space="0" w:color="auto"/>
      </w:divBdr>
    </w:div>
    <w:div w:id="774204580">
      <w:bodyDiv w:val="1"/>
      <w:marLeft w:val="0"/>
      <w:marRight w:val="0"/>
      <w:marTop w:val="0"/>
      <w:marBottom w:val="0"/>
      <w:divBdr>
        <w:top w:val="none" w:sz="0" w:space="0" w:color="auto"/>
        <w:left w:val="none" w:sz="0" w:space="0" w:color="auto"/>
        <w:bottom w:val="none" w:sz="0" w:space="0" w:color="auto"/>
        <w:right w:val="none" w:sz="0" w:space="0" w:color="auto"/>
      </w:divBdr>
    </w:div>
    <w:div w:id="774329907">
      <w:bodyDiv w:val="1"/>
      <w:marLeft w:val="0"/>
      <w:marRight w:val="0"/>
      <w:marTop w:val="0"/>
      <w:marBottom w:val="0"/>
      <w:divBdr>
        <w:top w:val="none" w:sz="0" w:space="0" w:color="auto"/>
        <w:left w:val="none" w:sz="0" w:space="0" w:color="auto"/>
        <w:bottom w:val="none" w:sz="0" w:space="0" w:color="auto"/>
        <w:right w:val="none" w:sz="0" w:space="0" w:color="auto"/>
      </w:divBdr>
    </w:div>
    <w:div w:id="774792988">
      <w:bodyDiv w:val="1"/>
      <w:marLeft w:val="0"/>
      <w:marRight w:val="0"/>
      <w:marTop w:val="0"/>
      <w:marBottom w:val="0"/>
      <w:divBdr>
        <w:top w:val="none" w:sz="0" w:space="0" w:color="auto"/>
        <w:left w:val="none" w:sz="0" w:space="0" w:color="auto"/>
        <w:bottom w:val="none" w:sz="0" w:space="0" w:color="auto"/>
        <w:right w:val="none" w:sz="0" w:space="0" w:color="auto"/>
      </w:divBdr>
    </w:div>
    <w:div w:id="775170564">
      <w:bodyDiv w:val="1"/>
      <w:marLeft w:val="0"/>
      <w:marRight w:val="0"/>
      <w:marTop w:val="0"/>
      <w:marBottom w:val="0"/>
      <w:divBdr>
        <w:top w:val="none" w:sz="0" w:space="0" w:color="auto"/>
        <w:left w:val="none" w:sz="0" w:space="0" w:color="auto"/>
        <w:bottom w:val="none" w:sz="0" w:space="0" w:color="auto"/>
        <w:right w:val="none" w:sz="0" w:space="0" w:color="auto"/>
      </w:divBdr>
    </w:div>
    <w:div w:id="775563345">
      <w:bodyDiv w:val="1"/>
      <w:marLeft w:val="0"/>
      <w:marRight w:val="0"/>
      <w:marTop w:val="0"/>
      <w:marBottom w:val="0"/>
      <w:divBdr>
        <w:top w:val="none" w:sz="0" w:space="0" w:color="auto"/>
        <w:left w:val="none" w:sz="0" w:space="0" w:color="auto"/>
        <w:bottom w:val="none" w:sz="0" w:space="0" w:color="auto"/>
        <w:right w:val="none" w:sz="0" w:space="0" w:color="auto"/>
      </w:divBdr>
    </w:div>
    <w:div w:id="777528082">
      <w:bodyDiv w:val="1"/>
      <w:marLeft w:val="0"/>
      <w:marRight w:val="0"/>
      <w:marTop w:val="0"/>
      <w:marBottom w:val="0"/>
      <w:divBdr>
        <w:top w:val="none" w:sz="0" w:space="0" w:color="auto"/>
        <w:left w:val="none" w:sz="0" w:space="0" w:color="auto"/>
        <w:bottom w:val="none" w:sz="0" w:space="0" w:color="auto"/>
        <w:right w:val="none" w:sz="0" w:space="0" w:color="auto"/>
      </w:divBdr>
    </w:div>
    <w:div w:id="777944385">
      <w:bodyDiv w:val="1"/>
      <w:marLeft w:val="0"/>
      <w:marRight w:val="0"/>
      <w:marTop w:val="0"/>
      <w:marBottom w:val="0"/>
      <w:divBdr>
        <w:top w:val="none" w:sz="0" w:space="0" w:color="auto"/>
        <w:left w:val="none" w:sz="0" w:space="0" w:color="auto"/>
        <w:bottom w:val="none" w:sz="0" w:space="0" w:color="auto"/>
        <w:right w:val="none" w:sz="0" w:space="0" w:color="auto"/>
      </w:divBdr>
    </w:div>
    <w:div w:id="778839839">
      <w:bodyDiv w:val="1"/>
      <w:marLeft w:val="0"/>
      <w:marRight w:val="0"/>
      <w:marTop w:val="0"/>
      <w:marBottom w:val="0"/>
      <w:divBdr>
        <w:top w:val="none" w:sz="0" w:space="0" w:color="auto"/>
        <w:left w:val="none" w:sz="0" w:space="0" w:color="auto"/>
        <w:bottom w:val="none" w:sz="0" w:space="0" w:color="auto"/>
        <w:right w:val="none" w:sz="0" w:space="0" w:color="auto"/>
      </w:divBdr>
    </w:div>
    <w:div w:id="779684733">
      <w:bodyDiv w:val="1"/>
      <w:marLeft w:val="0"/>
      <w:marRight w:val="0"/>
      <w:marTop w:val="0"/>
      <w:marBottom w:val="0"/>
      <w:divBdr>
        <w:top w:val="none" w:sz="0" w:space="0" w:color="auto"/>
        <w:left w:val="none" w:sz="0" w:space="0" w:color="auto"/>
        <w:bottom w:val="none" w:sz="0" w:space="0" w:color="auto"/>
        <w:right w:val="none" w:sz="0" w:space="0" w:color="auto"/>
      </w:divBdr>
    </w:div>
    <w:div w:id="779839126">
      <w:bodyDiv w:val="1"/>
      <w:marLeft w:val="0"/>
      <w:marRight w:val="0"/>
      <w:marTop w:val="0"/>
      <w:marBottom w:val="0"/>
      <w:divBdr>
        <w:top w:val="none" w:sz="0" w:space="0" w:color="auto"/>
        <w:left w:val="none" w:sz="0" w:space="0" w:color="auto"/>
        <w:bottom w:val="none" w:sz="0" w:space="0" w:color="auto"/>
        <w:right w:val="none" w:sz="0" w:space="0" w:color="auto"/>
      </w:divBdr>
    </w:div>
    <w:div w:id="782387820">
      <w:bodyDiv w:val="1"/>
      <w:marLeft w:val="0"/>
      <w:marRight w:val="0"/>
      <w:marTop w:val="0"/>
      <w:marBottom w:val="0"/>
      <w:divBdr>
        <w:top w:val="none" w:sz="0" w:space="0" w:color="auto"/>
        <w:left w:val="none" w:sz="0" w:space="0" w:color="auto"/>
        <w:bottom w:val="none" w:sz="0" w:space="0" w:color="auto"/>
        <w:right w:val="none" w:sz="0" w:space="0" w:color="auto"/>
      </w:divBdr>
    </w:div>
    <w:div w:id="784037108">
      <w:bodyDiv w:val="1"/>
      <w:marLeft w:val="0"/>
      <w:marRight w:val="0"/>
      <w:marTop w:val="0"/>
      <w:marBottom w:val="0"/>
      <w:divBdr>
        <w:top w:val="none" w:sz="0" w:space="0" w:color="auto"/>
        <w:left w:val="none" w:sz="0" w:space="0" w:color="auto"/>
        <w:bottom w:val="none" w:sz="0" w:space="0" w:color="auto"/>
        <w:right w:val="none" w:sz="0" w:space="0" w:color="auto"/>
      </w:divBdr>
    </w:div>
    <w:div w:id="784423217">
      <w:bodyDiv w:val="1"/>
      <w:marLeft w:val="0"/>
      <w:marRight w:val="0"/>
      <w:marTop w:val="0"/>
      <w:marBottom w:val="0"/>
      <w:divBdr>
        <w:top w:val="none" w:sz="0" w:space="0" w:color="auto"/>
        <w:left w:val="none" w:sz="0" w:space="0" w:color="auto"/>
        <w:bottom w:val="none" w:sz="0" w:space="0" w:color="auto"/>
        <w:right w:val="none" w:sz="0" w:space="0" w:color="auto"/>
      </w:divBdr>
    </w:div>
    <w:div w:id="784467374">
      <w:bodyDiv w:val="1"/>
      <w:marLeft w:val="0"/>
      <w:marRight w:val="0"/>
      <w:marTop w:val="0"/>
      <w:marBottom w:val="0"/>
      <w:divBdr>
        <w:top w:val="none" w:sz="0" w:space="0" w:color="auto"/>
        <w:left w:val="none" w:sz="0" w:space="0" w:color="auto"/>
        <w:bottom w:val="none" w:sz="0" w:space="0" w:color="auto"/>
        <w:right w:val="none" w:sz="0" w:space="0" w:color="auto"/>
      </w:divBdr>
    </w:div>
    <w:div w:id="786585839">
      <w:bodyDiv w:val="1"/>
      <w:marLeft w:val="0"/>
      <w:marRight w:val="0"/>
      <w:marTop w:val="0"/>
      <w:marBottom w:val="0"/>
      <w:divBdr>
        <w:top w:val="none" w:sz="0" w:space="0" w:color="auto"/>
        <w:left w:val="none" w:sz="0" w:space="0" w:color="auto"/>
        <w:bottom w:val="none" w:sz="0" w:space="0" w:color="auto"/>
        <w:right w:val="none" w:sz="0" w:space="0" w:color="auto"/>
      </w:divBdr>
    </w:div>
    <w:div w:id="788595397">
      <w:bodyDiv w:val="1"/>
      <w:marLeft w:val="0"/>
      <w:marRight w:val="0"/>
      <w:marTop w:val="0"/>
      <w:marBottom w:val="0"/>
      <w:divBdr>
        <w:top w:val="none" w:sz="0" w:space="0" w:color="auto"/>
        <w:left w:val="none" w:sz="0" w:space="0" w:color="auto"/>
        <w:bottom w:val="none" w:sz="0" w:space="0" w:color="auto"/>
        <w:right w:val="none" w:sz="0" w:space="0" w:color="auto"/>
      </w:divBdr>
    </w:div>
    <w:div w:id="791365242">
      <w:bodyDiv w:val="1"/>
      <w:marLeft w:val="0"/>
      <w:marRight w:val="0"/>
      <w:marTop w:val="0"/>
      <w:marBottom w:val="0"/>
      <w:divBdr>
        <w:top w:val="none" w:sz="0" w:space="0" w:color="auto"/>
        <w:left w:val="none" w:sz="0" w:space="0" w:color="auto"/>
        <w:bottom w:val="none" w:sz="0" w:space="0" w:color="auto"/>
        <w:right w:val="none" w:sz="0" w:space="0" w:color="auto"/>
      </w:divBdr>
    </w:div>
    <w:div w:id="791703908">
      <w:bodyDiv w:val="1"/>
      <w:marLeft w:val="0"/>
      <w:marRight w:val="0"/>
      <w:marTop w:val="0"/>
      <w:marBottom w:val="0"/>
      <w:divBdr>
        <w:top w:val="none" w:sz="0" w:space="0" w:color="auto"/>
        <w:left w:val="none" w:sz="0" w:space="0" w:color="auto"/>
        <w:bottom w:val="none" w:sz="0" w:space="0" w:color="auto"/>
        <w:right w:val="none" w:sz="0" w:space="0" w:color="auto"/>
      </w:divBdr>
    </w:div>
    <w:div w:id="793330736">
      <w:bodyDiv w:val="1"/>
      <w:marLeft w:val="0"/>
      <w:marRight w:val="0"/>
      <w:marTop w:val="0"/>
      <w:marBottom w:val="0"/>
      <w:divBdr>
        <w:top w:val="none" w:sz="0" w:space="0" w:color="auto"/>
        <w:left w:val="none" w:sz="0" w:space="0" w:color="auto"/>
        <w:bottom w:val="none" w:sz="0" w:space="0" w:color="auto"/>
        <w:right w:val="none" w:sz="0" w:space="0" w:color="auto"/>
      </w:divBdr>
    </w:div>
    <w:div w:id="794254653">
      <w:bodyDiv w:val="1"/>
      <w:marLeft w:val="0"/>
      <w:marRight w:val="0"/>
      <w:marTop w:val="0"/>
      <w:marBottom w:val="0"/>
      <w:divBdr>
        <w:top w:val="none" w:sz="0" w:space="0" w:color="auto"/>
        <w:left w:val="none" w:sz="0" w:space="0" w:color="auto"/>
        <w:bottom w:val="none" w:sz="0" w:space="0" w:color="auto"/>
        <w:right w:val="none" w:sz="0" w:space="0" w:color="auto"/>
      </w:divBdr>
    </w:div>
    <w:div w:id="795418210">
      <w:bodyDiv w:val="1"/>
      <w:marLeft w:val="0"/>
      <w:marRight w:val="0"/>
      <w:marTop w:val="0"/>
      <w:marBottom w:val="0"/>
      <w:divBdr>
        <w:top w:val="none" w:sz="0" w:space="0" w:color="auto"/>
        <w:left w:val="none" w:sz="0" w:space="0" w:color="auto"/>
        <w:bottom w:val="none" w:sz="0" w:space="0" w:color="auto"/>
        <w:right w:val="none" w:sz="0" w:space="0" w:color="auto"/>
      </w:divBdr>
    </w:div>
    <w:div w:id="795560264">
      <w:bodyDiv w:val="1"/>
      <w:marLeft w:val="0"/>
      <w:marRight w:val="0"/>
      <w:marTop w:val="0"/>
      <w:marBottom w:val="0"/>
      <w:divBdr>
        <w:top w:val="none" w:sz="0" w:space="0" w:color="auto"/>
        <w:left w:val="none" w:sz="0" w:space="0" w:color="auto"/>
        <w:bottom w:val="none" w:sz="0" w:space="0" w:color="auto"/>
        <w:right w:val="none" w:sz="0" w:space="0" w:color="auto"/>
      </w:divBdr>
    </w:div>
    <w:div w:id="796263929">
      <w:bodyDiv w:val="1"/>
      <w:marLeft w:val="0"/>
      <w:marRight w:val="0"/>
      <w:marTop w:val="0"/>
      <w:marBottom w:val="0"/>
      <w:divBdr>
        <w:top w:val="none" w:sz="0" w:space="0" w:color="auto"/>
        <w:left w:val="none" w:sz="0" w:space="0" w:color="auto"/>
        <w:bottom w:val="none" w:sz="0" w:space="0" w:color="auto"/>
        <w:right w:val="none" w:sz="0" w:space="0" w:color="auto"/>
      </w:divBdr>
    </w:div>
    <w:div w:id="798494630">
      <w:bodyDiv w:val="1"/>
      <w:marLeft w:val="0"/>
      <w:marRight w:val="0"/>
      <w:marTop w:val="0"/>
      <w:marBottom w:val="0"/>
      <w:divBdr>
        <w:top w:val="none" w:sz="0" w:space="0" w:color="auto"/>
        <w:left w:val="none" w:sz="0" w:space="0" w:color="auto"/>
        <w:bottom w:val="none" w:sz="0" w:space="0" w:color="auto"/>
        <w:right w:val="none" w:sz="0" w:space="0" w:color="auto"/>
      </w:divBdr>
    </w:div>
    <w:div w:id="801078553">
      <w:bodyDiv w:val="1"/>
      <w:marLeft w:val="0"/>
      <w:marRight w:val="0"/>
      <w:marTop w:val="0"/>
      <w:marBottom w:val="0"/>
      <w:divBdr>
        <w:top w:val="none" w:sz="0" w:space="0" w:color="auto"/>
        <w:left w:val="none" w:sz="0" w:space="0" w:color="auto"/>
        <w:bottom w:val="none" w:sz="0" w:space="0" w:color="auto"/>
        <w:right w:val="none" w:sz="0" w:space="0" w:color="auto"/>
      </w:divBdr>
    </w:div>
    <w:div w:id="801120273">
      <w:bodyDiv w:val="1"/>
      <w:marLeft w:val="0"/>
      <w:marRight w:val="0"/>
      <w:marTop w:val="0"/>
      <w:marBottom w:val="0"/>
      <w:divBdr>
        <w:top w:val="none" w:sz="0" w:space="0" w:color="auto"/>
        <w:left w:val="none" w:sz="0" w:space="0" w:color="auto"/>
        <w:bottom w:val="none" w:sz="0" w:space="0" w:color="auto"/>
        <w:right w:val="none" w:sz="0" w:space="0" w:color="auto"/>
      </w:divBdr>
    </w:div>
    <w:div w:id="803500685">
      <w:bodyDiv w:val="1"/>
      <w:marLeft w:val="0"/>
      <w:marRight w:val="0"/>
      <w:marTop w:val="0"/>
      <w:marBottom w:val="0"/>
      <w:divBdr>
        <w:top w:val="none" w:sz="0" w:space="0" w:color="auto"/>
        <w:left w:val="none" w:sz="0" w:space="0" w:color="auto"/>
        <w:bottom w:val="none" w:sz="0" w:space="0" w:color="auto"/>
        <w:right w:val="none" w:sz="0" w:space="0" w:color="auto"/>
      </w:divBdr>
    </w:div>
    <w:div w:id="804272590">
      <w:bodyDiv w:val="1"/>
      <w:marLeft w:val="0"/>
      <w:marRight w:val="0"/>
      <w:marTop w:val="0"/>
      <w:marBottom w:val="0"/>
      <w:divBdr>
        <w:top w:val="none" w:sz="0" w:space="0" w:color="auto"/>
        <w:left w:val="none" w:sz="0" w:space="0" w:color="auto"/>
        <w:bottom w:val="none" w:sz="0" w:space="0" w:color="auto"/>
        <w:right w:val="none" w:sz="0" w:space="0" w:color="auto"/>
      </w:divBdr>
    </w:div>
    <w:div w:id="807011105">
      <w:bodyDiv w:val="1"/>
      <w:marLeft w:val="0"/>
      <w:marRight w:val="0"/>
      <w:marTop w:val="0"/>
      <w:marBottom w:val="0"/>
      <w:divBdr>
        <w:top w:val="none" w:sz="0" w:space="0" w:color="auto"/>
        <w:left w:val="none" w:sz="0" w:space="0" w:color="auto"/>
        <w:bottom w:val="none" w:sz="0" w:space="0" w:color="auto"/>
        <w:right w:val="none" w:sz="0" w:space="0" w:color="auto"/>
      </w:divBdr>
    </w:div>
    <w:div w:id="807741981">
      <w:bodyDiv w:val="1"/>
      <w:marLeft w:val="0"/>
      <w:marRight w:val="0"/>
      <w:marTop w:val="0"/>
      <w:marBottom w:val="0"/>
      <w:divBdr>
        <w:top w:val="none" w:sz="0" w:space="0" w:color="auto"/>
        <w:left w:val="none" w:sz="0" w:space="0" w:color="auto"/>
        <w:bottom w:val="none" w:sz="0" w:space="0" w:color="auto"/>
        <w:right w:val="none" w:sz="0" w:space="0" w:color="auto"/>
      </w:divBdr>
    </w:div>
    <w:div w:id="808786334">
      <w:bodyDiv w:val="1"/>
      <w:marLeft w:val="0"/>
      <w:marRight w:val="0"/>
      <w:marTop w:val="0"/>
      <w:marBottom w:val="0"/>
      <w:divBdr>
        <w:top w:val="none" w:sz="0" w:space="0" w:color="auto"/>
        <w:left w:val="none" w:sz="0" w:space="0" w:color="auto"/>
        <w:bottom w:val="none" w:sz="0" w:space="0" w:color="auto"/>
        <w:right w:val="none" w:sz="0" w:space="0" w:color="auto"/>
      </w:divBdr>
    </w:div>
    <w:div w:id="814416627">
      <w:bodyDiv w:val="1"/>
      <w:marLeft w:val="0"/>
      <w:marRight w:val="0"/>
      <w:marTop w:val="0"/>
      <w:marBottom w:val="0"/>
      <w:divBdr>
        <w:top w:val="none" w:sz="0" w:space="0" w:color="auto"/>
        <w:left w:val="none" w:sz="0" w:space="0" w:color="auto"/>
        <w:bottom w:val="none" w:sz="0" w:space="0" w:color="auto"/>
        <w:right w:val="none" w:sz="0" w:space="0" w:color="auto"/>
      </w:divBdr>
    </w:div>
    <w:div w:id="818764041">
      <w:bodyDiv w:val="1"/>
      <w:marLeft w:val="0"/>
      <w:marRight w:val="0"/>
      <w:marTop w:val="0"/>
      <w:marBottom w:val="0"/>
      <w:divBdr>
        <w:top w:val="none" w:sz="0" w:space="0" w:color="auto"/>
        <w:left w:val="none" w:sz="0" w:space="0" w:color="auto"/>
        <w:bottom w:val="none" w:sz="0" w:space="0" w:color="auto"/>
        <w:right w:val="none" w:sz="0" w:space="0" w:color="auto"/>
      </w:divBdr>
    </w:div>
    <w:div w:id="821314189">
      <w:bodyDiv w:val="1"/>
      <w:marLeft w:val="0"/>
      <w:marRight w:val="0"/>
      <w:marTop w:val="0"/>
      <w:marBottom w:val="0"/>
      <w:divBdr>
        <w:top w:val="none" w:sz="0" w:space="0" w:color="auto"/>
        <w:left w:val="none" w:sz="0" w:space="0" w:color="auto"/>
        <w:bottom w:val="none" w:sz="0" w:space="0" w:color="auto"/>
        <w:right w:val="none" w:sz="0" w:space="0" w:color="auto"/>
      </w:divBdr>
    </w:div>
    <w:div w:id="821699237">
      <w:bodyDiv w:val="1"/>
      <w:marLeft w:val="0"/>
      <w:marRight w:val="0"/>
      <w:marTop w:val="0"/>
      <w:marBottom w:val="0"/>
      <w:divBdr>
        <w:top w:val="none" w:sz="0" w:space="0" w:color="auto"/>
        <w:left w:val="none" w:sz="0" w:space="0" w:color="auto"/>
        <w:bottom w:val="none" w:sz="0" w:space="0" w:color="auto"/>
        <w:right w:val="none" w:sz="0" w:space="0" w:color="auto"/>
      </w:divBdr>
    </w:div>
    <w:div w:id="822089056">
      <w:bodyDiv w:val="1"/>
      <w:marLeft w:val="0"/>
      <w:marRight w:val="0"/>
      <w:marTop w:val="0"/>
      <w:marBottom w:val="0"/>
      <w:divBdr>
        <w:top w:val="none" w:sz="0" w:space="0" w:color="auto"/>
        <w:left w:val="none" w:sz="0" w:space="0" w:color="auto"/>
        <w:bottom w:val="none" w:sz="0" w:space="0" w:color="auto"/>
        <w:right w:val="none" w:sz="0" w:space="0" w:color="auto"/>
      </w:divBdr>
    </w:div>
    <w:div w:id="822162916">
      <w:bodyDiv w:val="1"/>
      <w:marLeft w:val="0"/>
      <w:marRight w:val="0"/>
      <w:marTop w:val="0"/>
      <w:marBottom w:val="0"/>
      <w:divBdr>
        <w:top w:val="none" w:sz="0" w:space="0" w:color="auto"/>
        <w:left w:val="none" w:sz="0" w:space="0" w:color="auto"/>
        <w:bottom w:val="none" w:sz="0" w:space="0" w:color="auto"/>
        <w:right w:val="none" w:sz="0" w:space="0" w:color="auto"/>
      </w:divBdr>
    </w:div>
    <w:div w:id="822501386">
      <w:bodyDiv w:val="1"/>
      <w:marLeft w:val="0"/>
      <w:marRight w:val="0"/>
      <w:marTop w:val="0"/>
      <w:marBottom w:val="0"/>
      <w:divBdr>
        <w:top w:val="none" w:sz="0" w:space="0" w:color="auto"/>
        <w:left w:val="none" w:sz="0" w:space="0" w:color="auto"/>
        <w:bottom w:val="none" w:sz="0" w:space="0" w:color="auto"/>
        <w:right w:val="none" w:sz="0" w:space="0" w:color="auto"/>
      </w:divBdr>
    </w:div>
    <w:div w:id="822821271">
      <w:bodyDiv w:val="1"/>
      <w:marLeft w:val="0"/>
      <w:marRight w:val="0"/>
      <w:marTop w:val="0"/>
      <w:marBottom w:val="0"/>
      <w:divBdr>
        <w:top w:val="none" w:sz="0" w:space="0" w:color="auto"/>
        <w:left w:val="none" w:sz="0" w:space="0" w:color="auto"/>
        <w:bottom w:val="none" w:sz="0" w:space="0" w:color="auto"/>
        <w:right w:val="none" w:sz="0" w:space="0" w:color="auto"/>
      </w:divBdr>
    </w:div>
    <w:div w:id="823739760">
      <w:bodyDiv w:val="1"/>
      <w:marLeft w:val="0"/>
      <w:marRight w:val="0"/>
      <w:marTop w:val="0"/>
      <w:marBottom w:val="0"/>
      <w:divBdr>
        <w:top w:val="none" w:sz="0" w:space="0" w:color="auto"/>
        <w:left w:val="none" w:sz="0" w:space="0" w:color="auto"/>
        <w:bottom w:val="none" w:sz="0" w:space="0" w:color="auto"/>
        <w:right w:val="none" w:sz="0" w:space="0" w:color="auto"/>
      </w:divBdr>
    </w:div>
    <w:div w:id="823743581">
      <w:bodyDiv w:val="1"/>
      <w:marLeft w:val="0"/>
      <w:marRight w:val="0"/>
      <w:marTop w:val="0"/>
      <w:marBottom w:val="0"/>
      <w:divBdr>
        <w:top w:val="none" w:sz="0" w:space="0" w:color="auto"/>
        <w:left w:val="none" w:sz="0" w:space="0" w:color="auto"/>
        <w:bottom w:val="none" w:sz="0" w:space="0" w:color="auto"/>
        <w:right w:val="none" w:sz="0" w:space="0" w:color="auto"/>
      </w:divBdr>
    </w:div>
    <w:div w:id="827987024">
      <w:bodyDiv w:val="1"/>
      <w:marLeft w:val="0"/>
      <w:marRight w:val="0"/>
      <w:marTop w:val="0"/>
      <w:marBottom w:val="0"/>
      <w:divBdr>
        <w:top w:val="none" w:sz="0" w:space="0" w:color="auto"/>
        <w:left w:val="none" w:sz="0" w:space="0" w:color="auto"/>
        <w:bottom w:val="none" w:sz="0" w:space="0" w:color="auto"/>
        <w:right w:val="none" w:sz="0" w:space="0" w:color="auto"/>
      </w:divBdr>
    </w:div>
    <w:div w:id="828206580">
      <w:bodyDiv w:val="1"/>
      <w:marLeft w:val="0"/>
      <w:marRight w:val="0"/>
      <w:marTop w:val="0"/>
      <w:marBottom w:val="0"/>
      <w:divBdr>
        <w:top w:val="none" w:sz="0" w:space="0" w:color="auto"/>
        <w:left w:val="none" w:sz="0" w:space="0" w:color="auto"/>
        <w:bottom w:val="none" w:sz="0" w:space="0" w:color="auto"/>
        <w:right w:val="none" w:sz="0" w:space="0" w:color="auto"/>
      </w:divBdr>
    </w:div>
    <w:div w:id="828519775">
      <w:bodyDiv w:val="1"/>
      <w:marLeft w:val="0"/>
      <w:marRight w:val="0"/>
      <w:marTop w:val="0"/>
      <w:marBottom w:val="0"/>
      <w:divBdr>
        <w:top w:val="none" w:sz="0" w:space="0" w:color="auto"/>
        <w:left w:val="none" w:sz="0" w:space="0" w:color="auto"/>
        <w:bottom w:val="none" w:sz="0" w:space="0" w:color="auto"/>
        <w:right w:val="none" w:sz="0" w:space="0" w:color="auto"/>
      </w:divBdr>
    </w:div>
    <w:div w:id="829056262">
      <w:bodyDiv w:val="1"/>
      <w:marLeft w:val="0"/>
      <w:marRight w:val="0"/>
      <w:marTop w:val="0"/>
      <w:marBottom w:val="0"/>
      <w:divBdr>
        <w:top w:val="none" w:sz="0" w:space="0" w:color="auto"/>
        <w:left w:val="none" w:sz="0" w:space="0" w:color="auto"/>
        <w:bottom w:val="none" w:sz="0" w:space="0" w:color="auto"/>
        <w:right w:val="none" w:sz="0" w:space="0" w:color="auto"/>
      </w:divBdr>
    </w:div>
    <w:div w:id="830681243">
      <w:bodyDiv w:val="1"/>
      <w:marLeft w:val="0"/>
      <w:marRight w:val="0"/>
      <w:marTop w:val="0"/>
      <w:marBottom w:val="0"/>
      <w:divBdr>
        <w:top w:val="none" w:sz="0" w:space="0" w:color="auto"/>
        <w:left w:val="none" w:sz="0" w:space="0" w:color="auto"/>
        <w:bottom w:val="none" w:sz="0" w:space="0" w:color="auto"/>
        <w:right w:val="none" w:sz="0" w:space="0" w:color="auto"/>
      </w:divBdr>
    </w:div>
    <w:div w:id="831334012">
      <w:bodyDiv w:val="1"/>
      <w:marLeft w:val="0"/>
      <w:marRight w:val="0"/>
      <w:marTop w:val="0"/>
      <w:marBottom w:val="0"/>
      <w:divBdr>
        <w:top w:val="none" w:sz="0" w:space="0" w:color="auto"/>
        <w:left w:val="none" w:sz="0" w:space="0" w:color="auto"/>
        <w:bottom w:val="none" w:sz="0" w:space="0" w:color="auto"/>
        <w:right w:val="none" w:sz="0" w:space="0" w:color="auto"/>
      </w:divBdr>
    </w:div>
    <w:div w:id="834222403">
      <w:bodyDiv w:val="1"/>
      <w:marLeft w:val="0"/>
      <w:marRight w:val="0"/>
      <w:marTop w:val="0"/>
      <w:marBottom w:val="0"/>
      <w:divBdr>
        <w:top w:val="none" w:sz="0" w:space="0" w:color="auto"/>
        <w:left w:val="none" w:sz="0" w:space="0" w:color="auto"/>
        <w:bottom w:val="none" w:sz="0" w:space="0" w:color="auto"/>
        <w:right w:val="none" w:sz="0" w:space="0" w:color="auto"/>
      </w:divBdr>
    </w:div>
    <w:div w:id="835681383">
      <w:bodyDiv w:val="1"/>
      <w:marLeft w:val="0"/>
      <w:marRight w:val="0"/>
      <w:marTop w:val="0"/>
      <w:marBottom w:val="0"/>
      <w:divBdr>
        <w:top w:val="none" w:sz="0" w:space="0" w:color="auto"/>
        <w:left w:val="none" w:sz="0" w:space="0" w:color="auto"/>
        <w:bottom w:val="none" w:sz="0" w:space="0" w:color="auto"/>
        <w:right w:val="none" w:sz="0" w:space="0" w:color="auto"/>
      </w:divBdr>
    </w:div>
    <w:div w:id="840312818">
      <w:bodyDiv w:val="1"/>
      <w:marLeft w:val="0"/>
      <w:marRight w:val="0"/>
      <w:marTop w:val="0"/>
      <w:marBottom w:val="0"/>
      <w:divBdr>
        <w:top w:val="none" w:sz="0" w:space="0" w:color="auto"/>
        <w:left w:val="none" w:sz="0" w:space="0" w:color="auto"/>
        <w:bottom w:val="none" w:sz="0" w:space="0" w:color="auto"/>
        <w:right w:val="none" w:sz="0" w:space="0" w:color="auto"/>
      </w:divBdr>
    </w:div>
    <w:div w:id="840512617">
      <w:bodyDiv w:val="1"/>
      <w:marLeft w:val="0"/>
      <w:marRight w:val="0"/>
      <w:marTop w:val="0"/>
      <w:marBottom w:val="0"/>
      <w:divBdr>
        <w:top w:val="none" w:sz="0" w:space="0" w:color="auto"/>
        <w:left w:val="none" w:sz="0" w:space="0" w:color="auto"/>
        <w:bottom w:val="none" w:sz="0" w:space="0" w:color="auto"/>
        <w:right w:val="none" w:sz="0" w:space="0" w:color="auto"/>
      </w:divBdr>
    </w:div>
    <w:div w:id="842016297">
      <w:bodyDiv w:val="1"/>
      <w:marLeft w:val="0"/>
      <w:marRight w:val="0"/>
      <w:marTop w:val="0"/>
      <w:marBottom w:val="0"/>
      <w:divBdr>
        <w:top w:val="none" w:sz="0" w:space="0" w:color="auto"/>
        <w:left w:val="none" w:sz="0" w:space="0" w:color="auto"/>
        <w:bottom w:val="none" w:sz="0" w:space="0" w:color="auto"/>
        <w:right w:val="none" w:sz="0" w:space="0" w:color="auto"/>
      </w:divBdr>
    </w:div>
    <w:div w:id="843976824">
      <w:bodyDiv w:val="1"/>
      <w:marLeft w:val="0"/>
      <w:marRight w:val="0"/>
      <w:marTop w:val="0"/>
      <w:marBottom w:val="0"/>
      <w:divBdr>
        <w:top w:val="none" w:sz="0" w:space="0" w:color="auto"/>
        <w:left w:val="none" w:sz="0" w:space="0" w:color="auto"/>
        <w:bottom w:val="none" w:sz="0" w:space="0" w:color="auto"/>
        <w:right w:val="none" w:sz="0" w:space="0" w:color="auto"/>
      </w:divBdr>
    </w:div>
    <w:div w:id="848249988">
      <w:bodyDiv w:val="1"/>
      <w:marLeft w:val="0"/>
      <w:marRight w:val="0"/>
      <w:marTop w:val="0"/>
      <w:marBottom w:val="0"/>
      <w:divBdr>
        <w:top w:val="none" w:sz="0" w:space="0" w:color="auto"/>
        <w:left w:val="none" w:sz="0" w:space="0" w:color="auto"/>
        <w:bottom w:val="none" w:sz="0" w:space="0" w:color="auto"/>
        <w:right w:val="none" w:sz="0" w:space="0" w:color="auto"/>
      </w:divBdr>
    </w:div>
    <w:div w:id="848520648">
      <w:bodyDiv w:val="1"/>
      <w:marLeft w:val="0"/>
      <w:marRight w:val="0"/>
      <w:marTop w:val="0"/>
      <w:marBottom w:val="0"/>
      <w:divBdr>
        <w:top w:val="none" w:sz="0" w:space="0" w:color="auto"/>
        <w:left w:val="none" w:sz="0" w:space="0" w:color="auto"/>
        <w:bottom w:val="none" w:sz="0" w:space="0" w:color="auto"/>
        <w:right w:val="none" w:sz="0" w:space="0" w:color="auto"/>
      </w:divBdr>
    </w:div>
    <w:div w:id="848909375">
      <w:bodyDiv w:val="1"/>
      <w:marLeft w:val="0"/>
      <w:marRight w:val="0"/>
      <w:marTop w:val="0"/>
      <w:marBottom w:val="0"/>
      <w:divBdr>
        <w:top w:val="none" w:sz="0" w:space="0" w:color="auto"/>
        <w:left w:val="none" w:sz="0" w:space="0" w:color="auto"/>
        <w:bottom w:val="none" w:sz="0" w:space="0" w:color="auto"/>
        <w:right w:val="none" w:sz="0" w:space="0" w:color="auto"/>
      </w:divBdr>
    </w:div>
    <w:div w:id="849681956">
      <w:bodyDiv w:val="1"/>
      <w:marLeft w:val="0"/>
      <w:marRight w:val="0"/>
      <w:marTop w:val="0"/>
      <w:marBottom w:val="0"/>
      <w:divBdr>
        <w:top w:val="none" w:sz="0" w:space="0" w:color="auto"/>
        <w:left w:val="none" w:sz="0" w:space="0" w:color="auto"/>
        <w:bottom w:val="none" w:sz="0" w:space="0" w:color="auto"/>
        <w:right w:val="none" w:sz="0" w:space="0" w:color="auto"/>
      </w:divBdr>
    </w:div>
    <w:div w:id="850140888">
      <w:bodyDiv w:val="1"/>
      <w:marLeft w:val="0"/>
      <w:marRight w:val="0"/>
      <w:marTop w:val="0"/>
      <w:marBottom w:val="0"/>
      <w:divBdr>
        <w:top w:val="none" w:sz="0" w:space="0" w:color="auto"/>
        <w:left w:val="none" w:sz="0" w:space="0" w:color="auto"/>
        <w:bottom w:val="none" w:sz="0" w:space="0" w:color="auto"/>
        <w:right w:val="none" w:sz="0" w:space="0" w:color="auto"/>
      </w:divBdr>
    </w:div>
    <w:div w:id="850727409">
      <w:bodyDiv w:val="1"/>
      <w:marLeft w:val="0"/>
      <w:marRight w:val="0"/>
      <w:marTop w:val="0"/>
      <w:marBottom w:val="0"/>
      <w:divBdr>
        <w:top w:val="none" w:sz="0" w:space="0" w:color="auto"/>
        <w:left w:val="none" w:sz="0" w:space="0" w:color="auto"/>
        <w:bottom w:val="none" w:sz="0" w:space="0" w:color="auto"/>
        <w:right w:val="none" w:sz="0" w:space="0" w:color="auto"/>
      </w:divBdr>
    </w:div>
    <w:div w:id="851451894">
      <w:bodyDiv w:val="1"/>
      <w:marLeft w:val="0"/>
      <w:marRight w:val="0"/>
      <w:marTop w:val="0"/>
      <w:marBottom w:val="0"/>
      <w:divBdr>
        <w:top w:val="none" w:sz="0" w:space="0" w:color="auto"/>
        <w:left w:val="none" w:sz="0" w:space="0" w:color="auto"/>
        <w:bottom w:val="none" w:sz="0" w:space="0" w:color="auto"/>
        <w:right w:val="none" w:sz="0" w:space="0" w:color="auto"/>
      </w:divBdr>
    </w:div>
    <w:div w:id="854155830">
      <w:bodyDiv w:val="1"/>
      <w:marLeft w:val="0"/>
      <w:marRight w:val="0"/>
      <w:marTop w:val="0"/>
      <w:marBottom w:val="0"/>
      <w:divBdr>
        <w:top w:val="none" w:sz="0" w:space="0" w:color="auto"/>
        <w:left w:val="none" w:sz="0" w:space="0" w:color="auto"/>
        <w:bottom w:val="none" w:sz="0" w:space="0" w:color="auto"/>
        <w:right w:val="none" w:sz="0" w:space="0" w:color="auto"/>
      </w:divBdr>
    </w:div>
    <w:div w:id="856388604">
      <w:bodyDiv w:val="1"/>
      <w:marLeft w:val="0"/>
      <w:marRight w:val="0"/>
      <w:marTop w:val="0"/>
      <w:marBottom w:val="0"/>
      <w:divBdr>
        <w:top w:val="none" w:sz="0" w:space="0" w:color="auto"/>
        <w:left w:val="none" w:sz="0" w:space="0" w:color="auto"/>
        <w:bottom w:val="none" w:sz="0" w:space="0" w:color="auto"/>
        <w:right w:val="none" w:sz="0" w:space="0" w:color="auto"/>
      </w:divBdr>
    </w:div>
    <w:div w:id="856507332">
      <w:bodyDiv w:val="1"/>
      <w:marLeft w:val="0"/>
      <w:marRight w:val="0"/>
      <w:marTop w:val="0"/>
      <w:marBottom w:val="0"/>
      <w:divBdr>
        <w:top w:val="none" w:sz="0" w:space="0" w:color="auto"/>
        <w:left w:val="none" w:sz="0" w:space="0" w:color="auto"/>
        <w:bottom w:val="none" w:sz="0" w:space="0" w:color="auto"/>
        <w:right w:val="none" w:sz="0" w:space="0" w:color="auto"/>
      </w:divBdr>
    </w:div>
    <w:div w:id="857080301">
      <w:bodyDiv w:val="1"/>
      <w:marLeft w:val="0"/>
      <w:marRight w:val="0"/>
      <w:marTop w:val="0"/>
      <w:marBottom w:val="0"/>
      <w:divBdr>
        <w:top w:val="none" w:sz="0" w:space="0" w:color="auto"/>
        <w:left w:val="none" w:sz="0" w:space="0" w:color="auto"/>
        <w:bottom w:val="none" w:sz="0" w:space="0" w:color="auto"/>
        <w:right w:val="none" w:sz="0" w:space="0" w:color="auto"/>
      </w:divBdr>
    </w:div>
    <w:div w:id="859708428">
      <w:bodyDiv w:val="1"/>
      <w:marLeft w:val="0"/>
      <w:marRight w:val="0"/>
      <w:marTop w:val="0"/>
      <w:marBottom w:val="0"/>
      <w:divBdr>
        <w:top w:val="none" w:sz="0" w:space="0" w:color="auto"/>
        <w:left w:val="none" w:sz="0" w:space="0" w:color="auto"/>
        <w:bottom w:val="none" w:sz="0" w:space="0" w:color="auto"/>
        <w:right w:val="none" w:sz="0" w:space="0" w:color="auto"/>
      </w:divBdr>
    </w:div>
    <w:div w:id="862016661">
      <w:bodyDiv w:val="1"/>
      <w:marLeft w:val="0"/>
      <w:marRight w:val="0"/>
      <w:marTop w:val="0"/>
      <w:marBottom w:val="0"/>
      <w:divBdr>
        <w:top w:val="none" w:sz="0" w:space="0" w:color="auto"/>
        <w:left w:val="none" w:sz="0" w:space="0" w:color="auto"/>
        <w:bottom w:val="none" w:sz="0" w:space="0" w:color="auto"/>
        <w:right w:val="none" w:sz="0" w:space="0" w:color="auto"/>
      </w:divBdr>
    </w:div>
    <w:div w:id="864053397">
      <w:bodyDiv w:val="1"/>
      <w:marLeft w:val="0"/>
      <w:marRight w:val="0"/>
      <w:marTop w:val="0"/>
      <w:marBottom w:val="0"/>
      <w:divBdr>
        <w:top w:val="none" w:sz="0" w:space="0" w:color="auto"/>
        <w:left w:val="none" w:sz="0" w:space="0" w:color="auto"/>
        <w:bottom w:val="none" w:sz="0" w:space="0" w:color="auto"/>
        <w:right w:val="none" w:sz="0" w:space="0" w:color="auto"/>
      </w:divBdr>
    </w:div>
    <w:div w:id="865600983">
      <w:bodyDiv w:val="1"/>
      <w:marLeft w:val="0"/>
      <w:marRight w:val="0"/>
      <w:marTop w:val="0"/>
      <w:marBottom w:val="0"/>
      <w:divBdr>
        <w:top w:val="none" w:sz="0" w:space="0" w:color="auto"/>
        <w:left w:val="none" w:sz="0" w:space="0" w:color="auto"/>
        <w:bottom w:val="none" w:sz="0" w:space="0" w:color="auto"/>
        <w:right w:val="none" w:sz="0" w:space="0" w:color="auto"/>
      </w:divBdr>
    </w:div>
    <w:div w:id="866409916">
      <w:bodyDiv w:val="1"/>
      <w:marLeft w:val="0"/>
      <w:marRight w:val="0"/>
      <w:marTop w:val="0"/>
      <w:marBottom w:val="0"/>
      <w:divBdr>
        <w:top w:val="none" w:sz="0" w:space="0" w:color="auto"/>
        <w:left w:val="none" w:sz="0" w:space="0" w:color="auto"/>
        <w:bottom w:val="none" w:sz="0" w:space="0" w:color="auto"/>
        <w:right w:val="none" w:sz="0" w:space="0" w:color="auto"/>
      </w:divBdr>
    </w:div>
    <w:div w:id="866606550">
      <w:bodyDiv w:val="1"/>
      <w:marLeft w:val="0"/>
      <w:marRight w:val="0"/>
      <w:marTop w:val="0"/>
      <w:marBottom w:val="0"/>
      <w:divBdr>
        <w:top w:val="none" w:sz="0" w:space="0" w:color="auto"/>
        <w:left w:val="none" w:sz="0" w:space="0" w:color="auto"/>
        <w:bottom w:val="none" w:sz="0" w:space="0" w:color="auto"/>
        <w:right w:val="none" w:sz="0" w:space="0" w:color="auto"/>
      </w:divBdr>
    </w:div>
    <w:div w:id="867912699">
      <w:bodyDiv w:val="1"/>
      <w:marLeft w:val="0"/>
      <w:marRight w:val="0"/>
      <w:marTop w:val="0"/>
      <w:marBottom w:val="0"/>
      <w:divBdr>
        <w:top w:val="none" w:sz="0" w:space="0" w:color="auto"/>
        <w:left w:val="none" w:sz="0" w:space="0" w:color="auto"/>
        <w:bottom w:val="none" w:sz="0" w:space="0" w:color="auto"/>
        <w:right w:val="none" w:sz="0" w:space="0" w:color="auto"/>
      </w:divBdr>
    </w:div>
    <w:div w:id="868372433">
      <w:bodyDiv w:val="1"/>
      <w:marLeft w:val="0"/>
      <w:marRight w:val="0"/>
      <w:marTop w:val="0"/>
      <w:marBottom w:val="0"/>
      <w:divBdr>
        <w:top w:val="none" w:sz="0" w:space="0" w:color="auto"/>
        <w:left w:val="none" w:sz="0" w:space="0" w:color="auto"/>
        <w:bottom w:val="none" w:sz="0" w:space="0" w:color="auto"/>
        <w:right w:val="none" w:sz="0" w:space="0" w:color="auto"/>
      </w:divBdr>
    </w:div>
    <w:div w:id="872428711">
      <w:bodyDiv w:val="1"/>
      <w:marLeft w:val="0"/>
      <w:marRight w:val="0"/>
      <w:marTop w:val="0"/>
      <w:marBottom w:val="0"/>
      <w:divBdr>
        <w:top w:val="none" w:sz="0" w:space="0" w:color="auto"/>
        <w:left w:val="none" w:sz="0" w:space="0" w:color="auto"/>
        <w:bottom w:val="none" w:sz="0" w:space="0" w:color="auto"/>
        <w:right w:val="none" w:sz="0" w:space="0" w:color="auto"/>
      </w:divBdr>
    </w:div>
    <w:div w:id="874123076">
      <w:bodyDiv w:val="1"/>
      <w:marLeft w:val="0"/>
      <w:marRight w:val="0"/>
      <w:marTop w:val="0"/>
      <w:marBottom w:val="0"/>
      <w:divBdr>
        <w:top w:val="none" w:sz="0" w:space="0" w:color="auto"/>
        <w:left w:val="none" w:sz="0" w:space="0" w:color="auto"/>
        <w:bottom w:val="none" w:sz="0" w:space="0" w:color="auto"/>
        <w:right w:val="none" w:sz="0" w:space="0" w:color="auto"/>
      </w:divBdr>
    </w:div>
    <w:div w:id="874730534">
      <w:bodyDiv w:val="1"/>
      <w:marLeft w:val="0"/>
      <w:marRight w:val="0"/>
      <w:marTop w:val="0"/>
      <w:marBottom w:val="0"/>
      <w:divBdr>
        <w:top w:val="none" w:sz="0" w:space="0" w:color="auto"/>
        <w:left w:val="none" w:sz="0" w:space="0" w:color="auto"/>
        <w:bottom w:val="none" w:sz="0" w:space="0" w:color="auto"/>
        <w:right w:val="none" w:sz="0" w:space="0" w:color="auto"/>
      </w:divBdr>
    </w:div>
    <w:div w:id="877624856">
      <w:bodyDiv w:val="1"/>
      <w:marLeft w:val="0"/>
      <w:marRight w:val="0"/>
      <w:marTop w:val="0"/>
      <w:marBottom w:val="0"/>
      <w:divBdr>
        <w:top w:val="none" w:sz="0" w:space="0" w:color="auto"/>
        <w:left w:val="none" w:sz="0" w:space="0" w:color="auto"/>
        <w:bottom w:val="none" w:sz="0" w:space="0" w:color="auto"/>
        <w:right w:val="none" w:sz="0" w:space="0" w:color="auto"/>
      </w:divBdr>
    </w:div>
    <w:div w:id="879826952">
      <w:bodyDiv w:val="1"/>
      <w:marLeft w:val="0"/>
      <w:marRight w:val="0"/>
      <w:marTop w:val="0"/>
      <w:marBottom w:val="0"/>
      <w:divBdr>
        <w:top w:val="none" w:sz="0" w:space="0" w:color="auto"/>
        <w:left w:val="none" w:sz="0" w:space="0" w:color="auto"/>
        <w:bottom w:val="none" w:sz="0" w:space="0" w:color="auto"/>
        <w:right w:val="none" w:sz="0" w:space="0" w:color="auto"/>
      </w:divBdr>
    </w:div>
    <w:div w:id="880046551">
      <w:bodyDiv w:val="1"/>
      <w:marLeft w:val="0"/>
      <w:marRight w:val="0"/>
      <w:marTop w:val="0"/>
      <w:marBottom w:val="0"/>
      <w:divBdr>
        <w:top w:val="none" w:sz="0" w:space="0" w:color="auto"/>
        <w:left w:val="none" w:sz="0" w:space="0" w:color="auto"/>
        <w:bottom w:val="none" w:sz="0" w:space="0" w:color="auto"/>
        <w:right w:val="none" w:sz="0" w:space="0" w:color="auto"/>
      </w:divBdr>
    </w:div>
    <w:div w:id="881214403">
      <w:bodyDiv w:val="1"/>
      <w:marLeft w:val="0"/>
      <w:marRight w:val="0"/>
      <w:marTop w:val="0"/>
      <w:marBottom w:val="0"/>
      <w:divBdr>
        <w:top w:val="none" w:sz="0" w:space="0" w:color="auto"/>
        <w:left w:val="none" w:sz="0" w:space="0" w:color="auto"/>
        <w:bottom w:val="none" w:sz="0" w:space="0" w:color="auto"/>
        <w:right w:val="none" w:sz="0" w:space="0" w:color="auto"/>
      </w:divBdr>
    </w:div>
    <w:div w:id="881406126">
      <w:bodyDiv w:val="1"/>
      <w:marLeft w:val="0"/>
      <w:marRight w:val="0"/>
      <w:marTop w:val="0"/>
      <w:marBottom w:val="0"/>
      <w:divBdr>
        <w:top w:val="none" w:sz="0" w:space="0" w:color="auto"/>
        <w:left w:val="none" w:sz="0" w:space="0" w:color="auto"/>
        <w:bottom w:val="none" w:sz="0" w:space="0" w:color="auto"/>
        <w:right w:val="none" w:sz="0" w:space="0" w:color="auto"/>
      </w:divBdr>
    </w:div>
    <w:div w:id="881674795">
      <w:bodyDiv w:val="1"/>
      <w:marLeft w:val="0"/>
      <w:marRight w:val="0"/>
      <w:marTop w:val="0"/>
      <w:marBottom w:val="0"/>
      <w:divBdr>
        <w:top w:val="none" w:sz="0" w:space="0" w:color="auto"/>
        <w:left w:val="none" w:sz="0" w:space="0" w:color="auto"/>
        <w:bottom w:val="none" w:sz="0" w:space="0" w:color="auto"/>
        <w:right w:val="none" w:sz="0" w:space="0" w:color="auto"/>
      </w:divBdr>
    </w:div>
    <w:div w:id="881946277">
      <w:bodyDiv w:val="1"/>
      <w:marLeft w:val="0"/>
      <w:marRight w:val="0"/>
      <w:marTop w:val="0"/>
      <w:marBottom w:val="0"/>
      <w:divBdr>
        <w:top w:val="none" w:sz="0" w:space="0" w:color="auto"/>
        <w:left w:val="none" w:sz="0" w:space="0" w:color="auto"/>
        <w:bottom w:val="none" w:sz="0" w:space="0" w:color="auto"/>
        <w:right w:val="none" w:sz="0" w:space="0" w:color="auto"/>
      </w:divBdr>
    </w:div>
    <w:div w:id="884023176">
      <w:bodyDiv w:val="1"/>
      <w:marLeft w:val="0"/>
      <w:marRight w:val="0"/>
      <w:marTop w:val="0"/>
      <w:marBottom w:val="0"/>
      <w:divBdr>
        <w:top w:val="none" w:sz="0" w:space="0" w:color="auto"/>
        <w:left w:val="none" w:sz="0" w:space="0" w:color="auto"/>
        <w:bottom w:val="none" w:sz="0" w:space="0" w:color="auto"/>
        <w:right w:val="none" w:sz="0" w:space="0" w:color="auto"/>
      </w:divBdr>
    </w:div>
    <w:div w:id="884488703">
      <w:bodyDiv w:val="1"/>
      <w:marLeft w:val="0"/>
      <w:marRight w:val="0"/>
      <w:marTop w:val="0"/>
      <w:marBottom w:val="0"/>
      <w:divBdr>
        <w:top w:val="none" w:sz="0" w:space="0" w:color="auto"/>
        <w:left w:val="none" w:sz="0" w:space="0" w:color="auto"/>
        <w:bottom w:val="none" w:sz="0" w:space="0" w:color="auto"/>
        <w:right w:val="none" w:sz="0" w:space="0" w:color="auto"/>
      </w:divBdr>
    </w:div>
    <w:div w:id="884830539">
      <w:bodyDiv w:val="1"/>
      <w:marLeft w:val="0"/>
      <w:marRight w:val="0"/>
      <w:marTop w:val="0"/>
      <w:marBottom w:val="0"/>
      <w:divBdr>
        <w:top w:val="none" w:sz="0" w:space="0" w:color="auto"/>
        <w:left w:val="none" w:sz="0" w:space="0" w:color="auto"/>
        <w:bottom w:val="none" w:sz="0" w:space="0" w:color="auto"/>
        <w:right w:val="none" w:sz="0" w:space="0" w:color="auto"/>
      </w:divBdr>
    </w:div>
    <w:div w:id="887184038">
      <w:bodyDiv w:val="1"/>
      <w:marLeft w:val="0"/>
      <w:marRight w:val="0"/>
      <w:marTop w:val="0"/>
      <w:marBottom w:val="0"/>
      <w:divBdr>
        <w:top w:val="none" w:sz="0" w:space="0" w:color="auto"/>
        <w:left w:val="none" w:sz="0" w:space="0" w:color="auto"/>
        <w:bottom w:val="none" w:sz="0" w:space="0" w:color="auto"/>
        <w:right w:val="none" w:sz="0" w:space="0" w:color="auto"/>
      </w:divBdr>
    </w:div>
    <w:div w:id="888415358">
      <w:bodyDiv w:val="1"/>
      <w:marLeft w:val="0"/>
      <w:marRight w:val="0"/>
      <w:marTop w:val="0"/>
      <w:marBottom w:val="0"/>
      <w:divBdr>
        <w:top w:val="none" w:sz="0" w:space="0" w:color="auto"/>
        <w:left w:val="none" w:sz="0" w:space="0" w:color="auto"/>
        <w:bottom w:val="none" w:sz="0" w:space="0" w:color="auto"/>
        <w:right w:val="none" w:sz="0" w:space="0" w:color="auto"/>
      </w:divBdr>
    </w:div>
    <w:div w:id="889656883">
      <w:bodyDiv w:val="1"/>
      <w:marLeft w:val="0"/>
      <w:marRight w:val="0"/>
      <w:marTop w:val="0"/>
      <w:marBottom w:val="0"/>
      <w:divBdr>
        <w:top w:val="none" w:sz="0" w:space="0" w:color="auto"/>
        <w:left w:val="none" w:sz="0" w:space="0" w:color="auto"/>
        <w:bottom w:val="none" w:sz="0" w:space="0" w:color="auto"/>
        <w:right w:val="none" w:sz="0" w:space="0" w:color="auto"/>
      </w:divBdr>
    </w:div>
    <w:div w:id="891186048">
      <w:bodyDiv w:val="1"/>
      <w:marLeft w:val="0"/>
      <w:marRight w:val="0"/>
      <w:marTop w:val="0"/>
      <w:marBottom w:val="0"/>
      <w:divBdr>
        <w:top w:val="none" w:sz="0" w:space="0" w:color="auto"/>
        <w:left w:val="none" w:sz="0" w:space="0" w:color="auto"/>
        <w:bottom w:val="none" w:sz="0" w:space="0" w:color="auto"/>
        <w:right w:val="none" w:sz="0" w:space="0" w:color="auto"/>
      </w:divBdr>
    </w:div>
    <w:div w:id="893810434">
      <w:bodyDiv w:val="1"/>
      <w:marLeft w:val="0"/>
      <w:marRight w:val="0"/>
      <w:marTop w:val="0"/>
      <w:marBottom w:val="0"/>
      <w:divBdr>
        <w:top w:val="none" w:sz="0" w:space="0" w:color="auto"/>
        <w:left w:val="none" w:sz="0" w:space="0" w:color="auto"/>
        <w:bottom w:val="none" w:sz="0" w:space="0" w:color="auto"/>
        <w:right w:val="none" w:sz="0" w:space="0" w:color="auto"/>
      </w:divBdr>
    </w:div>
    <w:div w:id="896283195">
      <w:bodyDiv w:val="1"/>
      <w:marLeft w:val="0"/>
      <w:marRight w:val="0"/>
      <w:marTop w:val="0"/>
      <w:marBottom w:val="0"/>
      <w:divBdr>
        <w:top w:val="none" w:sz="0" w:space="0" w:color="auto"/>
        <w:left w:val="none" w:sz="0" w:space="0" w:color="auto"/>
        <w:bottom w:val="none" w:sz="0" w:space="0" w:color="auto"/>
        <w:right w:val="none" w:sz="0" w:space="0" w:color="auto"/>
      </w:divBdr>
    </w:div>
    <w:div w:id="897978408">
      <w:bodyDiv w:val="1"/>
      <w:marLeft w:val="0"/>
      <w:marRight w:val="0"/>
      <w:marTop w:val="0"/>
      <w:marBottom w:val="0"/>
      <w:divBdr>
        <w:top w:val="none" w:sz="0" w:space="0" w:color="auto"/>
        <w:left w:val="none" w:sz="0" w:space="0" w:color="auto"/>
        <w:bottom w:val="none" w:sz="0" w:space="0" w:color="auto"/>
        <w:right w:val="none" w:sz="0" w:space="0" w:color="auto"/>
      </w:divBdr>
    </w:div>
    <w:div w:id="900679067">
      <w:bodyDiv w:val="1"/>
      <w:marLeft w:val="0"/>
      <w:marRight w:val="0"/>
      <w:marTop w:val="0"/>
      <w:marBottom w:val="0"/>
      <w:divBdr>
        <w:top w:val="none" w:sz="0" w:space="0" w:color="auto"/>
        <w:left w:val="none" w:sz="0" w:space="0" w:color="auto"/>
        <w:bottom w:val="none" w:sz="0" w:space="0" w:color="auto"/>
        <w:right w:val="none" w:sz="0" w:space="0" w:color="auto"/>
      </w:divBdr>
    </w:div>
    <w:div w:id="907304455">
      <w:bodyDiv w:val="1"/>
      <w:marLeft w:val="0"/>
      <w:marRight w:val="0"/>
      <w:marTop w:val="0"/>
      <w:marBottom w:val="0"/>
      <w:divBdr>
        <w:top w:val="none" w:sz="0" w:space="0" w:color="auto"/>
        <w:left w:val="none" w:sz="0" w:space="0" w:color="auto"/>
        <w:bottom w:val="none" w:sz="0" w:space="0" w:color="auto"/>
        <w:right w:val="none" w:sz="0" w:space="0" w:color="auto"/>
      </w:divBdr>
    </w:div>
    <w:div w:id="907492734">
      <w:bodyDiv w:val="1"/>
      <w:marLeft w:val="0"/>
      <w:marRight w:val="0"/>
      <w:marTop w:val="0"/>
      <w:marBottom w:val="0"/>
      <w:divBdr>
        <w:top w:val="none" w:sz="0" w:space="0" w:color="auto"/>
        <w:left w:val="none" w:sz="0" w:space="0" w:color="auto"/>
        <w:bottom w:val="none" w:sz="0" w:space="0" w:color="auto"/>
        <w:right w:val="none" w:sz="0" w:space="0" w:color="auto"/>
      </w:divBdr>
    </w:div>
    <w:div w:id="909535101">
      <w:bodyDiv w:val="1"/>
      <w:marLeft w:val="0"/>
      <w:marRight w:val="0"/>
      <w:marTop w:val="0"/>
      <w:marBottom w:val="0"/>
      <w:divBdr>
        <w:top w:val="none" w:sz="0" w:space="0" w:color="auto"/>
        <w:left w:val="none" w:sz="0" w:space="0" w:color="auto"/>
        <w:bottom w:val="none" w:sz="0" w:space="0" w:color="auto"/>
        <w:right w:val="none" w:sz="0" w:space="0" w:color="auto"/>
      </w:divBdr>
    </w:div>
    <w:div w:id="909850214">
      <w:bodyDiv w:val="1"/>
      <w:marLeft w:val="0"/>
      <w:marRight w:val="0"/>
      <w:marTop w:val="0"/>
      <w:marBottom w:val="0"/>
      <w:divBdr>
        <w:top w:val="none" w:sz="0" w:space="0" w:color="auto"/>
        <w:left w:val="none" w:sz="0" w:space="0" w:color="auto"/>
        <w:bottom w:val="none" w:sz="0" w:space="0" w:color="auto"/>
        <w:right w:val="none" w:sz="0" w:space="0" w:color="auto"/>
      </w:divBdr>
    </w:div>
    <w:div w:id="911357115">
      <w:bodyDiv w:val="1"/>
      <w:marLeft w:val="0"/>
      <w:marRight w:val="0"/>
      <w:marTop w:val="0"/>
      <w:marBottom w:val="0"/>
      <w:divBdr>
        <w:top w:val="none" w:sz="0" w:space="0" w:color="auto"/>
        <w:left w:val="none" w:sz="0" w:space="0" w:color="auto"/>
        <w:bottom w:val="none" w:sz="0" w:space="0" w:color="auto"/>
        <w:right w:val="none" w:sz="0" w:space="0" w:color="auto"/>
      </w:divBdr>
    </w:div>
    <w:div w:id="912858841">
      <w:bodyDiv w:val="1"/>
      <w:marLeft w:val="0"/>
      <w:marRight w:val="0"/>
      <w:marTop w:val="0"/>
      <w:marBottom w:val="0"/>
      <w:divBdr>
        <w:top w:val="none" w:sz="0" w:space="0" w:color="auto"/>
        <w:left w:val="none" w:sz="0" w:space="0" w:color="auto"/>
        <w:bottom w:val="none" w:sz="0" w:space="0" w:color="auto"/>
        <w:right w:val="none" w:sz="0" w:space="0" w:color="auto"/>
      </w:divBdr>
    </w:div>
    <w:div w:id="912929632">
      <w:bodyDiv w:val="1"/>
      <w:marLeft w:val="0"/>
      <w:marRight w:val="0"/>
      <w:marTop w:val="0"/>
      <w:marBottom w:val="0"/>
      <w:divBdr>
        <w:top w:val="none" w:sz="0" w:space="0" w:color="auto"/>
        <w:left w:val="none" w:sz="0" w:space="0" w:color="auto"/>
        <w:bottom w:val="none" w:sz="0" w:space="0" w:color="auto"/>
        <w:right w:val="none" w:sz="0" w:space="0" w:color="auto"/>
      </w:divBdr>
    </w:div>
    <w:div w:id="913703761">
      <w:bodyDiv w:val="1"/>
      <w:marLeft w:val="0"/>
      <w:marRight w:val="0"/>
      <w:marTop w:val="0"/>
      <w:marBottom w:val="0"/>
      <w:divBdr>
        <w:top w:val="none" w:sz="0" w:space="0" w:color="auto"/>
        <w:left w:val="none" w:sz="0" w:space="0" w:color="auto"/>
        <w:bottom w:val="none" w:sz="0" w:space="0" w:color="auto"/>
        <w:right w:val="none" w:sz="0" w:space="0" w:color="auto"/>
      </w:divBdr>
    </w:div>
    <w:div w:id="914512745">
      <w:bodyDiv w:val="1"/>
      <w:marLeft w:val="0"/>
      <w:marRight w:val="0"/>
      <w:marTop w:val="0"/>
      <w:marBottom w:val="0"/>
      <w:divBdr>
        <w:top w:val="none" w:sz="0" w:space="0" w:color="auto"/>
        <w:left w:val="none" w:sz="0" w:space="0" w:color="auto"/>
        <w:bottom w:val="none" w:sz="0" w:space="0" w:color="auto"/>
        <w:right w:val="none" w:sz="0" w:space="0" w:color="auto"/>
      </w:divBdr>
    </w:div>
    <w:div w:id="916936544">
      <w:bodyDiv w:val="1"/>
      <w:marLeft w:val="0"/>
      <w:marRight w:val="0"/>
      <w:marTop w:val="0"/>
      <w:marBottom w:val="0"/>
      <w:divBdr>
        <w:top w:val="none" w:sz="0" w:space="0" w:color="auto"/>
        <w:left w:val="none" w:sz="0" w:space="0" w:color="auto"/>
        <w:bottom w:val="none" w:sz="0" w:space="0" w:color="auto"/>
        <w:right w:val="none" w:sz="0" w:space="0" w:color="auto"/>
      </w:divBdr>
    </w:div>
    <w:div w:id="917060373">
      <w:bodyDiv w:val="1"/>
      <w:marLeft w:val="0"/>
      <w:marRight w:val="0"/>
      <w:marTop w:val="0"/>
      <w:marBottom w:val="0"/>
      <w:divBdr>
        <w:top w:val="none" w:sz="0" w:space="0" w:color="auto"/>
        <w:left w:val="none" w:sz="0" w:space="0" w:color="auto"/>
        <w:bottom w:val="none" w:sz="0" w:space="0" w:color="auto"/>
        <w:right w:val="none" w:sz="0" w:space="0" w:color="auto"/>
      </w:divBdr>
    </w:div>
    <w:div w:id="917441561">
      <w:bodyDiv w:val="1"/>
      <w:marLeft w:val="0"/>
      <w:marRight w:val="0"/>
      <w:marTop w:val="0"/>
      <w:marBottom w:val="0"/>
      <w:divBdr>
        <w:top w:val="none" w:sz="0" w:space="0" w:color="auto"/>
        <w:left w:val="none" w:sz="0" w:space="0" w:color="auto"/>
        <w:bottom w:val="none" w:sz="0" w:space="0" w:color="auto"/>
        <w:right w:val="none" w:sz="0" w:space="0" w:color="auto"/>
      </w:divBdr>
    </w:div>
    <w:div w:id="920069929">
      <w:bodyDiv w:val="1"/>
      <w:marLeft w:val="0"/>
      <w:marRight w:val="0"/>
      <w:marTop w:val="0"/>
      <w:marBottom w:val="0"/>
      <w:divBdr>
        <w:top w:val="none" w:sz="0" w:space="0" w:color="auto"/>
        <w:left w:val="none" w:sz="0" w:space="0" w:color="auto"/>
        <w:bottom w:val="none" w:sz="0" w:space="0" w:color="auto"/>
        <w:right w:val="none" w:sz="0" w:space="0" w:color="auto"/>
      </w:divBdr>
    </w:div>
    <w:div w:id="920866408">
      <w:bodyDiv w:val="1"/>
      <w:marLeft w:val="0"/>
      <w:marRight w:val="0"/>
      <w:marTop w:val="0"/>
      <w:marBottom w:val="0"/>
      <w:divBdr>
        <w:top w:val="none" w:sz="0" w:space="0" w:color="auto"/>
        <w:left w:val="none" w:sz="0" w:space="0" w:color="auto"/>
        <w:bottom w:val="none" w:sz="0" w:space="0" w:color="auto"/>
        <w:right w:val="none" w:sz="0" w:space="0" w:color="auto"/>
      </w:divBdr>
    </w:div>
    <w:div w:id="921455360">
      <w:bodyDiv w:val="1"/>
      <w:marLeft w:val="0"/>
      <w:marRight w:val="0"/>
      <w:marTop w:val="0"/>
      <w:marBottom w:val="0"/>
      <w:divBdr>
        <w:top w:val="none" w:sz="0" w:space="0" w:color="auto"/>
        <w:left w:val="none" w:sz="0" w:space="0" w:color="auto"/>
        <w:bottom w:val="none" w:sz="0" w:space="0" w:color="auto"/>
        <w:right w:val="none" w:sz="0" w:space="0" w:color="auto"/>
      </w:divBdr>
    </w:div>
    <w:div w:id="922566037">
      <w:bodyDiv w:val="1"/>
      <w:marLeft w:val="0"/>
      <w:marRight w:val="0"/>
      <w:marTop w:val="0"/>
      <w:marBottom w:val="0"/>
      <w:divBdr>
        <w:top w:val="none" w:sz="0" w:space="0" w:color="auto"/>
        <w:left w:val="none" w:sz="0" w:space="0" w:color="auto"/>
        <w:bottom w:val="none" w:sz="0" w:space="0" w:color="auto"/>
        <w:right w:val="none" w:sz="0" w:space="0" w:color="auto"/>
      </w:divBdr>
    </w:div>
    <w:div w:id="923690433">
      <w:bodyDiv w:val="1"/>
      <w:marLeft w:val="0"/>
      <w:marRight w:val="0"/>
      <w:marTop w:val="0"/>
      <w:marBottom w:val="0"/>
      <w:divBdr>
        <w:top w:val="none" w:sz="0" w:space="0" w:color="auto"/>
        <w:left w:val="none" w:sz="0" w:space="0" w:color="auto"/>
        <w:bottom w:val="none" w:sz="0" w:space="0" w:color="auto"/>
        <w:right w:val="none" w:sz="0" w:space="0" w:color="auto"/>
      </w:divBdr>
    </w:div>
    <w:div w:id="924342988">
      <w:bodyDiv w:val="1"/>
      <w:marLeft w:val="0"/>
      <w:marRight w:val="0"/>
      <w:marTop w:val="0"/>
      <w:marBottom w:val="0"/>
      <w:divBdr>
        <w:top w:val="none" w:sz="0" w:space="0" w:color="auto"/>
        <w:left w:val="none" w:sz="0" w:space="0" w:color="auto"/>
        <w:bottom w:val="none" w:sz="0" w:space="0" w:color="auto"/>
        <w:right w:val="none" w:sz="0" w:space="0" w:color="auto"/>
      </w:divBdr>
    </w:div>
    <w:div w:id="925652916">
      <w:bodyDiv w:val="1"/>
      <w:marLeft w:val="0"/>
      <w:marRight w:val="0"/>
      <w:marTop w:val="0"/>
      <w:marBottom w:val="0"/>
      <w:divBdr>
        <w:top w:val="none" w:sz="0" w:space="0" w:color="auto"/>
        <w:left w:val="none" w:sz="0" w:space="0" w:color="auto"/>
        <w:bottom w:val="none" w:sz="0" w:space="0" w:color="auto"/>
        <w:right w:val="none" w:sz="0" w:space="0" w:color="auto"/>
      </w:divBdr>
    </w:div>
    <w:div w:id="927152803">
      <w:bodyDiv w:val="1"/>
      <w:marLeft w:val="0"/>
      <w:marRight w:val="0"/>
      <w:marTop w:val="0"/>
      <w:marBottom w:val="0"/>
      <w:divBdr>
        <w:top w:val="none" w:sz="0" w:space="0" w:color="auto"/>
        <w:left w:val="none" w:sz="0" w:space="0" w:color="auto"/>
        <w:bottom w:val="none" w:sz="0" w:space="0" w:color="auto"/>
        <w:right w:val="none" w:sz="0" w:space="0" w:color="auto"/>
      </w:divBdr>
    </w:div>
    <w:div w:id="929700850">
      <w:bodyDiv w:val="1"/>
      <w:marLeft w:val="0"/>
      <w:marRight w:val="0"/>
      <w:marTop w:val="0"/>
      <w:marBottom w:val="0"/>
      <w:divBdr>
        <w:top w:val="none" w:sz="0" w:space="0" w:color="auto"/>
        <w:left w:val="none" w:sz="0" w:space="0" w:color="auto"/>
        <w:bottom w:val="none" w:sz="0" w:space="0" w:color="auto"/>
        <w:right w:val="none" w:sz="0" w:space="0" w:color="auto"/>
      </w:divBdr>
    </w:div>
    <w:div w:id="929966092">
      <w:bodyDiv w:val="1"/>
      <w:marLeft w:val="0"/>
      <w:marRight w:val="0"/>
      <w:marTop w:val="0"/>
      <w:marBottom w:val="0"/>
      <w:divBdr>
        <w:top w:val="none" w:sz="0" w:space="0" w:color="auto"/>
        <w:left w:val="none" w:sz="0" w:space="0" w:color="auto"/>
        <w:bottom w:val="none" w:sz="0" w:space="0" w:color="auto"/>
        <w:right w:val="none" w:sz="0" w:space="0" w:color="auto"/>
      </w:divBdr>
    </w:div>
    <w:div w:id="930578314">
      <w:bodyDiv w:val="1"/>
      <w:marLeft w:val="0"/>
      <w:marRight w:val="0"/>
      <w:marTop w:val="0"/>
      <w:marBottom w:val="0"/>
      <w:divBdr>
        <w:top w:val="none" w:sz="0" w:space="0" w:color="auto"/>
        <w:left w:val="none" w:sz="0" w:space="0" w:color="auto"/>
        <w:bottom w:val="none" w:sz="0" w:space="0" w:color="auto"/>
        <w:right w:val="none" w:sz="0" w:space="0" w:color="auto"/>
      </w:divBdr>
    </w:div>
    <w:div w:id="930814731">
      <w:bodyDiv w:val="1"/>
      <w:marLeft w:val="0"/>
      <w:marRight w:val="0"/>
      <w:marTop w:val="0"/>
      <w:marBottom w:val="0"/>
      <w:divBdr>
        <w:top w:val="none" w:sz="0" w:space="0" w:color="auto"/>
        <w:left w:val="none" w:sz="0" w:space="0" w:color="auto"/>
        <w:bottom w:val="none" w:sz="0" w:space="0" w:color="auto"/>
        <w:right w:val="none" w:sz="0" w:space="0" w:color="auto"/>
      </w:divBdr>
    </w:div>
    <w:div w:id="933320918">
      <w:bodyDiv w:val="1"/>
      <w:marLeft w:val="0"/>
      <w:marRight w:val="0"/>
      <w:marTop w:val="0"/>
      <w:marBottom w:val="0"/>
      <w:divBdr>
        <w:top w:val="none" w:sz="0" w:space="0" w:color="auto"/>
        <w:left w:val="none" w:sz="0" w:space="0" w:color="auto"/>
        <w:bottom w:val="none" w:sz="0" w:space="0" w:color="auto"/>
        <w:right w:val="none" w:sz="0" w:space="0" w:color="auto"/>
      </w:divBdr>
    </w:div>
    <w:div w:id="938029894">
      <w:bodyDiv w:val="1"/>
      <w:marLeft w:val="0"/>
      <w:marRight w:val="0"/>
      <w:marTop w:val="0"/>
      <w:marBottom w:val="0"/>
      <w:divBdr>
        <w:top w:val="none" w:sz="0" w:space="0" w:color="auto"/>
        <w:left w:val="none" w:sz="0" w:space="0" w:color="auto"/>
        <w:bottom w:val="none" w:sz="0" w:space="0" w:color="auto"/>
        <w:right w:val="none" w:sz="0" w:space="0" w:color="auto"/>
      </w:divBdr>
    </w:div>
    <w:div w:id="940258880">
      <w:bodyDiv w:val="1"/>
      <w:marLeft w:val="0"/>
      <w:marRight w:val="0"/>
      <w:marTop w:val="0"/>
      <w:marBottom w:val="0"/>
      <w:divBdr>
        <w:top w:val="none" w:sz="0" w:space="0" w:color="auto"/>
        <w:left w:val="none" w:sz="0" w:space="0" w:color="auto"/>
        <w:bottom w:val="none" w:sz="0" w:space="0" w:color="auto"/>
        <w:right w:val="none" w:sz="0" w:space="0" w:color="auto"/>
      </w:divBdr>
    </w:div>
    <w:div w:id="942498408">
      <w:bodyDiv w:val="1"/>
      <w:marLeft w:val="0"/>
      <w:marRight w:val="0"/>
      <w:marTop w:val="0"/>
      <w:marBottom w:val="0"/>
      <w:divBdr>
        <w:top w:val="none" w:sz="0" w:space="0" w:color="auto"/>
        <w:left w:val="none" w:sz="0" w:space="0" w:color="auto"/>
        <w:bottom w:val="none" w:sz="0" w:space="0" w:color="auto"/>
        <w:right w:val="none" w:sz="0" w:space="0" w:color="auto"/>
      </w:divBdr>
    </w:div>
    <w:div w:id="942762192">
      <w:bodyDiv w:val="1"/>
      <w:marLeft w:val="0"/>
      <w:marRight w:val="0"/>
      <w:marTop w:val="0"/>
      <w:marBottom w:val="0"/>
      <w:divBdr>
        <w:top w:val="none" w:sz="0" w:space="0" w:color="auto"/>
        <w:left w:val="none" w:sz="0" w:space="0" w:color="auto"/>
        <w:bottom w:val="none" w:sz="0" w:space="0" w:color="auto"/>
        <w:right w:val="none" w:sz="0" w:space="0" w:color="auto"/>
      </w:divBdr>
    </w:div>
    <w:div w:id="945424535">
      <w:bodyDiv w:val="1"/>
      <w:marLeft w:val="0"/>
      <w:marRight w:val="0"/>
      <w:marTop w:val="0"/>
      <w:marBottom w:val="0"/>
      <w:divBdr>
        <w:top w:val="none" w:sz="0" w:space="0" w:color="auto"/>
        <w:left w:val="none" w:sz="0" w:space="0" w:color="auto"/>
        <w:bottom w:val="none" w:sz="0" w:space="0" w:color="auto"/>
        <w:right w:val="none" w:sz="0" w:space="0" w:color="auto"/>
      </w:divBdr>
    </w:div>
    <w:div w:id="947539635">
      <w:bodyDiv w:val="1"/>
      <w:marLeft w:val="0"/>
      <w:marRight w:val="0"/>
      <w:marTop w:val="0"/>
      <w:marBottom w:val="0"/>
      <w:divBdr>
        <w:top w:val="none" w:sz="0" w:space="0" w:color="auto"/>
        <w:left w:val="none" w:sz="0" w:space="0" w:color="auto"/>
        <w:bottom w:val="none" w:sz="0" w:space="0" w:color="auto"/>
        <w:right w:val="none" w:sz="0" w:space="0" w:color="auto"/>
      </w:divBdr>
    </w:div>
    <w:div w:id="948465781">
      <w:bodyDiv w:val="1"/>
      <w:marLeft w:val="0"/>
      <w:marRight w:val="0"/>
      <w:marTop w:val="0"/>
      <w:marBottom w:val="0"/>
      <w:divBdr>
        <w:top w:val="none" w:sz="0" w:space="0" w:color="auto"/>
        <w:left w:val="none" w:sz="0" w:space="0" w:color="auto"/>
        <w:bottom w:val="none" w:sz="0" w:space="0" w:color="auto"/>
        <w:right w:val="none" w:sz="0" w:space="0" w:color="auto"/>
      </w:divBdr>
    </w:div>
    <w:div w:id="948661508">
      <w:bodyDiv w:val="1"/>
      <w:marLeft w:val="0"/>
      <w:marRight w:val="0"/>
      <w:marTop w:val="0"/>
      <w:marBottom w:val="0"/>
      <w:divBdr>
        <w:top w:val="none" w:sz="0" w:space="0" w:color="auto"/>
        <w:left w:val="none" w:sz="0" w:space="0" w:color="auto"/>
        <w:bottom w:val="none" w:sz="0" w:space="0" w:color="auto"/>
        <w:right w:val="none" w:sz="0" w:space="0" w:color="auto"/>
      </w:divBdr>
    </w:div>
    <w:div w:id="948777889">
      <w:bodyDiv w:val="1"/>
      <w:marLeft w:val="0"/>
      <w:marRight w:val="0"/>
      <w:marTop w:val="0"/>
      <w:marBottom w:val="0"/>
      <w:divBdr>
        <w:top w:val="none" w:sz="0" w:space="0" w:color="auto"/>
        <w:left w:val="none" w:sz="0" w:space="0" w:color="auto"/>
        <w:bottom w:val="none" w:sz="0" w:space="0" w:color="auto"/>
        <w:right w:val="none" w:sz="0" w:space="0" w:color="auto"/>
      </w:divBdr>
    </w:div>
    <w:div w:id="949433700">
      <w:bodyDiv w:val="1"/>
      <w:marLeft w:val="0"/>
      <w:marRight w:val="0"/>
      <w:marTop w:val="0"/>
      <w:marBottom w:val="0"/>
      <w:divBdr>
        <w:top w:val="none" w:sz="0" w:space="0" w:color="auto"/>
        <w:left w:val="none" w:sz="0" w:space="0" w:color="auto"/>
        <w:bottom w:val="none" w:sz="0" w:space="0" w:color="auto"/>
        <w:right w:val="none" w:sz="0" w:space="0" w:color="auto"/>
      </w:divBdr>
    </w:div>
    <w:div w:id="950092777">
      <w:bodyDiv w:val="1"/>
      <w:marLeft w:val="0"/>
      <w:marRight w:val="0"/>
      <w:marTop w:val="0"/>
      <w:marBottom w:val="0"/>
      <w:divBdr>
        <w:top w:val="none" w:sz="0" w:space="0" w:color="auto"/>
        <w:left w:val="none" w:sz="0" w:space="0" w:color="auto"/>
        <w:bottom w:val="none" w:sz="0" w:space="0" w:color="auto"/>
        <w:right w:val="none" w:sz="0" w:space="0" w:color="auto"/>
      </w:divBdr>
    </w:div>
    <w:div w:id="953174207">
      <w:bodyDiv w:val="1"/>
      <w:marLeft w:val="0"/>
      <w:marRight w:val="0"/>
      <w:marTop w:val="0"/>
      <w:marBottom w:val="0"/>
      <w:divBdr>
        <w:top w:val="none" w:sz="0" w:space="0" w:color="auto"/>
        <w:left w:val="none" w:sz="0" w:space="0" w:color="auto"/>
        <w:bottom w:val="none" w:sz="0" w:space="0" w:color="auto"/>
        <w:right w:val="none" w:sz="0" w:space="0" w:color="auto"/>
      </w:divBdr>
    </w:div>
    <w:div w:id="954167188">
      <w:bodyDiv w:val="1"/>
      <w:marLeft w:val="0"/>
      <w:marRight w:val="0"/>
      <w:marTop w:val="0"/>
      <w:marBottom w:val="0"/>
      <w:divBdr>
        <w:top w:val="none" w:sz="0" w:space="0" w:color="auto"/>
        <w:left w:val="none" w:sz="0" w:space="0" w:color="auto"/>
        <w:bottom w:val="none" w:sz="0" w:space="0" w:color="auto"/>
        <w:right w:val="none" w:sz="0" w:space="0" w:color="auto"/>
      </w:divBdr>
    </w:div>
    <w:div w:id="954602044">
      <w:bodyDiv w:val="1"/>
      <w:marLeft w:val="0"/>
      <w:marRight w:val="0"/>
      <w:marTop w:val="0"/>
      <w:marBottom w:val="0"/>
      <w:divBdr>
        <w:top w:val="none" w:sz="0" w:space="0" w:color="auto"/>
        <w:left w:val="none" w:sz="0" w:space="0" w:color="auto"/>
        <w:bottom w:val="none" w:sz="0" w:space="0" w:color="auto"/>
        <w:right w:val="none" w:sz="0" w:space="0" w:color="auto"/>
      </w:divBdr>
    </w:div>
    <w:div w:id="956448548">
      <w:bodyDiv w:val="1"/>
      <w:marLeft w:val="0"/>
      <w:marRight w:val="0"/>
      <w:marTop w:val="0"/>
      <w:marBottom w:val="0"/>
      <w:divBdr>
        <w:top w:val="none" w:sz="0" w:space="0" w:color="auto"/>
        <w:left w:val="none" w:sz="0" w:space="0" w:color="auto"/>
        <w:bottom w:val="none" w:sz="0" w:space="0" w:color="auto"/>
        <w:right w:val="none" w:sz="0" w:space="0" w:color="auto"/>
      </w:divBdr>
    </w:div>
    <w:div w:id="957682370">
      <w:bodyDiv w:val="1"/>
      <w:marLeft w:val="0"/>
      <w:marRight w:val="0"/>
      <w:marTop w:val="0"/>
      <w:marBottom w:val="0"/>
      <w:divBdr>
        <w:top w:val="none" w:sz="0" w:space="0" w:color="auto"/>
        <w:left w:val="none" w:sz="0" w:space="0" w:color="auto"/>
        <w:bottom w:val="none" w:sz="0" w:space="0" w:color="auto"/>
        <w:right w:val="none" w:sz="0" w:space="0" w:color="auto"/>
      </w:divBdr>
    </w:div>
    <w:div w:id="960695443">
      <w:bodyDiv w:val="1"/>
      <w:marLeft w:val="0"/>
      <w:marRight w:val="0"/>
      <w:marTop w:val="0"/>
      <w:marBottom w:val="0"/>
      <w:divBdr>
        <w:top w:val="none" w:sz="0" w:space="0" w:color="auto"/>
        <w:left w:val="none" w:sz="0" w:space="0" w:color="auto"/>
        <w:bottom w:val="none" w:sz="0" w:space="0" w:color="auto"/>
        <w:right w:val="none" w:sz="0" w:space="0" w:color="auto"/>
      </w:divBdr>
    </w:div>
    <w:div w:id="961812334">
      <w:bodyDiv w:val="1"/>
      <w:marLeft w:val="0"/>
      <w:marRight w:val="0"/>
      <w:marTop w:val="0"/>
      <w:marBottom w:val="0"/>
      <w:divBdr>
        <w:top w:val="none" w:sz="0" w:space="0" w:color="auto"/>
        <w:left w:val="none" w:sz="0" w:space="0" w:color="auto"/>
        <w:bottom w:val="none" w:sz="0" w:space="0" w:color="auto"/>
        <w:right w:val="none" w:sz="0" w:space="0" w:color="auto"/>
      </w:divBdr>
    </w:div>
    <w:div w:id="965698946">
      <w:bodyDiv w:val="1"/>
      <w:marLeft w:val="0"/>
      <w:marRight w:val="0"/>
      <w:marTop w:val="0"/>
      <w:marBottom w:val="0"/>
      <w:divBdr>
        <w:top w:val="none" w:sz="0" w:space="0" w:color="auto"/>
        <w:left w:val="none" w:sz="0" w:space="0" w:color="auto"/>
        <w:bottom w:val="none" w:sz="0" w:space="0" w:color="auto"/>
        <w:right w:val="none" w:sz="0" w:space="0" w:color="auto"/>
      </w:divBdr>
    </w:div>
    <w:div w:id="965892067">
      <w:bodyDiv w:val="1"/>
      <w:marLeft w:val="0"/>
      <w:marRight w:val="0"/>
      <w:marTop w:val="0"/>
      <w:marBottom w:val="0"/>
      <w:divBdr>
        <w:top w:val="none" w:sz="0" w:space="0" w:color="auto"/>
        <w:left w:val="none" w:sz="0" w:space="0" w:color="auto"/>
        <w:bottom w:val="none" w:sz="0" w:space="0" w:color="auto"/>
        <w:right w:val="none" w:sz="0" w:space="0" w:color="auto"/>
      </w:divBdr>
    </w:div>
    <w:div w:id="969362115">
      <w:bodyDiv w:val="1"/>
      <w:marLeft w:val="0"/>
      <w:marRight w:val="0"/>
      <w:marTop w:val="0"/>
      <w:marBottom w:val="0"/>
      <w:divBdr>
        <w:top w:val="none" w:sz="0" w:space="0" w:color="auto"/>
        <w:left w:val="none" w:sz="0" w:space="0" w:color="auto"/>
        <w:bottom w:val="none" w:sz="0" w:space="0" w:color="auto"/>
        <w:right w:val="none" w:sz="0" w:space="0" w:color="auto"/>
      </w:divBdr>
    </w:div>
    <w:div w:id="970280176">
      <w:bodyDiv w:val="1"/>
      <w:marLeft w:val="0"/>
      <w:marRight w:val="0"/>
      <w:marTop w:val="0"/>
      <w:marBottom w:val="0"/>
      <w:divBdr>
        <w:top w:val="none" w:sz="0" w:space="0" w:color="auto"/>
        <w:left w:val="none" w:sz="0" w:space="0" w:color="auto"/>
        <w:bottom w:val="none" w:sz="0" w:space="0" w:color="auto"/>
        <w:right w:val="none" w:sz="0" w:space="0" w:color="auto"/>
      </w:divBdr>
    </w:div>
    <w:div w:id="970283281">
      <w:bodyDiv w:val="1"/>
      <w:marLeft w:val="0"/>
      <w:marRight w:val="0"/>
      <w:marTop w:val="0"/>
      <w:marBottom w:val="0"/>
      <w:divBdr>
        <w:top w:val="none" w:sz="0" w:space="0" w:color="auto"/>
        <w:left w:val="none" w:sz="0" w:space="0" w:color="auto"/>
        <w:bottom w:val="none" w:sz="0" w:space="0" w:color="auto"/>
        <w:right w:val="none" w:sz="0" w:space="0" w:color="auto"/>
      </w:divBdr>
    </w:div>
    <w:div w:id="970399152">
      <w:bodyDiv w:val="1"/>
      <w:marLeft w:val="0"/>
      <w:marRight w:val="0"/>
      <w:marTop w:val="0"/>
      <w:marBottom w:val="0"/>
      <w:divBdr>
        <w:top w:val="none" w:sz="0" w:space="0" w:color="auto"/>
        <w:left w:val="none" w:sz="0" w:space="0" w:color="auto"/>
        <w:bottom w:val="none" w:sz="0" w:space="0" w:color="auto"/>
        <w:right w:val="none" w:sz="0" w:space="0" w:color="auto"/>
      </w:divBdr>
    </w:div>
    <w:div w:id="972711765">
      <w:bodyDiv w:val="1"/>
      <w:marLeft w:val="0"/>
      <w:marRight w:val="0"/>
      <w:marTop w:val="0"/>
      <w:marBottom w:val="0"/>
      <w:divBdr>
        <w:top w:val="none" w:sz="0" w:space="0" w:color="auto"/>
        <w:left w:val="none" w:sz="0" w:space="0" w:color="auto"/>
        <w:bottom w:val="none" w:sz="0" w:space="0" w:color="auto"/>
        <w:right w:val="none" w:sz="0" w:space="0" w:color="auto"/>
      </w:divBdr>
    </w:div>
    <w:div w:id="974145789">
      <w:bodyDiv w:val="1"/>
      <w:marLeft w:val="0"/>
      <w:marRight w:val="0"/>
      <w:marTop w:val="0"/>
      <w:marBottom w:val="0"/>
      <w:divBdr>
        <w:top w:val="none" w:sz="0" w:space="0" w:color="auto"/>
        <w:left w:val="none" w:sz="0" w:space="0" w:color="auto"/>
        <w:bottom w:val="none" w:sz="0" w:space="0" w:color="auto"/>
        <w:right w:val="none" w:sz="0" w:space="0" w:color="auto"/>
      </w:divBdr>
    </w:div>
    <w:div w:id="974290138">
      <w:bodyDiv w:val="1"/>
      <w:marLeft w:val="0"/>
      <w:marRight w:val="0"/>
      <w:marTop w:val="0"/>
      <w:marBottom w:val="0"/>
      <w:divBdr>
        <w:top w:val="none" w:sz="0" w:space="0" w:color="auto"/>
        <w:left w:val="none" w:sz="0" w:space="0" w:color="auto"/>
        <w:bottom w:val="none" w:sz="0" w:space="0" w:color="auto"/>
        <w:right w:val="none" w:sz="0" w:space="0" w:color="auto"/>
      </w:divBdr>
    </w:div>
    <w:div w:id="977879646">
      <w:bodyDiv w:val="1"/>
      <w:marLeft w:val="0"/>
      <w:marRight w:val="0"/>
      <w:marTop w:val="0"/>
      <w:marBottom w:val="0"/>
      <w:divBdr>
        <w:top w:val="none" w:sz="0" w:space="0" w:color="auto"/>
        <w:left w:val="none" w:sz="0" w:space="0" w:color="auto"/>
        <w:bottom w:val="none" w:sz="0" w:space="0" w:color="auto"/>
        <w:right w:val="none" w:sz="0" w:space="0" w:color="auto"/>
      </w:divBdr>
    </w:div>
    <w:div w:id="978193774">
      <w:bodyDiv w:val="1"/>
      <w:marLeft w:val="0"/>
      <w:marRight w:val="0"/>
      <w:marTop w:val="0"/>
      <w:marBottom w:val="0"/>
      <w:divBdr>
        <w:top w:val="none" w:sz="0" w:space="0" w:color="auto"/>
        <w:left w:val="none" w:sz="0" w:space="0" w:color="auto"/>
        <w:bottom w:val="none" w:sz="0" w:space="0" w:color="auto"/>
        <w:right w:val="none" w:sz="0" w:space="0" w:color="auto"/>
      </w:divBdr>
    </w:div>
    <w:div w:id="978921103">
      <w:bodyDiv w:val="1"/>
      <w:marLeft w:val="0"/>
      <w:marRight w:val="0"/>
      <w:marTop w:val="0"/>
      <w:marBottom w:val="0"/>
      <w:divBdr>
        <w:top w:val="none" w:sz="0" w:space="0" w:color="auto"/>
        <w:left w:val="none" w:sz="0" w:space="0" w:color="auto"/>
        <w:bottom w:val="none" w:sz="0" w:space="0" w:color="auto"/>
        <w:right w:val="none" w:sz="0" w:space="0" w:color="auto"/>
      </w:divBdr>
    </w:div>
    <w:div w:id="982926887">
      <w:bodyDiv w:val="1"/>
      <w:marLeft w:val="0"/>
      <w:marRight w:val="0"/>
      <w:marTop w:val="0"/>
      <w:marBottom w:val="0"/>
      <w:divBdr>
        <w:top w:val="none" w:sz="0" w:space="0" w:color="auto"/>
        <w:left w:val="none" w:sz="0" w:space="0" w:color="auto"/>
        <w:bottom w:val="none" w:sz="0" w:space="0" w:color="auto"/>
        <w:right w:val="none" w:sz="0" w:space="0" w:color="auto"/>
      </w:divBdr>
    </w:div>
    <w:div w:id="983850883">
      <w:bodyDiv w:val="1"/>
      <w:marLeft w:val="0"/>
      <w:marRight w:val="0"/>
      <w:marTop w:val="0"/>
      <w:marBottom w:val="0"/>
      <w:divBdr>
        <w:top w:val="none" w:sz="0" w:space="0" w:color="auto"/>
        <w:left w:val="none" w:sz="0" w:space="0" w:color="auto"/>
        <w:bottom w:val="none" w:sz="0" w:space="0" w:color="auto"/>
        <w:right w:val="none" w:sz="0" w:space="0" w:color="auto"/>
      </w:divBdr>
    </w:div>
    <w:div w:id="986710033">
      <w:bodyDiv w:val="1"/>
      <w:marLeft w:val="0"/>
      <w:marRight w:val="0"/>
      <w:marTop w:val="0"/>
      <w:marBottom w:val="0"/>
      <w:divBdr>
        <w:top w:val="none" w:sz="0" w:space="0" w:color="auto"/>
        <w:left w:val="none" w:sz="0" w:space="0" w:color="auto"/>
        <w:bottom w:val="none" w:sz="0" w:space="0" w:color="auto"/>
        <w:right w:val="none" w:sz="0" w:space="0" w:color="auto"/>
      </w:divBdr>
    </w:div>
    <w:div w:id="987708649">
      <w:bodyDiv w:val="1"/>
      <w:marLeft w:val="0"/>
      <w:marRight w:val="0"/>
      <w:marTop w:val="0"/>
      <w:marBottom w:val="0"/>
      <w:divBdr>
        <w:top w:val="none" w:sz="0" w:space="0" w:color="auto"/>
        <w:left w:val="none" w:sz="0" w:space="0" w:color="auto"/>
        <w:bottom w:val="none" w:sz="0" w:space="0" w:color="auto"/>
        <w:right w:val="none" w:sz="0" w:space="0" w:color="auto"/>
      </w:divBdr>
    </w:div>
    <w:div w:id="989135670">
      <w:bodyDiv w:val="1"/>
      <w:marLeft w:val="0"/>
      <w:marRight w:val="0"/>
      <w:marTop w:val="0"/>
      <w:marBottom w:val="0"/>
      <w:divBdr>
        <w:top w:val="none" w:sz="0" w:space="0" w:color="auto"/>
        <w:left w:val="none" w:sz="0" w:space="0" w:color="auto"/>
        <w:bottom w:val="none" w:sz="0" w:space="0" w:color="auto"/>
        <w:right w:val="none" w:sz="0" w:space="0" w:color="auto"/>
      </w:divBdr>
    </w:div>
    <w:div w:id="990712178">
      <w:bodyDiv w:val="1"/>
      <w:marLeft w:val="0"/>
      <w:marRight w:val="0"/>
      <w:marTop w:val="0"/>
      <w:marBottom w:val="0"/>
      <w:divBdr>
        <w:top w:val="none" w:sz="0" w:space="0" w:color="auto"/>
        <w:left w:val="none" w:sz="0" w:space="0" w:color="auto"/>
        <w:bottom w:val="none" w:sz="0" w:space="0" w:color="auto"/>
        <w:right w:val="none" w:sz="0" w:space="0" w:color="auto"/>
      </w:divBdr>
    </w:div>
    <w:div w:id="991131195">
      <w:bodyDiv w:val="1"/>
      <w:marLeft w:val="0"/>
      <w:marRight w:val="0"/>
      <w:marTop w:val="0"/>
      <w:marBottom w:val="0"/>
      <w:divBdr>
        <w:top w:val="none" w:sz="0" w:space="0" w:color="auto"/>
        <w:left w:val="none" w:sz="0" w:space="0" w:color="auto"/>
        <w:bottom w:val="none" w:sz="0" w:space="0" w:color="auto"/>
        <w:right w:val="none" w:sz="0" w:space="0" w:color="auto"/>
      </w:divBdr>
    </w:div>
    <w:div w:id="991837300">
      <w:bodyDiv w:val="1"/>
      <w:marLeft w:val="0"/>
      <w:marRight w:val="0"/>
      <w:marTop w:val="0"/>
      <w:marBottom w:val="0"/>
      <w:divBdr>
        <w:top w:val="none" w:sz="0" w:space="0" w:color="auto"/>
        <w:left w:val="none" w:sz="0" w:space="0" w:color="auto"/>
        <w:bottom w:val="none" w:sz="0" w:space="0" w:color="auto"/>
        <w:right w:val="none" w:sz="0" w:space="0" w:color="auto"/>
      </w:divBdr>
    </w:div>
    <w:div w:id="992758275">
      <w:bodyDiv w:val="1"/>
      <w:marLeft w:val="0"/>
      <w:marRight w:val="0"/>
      <w:marTop w:val="0"/>
      <w:marBottom w:val="0"/>
      <w:divBdr>
        <w:top w:val="none" w:sz="0" w:space="0" w:color="auto"/>
        <w:left w:val="none" w:sz="0" w:space="0" w:color="auto"/>
        <w:bottom w:val="none" w:sz="0" w:space="0" w:color="auto"/>
        <w:right w:val="none" w:sz="0" w:space="0" w:color="auto"/>
      </w:divBdr>
    </w:div>
    <w:div w:id="993147563">
      <w:bodyDiv w:val="1"/>
      <w:marLeft w:val="0"/>
      <w:marRight w:val="0"/>
      <w:marTop w:val="0"/>
      <w:marBottom w:val="0"/>
      <w:divBdr>
        <w:top w:val="none" w:sz="0" w:space="0" w:color="auto"/>
        <w:left w:val="none" w:sz="0" w:space="0" w:color="auto"/>
        <w:bottom w:val="none" w:sz="0" w:space="0" w:color="auto"/>
        <w:right w:val="none" w:sz="0" w:space="0" w:color="auto"/>
      </w:divBdr>
    </w:div>
    <w:div w:id="993989060">
      <w:bodyDiv w:val="1"/>
      <w:marLeft w:val="0"/>
      <w:marRight w:val="0"/>
      <w:marTop w:val="0"/>
      <w:marBottom w:val="0"/>
      <w:divBdr>
        <w:top w:val="none" w:sz="0" w:space="0" w:color="auto"/>
        <w:left w:val="none" w:sz="0" w:space="0" w:color="auto"/>
        <w:bottom w:val="none" w:sz="0" w:space="0" w:color="auto"/>
        <w:right w:val="none" w:sz="0" w:space="0" w:color="auto"/>
      </w:divBdr>
    </w:div>
    <w:div w:id="993990062">
      <w:bodyDiv w:val="1"/>
      <w:marLeft w:val="0"/>
      <w:marRight w:val="0"/>
      <w:marTop w:val="0"/>
      <w:marBottom w:val="0"/>
      <w:divBdr>
        <w:top w:val="none" w:sz="0" w:space="0" w:color="auto"/>
        <w:left w:val="none" w:sz="0" w:space="0" w:color="auto"/>
        <w:bottom w:val="none" w:sz="0" w:space="0" w:color="auto"/>
        <w:right w:val="none" w:sz="0" w:space="0" w:color="auto"/>
      </w:divBdr>
    </w:div>
    <w:div w:id="995308067">
      <w:bodyDiv w:val="1"/>
      <w:marLeft w:val="0"/>
      <w:marRight w:val="0"/>
      <w:marTop w:val="0"/>
      <w:marBottom w:val="0"/>
      <w:divBdr>
        <w:top w:val="none" w:sz="0" w:space="0" w:color="auto"/>
        <w:left w:val="none" w:sz="0" w:space="0" w:color="auto"/>
        <w:bottom w:val="none" w:sz="0" w:space="0" w:color="auto"/>
        <w:right w:val="none" w:sz="0" w:space="0" w:color="auto"/>
      </w:divBdr>
    </w:div>
    <w:div w:id="1000619985">
      <w:bodyDiv w:val="1"/>
      <w:marLeft w:val="0"/>
      <w:marRight w:val="0"/>
      <w:marTop w:val="0"/>
      <w:marBottom w:val="0"/>
      <w:divBdr>
        <w:top w:val="none" w:sz="0" w:space="0" w:color="auto"/>
        <w:left w:val="none" w:sz="0" w:space="0" w:color="auto"/>
        <w:bottom w:val="none" w:sz="0" w:space="0" w:color="auto"/>
        <w:right w:val="none" w:sz="0" w:space="0" w:color="auto"/>
      </w:divBdr>
    </w:div>
    <w:div w:id="1000889318">
      <w:bodyDiv w:val="1"/>
      <w:marLeft w:val="0"/>
      <w:marRight w:val="0"/>
      <w:marTop w:val="0"/>
      <w:marBottom w:val="0"/>
      <w:divBdr>
        <w:top w:val="none" w:sz="0" w:space="0" w:color="auto"/>
        <w:left w:val="none" w:sz="0" w:space="0" w:color="auto"/>
        <w:bottom w:val="none" w:sz="0" w:space="0" w:color="auto"/>
        <w:right w:val="none" w:sz="0" w:space="0" w:color="auto"/>
      </w:divBdr>
    </w:div>
    <w:div w:id="1002390973">
      <w:bodyDiv w:val="1"/>
      <w:marLeft w:val="0"/>
      <w:marRight w:val="0"/>
      <w:marTop w:val="0"/>
      <w:marBottom w:val="0"/>
      <w:divBdr>
        <w:top w:val="none" w:sz="0" w:space="0" w:color="auto"/>
        <w:left w:val="none" w:sz="0" w:space="0" w:color="auto"/>
        <w:bottom w:val="none" w:sz="0" w:space="0" w:color="auto"/>
        <w:right w:val="none" w:sz="0" w:space="0" w:color="auto"/>
      </w:divBdr>
    </w:div>
    <w:div w:id="1002467514">
      <w:bodyDiv w:val="1"/>
      <w:marLeft w:val="0"/>
      <w:marRight w:val="0"/>
      <w:marTop w:val="0"/>
      <w:marBottom w:val="0"/>
      <w:divBdr>
        <w:top w:val="none" w:sz="0" w:space="0" w:color="auto"/>
        <w:left w:val="none" w:sz="0" w:space="0" w:color="auto"/>
        <w:bottom w:val="none" w:sz="0" w:space="0" w:color="auto"/>
        <w:right w:val="none" w:sz="0" w:space="0" w:color="auto"/>
      </w:divBdr>
    </w:div>
    <w:div w:id="1003439184">
      <w:bodyDiv w:val="1"/>
      <w:marLeft w:val="0"/>
      <w:marRight w:val="0"/>
      <w:marTop w:val="0"/>
      <w:marBottom w:val="0"/>
      <w:divBdr>
        <w:top w:val="none" w:sz="0" w:space="0" w:color="auto"/>
        <w:left w:val="none" w:sz="0" w:space="0" w:color="auto"/>
        <w:bottom w:val="none" w:sz="0" w:space="0" w:color="auto"/>
        <w:right w:val="none" w:sz="0" w:space="0" w:color="auto"/>
      </w:divBdr>
    </w:div>
    <w:div w:id="1006833829">
      <w:bodyDiv w:val="1"/>
      <w:marLeft w:val="0"/>
      <w:marRight w:val="0"/>
      <w:marTop w:val="0"/>
      <w:marBottom w:val="0"/>
      <w:divBdr>
        <w:top w:val="none" w:sz="0" w:space="0" w:color="auto"/>
        <w:left w:val="none" w:sz="0" w:space="0" w:color="auto"/>
        <w:bottom w:val="none" w:sz="0" w:space="0" w:color="auto"/>
        <w:right w:val="none" w:sz="0" w:space="0" w:color="auto"/>
      </w:divBdr>
    </w:div>
    <w:div w:id="1006984799">
      <w:bodyDiv w:val="1"/>
      <w:marLeft w:val="0"/>
      <w:marRight w:val="0"/>
      <w:marTop w:val="0"/>
      <w:marBottom w:val="0"/>
      <w:divBdr>
        <w:top w:val="none" w:sz="0" w:space="0" w:color="auto"/>
        <w:left w:val="none" w:sz="0" w:space="0" w:color="auto"/>
        <w:bottom w:val="none" w:sz="0" w:space="0" w:color="auto"/>
        <w:right w:val="none" w:sz="0" w:space="0" w:color="auto"/>
      </w:divBdr>
    </w:div>
    <w:div w:id="1010176798">
      <w:bodyDiv w:val="1"/>
      <w:marLeft w:val="0"/>
      <w:marRight w:val="0"/>
      <w:marTop w:val="0"/>
      <w:marBottom w:val="0"/>
      <w:divBdr>
        <w:top w:val="none" w:sz="0" w:space="0" w:color="auto"/>
        <w:left w:val="none" w:sz="0" w:space="0" w:color="auto"/>
        <w:bottom w:val="none" w:sz="0" w:space="0" w:color="auto"/>
        <w:right w:val="none" w:sz="0" w:space="0" w:color="auto"/>
      </w:divBdr>
    </w:div>
    <w:div w:id="1011369133">
      <w:bodyDiv w:val="1"/>
      <w:marLeft w:val="0"/>
      <w:marRight w:val="0"/>
      <w:marTop w:val="0"/>
      <w:marBottom w:val="0"/>
      <w:divBdr>
        <w:top w:val="none" w:sz="0" w:space="0" w:color="auto"/>
        <w:left w:val="none" w:sz="0" w:space="0" w:color="auto"/>
        <w:bottom w:val="none" w:sz="0" w:space="0" w:color="auto"/>
        <w:right w:val="none" w:sz="0" w:space="0" w:color="auto"/>
      </w:divBdr>
    </w:div>
    <w:div w:id="1013535473">
      <w:bodyDiv w:val="1"/>
      <w:marLeft w:val="0"/>
      <w:marRight w:val="0"/>
      <w:marTop w:val="0"/>
      <w:marBottom w:val="0"/>
      <w:divBdr>
        <w:top w:val="none" w:sz="0" w:space="0" w:color="auto"/>
        <w:left w:val="none" w:sz="0" w:space="0" w:color="auto"/>
        <w:bottom w:val="none" w:sz="0" w:space="0" w:color="auto"/>
        <w:right w:val="none" w:sz="0" w:space="0" w:color="auto"/>
      </w:divBdr>
    </w:div>
    <w:div w:id="1015500136">
      <w:bodyDiv w:val="1"/>
      <w:marLeft w:val="0"/>
      <w:marRight w:val="0"/>
      <w:marTop w:val="0"/>
      <w:marBottom w:val="0"/>
      <w:divBdr>
        <w:top w:val="none" w:sz="0" w:space="0" w:color="auto"/>
        <w:left w:val="none" w:sz="0" w:space="0" w:color="auto"/>
        <w:bottom w:val="none" w:sz="0" w:space="0" w:color="auto"/>
        <w:right w:val="none" w:sz="0" w:space="0" w:color="auto"/>
      </w:divBdr>
    </w:div>
    <w:div w:id="1016033118">
      <w:bodyDiv w:val="1"/>
      <w:marLeft w:val="0"/>
      <w:marRight w:val="0"/>
      <w:marTop w:val="0"/>
      <w:marBottom w:val="0"/>
      <w:divBdr>
        <w:top w:val="none" w:sz="0" w:space="0" w:color="auto"/>
        <w:left w:val="none" w:sz="0" w:space="0" w:color="auto"/>
        <w:bottom w:val="none" w:sz="0" w:space="0" w:color="auto"/>
        <w:right w:val="none" w:sz="0" w:space="0" w:color="auto"/>
      </w:divBdr>
    </w:div>
    <w:div w:id="1016617621">
      <w:bodyDiv w:val="1"/>
      <w:marLeft w:val="0"/>
      <w:marRight w:val="0"/>
      <w:marTop w:val="0"/>
      <w:marBottom w:val="0"/>
      <w:divBdr>
        <w:top w:val="none" w:sz="0" w:space="0" w:color="auto"/>
        <w:left w:val="none" w:sz="0" w:space="0" w:color="auto"/>
        <w:bottom w:val="none" w:sz="0" w:space="0" w:color="auto"/>
        <w:right w:val="none" w:sz="0" w:space="0" w:color="auto"/>
      </w:divBdr>
    </w:div>
    <w:div w:id="1017970691">
      <w:bodyDiv w:val="1"/>
      <w:marLeft w:val="0"/>
      <w:marRight w:val="0"/>
      <w:marTop w:val="0"/>
      <w:marBottom w:val="0"/>
      <w:divBdr>
        <w:top w:val="none" w:sz="0" w:space="0" w:color="auto"/>
        <w:left w:val="none" w:sz="0" w:space="0" w:color="auto"/>
        <w:bottom w:val="none" w:sz="0" w:space="0" w:color="auto"/>
        <w:right w:val="none" w:sz="0" w:space="0" w:color="auto"/>
      </w:divBdr>
    </w:div>
    <w:div w:id="1018040307">
      <w:bodyDiv w:val="1"/>
      <w:marLeft w:val="0"/>
      <w:marRight w:val="0"/>
      <w:marTop w:val="0"/>
      <w:marBottom w:val="0"/>
      <w:divBdr>
        <w:top w:val="none" w:sz="0" w:space="0" w:color="auto"/>
        <w:left w:val="none" w:sz="0" w:space="0" w:color="auto"/>
        <w:bottom w:val="none" w:sz="0" w:space="0" w:color="auto"/>
        <w:right w:val="none" w:sz="0" w:space="0" w:color="auto"/>
      </w:divBdr>
    </w:div>
    <w:div w:id="1021394102">
      <w:bodyDiv w:val="1"/>
      <w:marLeft w:val="0"/>
      <w:marRight w:val="0"/>
      <w:marTop w:val="0"/>
      <w:marBottom w:val="0"/>
      <w:divBdr>
        <w:top w:val="none" w:sz="0" w:space="0" w:color="auto"/>
        <w:left w:val="none" w:sz="0" w:space="0" w:color="auto"/>
        <w:bottom w:val="none" w:sz="0" w:space="0" w:color="auto"/>
        <w:right w:val="none" w:sz="0" w:space="0" w:color="auto"/>
      </w:divBdr>
    </w:div>
    <w:div w:id="1021592504">
      <w:bodyDiv w:val="1"/>
      <w:marLeft w:val="0"/>
      <w:marRight w:val="0"/>
      <w:marTop w:val="0"/>
      <w:marBottom w:val="0"/>
      <w:divBdr>
        <w:top w:val="none" w:sz="0" w:space="0" w:color="auto"/>
        <w:left w:val="none" w:sz="0" w:space="0" w:color="auto"/>
        <w:bottom w:val="none" w:sz="0" w:space="0" w:color="auto"/>
        <w:right w:val="none" w:sz="0" w:space="0" w:color="auto"/>
      </w:divBdr>
    </w:div>
    <w:div w:id="1024020597">
      <w:bodyDiv w:val="1"/>
      <w:marLeft w:val="0"/>
      <w:marRight w:val="0"/>
      <w:marTop w:val="0"/>
      <w:marBottom w:val="0"/>
      <w:divBdr>
        <w:top w:val="none" w:sz="0" w:space="0" w:color="auto"/>
        <w:left w:val="none" w:sz="0" w:space="0" w:color="auto"/>
        <w:bottom w:val="none" w:sz="0" w:space="0" w:color="auto"/>
        <w:right w:val="none" w:sz="0" w:space="0" w:color="auto"/>
      </w:divBdr>
    </w:div>
    <w:div w:id="1032338746">
      <w:bodyDiv w:val="1"/>
      <w:marLeft w:val="0"/>
      <w:marRight w:val="0"/>
      <w:marTop w:val="0"/>
      <w:marBottom w:val="0"/>
      <w:divBdr>
        <w:top w:val="none" w:sz="0" w:space="0" w:color="auto"/>
        <w:left w:val="none" w:sz="0" w:space="0" w:color="auto"/>
        <w:bottom w:val="none" w:sz="0" w:space="0" w:color="auto"/>
        <w:right w:val="none" w:sz="0" w:space="0" w:color="auto"/>
      </w:divBdr>
    </w:div>
    <w:div w:id="1033386060">
      <w:bodyDiv w:val="1"/>
      <w:marLeft w:val="0"/>
      <w:marRight w:val="0"/>
      <w:marTop w:val="0"/>
      <w:marBottom w:val="0"/>
      <w:divBdr>
        <w:top w:val="none" w:sz="0" w:space="0" w:color="auto"/>
        <w:left w:val="none" w:sz="0" w:space="0" w:color="auto"/>
        <w:bottom w:val="none" w:sz="0" w:space="0" w:color="auto"/>
        <w:right w:val="none" w:sz="0" w:space="0" w:color="auto"/>
      </w:divBdr>
    </w:div>
    <w:div w:id="1036080738">
      <w:bodyDiv w:val="1"/>
      <w:marLeft w:val="0"/>
      <w:marRight w:val="0"/>
      <w:marTop w:val="0"/>
      <w:marBottom w:val="0"/>
      <w:divBdr>
        <w:top w:val="none" w:sz="0" w:space="0" w:color="auto"/>
        <w:left w:val="none" w:sz="0" w:space="0" w:color="auto"/>
        <w:bottom w:val="none" w:sz="0" w:space="0" w:color="auto"/>
        <w:right w:val="none" w:sz="0" w:space="0" w:color="auto"/>
      </w:divBdr>
    </w:div>
    <w:div w:id="1036272634">
      <w:bodyDiv w:val="1"/>
      <w:marLeft w:val="0"/>
      <w:marRight w:val="0"/>
      <w:marTop w:val="0"/>
      <w:marBottom w:val="0"/>
      <w:divBdr>
        <w:top w:val="none" w:sz="0" w:space="0" w:color="auto"/>
        <w:left w:val="none" w:sz="0" w:space="0" w:color="auto"/>
        <w:bottom w:val="none" w:sz="0" w:space="0" w:color="auto"/>
        <w:right w:val="none" w:sz="0" w:space="0" w:color="auto"/>
      </w:divBdr>
    </w:div>
    <w:div w:id="1037394009">
      <w:bodyDiv w:val="1"/>
      <w:marLeft w:val="0"/>
      <w:marRight w:val="0"/>
      <w:marTop w:val="0"/>
      <w:marBottom w:val="0"/>
      <w:divBdr>
        <w:top w:val="none" w:sz="0" w:space="0" w:color="auto"/>
        <w:left w:val="none" w:sz="0" w:space="0" w:color="auto"/>
        <w:bottom w:val="none" w:sz="0" w:space="0" w:color="auto"/>
        <w:right w:val="none" w:sz="0" w:space="0" w:color="auto"/>
      </w:divBdr>
    </w:div>
    <w:div w:id="1038630727">
      <w:bodyDiv w:val="1"/>
      <w:marLeft w:val="0"/>
      <w:marRight w:val="0"/>
      <w:marTop w:val="0"/>
      <w:marBottom w:val="0"/>
      <w:divBdr>
        <w:top w:val="none" w:sz="0" w:space="0" w:color="auto"/>
        <w:left w:val="none" w:sz="0" w:space="0" w:color="auto"/>
        <w:bottom w:val="none" w:sz="0" w:space="0" w:color="auto"/>
        <w:right w:val="none" w:sz="0" w:space="0" w:color="auto"/>
      </w:divBdr>
    </w:div>
    <w:div w:id="1038968487">
      <w:bodyDiv w:val="1"/>
      <w:marLeft w:val="0"/>
      <w:marRight w:val="0"/>
      <w:marTop w:val="0"/>
      <w:marBottom w:val="0"/>
      <w:divBdr>
        <w:top w:val="none" w:sz="0" w:space="0" w:color="auto"/>
        <w:left w:val="none" w:sz="0" w:space="0" w:color="auto"/>
        <w:bottom w:val="none" w:sz="0" w:space="0" w:color="auto"/>
        <w:right w:val="none" w:sz="0" w:space="0" w:color="auto"/>
      </w:divBdr>
    </w:div>
    <w:div w:id="1042096348">
      <w:bodyDiv w:val="1"/>
      <w:marLeft w:val="0"/>
      <w:marRight w:val="0"/>
      <w:marTop w:val="0"/>
      <w:marBottom w:val="0"/>
      <w:divBdr>
        <w:top w:val="none" w:sz="0" w:space="0" w:color="auto"/>
        <w:left w:val="none" w:sz="0" w:space="0" w:color="auto"/>
        <w:bottom w:val="none" w:sz="0" w:space="0" w:color="auto"/>
        <w:right w:val="none" w:sz="0" w:space="0" w:color="auto"/>
      </w:divBdr>
    </w:div>
    <w:div w:id="1051076070">
      <w:bodyDiv w:val="1"/>
      <w:marLeft w:val="0"/>
      <w:marRight w:val="0"/>
      <w:marTop w:val="0"/>
      <w:marBottom w:val="0"/>
      <w:divBdr>
        <w:top w:val="none" w:sz="0" w:space="0" w:color="auto"/>
        <w:left w:val="none" w:sz="0" w:space="0" w:color="auto"/>
        <w:bottom w:val="none" w:sz="0" w:space="0" w:color="auto"/>
        <w:right w:val="none" w:sz="0" w:space="0" w:color="auto"/>
      </w:divBdr>
    </w:div>
    <w:div w:id="1053385442">
      <w:bodyDiv w:val="1"/>
      <w:marLeft w:val="0"/>
      <w:marRight w:val="0"/>
      <w:marTop w:val="0"/>
      <w:marBottom w:val="0"/>
      <w:divBdr>
        <w:top w:val="none" w:sz="0" w:space="0" w:color="auto"/>
        <w:left w:val="none" w:sz="0" w:space="0" w:color="auto"/>
        <w:bottom w:val="none" w:sz="0" w:space="0" w:color="auto"/>
        <w:right w:val="none" w:sz="0" w:space="0" w:color="auto"/>
      </w:divBdr>
    </w:div>
    <w:div w:id="1054163958">
      <w:bodyDiv w:val="1"/>
      <w:marLeft w:val="0"/>
      <w:marRight w:val="0"/>
      <w:marTop w:val="0"/>
      <w:marBottom w:val="0"/>
      <w:divBdr>
        <w:top w:val="none" w:sz="0" w:space="0" w:color="auto"/>
        <w:left w:val="none" w:sz="0" w:space="0" w:color="auto"/>
        <w:bottom w:val="none" w:sz="0" w:space="0" w:color="auto"/>
        <w:right w:val="none" w:sz="0" w:space="0" w:color="auto"/>
      </w:divBdr>
    </w:div>
    <w:div w:id="1054893287">
      <w:bodyDiv w:val="1"/>
      <w:marLeft w:val="0"/>
      <w:marRight w:val="0"/>
      <w:marTop w:val="0"/>
      <w:marBottom w:val="0"/>
      <w:divBdr>
        <w:top w:val="none" w:sz="0" w:space="0" w:color="auto"/>
        <w:left w:val="none" w:sz="0" w:space="0" w:color="auto"/>
        <w:bottom w:val="none" w:sz="0" w:space="0" w:color="auto"/>
        <w:right w:val="none" w:sz="0" w:space="0" w:color="auto"/>
      </w:divBdr>
    </w:div>
    <w:div w:id="1059786334">
      <w:bodyDiv w:val="1"/>
      <w:marLeft w:val="0"/>
      <w:marRight w:val="0"/>
      <w:marTop w:val="0"/>
      <w:marBottom w:val="0"/>
      <w:divBdr>
        <w:top w:val="none" w:sz="0" w:space="0" w:color="auto"/>
        <w:left w:val="none" w:sz="0" w:space="0" w:color="auto"/>
        <w:bottom w:val="none" w:sz="0" w:space="0" w:color="auto"/>
        <w:right w:val="none" w:sz="0" w:space="0" w:color="auto"/>
      </w:divBdr>
    </w:div>
    <w:div w:id="1061363204">
      <w:bodyDiv w:val="1"/>
      <w:marLeft w:val="0"/>
      <w:marRight w:val="0"/>
      <w:marTop w:val="0"/>
      <w:marBottom w:val="0"/>
      <w:divBdr>
        <w:top w:val="none" w:sz="0" w:space="0" w:color="auto"/>
        <w:left w:val="none" w:sz="0" w:space="0" w:color="auto"/>
        <w:bottom w:val="none" w:sz="0" w:space="0" w:color="auto"/>
        <w:right w:val="none" w:sz="0" w:space="0" w:color="auto"/>
      </w:divBdr>
    </w:div>
    <w:div w:id="1062824431">
      <w:bodyDiv w:val="1"/>
      <w:marLeft w:val="0"/>
      <w:marRight w:val="0"/>
      <w:marTop w:val="0"/>
      <w:marBottom w:val="0"/>
      <w:divBdr>
        <w:top w:val="none" w:sz="0" w:space="0" w:color="auto"/>
        <w:left w:val="none" w:sz="0" w:space="0" w:color="auto"/>
        <w:bottom w:val="none" w:sz="0" w:space="0" w:color="auto"/>
        <w:right w:val="none" w:sz="0" w:space="0" w:color="auto"/>
      </w:divBdr>
    </w:div>
    <w:div w:id="1069494546">
      <w:bodyDiv w:val="1"/>
      <w:marLeft w:val="0"/>
      <w:marRight w:val="0"/>
      <w:marTop w:val="0"/>
      <w:marBottom w:val="0"/>
      <w:divBdr>
        <w:top w:val="none" w:sz="0" w:space="0" w:color="auto"/>
        <w:left w:val="none" w:sz="0" w:space="0" w:color="auto"/>
        <w:bottom w:val="none" w:sz="0" w:space="0" w:color="auto"/>
        <w:right w:val="none" w:sz="0" w:space="0" w:color="auto"/>
      </w:divBdr>
    </w:div>
    <w:div w:id="1075780880">
      <w:bodyDiv w:val="1"/>
      <w:marLeft w:val="0"/>
      <w:marRight w:val="0"/>
      <w:marTop w:val="0"/>
      <w:marBottom w:val="0"/>
      <w:divBdr>
        <w:top w:val="none" w:sz="0" w:space="0" w:color="auto"/>
        <w:left w:val="none" w:sz="0" w:space="0" w:color="auto"/>
        <w:bottom w:val="none" w:sz="0" w:space="0" w:color="auto"/>
        <w:right w:val="none" w:sz="0" w:space="0" w:color="auto"/>
      </w:divBdr>
    </w:div>
    <w:div w:id="1082458595">
      <w:bodyDiv w:val="1"/>
      <w:marLeft w:val="0"/>
      <w:marRight w:val="0"/>
      <w:marTop w:val="0"/>
      <w:marBottom w:val="0"/>
      <w:divBdr>
        <w:top w:val="none" w:sz="0" w:space="0" w:color="auto"/>
        <w:left w:val="none" w:sz="0" w:space="0" w:color="auto"/>
        <w:bottom w:val="none" w:sz="0" w:space="0" w:color="auto"/>
        <w:right w:val="none" w:sz="0" w:space="0" w:color="auto"/>
      </w:divBdr>
    </w:div>
    <w:div w:id="1083183719">
      <w:bodyDiv w:val="1"/>
      <w:marLeft w:val="0"/>
      <w:marRight w:val="0"/>
      <w:marTop w:val="0"/>
      <w:marBottom w:val="0"/>
      <w:divBdr>
        <w:top w:val="none" w:sz="0" w:space="0" w:color="auto"/>
        <w:left w:val="none" w:sz="0" w:space="0" w:color="auto"/>
        <w:bottom w:val="none" w:sz="0" w:space="0" w:color="auto"/>
        <w:right w:val="none" w:sz="0" w:space="0" w:color="auto"/>
      </w:divBdr>
    </w:div>
    <w:div w:id="1083603698">
      <w:bodyDiv w:val="1"/>
      <w:marLeft w:val="0"/>
      <w:marRight w:val="0"/>
      <w:marTop w:val="0"/>
      <w:marBottom w:val="0"/>
      <w:divBdr>
        <w:top w:val="none" w:sz="0" w:space="0" w:color="auto"/>
        <w:left w:val="none" w:sz="0" w:space="0" w:color="auto"/>
        <w:bottom w:val="none" w:sz="0" w:space="0" w:color="auto"/>
        <w:right w:val="none" w:sz="0" w:space="0" w:color="auto"/>
      </w:divBdr>
    </w:div>
    <w:div w:id="1083643803">
      <w:bodyDiv w:val="1"/>
      <w:marLeft w:val="0"/>
      <w:marRight w:val="0"/>
      <w:marTop w:val="0"/>
      <w:marBottom w:val="0"/>
      <w:divBdr>
        <w:top w:val="none" w:sz="0" w:space="0" w:color="auto"/>
        <w:left w:val="none" w:sz="0" w:space="0" w:color="auto"/>
        <w:bottom w:val="none" w:sz="0" w:space="0" w:color="auto"/>
        <w:right w:val="none" w:sz="0" w:space="0" w:color="auto"/>
      </w:divBdr>
    </w:div>
    <w:div w:id="1085765832">
      <w:bodyDiv w:val="1"/>
      <w:marLeft w:val="0"/>
      <w:marRight w:val="0"/>
      <w:marTop w:val="0"/>
      <w:marBottom w:val="0"/>
      <w:divBdr>
        <w:top w:val="none" w:sz="0" w:space="0" w:color="auto"/>
        <w:left w:val="none" w:sz="0" w:space="0" w:color="auto"/>
        <w:bottom w:val="none" w:sz="0" w:space="0" w:color="auto"/>
        <w:right w:val="none" w:sz="0" w:space="0" w:color="auto"/>
      </w:divBdr>
    </w:div>
    <w:div w:id="1086456525">
      <w:bodyDiv w:val="1"/>
      <w:marLeft w:val="0"/>
      <w:marRight w:val="0"/>
      <w:marTop w:val="0"/>
      <w:marBottom w:val="0"/>
      <w:divBdr>
        <w:top w:val="none" w:sz="0" w:space="0" w:color="auto"/>
        <w:left w:val="none" w:sz="0" w:space="0" w:color="auto"/>
        <w:bottom w:val="none" w:sz="0" w:space="0" w:color="auto"/>
        <w:right w:val="none" w:sz="0" w:space="0" w:color="auto"/>
      </w:divBdr>
    </w:div>
    <w:div w:id="1086920169">
      <w:bodyDiv w:val="1"/>
      <w:marLeft w:val="0"/>
      <w:marRight w:val="0"/>
      <w:marTop w:val="0"/>
      <w:marBottom w:val="0"/>
      <w:divBdr>
        <w:top w:val="none" w:sz="0" w:space="0" w:color="auto"/>
        <w:left w:val="none" w:sz="0" w:space="0" w:color="auto"/>
        <w:bottom w:val="none" w:sz="0" w:space="0" w:color="auto"/>
        <w:right w:val="none" w:sz="0" w:space="0" w:color="auto"/>
      </w:divBdr>
    </w:div>
    <w:div w:id="1090081738">
      <w:bodyDiv w:val="1"/>
      <w:marLeft w:val="0"/>
      <w:marRight w:val="0"/>
      <w:marTop w:val="0"/>
      <w:marBottom w:val="0"/>
      <w:divBdr>
        <w:top w:val="none" w:sz="0" w:space="0" w:color="auto"/>
        <w:left w:val="none" w:sz="0" w:space="0" w:color="auto"/>
        <w:bottom w:val="none" w:sz="0" w:space="0" w:color="auto"/>
        <w:right w:val="none" w:sz="0" w:space="0" w:color="auto"/>
      </w:divBdr>
    </w:div>
    <w:div w:id="1091856927">
      <w:bodyDiv w:val="1"/>
      <w:marLeft w:val="0"/>
      <w:marRight w:val="0"/>
      <w:marTop w:val="0"/>
      <w:marBottom w:val="0"/>
      <w:divBdr>
        <w:top w:val="none" w:sz="0" w:space="0" w:color="auto"/>
        <w:left w:val="none" w:sz="0" w:space="0" w:color="auto"/>
        <w:bottom w:val="none" w:sz="0" w:space="0" w:color="auto"/>
        <w:right w:val="none" w:sz="0" w:space="0" w:color="auto"/>
      </w:divBdr>
    </w:div>
    <w:div w:id="1092123333">
      <w:bodyDiv w:val="1"/>
      <w:marLeft w:val="0"/>
      <w:marRight w:val="0"/>
      <w:marTop w:val="0"/>
      <w:marBottom w:val="0"/>
      <w:divBdr>
        <w:top w:val="none" w:sz="0" w:space="0" w:color="auto"/>
        <w:left w:val="none" w:sz="0" w:space="0" w:color="auto"/>
        <w:bottom w:val="none" w:sz="0" w:space="0" w:color="auto"/>
        <w:right w:val="none" w:sz="0" w:space="0" w:color="auto"/>
      </w:divBdr>
    </w:div>
    <w:div w:id="1094859046">
      <w:bodyDiv w:val="1"/>
      <w:marLeft w:val="0"/>
      <w:marRight w:val="0"/>
      <w:marTop w:val="0"/>
      <w:marBottom w:val="0"/>
      <w:divBdr>
        <w:top w:val="none" w:sz="0" w:space="0" w:color="auto"/>
        <w:left w:val="none" w:sz="0" w:space="0" w:color="auto"/>
        <w:bottom w:val="none" w:sz="0" w:space="0" w:color="auto"/>
        <w:right w:val="none" w:sz="0" w:space="0" w:color="auto"/>
      </w:divBdr>
    </w:div>
    <w:div w:id="1097483341">
      <w:bodyDiv w:val="1"/>
      <w:marLeft w:val="0"/>
      <w:marRight w:val="0"/>
      <w:marTop w:val="0"/>
      <w:marBottom w:val="0"/>
      <w:divBdr>
        <w:top w:val="none" w:sz="0" w:space="0" w:color="auto"/>
        <w:left w:val="none" w:sz="0" w:space="0" w:color="auto"/>
        <w:bottom w:val="none" w:sz="0" w:space="0" w:color="auto"/>
        <w:right w:val="none" w:sz="0" w:space="0" w:color="auto"/>
      </w:divBdr>
    </w:div>
    <w:div w:id="1098402312">
      <w:bodyDiv w:val="1"/>
      <w:marLeft w:val="0"/>
      <w:marRight w:val="0"/>
      <w:marTop w:val="0"/>
      <w:marBottom w:val="0"/>
      <w:divBdr>
        <w:top w:val="none" w:sz="0" w:space="0" w:color="auto"/>
        <w:left w:val="none" w:sz="0" w:space="0" w:color="auto"/>
        <w:bottom w:val="none" w:sz="0" w:space="0" w:color="auto"/>
        <w:right w:val="none" w:sz="0" w:space="0" w:color="auto"/>
      </w:divBdr>
    </w:div>
    <w:div w:id="1100685699">
      <w:bodyDiv w:val="1"/>
      <w:marLeft w:val="0"/>
      <w:marRight w:val="0"/>
      <w:marTop w:val="0"/>
      <w:marBottom w:val="0"/>
      <w:divBdr>
        <w:top w:val="none" w:sz="0" w:space="0" w:color="auto"/>
        <w:left w:val="none" w:sz="0" w:space="0" w:color="auto"/>
        <w:bottom w:val="none" w:sz="0" w:space="0" w:color="auto"/>
        <w:right w:val="none" w:sz="0" w:space="0" w:color="auto"/>
      </w:divBdr>
    </w:div>
    <w:div w:id="1101874049">
      <w:bodyDiv w:val="1"/>
      <w:marLeft w:val="0"/>
      <w:marRight w:val="0"/>
      <w:marTop w:val="0"/>
      <w:marBottom w:val="0"/>
      <w:divBdr>
        <w:top w:val="none" w:sz="0" w:space="0" w:color="auto"/>
        <w:left w:val="none" w:sz="0" w:space="0" w:color="auto"/>
        <w:bottom w:val="none" w:sz="0" w:space="0" w:color="auto"/>
        <w:right w:val="none" w:sz="0" w:space="0" w:color="auto"/>
      </w:divBdr>
    </w:div>
    <w:div w:id="1105734909">
      <w:bodyDiv w:val="1"/>
      <w:marLeft w:val="0"/>
      <w:marRight w:val="0"/>
      <w:marTop w:val="0"/>
      <w:marBottom w:val="0"/>
      <w:divBdr>
        <w:top w:val="none" w:sz="0" w:space="0" w:color="auto"/>
        <w:left w:val="none" w:sz="0" w:space="0" w:color="auto"/>
        <w:bottom w:val="none" w:sz="0" w:space="0" w:color="auto"/>
        <w:right w:val="none" w:sz="0" w:space="0" w:color="auto"/>
      </w:divBdr>
    </w:div>
    <w:div w:id="1106997940">
      <w:bodyDiv w:val="1"/>
      <w:marLeft w:val="0"/>
      <w:marRight w:val="0"/>
      <w:marTop w:val="0"/>
      <w:marBottom w:val="0"/>
      <w:divBdr>
        <w:top w:val="none" w:sz="0" w:space="0" w:color="auto"/>
        <w:left w:val="none" w:sz="0" w:space="0" w:color="auto"/>
        <w:bottom w:val="none" w:sz="0" w:space="0" w:color="auto"/>
        <w:right w:val="none" w:sz="0" w:space="0" w:color="auto"/>
      </w:divBdr>
    </w:div>
    <w:div w:id="1110777694">
      <w:bodyDiv w:val="1"/>
      <w:marLeft w:val="0"/>
      <w:marRight w:val="0"/>
      <w:marTop w:val="0"/>
      <w:marBottom w:val="0"/>
      <w:divBdr>
        <w:top w:val="none" w:sz="0" w:space="0" w:color="auto"/>
        <w:left w:val="none" w:sz="0" w:space="0" w:color="auto"/>
        <w:bottom w:val="none" w:sz="0" w:space="0" w:color="auto"/>
        <w:right w:val="none" w:sz="0" w:space="0" w:color="auto"/>
      </w:divBdr>
    </w:div>
    <w:div w:id="1111780919">
      <w:bodyDiv w:val="1"/>
      <w:marLeft w:val="0"/>
      <w:marRight w:val="0"/>
      <w:marTop w:val="0"/>
      <w:marBottom w:val="0"/>
      <w:divBdr>
        <w:top w:val="none" w:sz="0" w:space="0" w:color="auto"/>
        <w:left w:val="none" w:sz="0" w:space="0" w:color="auto"/>
        <w:bottom w:val="none" w:sz="0" w:space="0" w:color="auto"/>
        <w:right w:val="none" w:sz="0" w:space="0" w:color="auto"/>
      </w:divBdr>
    </w:div>
    <w:div w:id="1112439780">
      <w:bodyDiv w:val="1"/>
      <w:marLeft w:val="0"/>
      <w:marRight w:val="0"/>
      <w:marTop w:val="0"/>
      <w:marBottom w:val="0"/>
      <w:divBdr>
        <w:top w:val="none" w:sz="0" w:space="0" w:color="auto"/>
        <w:left w:val="none" w:sz="0" w:space="0" w:color="auto"/>
        <w:bottom w:val="none" w:sz="0" w:space="0" w:color="auto"/>
        <w:right w:val="none" w:sz="0" w:space="0" w:color="auto"/>
      </w:divBdr>
    </w:div>
    <w:div w:id="1116023483">
      <w:bodyDiv w:val="1"/>
      <w:marLeft w:val="0"/>
      <w:marRight w:val="0"/>
      <w:marTop w:val="0"/>
      <w:marBottom w:val="0"/>
      <w:divBdr>
        <w:top w:val="none" w:sz="0" w:space="0" w:color="auto"/>
        <w:left w:val="none" w:sz="0" w:space="0" w:color="auto"/>
        <w:bottom w:val="none" w:sz="0" w:space="0" w:color="auto"/>
        <w:right w:val="none" w:sz="0" w:space="0" w:color="auto"/>
      </w:divBdr>
    </w:div>
    <w:div w:id="1116143697">
      <w:bodyDiv w:val="1"/>
      <w:marLeft w:val="0"/>
      <w:marRight w:val="0"/>
      <w:marTop w:val="0"/>
      <w:marBottom w:val="0"/>
      <w:divBdr>
        <w:top w:val="none" w:sz="0" w:space="0" w:color="auto"/>
        <w:left w:val="none" w:sz="0" w:space="0" w:color="auto"/>
        <w:bottom w:val="none" w:sz="0" w:space="0" w:color="auto"/>
        <w:right w:val="none" w:sz="0" w:space="0" w:color="auto"/>
      </w:divBdr>
    </w:div>
    <w:div w:id="1117791076">
      <w:bodyDiv w:val="1"/>
      <w:marLeft w:val="0"/>
      <w:marRight w:val="0"/>
      <w:marTop w:val="0"/>
      <w:marBottom w:val="0"/>
      <w:divBdr>
        <w:top w:val="none" w:sz="0" w:space="0" w:color="auto"/>
        <w:left w:val="none" w:sz="0" w:space="0" w:color="auto"/>
        <w:bottom w:val="none" w:sz="0" w:space="0" w:color="auto"/>
        <w:right w:val="none" w:sz="0" w:space="0" w:color="auto"/>
      </w:divBdr>
    </w:div>
    <w:div w:id="1121997577">
      <w:bodyDiv w:val="1"/>
      <w:marLeft w:val="0"/>
      <w:marRight w:val="0"/>
      <w:marTop w:val="0"/>
      <w:marBottom w:val="0"/>
      <w:divBdr>
        <w:top w:val="none" w:sz="0" w:space="0" w:color="auto"/>
        <w:left w:val="none" w:sz="0" w:space="0" w:color="auto"/>
        <w:bottom w:val="none" w:sz="0" w:space="0" w:color="auto"/>
        <w:right w:val="none" w:sz="0" w:space="0" w:color="auto"/>
      </w:divBdr>
    </w:div>
    <w:div w:id="1123233965">
      <w:bodyDiv w:val="1"/>
      <w:marLeft w:val="0"/>
      <w:marRight w:val="0"/>
      <w:marTop w:val="0"/>
      <w:marBottom w:val="0"/>
      <w:divBdr>
        <w:top w:val="none" w:sz="0" w:space="0" w:color="auto"/>
        <w:left w:val="none" w:sz="0" w:space="0" w:color="auto"/>
        <w:bottom w:val="none" w:sz="0" w:space="0" w:color="auto"/>
        <w:right w:val="none" w:sz="0" w:space="0" w:color="auto"/>
      </w:divBdr>
    </w:div>
    <w:div w:id="1123495331">
      <w:bodyDiv w:val="1"/>
      <w:marLeft w:val="0"/>
      <w:marRight w:val="0"/>
      <w:marTop w:val="0"/>
      <w:marBottom w:val="0"/>
      <w:divBdr>
        <w:top w:val="none" w:sz="0" w:space="0" w:color="auto"/>
        <w:left w:val="none" w:sz="0" w:space="0" w:color="auto"/>
        <w:bottom w:val="none" w:sz="0" w:space="0" w:color="auto"/>
        <w:right w:val="none" w:sz="0" w:space="0" w:color="auto"/>
      </w:divBdr>
    </w:div>
    <w:div w:id="1123767351">
      <w:bodyDiv w:val="1"/>
      <w:marLeft w:val="0"/>
      <w:marRight w:val="0"/>
      <w:marTop w:val="0"/>
      <w:marBottom w:val="0"/>
      <w:divBdr>
        <w:top w:val="none" w:sz="0" w:space="0" w:color="auto"/>
        <w:left w:val="none" w:sz="0" w:space="0" w:color="auto"/>
        <w:bottom w:val="none" w:sz="0" w:space="0" w:color="auto"/>
        <w:right w:val="none" w:sz="0" w:space="0" w:color="auto"/>
      </w:divBdr>
    </w:div>
    <w:div w:id="1124497598">
      <w:bodyDiv w:val="1"/>
      <w:marLeft w:val="0"/>
      <w:marRight w:val="0"/>
      <w:marTop w:val="0"/>
      <w:marBottom w:val="0"/>
      <w:divBdr>
        <w:top w:val="none" w:sz="0" w:space="0" w:color="auto"/>
        <w:left w:val="none" w:sz="0" w:space="0" w:color="auto"/>
        <w:bottom w:val="none" w:sz="0" w:space="0" w:color="auto"/>
        <w:right w:val="none" w:sz="0" w:space="0" w:color="auto"/>
      </w:divBdr>
    </w:div>
    <w:div w:id="1127696330">
      <w:bodyDiv w:val="1"/>
      <w:marLeft w:val="0"/>
      <w:marRight w:val="0"/>
      <w:marTop w:val="0"/>
      <w:marBottom w:val="0"/>
      <w:divBdr>
        <w:top w:val="none" w:sz="0" w:space="0" w:color="auto"/>
        <w:left w:val="none" w:sz="0" w:space="0" w:color="auto"/>
        <w:bottom w:val="none" w:sz="0" w:space="0" w:color="auto"/>
        <w:right w:val="none" w:sz="0" w:space="0" w:color="auto"/>
      </w:divBdr>
    </w:div>
    <w:div w:id="1130241885">
      <w:bodyDiv w:val="1"/>
      <w:marLeft w:val="0"/>
      <w:marRight w:val="0"/>
      <w:marTop w:val="0"/>
      <w:marBottom w:val="0"/>
      <w:divBdr>
        <w:top w:val="none" w:sz="0" w:space="0" w:color="auto"/>
        <w:left w:val="none" w:sz="0" w:space="0" w:color="auto"/>
        <w:bottom w:val="none" w:sz="0" w:space="0" w:color="auto"/>
        <w:right w:val="none" w:sz="0" w:space="0" w:color="auto"/>
      </w:divBdr>
    </w:div>
    <w:div w:id="1134056019">
      <w:bodyDiv w:val="1"/>
      <w:marLeft w:val="0"/>
      <w:marRight w:val="0"/>
      <w:marTop w:val="0"/>
      <w:marBottom w:val="0"/>
      <w:divBdr>
        <w:top w:val="none" w:sz="0" w:space="0" w:color="auto"/>
        <w:left w:val="none" w:sz="0" w:space="0" w:color="auto"/>
        <w:bottom w:val="none" w:sz="0" w:space="0" w:color="auto"/>
        <w:right w:val="none" w:sz="0" w:space="0" w:color="auto"/>
      </w:divBdr>
    </w:div>
    <w:div w:id="1138185929">
      <w:bodyDiv w:val="1"/>
      <w:marLeft w:val="0"/>
      <w:marRight w:val="0"/>
      <w:marTop w:val="0"/>
      <w:marBottom w:val="0"/>
      <w:divBdr>
        <w:top w:val="none" w:sz="0" w:space="0" w:color="auto"/>
        <w:left w:val="none" w:sz="0" w:space="0" w:color="auto"/>
        <w:bottom w:val="none" w:sz="0" w:space="0" w:color="auto"/>
        <w:right w:val="none" w:sz="0" w:space="0" w:color="auto"/>
      </w:divBdr>
    </w:div>
    <w:div w:id="1140804121">
      <w:bodyDiv w:val="1"/>
      <w:marLeft w:val="0"/>
      <w:marRight w:val="0"/>
      <w:marTop w:val="0"/>
      <w:marBottom w:val="0"/>
      <w:divBdr>
        <w:top w:val="none" w:sz="0" w:space="0" w:color="auto"/>
        <w:left w:val="none" w:sz="0" w:space="0" w:color="auto"/>
        <w:bottom w:val="none" w:sz="0" w:space="0" w:color="auto"/>
        <w:right w:val="none" w:sz="0" w:space="0" w:color="auto"/>
      </w:divBdr>
    </w:div>
    <w:div w:id="1142966463">
      <w:bodyDiv w:val="1"/>
      <w:marLeft w:val="0"/>
      <w:marRight w:val="0"/>
      <w:marTop w:val="0"/>
      <w:marBottom w:val="0"/>
      <w:divBdr>
        <w:top w:val="none" w:sz="0" w:space="0" w:color="auto"/>
        <w:left w:val="none" w:sz="0" w:space="0" w:color="auto"/>
        <w:bottom w:val="none" w:sz="0" w:space="0" w:color="auto"/>
        <w:right w:val="none" w:sz="0" w:space="0" w:color="auto"/>
      </w:divBdr>
    </w:div>
    <w:div w:id="1147287621">
      <w:bodyDiv w:val="1"/>
      <w:marLeft w:val="0"/>
      <w:marRight w:val="0"/>
      <w:marTop w:val="0"/>
      <w:marBottom w:val="0"/>
      <w:divBdr>
        <w:top w:val="none" w:sz="0" w:space="0" w:color="auto"/>
        <w:left w:val="none" w:sz="0" w:space="0" w:color="auto"/>
        <w:bottom w:val="none" w:sz="0" w:space="0" w:color="auto"/>
        <w:right w:val="none" w:sz="0" w:space="0" w:color="auto"/>
      </w:divBdr>
    </w:div>
    <w:div w:id="1152676449">
      <w:bodyDiv w:val="1"/>
      <w:marLeft w:val="0"/>
      <w:marRight w:val="0"/>
      <w:marTop w:val="0"/>
      <w:marBottom w:val="0"/>
      <w:divBdr>
        <w:top w:val="none" w:sz="0" w:space="0" w:color="auto"/>
        <w:left w:val="none" w:sz="0" w:space="0" w:color="auto"/>
        <w:bottom w:val="none" w:sz="0" w:space="0" w:color="auto"/>
        <w:right w:val="none" w:sz="0" w:space="0" w:color="auto"/>
      </w:divBdr>
    </w:div>
    <w:div w:id="1152717933">
      <w:bodyDiv w:val="1"/>
      <w:marLeft w:val="0"/>
      <w:marRight w:val="0"/>
      <w:marTop w:val="0"/>
      <w:marBottom w:val="0"/>
      <w:divBdr>
        <w:top w:val="none" w:sz="0" w:space="0" w:color="auto"/>
        <w:left w:val="none" w:sz="0" w:space="0" w:color="auto"/>
        <w:bottom w:val="none" w:sz="0" w:space="0" w:color="auto"/>
        <w:right w:val="none" w:sz="0" w:space="0" w:color="auto"/>
      </w:divBdr>
    </w:div>
    <w:div w:id="1153063409">
      <w:bodyDiv w:val="1"/>
      <w:marLeft w:val="0"/>
      <w:marRight w:val="0"/>
      <w:marTop w:val="0"/>
      <w:marBottom w:val="0"/>
      <w:divBdr>
        <w:top w:val="none" w:sz="0" w:space="0" w:color="auto"/>
        <w:left w:val="none" w:sz="0" w:space="0" w:color="auto"/>
        <w:bottom w:val="none" w:sz="0" w:space="0" w:color="auto"/>
        <w:right w:val="none" w:sz="0" w:space="0" w:color="auto"/>
      </w:divBdr>
    </w:div>
    <w:div w:id="1153450457">
      <w:bodyDiv w:val="1"/>
      <w:marLeft w:val="0"/>
      <w:marRight w:val="0"/>
      <w:marTop w:val="0"/>
      <w:marBottom w:val="0"/>
      <w:divBdr>
        <w:top w:val="none" w:sz="0" w:space="0" w:color="auto"/>
        <w:left w:val="none" w:sz="0" w:space="0" w:color="auto"/>
        <w:bottom w:val="none" w:sz="0" w:space="0" w:color="auto"/>
        <w:right w:val="none" w:sz="0" w:space="0" w:color="auto"/>
      </w:divBdr>
    </w:div>
    <w:div w:id="1153596056">
      <w:bodyDiv w:val="1"/>
      <w:marLeft w:val="0"/>
      <w:marRight w:val="0"/>
      <w:marTop w:val="0"/>
      <w:marBottom w:val="0"/>
      <w:divBdr>
        <w:top w:val="none" w:sz="0" w:space="0" w:color="auto"/>
        <w:left w:val="none" w:sz="0" w:space="0" w:color="auto"/>
        <w:bottom w:val="none" w:sz="0" w:space="0" w:color="auto"/>
        <w:right w:val="none" w:sz="0" w:space="0" w:color="auto"/>
      </w:divBdr>
    </w:div>
    <w:div w:id="1153832707">
      <w:bodyDiv w:val="1"/>
      <w:marLeft w:val="0"/>
      <w:marRight w:val="0"/>
      <w:marTop w:val="0"/>
      <w:marBottom w:val="0"/>
      <w:divBdr>
        <w:top w:val="none" w:sz="0" w:space="0" w:color="auto"/>
        <w:left w:val="none" w:sz="0" w:space="0" w:color="auto"/>
        <w:bottom w:val="none" w:sz="0" w:space="0" w:color="auto"/>
        <w:right w:val="none" w:sz="0" w:space="0" w:color="auto"/>
      </w:divBdr>
    </w:div>
    <w:div w:id="1156726267">
      <w:bodyDiv w:val="1"/>
      <w:marLeft w:val="0"/>
      <w:marRight w:val="0"/>
      <w:marTop w:val="0"/>
      <w:marBottom w:val="0"/>
      <w:divBdr>
        <w:top w:val="none" w:sz="0" w:space="0" w:color="auto"/>
        <w:left w:val="none" w:sz="0" w:space="0" w:color="auto"/>
        <w:bottom w:val="none" w:sz="0" w:space="0" w:color="auto"/>
        <w:right w:val="none" w:sz="0" w:space="0" w:color="auto"/>
      </w:divBdr>
    </w:div>
    <w:div w:id="1159729943">
      <w:bodyDiv w:val="1"/>
      <w:marLeft w:val="0"/>
      <w:marRight w:val="0"/>
      <w:marTop w:val="0"/>
      <w:marBottom w:val="0"/>
      <w:divBdr>
        <w:top w:val="none" w:sz="0" w:space="0" w:color="auto"/>
        <w:left w:val="none" w:sz="0" w:space="0" w:color="auto"/>
        <w:bottom w:val="none" w:sz="0" w:space="0" w:color="auto"/>
        <w:right w:val="none" w:sz="0" w:space="0" w:color="auto"/>
      </w:divBdr>
    </w:div>
    <w:div w:id="1160391524">
      <w:bodyDiv w:val="1"/>
      <w:marLeft w:val="0"/>
      <w:marRight w:val="0"/>
      <w:marTop w:val="0"/>
      <w:marBottom w:val="0"/>
      <w:divBdr>
        <w:top w:val="none" w:sz="0" w:space="0" w:color="auto"/>
        <w:left w:val="none" w:sz="0" w:space="0" w:color="auto"/>
        <w:bottom w:val="none" w:sz="0" w:space="0" w:color="auto"/>
        <w:right w:val="none" w:sz="0" w:space="0" w:color="auto"/>
      </w:divBdr>
    </w:div>
    <w:div w:id="1161695304">
      <w:bodyDiv w:val="1"/>
      <w:marLeft w:val="0"/>
      <w:marRight w:val="0"/>
      <w:marTop w:val="0"/>
      <w:marBottom w:val="0"/>
      <w:divBdr>
        <w:top w:val="none" w:sz="0" w:space="0" w:color="auto"/>
        <w:left w:val="none" w:sz="0" w:space="0" w:color="auto"/>
        <w:bottom w:val="none" w:sz="0" w:space="0" w:color="auto"/>
        <w:right w:val="none" w:sz="0" w:space="0" w:color="auto"/>
      </w:divBdr>
    </w:div>
    <w:div w:id="1163815202">
      <w:bodyDiv w:val="1"/>
      <w:marLeft w:val="0"/>
      <w:marRight w:val="0"/>
      <w:marTop w:val="0"/>
      <w:marBottom w:val="0"/>
      <w:divBdr>
        <w:top w:val="none" w:sz="0" w:space="0" w:color="auto"/>
        <w:left w:val="none" w:sz="0" w:space="0" w:color="auto"/>
        <w:bottom w:val="none" w:sz="0" w:space="0" w:color="auto"/>
        <w:right w:val="none" w:sz="0" w:space="0" w:color="auto"/>
      </w:divBdr>
    </w:div>
    <w:div w:id="1165166903">
      <w:bodyDiv w:val="1"/>
      <w:marLeft w:val="0"/>
      <w:marRight w:val="0"/>
      <w:marTop w:val="0"/>
      <w:marBottom w:val="0"/>
      <w:divBdr>
        <w:top w:val="none" w:sz="0" w:space="0" w:color="auto"/>
        <w:left w:val="none" w:sz="0" w:space="0" w:color="auto"/>
        <w:bottom w:val="none" w:sz="0" w:space="0" w:color="auto"/>
        <w:right w:val="none" w:sz="0" w:space="0" w:color="auto"/>
      </w:divBdr>
    </w:div>
    <w:div w:id="1165901994">
      <w:bodyDiv w:val="1"/>
      <w:marLeft w:val="0"/>
      <w:marRight w:val="0"/>
      <w:marTop w:val="0"/>
      <w:marBottom w:val="0"/>
      <w:divBdr>
        <w:top w:val="none" w:sz="0" w:space="0" w:color="auto"/>
        <w:left w:val="none" w:sz="0" w:space="0" w:color="auto"/>
        <w:bottom w:val="none" w:sz="0" w:space="0" w:color="auto"/>
        <w:right w:val="none" w:sz="0" w:space="0" w:color="auto"/>
      </w:divBdr>
    </w:div>
    <w:div w:id="1168251629">
      <w:bodyDiv w:val="1"/>
      <w:marLeft w:val="0"/>
      <w:marRight w:val="0"/>
      <w:marTop w:val="0"/>
      <w:marBottom w:val="0"/>
      <w:divBdr>
        <w:top w:val="none" w:sz="0" w:space="0" w:color="auto"/>
        <w:left w:val="none" w:sz="0" w:space="0" w:color="auto"/>
        <w:bottom w:val="none" w:sz="0" w:space="0" w:color="auto"/>
        <w:right w:val="none" w:sz="0" w:space="0" w:color="auto"/>
      </w:divBdr>
    </w:div>
    <w:div w:id="1172112315">
      <w:bodyDiv w:val="1"/>
      <w:marLeft w:val="0"/>
      <w:marRight w:val="0"/>
      <w:marTop w:val="0"/>
      <w:marBottom w:val="0"/>
      <w:divBdr>
        <w:top w:val="none" w:sz="0" w:space="0" w:color="auto"/>
        <w:left w:val="none" w:sz="0" w:space="0" w:color="auto"/>
        <w:bottom w:val="none" w:sz="0" w:space="0" w:color="auto"/>
        <w:right w:val="none" w:sz="0" w:space="0" w:color="auto"/>
      </w:divBdr>
    </w:div>
    <w:div w:id="1172648734">
      <w:bodyDiv w:val="1"/>
      <w:marLeft w:val="0"/>
      <w:marRight w:val="0"/>
      <w:marTop w:val="0"/>
      <w:marBottom w:val="0"/>
      <w:divBdr>
        <w:top w:val="none" w:sz="0" w:space="0" w:color="auto"/>
        <w:left w:val="none" w:sz="0" w:space="0" w:color="auto"/>
        <w:bottom w:val="none" w:sz="0" w:space="0" w:color="auto"/>
        <w:right w:val="none" w:sz="0" w:space="0" w:color="auto"/>
      </w:divBdr>
    </w:div>
    <w:div w:id="1174145654">
      <w:bodyDiv w:val="1"/>
      <w:marLeft w:val="0"/>
      <w:marRight w:val="0"/>
      <w:marTop w:val="0"/>
      <w:marBottom w:val="0"/>
      <w:divBdr>
        <w:top w:val="none" w:sz="0" w:space="0" w:color="auto"/>
        <w:left w:val="none" w:sz="0" w:space="0" w:color="auto"/>
        <w:bottom w:val="none" w:sz="0" w:space="0" w:color="auto"/>
        <w:right w:val="none" w:sz="0" w:space="0" w:color="auto"/>
      </w:divBdr>
    </w:div>
    <w:div w:id="1175916953">
      <w:bodyDiv w:val="1"/>
      <w:marLeft w:val="0"/>
      <w:marRight w:val="0"/>
      <w:marTop w:val="0"/>
      <w:marBottom w:val="0"/>
      <w:divBdr>
        <w:top w:val="none" w:sz="0" w:space="0" w:color="auto"/>
        <w:left w:val="none" w:sz="0" w:space="0" w:color="auto"/>
        <w:bottom w:val="none" w:sz="0" w:space="0" w:color="auto"/>
        <w:right w:val="none" w:sz="0" w:space="0" w:color="auto"/>
      </w:divBdr>
    </w:div>
    <w:div w:id="1179353064">
      <w:bodyDiv w:val="1"/>
      <w:marLeft w:val="0"/>
      <w:marRight w:val="0"/>
      <w:marTop w:val="0"/>
      <w:marBottom w:val="0"/>
      <w:divBdr>
        <w:top w:val="none" w:sz="0" w:space="0" w:color="auto"/>
        <w:left w:val="none" w:sz="0" w:space="0" w:color="auto"/>
        <w:bottom w:val="none" w:sz="0" w:space="0" w:color="auto"/>
        <w:right w:val="none" w:sz="0" w:space="0" w:color="auto"/>
      </w:divBdr>
    </w:div>
    <w:div w:id="1180124722">
      <w:bodyDiv w:val="1"/>
      <w:marLeft w:val="0"/>
      <w:marRight w:val="0"/>
      <w:marTop w:val="0"/>
      <w:marBottom w:val="0"/>
      <w:divBdr>
        <w:top w:val="none" w:sz="0" w:space="0" w:color="auto"/>
        <w:left w:val="none" w:sz="0" w:space="0" w:color="auto"/>
        <w:bottom w:val="none" w:sz="0" w:space="0" w:color="auto"/>
        <w:right w:val="none" w:sz="0" w:space="0" w:color="auto"/>
      </w:divBdr>
    </w:div>
    <w:div w:id="1180774598">
      <w:bodyDiv w:val="1"/>
      <w:marLeft w:val="0"/>
      <w:marRight w:val="0"/>
      <w:marTop w:val="0"/>
      <w:marBottom w:val="0"/>
      <w:divBdr>
        <w:top w:val="none" w:sz="0" w:space="0" w:color="auto"/>
        <w:left w:val="none" w:sz="0" w:space="0" w:color="auto"/>
        <w:bottom w:val="none" w:sz="0" w:space="0" w:color="auto"/>
        <w:right w:val="none" w:sz="0" w:space="0" w:color="auto"/>
      </w:divBdr>
    </w:div>
    <w:div w:id="1181429902">
      <w:bodyDiv w:val="1"/>
      <w:marLeft w:val="0"/>
      <w:marRight w:val="0"/>
      <w:marTop w:val="0"/>
      <w:marBottom w:val="0"/>
      <w:divBdr>
        <w:top w:val="none" w:sz="0" w:space="0" w:color="auto"/>
        <w:left w:val="none" w:sz="0" w:space="0" w:color="auto"/>
        <w:bottom w:val="none" w:sz="0" w:space="0" w:color="auto"/>
        <w:right w:val="none" w:sz="0" w:space="0" w:color="auto"/>
      </w:divBdr>
    </w:div>
    <w:div w:id="1181627322">
      <w:bodyDiv w:val="1"/>
      <w:marLeft w:val="0"/>
      <w:marRight w:val="0"/>
      <w:marTop w:val="0"/>
      <w:marBottom w:val="0"/>
      <w:divBdr>
        <w:top w:val="none" w:sz="0" w:space="0" w:color="auto"/>
        <w:left w:val="none" w:sz="0" w:space="0" w:color="auto"/>
        <w:bottom w:val="none" w:sz="0" w:space="0" w:color="auto"/>
        <w:right w:val="none" w:sz="0" w:space="0" w:color="auto"/>
      </w:divBdr>
    </w:div>
    <w:div w:id="1182739367">
      <w:bodyDiv w:val="1"/>
      <w:marLeft w:val="0"/>
      <w:marRight w:val="0"/>
      <w:marTop w:val="0"/>
      <w:marBottom w:val="0"/>
      <w:divBdr>
        <w:top w:val="none" w:sz="0" w:space="0" w:color="auto"/>
        <w:left w:val="none" w:sz="0" w:space="0" w:color="auto"/>
        <w:bottom w:val="none" w:sz="0" w:space="0" w:color="auto"/>
        <w:right w:val="none" w:sz="0" w:space="0" w:color="auto"/>
      </w:divBdr>
    </w:div>
    <w:div w:id="1184366820">
      <w:bodyDiv w:val="1"/>
      <w:marLeft w:val="0"/>
      <w:marRight w:val="0"/>
      <w:marTop w:val="0"/>
      <w:marBottom w:val="0"/>
      <w:divBdr>
        <w:top w:val="none" w:sz="0" w:space="0" w:color="auto"/>
        <w:left w:val="none" w:sz="0" w:space="0" w:color="auto"/>
        <w:bottom w:val="none" w:sz="0" w:space="0" w:color="auto"/>
        <w:right w:val="none" w:sz="0" w:space="0" w:color="auto"/>
      </w:divBdr>
    </w:div>
    <w:div w:id="1184442580">
      <w:bodyDiv w:val="1"/>
      <w:marLeft w:val="0"/>
      <w:marRight w:val="0"/>
      <w:marTop w:val="0"/>
      <w:marBottom w:val="0"/>
      <w:divBdr>
        <w:top w:val="none" w:sz="0" w:space="0" w:color="auto"/>
        <w:left w:val="none" w:sz="0" w:space="0" w:color="auto"/>
        <w:bottom w:val="none" w:sz="0" w:space="0" w:color="auto"/>
        <w:right w:val="none" w:sz="0" w:space="0" w:color="auto"/>
      </w:divBdr>
    </w:div>
    <w:div w:id="1185096611">
      <w:bodyDiv w:val="1"/>
      <w:marLeft w:val="0"/>
      <w:marRight w:val="0"/>
      <w:marTop w:val="0"/>
      <w:marBottom w:val="0"/>
      <w:divBdr>
        <w:top w:val="none" w:sz="0" w:space="0" w:color="auto"/>
        <w:left w:val="none" w:sz="0" w:space="0" w:color="auto"/>
        <w:bottom w:val="none" w:sz="0" w:space="0" w:color="auto"/>
        <w:right w:val="none" w:sz="0" w:space="0" w:color="auto"/>
      </w:divBdr>
    </w:div>
    <w:div w:id="1189102650">
      <w:bodyDiv w:val="1"/>
      <w:marLeft w:val="0"/>
      <w:marRight w:val="0"/>
      <w:marTop w:val="0"/>
      <w:marBottom w:val="0"/>
      <w:divBdr>
        <w:top w:val="none" w:sz="0" w:space="0" w:color="auto"/>
        <w:left w:val="none" w:sz="0" w:space="0" w:color="auto"/>
        <w:bottom w:val="none" w:sz="0" w:space="0" w:color="auto"/>
        <w:right w:val="none" w:sz="0" w:space="0" w:color="auto"/>
      </w:divBdr>
    </w:div>
    <w:div w:id="1192108727">
      <w:bodyDiv w:val="1"/>
      <w:marLeft w:val="0"/>
      <w:marRight w:val="0"/>
      <w:marTop w:val="0"/>
      <w:marBottom w:val="0"/>
      <w:divBdr>
        <w:top w:val="none" w:sz="0" w:space="0" w:color="auto"/>
        <w:left w:val="none" w:sz="0" w:space="0" w:color="auto"/>
        <w:bottom w:val="none" w:sz="0" w:space="0" w:color="auto"/>
        <w:right w:val="none" w:sz="0" w:space="0" w:color="auto"/>
      </w:divBdr>
    </w:div>
    <w:div w:id="1192305362">
      <w:bodyDiv w:val="1"/>
      <w:marLeft w:val="0"/>
      <w:marRight w:val="0"/>
      <w:marTop w:val="0"/>
      <w:marBottom w:val="0"/>
      <w:divBdr>
        <w:top w:val="none" w:sz="0" w:space="0" w:color="auto"/>
        <w:left w:val="none" w:sz="0" w:space="0" w:color="auto"/>
        <w:bottom w:val="none" w:sz="0" w:space="0" w:color="auto"/>
        <w:right w:val="none" w:sz="0" w:space="0" w:color="auto"/>
      </w:divBdr>
    </w:div>
    <w:div w:id="1193153452">
      <w:bodyDiv w:val="1"/>
      <w:marLeft w:val="0"/>
      <w:marRight w:val="0"/>
      <w:marTop w:val="0"/>
      <w:marBottom w:val="0"/>
      <w:divBdr>
        <w:top w:val="none" w:sz="0" w:space="0" w:color="auto"/>
        <w:left w:val="none" w:sz="0" w:space="0" w:color="auto"/>
        <w:bottom w:val="none" w:sz="0" w:space="0" w:color="auto"/>
        <w:right w:val="none" w:sz="0" w:space="0" w:color="auto"/>
      </w:divBdr>
    </w:div>
    <w:div w:id="1195847139">
      <w:bodyDiv w:val="1"/>
      <w:marLeft w:val="0"/>
      <w:marRight w:val="0"/>
      <w:marTop w:val="0"/>
      <w:marBottom w:val="0"/>
      <w:divBdr>
        <w:top w:val="none" w:sz="0" w:space="0" w:color="auto"/>
        <w:left w:val="none" w:sz="0" w:space="0" w:color="auto"/>
        <w:bottom w:val="none" w:sz="0" w:space="0" w:color="auto"/>
        <w:right w:val="none" w:sz="0" w:space="0" w:color="auto"/>
      </w:divBdr>
    </w:div>
    <w:div w:id="1196845538">
      <w:bodyDiv w:val="1"/>
      <w:marLeft w:val="0"/>
      <w:marRight w:val="0"/>
      <w:marTop w:val="0"/>
      <w:marBottom w:val="0"/>
      <w:divBdr>
        <w:top w:val="none" w:sz="0" w:space="0" w:color="auto"/>
        <w:left w:val="none" w:sz="0" w:space="0" w:color="auto"/>
        <w:bottom w:val="none" w:sz="0" w:space="0" w:color="auto"/>
        <w:right w:val="none" w:sz="0" w:space="0" w:color="auto"/>
      </w:divBdr>
    </w:div>
    <w:div w:id="1196889245">
      <w:bodyDiv w:val="1"/>
      <w:marLeft w:val="0"/>
      <w:marRight w:val="0"/>
      <w:marTop w:val="0"/>
      <w:marBottom w:val="0"/>
      <w:divBdr>
        <w:top w:val="none" w:sz="0" w:space="0" w:color="auto"/>
        <w:left w:val="none" w:sz="0" w:space="0" w:color="auto"/>
        <w:bottom w:val="none" w:sz="0" w:space="0" w:color="auto"/>
        <w:right w:val="none" w:sz="0" w:space="0" w:color="auto"/>
      </w:divBdr>
    </w:div>
    <w:div w:id="1197699703">
      <w:bodyDiv w:val="1"/>
      <w:marLeft w:val="0"/>
      <w:marRight w:val="0"/>
      <w:marTop w:val="0"/>
      <w:marBottom w:val="0"/>
      <w:divBdr>
        <w:top w:val="none" w:sz="0" w:space="0" w:color="auto"/>
        <w:left w:val="none" w:sz="0" w:space="0" w:color="auto"/>
        <w:bottom w:val="none" w:sz="0" w:space="0" w:color="auto"/>
        <w:right w:val="none" w:sz="0" w:space="0" w:color="auto"/>
      </w:divBdr>
    </w:div>
    <w:div w:id="1198276667">
      <w:bodyDiv w:val="1"/>
      <w:marLeft w:val="0"/>
      <w:marRight w:val="0"/>
      <w:marTop w:val="0"/>
      <w:marBottom w:val="0"/>
      <w:divBdr>
        <w:top w:val="none" w:sz="0" w:space="0" w:color="auto"/>
        <w:left w:val="none" w:sz="0" w:space="0" w:color="auto"/>
        <w:bottom w:val="none" w:sz="0" w:space="0" w:color="auto"/>
        <w:right w:val="none" w:sz="0" w:space="0" w:color="auto"/>
      </w:divBdr>
    </w:div>
    <w:div w:id="1199313285">
      <w:bodyDiv w:val="1"/>
      <w:marLeft w:val="0"/>
      <w:marRight w:val="0"/>
      <w:marTop w:val="0"/>
      <w:marBottom w:val="0"/>
      <w:divBdr>
        <w:top w:val="none" w:sz="0" w:space="0" w:color="auto"/>
        <w:left w:val="none" w:sz="0" w:space="0" w:color="auto"/>
        <w:bottom w:val="none" w:sz="0" w:space="0" w:color="auto"/>
        <w:right w:val="none" w:sz="0" w:space="0" w:color="auto"/>
      </w:divBdr>
    </w:div>
    <w:div w:id="1199704785">
      <w:bodyDiv w:val="1"/>
      <w:marLeft w:val="0"/>
      <w:marRight w:val="0"/>
      <w:marTop w:val="0"/>
      <w:marBottom w:val="0"/>
      <w:divBdr>
        <w:top w:val="none" w:sz="0" w:space="0" w:color="auto"/>
        <w:left w:val="none" w:sz="0" w:space="0" w:color="auto"/>
        <w:bottom w:val="none" w:sz="0" w:space="0" w:color="auto"/>
        <w:right w:val="none" w:sz="0" w:space="0" w:color="auto"/>
      </w:divBdr>
    </w:div>
    <w:div w:id="1199852004">
      <w:bodyDiv w:val="1"/>
      <w:marLeft w:val="0"/>
      <w:marRight w:val="0"/>
      <w:marTop w:val="0"/>
      <w:marBottom w:val="0"/>
      <w:divBdr>
        <w:top w:val="none" w:sz="0" w:space="0" w:color="auto"/>
        <w:left w:val="none" w:sz="0" w:space="0" w:color="auto"/>
        <w:bottom w:val="none" w:sz="0" w:space="0" w:color="auto"/>
        <w:right w:val="none" w:sz="0" w:space="0" w:color="auto"/>
      </w:divBdr>
    </w:div>
    <w:div w:id="1203713678">
      <w:bodyDiv w:val="1"/>
      <w:marLeft w:val="0"/>
      <w:marRight w:val="0"/>
      <w:marTop w:val="0"/>
      <w:marBottom w:val="0"/>
      <w:divBdr>
        <w:top w:val="none" w:sz="0" w:space="0" w:color="auto"/>
        <w:left w:val="none" w:sz="0" w:space="0" w:color="auto"/>
        <w:bottom w:val="none" w:sz="0" w:space="0" w:color="auto"/>
        <w:right w:val="none" w:sz="0" w:space="0" w:color="auto"/>
      </w:divBdr>
    </w:div>
    <w:div w:id="1205099754">
      <w:bodyDiv w:val="1"/>
      <w:marLeft w:val="0"/>
      <w:marRight w:val="0"/>
      <w:marTop w:val="0"/>
      <w:marBottom w:val="0"/>
      <w:divBdr>
        <w:top w:val="none" w:sz="0" w:space="0" w:color="auto"/>
        <w:left w:val="none" w:sz="0" w:space="0" w:color="auto"/>
        <w:bottom w:val="none" w:sz="0" w:space="0" w:color="auto"/>
        <w:right w:val="none" w:sz="0" w:space="0" w:color="auto"/>
      </w:divBdr>
    </w:div>
    <w:div w:id="1205562065">
      <w:bodyDiv w:val="1"/>
      <w:marLeft w:val="0"/>
      <w:marRight w:val="0"/>
      <w:marTop w:val="0"/>
      <w:marBottom w:val="0"/>
      <w:divBdr>
        <w:top w:val="none" w:sz="0" w:space="0" w:color="auto"/>
        <w:left w:val="none" w:sz="0" w:space="0" w:color="auto"/>
        <w:bottom w:val="none" w:sz="0" w:space="0" w:color="auto"/>
        <w:right w:val="none" w:sz="0" w:space="0" w:color="auto"/>
      </w:divBdr>
    </w:div>
    <w:div w:id="1206329160">
      <w:bodyDiv w:val="1"/>
      <w:marLeft w:val="0"/>
      <w:marRight w:val="0"/>
      <w:marTop w:val="0"/>
      <w:marBottom w:val="0"/>
      <w:divBdr>
        <w:top w:val="none" w:sz="0" w:space="0" w:color="auto"/>
        <w:left w:val="none" w:sz="0" w:space="0" w:color="auto"/>
        <w:bottom w:val="none" w:sz="0" w:space="0" w:color="auto"/>
        <w:right w:val="none" w:sz="0" w:space="0" w:color="auto"/>
      </w:divBdr>
    </w:div>
    <w:div w:id="1207182967">
      <w:bodyDiv w:val="1"/>
      <w:marLeft w:val="0"/>
      <w:marRight w:val="0"/>
      <w:marTop w:val="0"/>
      <w:marBottom w:val="0"/>
      <w:divBdr>
        <w:top w:val="none" w:sz="0" w:space="0" w:color="auto"/>
        <w:left w:val="none" w:sz="0" w:space="0" w:color="auto"/>
        <w:bottom w:val="none" w:sz="0" w:space="0" w:color="auto"/>
        <w:right w:val="none" w:sz="0" w:space="0" w:color="auto"/>
      </w:divBdr>
    </w:div>
    <w:div w:id="1207328192">
      <w:bodyDiv w:val="1"/>
      <w:marLeft w:val="0"/>
      <w:marRight w:val="0"/>
      <w:marTop w:val="0"/>
      <w:marBottom w:val="0"/>
      <w:divBdr>
        <w:top w:val="none" w:sz="0" w:space="0" w:color="auto"/>
        <w:left w:val="none" w:sz="0" w:space="0" w:color="auto"/>
        <w:bottom w:val="none" w:sz="0" w:space="0" w:color="auto"/>
        <w:right w:val="none" w:sz="0" w:space="0" w:color="auto"/>
      </w:divBdr>
    </w:div>
    <w:div w:id="1207835697">
      <w:bodyDiv w:val="1"/>
      <w:marLeft w:val="0"/>
      <w:marRight w:val="0"/>
      <w:marTop w:val="0"/>
      <w:marBottom w:val="0"/>
      <w:divBdr>
        <w:top w:val="none" w:sz="0" w:space="0" w:color="auto"/>
        <w:left w:val="none" w:sz="0" w:space="0" w:color="auto"/>
        <w:bottom w:val="none" w:sz="0" w:space="0" w:color="auto"/>
        <w:right w:val="none" w:sz="0" w:space="0" w:color="auto"/>
      </w:divBdr>
    </w:div>
    <w:div w:id="1208297834">
      <w:bodyDiv w:val="1"/>
      <w:marLeft w:val="0"/>
      <w:marRight w:val="0"/>
      <w:marTop w:val="0"/>
      <w:marBottom w:val="0"/>
      <w:divBdr>
        <w:top w:val="none" w:sz="0" w:space="0" w:color="auto"/>
        <w:left w:val="none" w:sz="0" w:space="0" w:color="auto"/>
        <w:bottom w:val="none" w:sz="0" w:space="0" w:color="auto"/>
        <w:right w:val="none" w:sz="0" w:space="0" w:color="auto"/>
      </w:divBdr>
    </w:div>
    <w:div w:id="1209146707">
      <w:bodyDiv w:val="1"/>
      <w:marLeft w:val="0"/>
      <w:marRight w:val="0"/>
      <w:marTop w:val="0"/>
      <w:marBottom w:val="0"/>
      <w:divBdr>
        <w:top w:val="none" w:sz="0" w:space="0" w:color="auto"/>
        <w:left w:val="none" w:sz="0" w:space="0" w:color="auto"/>
        <w:bottom w:val="none" w:sz="0" w:space="0" w:color="auto"/>
        <w:right w:val="none" w:sz="0" w:space="0" w:color="auto"/>
      </w:divBdr>
    </w:div>
    <w:div w:id="1210874292">
      <w:bodyDiv w:val="1"/>
      <w:marLeft w:val="0"/>
      <w:marRight w:val="0"/>
      <w:marTop w:val="0"/>
      <w:marBottom w:val="0"/>
      <w:divBdr>
        <w:top w:val="none" w:sz="0" w:space="0" w:color="auto"/>
        <w:left w:val="none" w:sz="0" w:space="0" w:color="auto"/>
        <w:bottom w:val="none" w:sz="0" w:space="0" w:color="auto"/>
        <w:right w:val="none" w:sz="0" w:space="0" w:color="auto"/>
      </w:divBdr>
    </w:div>
    <w:div w:id="1212497926">
      <w:bodyDiv w:val="1"/>
      <w:marLeft w:val="0"/>
      <w:marRight w:val="0"/>
      <w:marTop w:val="0"/>
      <w:marBottom w:val="0"/>
      <w:divBdr>
        <w:top w:val="none" w:sz="0" w:space="0" w:color="auto"/>
        <w:left w:val="none" w:sz="0" w:space="0" w:color="auto"/>
        <w:bottom w:val="none" w:sz="0" w:space="0" w:color="auto"/>
        <w:right w:val="none" w:sz="0" w:space="0" w:color="auto"/>
      </w:divBdr>
    </w:div>
    <w:div w:id="1212766866">
      <w:bodyDiv w:val="1"/>
      <w:marLeft w:val="0"/>
      <w:marRight w:val="0"/>
      <w:marTop w:val="0"/>
      <w:marBottom w:val="0"/>
      <w:divBdr>
        <w:top w:val="none" w:sz="0" w:space="0" w:color="auto"/>
        <w:left w:val="none" w:sz="0" w:space="0" w:color="auto"/>
        <w:bottom w:val="none" w:sz="0" w:space="0" w:color="auto"/>
        <w:right w:val="none" w:sz="0" w:space="0" w:color="auto"/>
      </w:divBdr>
    </w:div>
    <w:div w:id="1216041631">
      <w:bodyDiv w:val="1"/>
      <w:marLeft w:val="0"/>
      <w:marRight w:val="0"/>
      <w:marTop w:val="0"/>
      <w:marBottom w:val="0"/>
      <w:divBdr>
        <w:top w:val="none" w:sz="0" w:space="0" w:color="auto"/>
        <w:left w:val="none" w:sz="0" w:space="0" w:color="auto"/>
        <w:bottom w:val="none" w:sz="0" w:space="0" w:color="auto"/>
        <w:right w:val="none" w:sz="0" w:space="0" w:color="auto"/>
      </w:divBdr>
    </w:div>
    <w:div w:id="1218129060">
      <w:bodyDiv w:val="1"/>
      <w:marLeft w:val="0"/>
      <w:marRight w:val="0"/>
      <w:marTop w:val="0"/>
      <w:marBottom w:val="0"/>
      <w:divBdr>
        <w:top w:val="none" w:sz="0" w:space="0" w:color="auto"/>
        <w:left w:val="none" w:sz="0" w:space="0" w:color="auto"/>
        <w:bottom w:val="none" w:sz="0" w:space="0" w:color="auto"/>
        <w:right w:val="none" w:sz="0" w:space="0" w:color="auto"/>
      </w:divBdr>
    </w:div>
    <w:div w:id="1218979744">
      <w:bodyDiv w:val="1"/>
      <w:marLeft w:val="0"/>
      <w:marRight w:val="0"/>
      <w:marTop w:val="0"/>
      <w:marBottom w:val="0"/>
      <w:divBdr>
        <w:top w:val="none" w:sz="0" w:space="0" w:color="auto"/>
        <w:left w:val="none" w:sz="0" w:space="0" w:color="auto"/>
        <w:bottom w:val="none" w:sz="0" w:space="0" w:color="auto"/>
        <w:right w:val="none" w:sz="0" w:space="0" w:color="auto"/>
      </w:divBdr>
    </w:div>
    <w:div w:id="1219628375">
      <w:bodyDiv w:val="1"/>
      <w:marLeft w:val="0"/>
      <w:marRight w:val="0"/>
      <w:marTop w:val="0"/>
      <w:marBottom w:val="0"/>
      <w:divBdr>
        <w:top w:val="none" w:sz="0" w:space="0" w:color="auto"/>
        <w:left w:val="none" w:sz="0" w:space="0" w:color="auto"/>
        <w:bottom w:val="none" w:sz="0" w:space="0" w:color="auto"/>
        <w:right w:val="none" w:sz="0" w:space="0" w:color="auto"/>
      </w:divBdr>
    </w:div>
    <w:div w:id="1222209245">
      <w:bodyDiv w:val="1"/>
      <w:marLeft w:val="0"/>
      <w:marRight w:val="0"/>
      <w:marTop w:val="0"/>
      <w:marBottom w:val="0"/>
      <w:divBdr>
        <w:top w:val="none" w:sz="0" w:space="0" w:color="auto"/>
        <w:left w:val="none" w:sz="0" w:space="0" w:color="auto"/>
        <w:bottom w:val="none" w:sz="0" w:space="0" w:color="auto"/>
        <w:right w:val="none" w:sz="0" w:space="0" w:color="auto"/>
      </w:divBdr>
    </w:div>
    <w:div w:id="1224290084">
      <w:bodyDiv w:val="1"/>
      <w:marLeft w:val="0"/>
      <w:marRight w:val="0"/>
      <w:marTop w:val="0"/>
      <w:marBottom w:val="0"/>
      <w:divBdr>
        <w:top w:val="none" w:sz="0" w:space="0" w:color="auto"/>
        <w:left w:val="none" w:sz="0" w:space="0" w:color="auto"/>
        <w:bottom w:val="none" w:sz="0" w:space="0" w:color="auto"/>
        <w:right w:val="none" w:sz="0" w:space="0" w:color="auto"/>
      </w:divBdr>
    </w:div>
    <w:div w:id="1226335182">
      <w:bodyDiv w:val="1"/>
      <w:marLeft w:val="0"/>
      <w:marRight w:val="0"/>
      <w:marTop w:val="0"/>
      <w:marBottom w:val="0"/>
      <w:divBdr>
        <w:top w:val="none" w:sz="0" w:space="0" w:color="auto"/>
        <w:left w:val="none" w:sz="0" w:space="0" w:color="auto"/>
        <w:bottom w:val="none" w:sz="0" w:space="0" w:color="auto"/>
        <w:right w:val="none" w:sz="0" w:space="0" w:color="auto"/>
      </w:divBdr>
    </w:div>
    <w:div w:id="1226527795">
      <w:bodyDiv w:val="1"/>
      <w:marLeft w:val="0"/>
      <w:marRight w:val="0"/>
      <w:marTop w:val="0"/>
      <w:marBottom w:val="0"/>
      <w:divBdr>
        <w:top w:val="none" w:sz="0" w:space="0" w:color="auto"/>
        <w:left w:val="none" w:sz="0" w:space="0" w:color="auto"/>
        <w:bottom w:val="none" w:sz="0" w:space="0" w:color="auto"/>
        <w:right w:val="none" w:sz="0" w:space="0" w:color="auto"/>
      </w:divBdr>
    </w:div>
    <w:div w:id="1226917266">
      <w:bodyDiv w:val="1"/>
      <w:marLeft w:val="0"/>
      <w:marRight w:val="0"/>
      <w:marTop w:val="0"/>
      <w:marBottom w:val="0"/>
      <w:divBdr>
        <w:top w:val="none" w:sz="0" w:space="0" w:color="auto"/>
        <w:left w:val="none" w:sz="0" w:space="0" w:color="auto"/>
        <w:bottom w:val="none" w:sz="0" w:space="0" w:color="auto"/>
        <w:right w:val="none" w:sz="0" w:space="0" w:color="auto"/>
      </w:divBdr>
    </w:div>
    <w:div w:id="1227842692">
      <w:bodyDiv w:val="1"/>
      <w:marLeft w:val="0"/>
      <w:marRight w:val="0"/>
      <w:marTop w:val="0"/>
      <w:marBottom w:val="0"/>
      <w:divBdr>
        <w:top w:val="none" w:sz="0" w:space="0" w:color="auto"/>
        <w:left w:val="none" w:sz="0" w:space="0" w:color="auto"/>
        <w:bottom w:val="none" w:sz="0" w:space="0" w:color="auto"/>
        <w:right w:val="none" w:sz="0" w:space="0" w:color="auto"/>
      </w:divBdr>
    </w:div>
    <w:div w:id="1227960077">
      <w:bodyDiv w:val="1"/>
      <w:marLeft w:val="0"/>
      <w:marRight w:val="0"/>
      <w:marTop w:val="0"/>
      <w:marBottom w:val="0"/>
      <w:divBdr>
        <w:top w:val="none" w:sz="0" w:space="0" w:color="auto"/>
        <w:left w:val="none" w:sz="0" w:space="0" w:color="auto"/>
        <w:bottom w:val="none" w:sz="0" w:space="0" w:color="auto"/>
        <w:right w:val="none" w:sz="0" w:space="0" w:color="auto"/>
      </w:divBdr>
    </w:div>
    <w:div w:id="1228805429">
      <w:bodyDiv w:val="1"/>
      <w:marLeft w:val="0"/>
      <w:marRight w:val="0"/>
      <w:marTop w:val="0"/>
      <w:marBottom w:val="0"/>
      <w:divBdr>
        <w:top w:val="none" w:sz="0" w:space="0" w:color="auto"/>
        <w:left w:val="none" w:sz="0" w:space="0" w:color="auto"/>
        <w:bottom w:val="none" w:sz="0" w:space="0" w:color="auto"/>
        <w:right w:val="none" w:sz="0" w:space="0" w:color="auto"/>
      </w:divBdr>
    </w:div>
    <w:div w:id="1229608111">
      <w:bodyDiv w:val="1"/>
      <w:marLeft w:val="0"/>
      <w:marRight w:val="0"/>
      <w:marTop w:val="0"/>
      <w:marBottom w:val="0"/>
      <w:divBdr>
        <w:top w:val="none" w:sz="0" w:space="0" w:color="auto"/>
        <w:left w:val="none" w:sz="0" w:space="0" w:color="auto"/>
        <w:bottom w:val="none" w:sz="0" w:space="0" w:color="auto"/>
        <w:right w:val="none" w:sz="0" w:space="0" w:color="auto"/>
      </w:divBdr>
    </w:div>
    <w:div w:id="1230574380">
      <w:bodyDiv w:val="1"/>
      <w:marLeft w:val="0"/>
      <w:marRight w:val="0"/>
      <w:marTop w:val="0"/>
      <w:marBottom w:val="0"/>
      <w:divBdr>
        <w:top w:val="none" w:sz="0" w:space="0" w:color="auto"/>
        <w:left w:val="none" w:sz="0" w:space="0" w:color="auto"/>
        <w:bottom w:val="none" w:sz="0" w:space="0" w:color="auto"/>
        <w:right w:val="none" w:sz="0" w:space="0" w:color="auto"/>
      </w:divBdr>
    </w:div>
    <w:div w:id="1231186077">
      <w:bodyDiv w:val="1"/>
      <w:marLeft w:val="0"/>
      <w:marRight w:val="0"/>
      <w:marTop w:val="0"/>
      <w:marBottom w:val="0"/>
      <w:divBdr>
        <w:top w:val="none" w:sz="0" w:space="0" w:color="auto"/>
        <w:left w:val="none" w:sz="0" w:space="0" w:color="auto"/>
        <w:bottom w:val="none" w:sz="0" w:space="0" w:color="auto"/>
        <w:right w:val="none" w:sz="0" w:space="0" w:color="auto"/>
      </w:divBdr>
    </w:div>
    <w:div w:id="1232543131">
      <w:bodyDiv w:val="1"/>
      <w:marLeft w:val="0"/>
      <w:marRight w:val="0"/>
      <w:marTop w:val="0"/>
      <w:marBottom w:val="0"/>
      <w:divBdr>
        <w:top w:val="none" w:sz="0" w:space="0" w:color="auto"/>
        <w:left w:val="none" w:sz="0" w:space="0" w:color="auto"/>
        <w:bottom w:val="none" w:sz="0" w:space="0" w:color="auto"/>
        <w:right w:val="none" w:sz="0" w:space="0" w:color="auto"/>
      </w:divBdr>
    </w:div>
    <w:div w:id="1234199102">
      <w:bodyDiv w:val="1"/>
      <w:marLeft w:val="0"/>
      <w:marRight w:val="0"/>
      <w:marTop w:val="0"/>
      <w:marBottom w:val="0"/>
      <w:divBdr>
        <w:top w:val="none" w:sz="0" w:space="0" w:color="auto"/>
        <w:left w:val="none" w:sz="0" w:space="0" w:color="auto"/>
        <w:bottom w:val="none" w:sz="0" w:space="0" w:color="auto"/>
        <w:right w:val="none" w:sz="0" w:space="0" w:color="auto"/>
      </w:divBdr>
    </w:div>
    <w:div w:id="1235892452">
      <w:bodyDiv w:val="1"/>
      <w:marLeft w:val="0"/>
      <w:marRight w:val="0"/>
      <w:marTop w:val="0"/>
      <w:marBottom w:val="0"/>
      <w:divBdr>
        <w:top w:val="none" w:sz="0" w:space="0" w:color="auto"/>
        <w:left w:val="none" w:sz="0" w:space="0" w:color="auto"/>
        <w:bottom w:val="none" w:sz="0" w:space="0" w:color="auto"/>
        <w:right w:val="none" w:sz="0" w:space="0" w:color="auto"/>
      </w:divBdr>
    </w:div>
    <w:div w:id="1238129740">
      <w:bodyDiv w:val="1"/>
      <w:marLeft w:val="0"/>
      <w:marRight w:val="0"/>
      <w:marTop w:val="0"/>
      <w:marBottom w:val="0"/>
      <w:divBdr>
        <w:top w:val="none" w:sz="0" w:space="0" w:color="auto"/>
        <w:left w:val="none" w:sz="0" w:space="0" w:color="auto"/>
        <w:bottom w:val="none" w:sz="0" w:space="0" w:color="auto"/>
        <w:right w:val="none" w:sz="0" w:space="0" w:color="auto"/>
      </w:divBdr>
    </w:div>
    <w:div w:id="1238899000">
      <w:bodyDiv w:val="1"/>
      <w:marLeft w:val="0"/>
      <w:marRight w:val="0"/>
      <w:marTop w:val="0"/>
      <w:marBottom w:val="0"/>
      <w:divBdr>
        <w:top w:val="none" w:sz="0" w:space="0" w:color="auto"/>
        <w:left w:val="none" w:sz="0" w:space="0" w:color="auto"/>
        <w:bottom w:val="none" w:sz="0" w:space="0" w:color="auto"/>
        <w:right w:val="none" w:sz="0" w:space="0" w:color="auto"/>
      </w:divBdr>
    </w:div>
    <w:div w:id="1240560696">
      <w:bodyDiv w:val="1"/>
      <w:marLeft w:val="0"/>
      <w:marRight w:val="0"/>
      <w:marTop w:val="0"/>
      <w:marBottom w:val="0"/>
      <w:divBdr>
        <w:top w:val="none" w:sz="0" w:space="0" w:color="auto"/>
        <w:left w:val="none" w:sz="0" w:space="0" w:color="auto"/>
        <w:bottom w:val="none" w:sz="0" w:space="0" w:color="auto"/>
        <w:right w:val="none" w:sz="0" w:space="0" w:color="auto"/>
      </w:divBdr>
    </w:div>
    <w:div w:id="1241862961">
      <w:bodyDiv w:val="1"/>
      <w:marLeft w:val="0"/>
      <w:marRight w:val="0"/>
      <w:marTop w:val="0"/>
      <w:marBottom w:val="0"/>
      <w:divBdr>
        <w:top w:val="none" w:sz="0" w:space="0" w:color="auto"/>
        <w:left w:val="none" w:sz="0" w:space="0" w:color="auto"/>
        <w:bottom w:val="none" w:sz="0" w:space="0" w:color="auto"/>
        <w:right w:val="none" w:sz="0" w:space="0" w:color="auto"/>
      </w:divBdr>
    </w:div>
    <w:div w:id="1242907235">
      <w:bodyDiv w:val="1"/>
      <w:marLeft w:val="0"/>
      <w:marRight w:val="0"/>
      <w:marTop w:val="0"/>
      <w:marBottom w:val="0"/>
      <w:divBdr>
        <w:top w:val="none" w:sz="0" w:space="0" w:color="auto"/>
        <w:left w:val="none" w:sz="0" w:space="0" w:color="auto"/>
        <w:bottom w:val="none" w:sz="0" w:space="0" w:color="auto"/>
        <w:right w:val="none" w:sz="0" w:space="0" w:color="auto"/>
      </w:divBdr>
    </w:div>
    <w:div w:id="1244607449">
      <w:bodyDiv w:val="1"/>
      <w:marLeft w:val="0"/>
      <w:marRight w:val="0"/>
      <w:marTop w:val="0"/>
      <w:marBottom w:val="0"/>
      <w:divBdr>
        <w:top w:val="none" w:sz="0" w:space="0" w:color="auto"/>
        <w:left w:val="none" w:sz="0" w:space="0" w:color="auto"/>
        <w:bottom w:val="none" w:sz="0" w:space="0" w:color="auto"/>
        <w:right w:val="none" w:sz="0" w:space="0" w:color="auto"/>
      </w:divBdr>
    </w:div>
    <w:div w:id="1244878833">
      <w:bodyDiv w:val="1"/>
      <w:marLeft w:val="0"/>
      <w:marRight w:val="0"/>
      <w:marTop w:val="0"/>
      <w:marBottom w:val="0"/>
      <w:divBdr>
        <w:top w:val="none" w:sz="0" w:space="0" w:color="auto"/>
        <w:left w:val="none" w:sz="0" w:space="0" w:color="auto"/>
        <w:bottom w:val="none" w:sz="0" w:space="0" w:color="auto"/>
        <w:right w:val="none" w:sz="0" w:space="0" w:color="auto"/>
      </w:divBdr>
    </w:div>
    <w:div w:id="1247954458">
      <w:bodyDiv w:val="1"/>
      <w:marLeft w:val="0"/>
      <w:marRight w:val="0"/>
      <w:marTop w:val="0"/>
      <w:marBottom w:val="0"/>
      <w:divBdr>
        <w:top w:val="none" w:sz="0" w:space="0" w:color="auto"/>
        <w:left w:val="none" w:sz="0" w:space="0" w:color="auto"/>
        <w:bottom w:val="none" w:sz="0" w:space="0" w:color="auto"/>
        <w:right w:val="none" w:sz="0" w:space="0" w:color="auto"/>
      </w:divBdr>
    </w:div>
    <w:div w:id="1249853820">
      <w:bodyDiv w:val="1"/>
      <w:marLeft w:val="0"/>
      <w:marRight w:val="0"/>
      <w:marTop w:val="0"/>
      <w:marBottom w:val="0"/>
      <w:divBdr>
        <w:top w:val="none" w:sz="0" w:space="0" w:color="auto"/>
        <w:left w:val="none" w:sz="0" w:space="0" w:color="auto"/>
        <w:bottom w:val="none" w:sz="0" w:space="0" w:color="auto"/>
        <w:right w:val="none" w:sz="0" w:space="0" w:color="auto"/>
      </w:divBdr>
    </w:div>
    <w:div w:id="1251816422">
      <w:bodyDiv w:val="1"/>
      <w:marLeft w:val="0"/>
      <w:marRight w:val="0"/>
      <w:marTop w:val="0"/>
      <w:marBottom w:val="0"/>
      <w:divBdr>
        <w:top w:val="none" w:sz="0" w:space="0" w:color="auto"/>
        <w:left w:val="none" w:sz="0" w:space="0" w:color="auto"/>
        <w:bottom w:val="none" w:sz="0" w:space="0" w:color="auto"/>
        <w:right w:val="none" w:sz="0" w:space="0" w:color="auto"/>
      </w:divBdr>
    </w:div>
    <w:div w:id="1252155452">
      <w:bodyDiv w:val="1"/>
      <w:marLeft w:val="0"/>
      <w:marRight w:val="0"/>
      <w:marTop w:val="0"/>
      <w:marBottom w:val="0"/>
      <w:divBdr>
        <w:top w:val="none" w:sz="0" w:space="0" w:color="auto"/>
        <w:left w:val="none" w:sz="0" w:space="0" w:color="auto"/>
        <w:bottom w:val="none" w:sz="0" w:space="0" w:color="auto"/>
        <w:right w:val="none" w:sz="0" w:space="0" w:color="auto"/>
      </w:divBdr>
    </w:div>
    <w:div w:id="1255557493">
      <w:bodyDiv w:val="1"/>
      <w:marLeft w:val="0"/>
      <w:marRight w:val="0"/>
      <w:marTop w:val="0"/>
      <w:marBottom w:val="0"/>
      <w:divBdr>
        <w:top w:val="none" w:sz="0" w:space="0" w:color="auto"/>
        <w:left w:val="none" w:sz="0" w:space="0" w:color="auto"/>
        <w:bottom w:val="none" w:sz="0" w:space="0" w:color="auto"/>
        <w:right w:val="none" w:sz="0" w:space="0" w:color="auto"/>
      </w:divBdr>
    </w:div>
    <w:div w:id="1257325577">
      <w:bodyDiv w:val="1"/>
      <w:marLeft w:val="0"/>
      <w:marRight w:val="0"/>
      <w:marTop w:val="0"/>
      <w:marBottom w:val="0"/>
      <w:divBdr>
        <w:top w:val="none" w:sz="0" w:space="0" w:color="auto"/>
        <w:left w:val="none" w:sz="0" w:space="0" w:color="auto"/>
        <w:bottom w:val="none" w:sz="0" w:space="0" w:color="auto"/>
        <w:right w:val="none" w:sz="0" w:space="0" w:color="auto"/>
      </w:divBdr>
    </w:div>
    <w:div w:id="1258126813">
      <w:bodyDiv w:val="1"/>
      <w:marLeft w:val="0"/>
      <w:marRight w:val="0"/>
      <w:marTop w:val="0"/>
      <w:marBottom w:val="0"/>
      <w:divBdr>
        <w:top w:val="none" w:sz="0" w:space="0" w:color="auto"/>
        <w:left w:val="none" w:sz="0" w:space="0" w:color="auto"/>
        <w:bottom w:val="none" w:sz="0" w:space="0" w:color="auto"/>
        <w:right w:val="none" w:sz="0" w:space="0" w:color="auto"/>
      </w:divBdr>
    </w:div>
    <w:div w:id="1258633683">
      <w:bodyDiv w:val="1"/>
      <w:marLeft w:val="0"/>
      <w:marRight w:val="0"/>
      <w:marTop w:val="0"/>
      <w:marBottom w:val="0"/>
      <w:divBdr>
        <w:top w:val="none" w:sz="0" w:space="0" w:color="auto"/>
        <w:left w:val="none" w:sz="0" w:space="0" w:color="auto"/>
        <w:bottom w:val="none" w:sz="0" w:space="0" w:color="auto"/>
        <w:right w:val="none" w:sz="0" w:space="0" w:color="auto"/>
      </w:divBdr>
    </w:div>
    <w:div w:id="1261253350">
      <w:bodyDiv w:val="1"/>
      <w:marLeft w:val="0"/>
      <w:marRight w:val="0"/>
      <w:marTop w:val="0"/>
      <w:marBottom w:val="0"/>
      <w:divBdr>
        <w:top w:val="none" w:sz="0" w:space="0" w:color="auto"/>
        <w:left w:val="none" w:sz="0" w:space="0" w:color="auto"/>
        <w:bottom w:val="none" w:sz="0" w:space="0" w:color="auto"/>
        <w:right w:val="none" w:sz="0" w:space="0" w:color="auto"/>
      </w:divBdr>
    </w:div>
    <w:div w:id="1262572618">
      <w:bodyDiv w:val="1"/>
      <w:marLeft w:val="0"/>
      <w:marRight w:val="0"/>
      <w:marTop w:val="0"/>
      <w:marBottom w:val="0"/>
      <w:divBdr>
        <w:top w:val="none" w:sz="0" w:space="0" w:color="auto"/>
        <w:left w:val="none" w:sz="0" w:space="0" w:color="auto"/>
        <w:bottom w:val="none" w:sz="0" w:space="0" w:color="auto"/>
        <w:right w:val="none" w:sz="0" w:space="0" w:color="auto"/>
      </w:divBdr>
    </w:div>
    <w:div w:id="1262713986">
      <w:bodyDiv w:val="1"/>
      <w:marLeft w:val="0"/>
      <w:marRight w:val="0"/>
      <w:marTop w:val="0"/>
      <w:marBottom w:val="0"/>
      <w:divBdr>
        <w:top w:val="none" w:sz="0" w:space="0" w:color="auto"/>
        <w:left w:val="none" w:sz="0" w:space="0" w:color="auto"/>
        <w:bottom w:val="none" w:sz="0" w:space="0" w:color="auto"/>
        <w:right w:val="none" w:sz="0" w:space="0" w:color="auto"/>
      </w:divBdr>
    </w:div>
    <w:div w:id="1267887634">
      <w:bodyDiv w:val="1"/>
      <w:marLeft w:val="0"/>
      <w:marRight w:val="0"/>
      <w:marTop w:val="0"/>
      <w:marBottom w:val="0"/>
      <w:divBdr>
        <w:top w:val="none" w:sz="0" w:space="0" w:color="auto"/>
        <w:left w:val="none" w:sz="0" w:space="0" w:color="auto"/>
        <w:bottom w:val="none" w:sz="0" w:space="0" w:color="auto"/>
        <w:right w:val="none" w:sz="0" w:space="0" w:color="auto"/>
      </w:divBdr>
    </w:div>
    <w:div w:id="1270357235">
      <w:bodyDiv w:val="1"/>
      <w:marLeft w:val="0"/>
      <w:marRight w:val="0"/>
      <w:marTop w:val="0"/>
      <w:marBottom w:val="0"/>
      <w:divBdr>
        <w:top w:val="none" w:sz="0" w:space="0" w:color="auto"/>
        <w:left w:val="none" w:sz="0" w:space="0" w:color="auto"/>
        <w:bottom w:val="none" w:sz="0" w:space="0" w:color="auto"/>
        <w:right w:val="none" w:sz="0" w:space="0" w:color="auto"/>
      </w:divBdr>
    </w:div>
    <w:div w:id="1270620445">
      <w:bodyDiv w:val="1"/>
      <w:marLeft w:val="0"/>
      <w:marRight w:val="0"/>
      <w:marTop w:val="0"/>
      <w:marBottom w:val="0"/>
      <w:divBdr>
        <w:top w:val="none" w:sz="0" w:space="0" w:color="auto"/>
        <w:left w:val="none" w:sz="0" w:space="0" w:color="auto"/>
        <w:bottom w:val="none" w:sz="0" w:space="0" w:color="auto"/>
        <w:right w:val="none" w:sz="0" w:space="0" w:color="auto"/>
      </w:divBdr>
    </w:div>
    <w:div w:id="1272785024">
      <w:bodyDiv w:val="1"/>
      <w:marLeft w:val="0"/>
      <w:marRight w:val="0"/>
      <w:marTop w:val="0"/>
      <w:marBottom w:val="0"/>
      <w:divBdr>
        <w:top w:val="none" w:sz="0" w:space="0" w:color="auto"/>
        <w:left w:val="none" w:sz="0" w:space="0" w:color="auto"/>
        <w:bottom w:val="none" w:sz="0" w:space="0" w:color="auto"/>
        <w:right w:val="none" w:sz="0" w:space="0" w:color="auto"/>
      </w:divBdr>
    </w:div>
    <w:div w:id="1272862178">
      <w:bodyDiv w:val="1"/>
      <w:marLeft w:val="0"/>
      <w:marRight w:val="0"/>
      <w:marTop w:val="0"/>
      <w:marBottom w:val="0"/>
      <w:divBdr>
        <w:top w:val="none" w:sz="0" w:space="0" w:color="auto"/>
        <w:left w:val="none" w:sz="0" w:space="0" w:color="auto"/>
        <w:bottom w:val="none" w:sz="0" w:space="0" w:color="auto"/>
        <w:right w:val="none" w:sz="0" w:space="0" w:color="auto"/>
      </w:divBdr>
    </w:div>
    <w:div w:id="1272863214">
      <w:bodyDiv w:val="1"/>
      <w:marLeft w:val="0"/>
      <w:marRight w:val="0"/>
      <w:marTop w:val="0"/>
      <w:marBottom w:val="0"/>
      <w:divBdr>
        <w:top w:val="none" w:sz="0" w:space="0" w:color="auto"/>
        <w:left w:val="none" w:sz="0" w:space="0" w:color="auto"/>
        <w:bottom w:val="none" w:sz="0" w:space="0" w:color="auto"/>
        <w:right w:val="none" w:sz="0" w:space="0" w:color="auto"/>
      </w:divBdr>
    </w:div>
    <w:div w:id="1273322894">
      <w:bodyDiv w:val="1"/>
      <w:marLeft w:val="0"/>
      <w:marRight w:val="0"/>
      <w:marTop w:val="0"/>
      <w:marBottom w:val="0"/>
      <w:divBdr>
        <w:top w:val="none" w:sz="0" w:space="0" w:color="auto"/>
        <w:left w:val="none" w:sz="0" w:space="0" w:color="auto"/>
        <w:bottom w:val="none" w:sz="0" w:space="0" w:color="auto"/>
        <w:right w:val="none" w:sz="0" w:space="0" w:color="auto"/>
      </w:divBdr>
    </w:div>
    <w:div w:id="1275215393">
      <w:bodyDiv w:val="1"/>
      <w:marLeft w:val="0"/>
      <w:marRight w:val="0"/>
      <w:marTop w:val="0"/>
      <w:marBottom w:val="0"/>
      <w:divBdr>
        <w:top w:val="none" w:sz="0" w:space="0" w:color="auto"/>
        <w:left w:val="none" w:sz="0" w:space="0" w:color="auto"/>
        <w:bottom w:val="none" w:sz="0" w:space="0" w:color="auto"/>
        <w:right w:val="none" w:sz="0" w:space="0" w:color="auto"/>
      </w:divBdr>
    </w:div>
    <w:div w:id="1275288701">
      <w:bodyDiv w:val="1"/>
      <w:marLeft w:val="0"/>
      <w:marRight w:val="0"/>
      <w:marTop w:val="0"/>
      <w:marBottom w:val="0"/>
      <w:divBdr>
        <w:top w:val="none" w:sz="0" w:space="0" w:color="auto"/>
        <w:left w:val="none" w:sz="0" w:space="0" w:color="auto"/>
        <w:bottom w:val="none" w:sz="0" w:space="0" w:color="auto"/>
        <w:right w:val="none" w:sz="0" w:space="0" w:color="auto"/>
      </w:divBdr>
    </w:div>
    <w:div w:id="1278372074">
      <w:bodyDiv w:val="1"/>
      <w:marLeft w:val="0"/>
      <w:marRight w:val="0"/>
      <w:marTop w:val="0"/>
      <w:marBottom w:val="0"/>
      <w:divBdr>
        <w:top w:val="none" w:sz="0" w:space="0" w:color="auto"/>
        <w:left w:val="none" w:sz="0" w:space="0" w:color="auto"/>
        <w:bottom w:val="none" w:sz="0" w:space="0" w:color="auto"/>
        <w:right w:val="none" w:sz="0" w:space="0" w:color="auto"/>
      </w:divBdr>
    </w:div>
    <w:div w:id="1281064060">
      <w:bodyDiv w:val="1"/>
      <w:marLeft w:val="0"/>
      <w:marRight w:val="0"/>
      <w:marTop w:val="0"/>
      <w:marBottom w:val="0"/>
      <w:divBdr>
        <w:top w:val="none" w:sz="0" w:space="0" w:color="auto"/>
        <w:left w:val="none" w:sz="0" w:space="0" w:color="auto"/>
        <w:bottom w:val="none" w:sz="0" w:space="0" w:color="auto"/>
        <w:right w:val="none" w:sz="0" w:space="0" w:color="auto"/>
      </w:divBdr>
    </w:div>
    <w:div w:id="1281498707">
      <w:bodyDiv w:val="1"/>
      <w:marLeft w:val="0"/>
      <w:marRight w:val="0"/>
      <w:marTop w:val="0"/>
      <w:marBottom w:val="0"/>
      <w:divBdr>
        <w:top w:val="none" w:sz="0" w:space="0" w:color="auto"/>
        <w:left w:val="none" w:sz="0" w:space="0" w:color="auto"/>
        <w:bottom w:val="none" w:sz="0" w:space="0" w:color="auto"/>
        <w:right w:val="none" w:sz="0" w:space="0" w:color="auto"/>
      </w:divBdr>
    </w:div>
    <w:div w:id="1284001449">
      <w:bodyDiv w:val="1"/>
      <w:marLeft w:val="0"/>
      <w:marRight w:val="0"/>
      <w:marTop w:val="0"/>
      <w:marBottom w:val="0"/>
      <w:divBdr>
        <w:top w:val="none" w:sz="0" w:space="0" w:color="auto"/>
        <w:left w:val="none" w:sz="0" w:space="0" w:color="auto"/>
        <w:bottom w:val="none" w:sz="0" w:space="0" w:color="auto"/>
        <w:right w:val="none" w:sz="0" w:space="0" w:color="auto"/>
      </w:divBdr>
    </w:div>
    <w:div w:id="1288195295">
      <w:bodyDiv w:val="1"/>
      <w:marLeft w:val="0"/>
      <w:marRight w:val="0"/>
      <w:marTop w:val="0"/>
      <w:marBottom w:val="0"/>
      <w:divBdr>
        <w:top w:val="none" w:sz="0" w:space="0" w:color="auto"/>
        <w:left w:val="none" w:sz="0" w:space="0" w:color="auto"/>
        <w:bottom w:val="none" w:sz="0" w:space="0" w:color="auto"/>
        <w:right w:val="none" w:sz="0" w:space="0" w:color="auto"/>
      </w:divBdr>
    </w:div>
    <w:div w:id="1288514769">
      <w:bodyDiv w:val="1"/>
      <w:marLeft w:val="0"/>
      <w:marRight w:val="0"/>
      <w:marTop w:val="0"/>
      <w:marBottom w:val="0"/>
      <w:divBdr>
        <w:top w:val="none" w:sz="0" w:space="0" w:color="auto"/>
        <w:left w:val="none" w:sz="0" w:space="0" w:color="auto"/>
        <w:bottom w:val="none" w:sz="0" w:space="0" w:color="auto"/>
        <w:right w:val="none" w:sz="0" w:space="0" w:color="auto"/>
      </w:divBdr>
    </w:div>
    <w:div w:id="1288780268">
      <w:bodyDiv w:val="1"/>
      <w:marLeft w:val="0"/>
      <w:marRight w:val="0"/>
      <w:marTop w:val="0"/>
      <w:marBottom w:val="0"/>
      <w:divBdr>
        <w:top w:val="none" w:sz="0" w:space="0" w:color="auto"/>
        <w:left w:val="none" w:sz="0" w:space="0" w:color="auto"/>
        <w:bottom w:val="none" w:sz="0" w:space="0" w:color="auto"/>
        <w:right w:val="none" w:sz="0" w:space="0" w:color="auto"/>
      </w:divBdr>
    </w:div>
    <w:div w:id="1289506410">
      <w:bodyDiv w:val="1"/>
      <w:marLeft w:val="0"/>
      <w:marRight w:val="0"/>
      <w:marTop w:val="0"/>
      <w:marBottom w:val="0"/>
      <w:divBdr>
        <w:top w:val="none" w:sz="0" w:space="0" w:color="auto"/>
        <w:left w:val="none" w:sz="0" w:space="0" w:color="auto"/>
        <w:bottom w:val="none" w:sz="0" w:space="0" w:color="auto"/>
        <w:right w:val="none" w:sz="0" w:space="0" w:color="auto"/>
      </w:divBdr>
    </w:div>
    <w:div w:id="1289892758">
      <w:bodyDiv w:val="1"/>
      <w:marLeft w:val="0"/>
      <w:marRight w:val="0"/>
      <w:marTop w:val="0"/>
      <w:marBottom w:val="0"/>
      <w:divBdr>
        <w:top w:val="none" w:sz="0" w:space="0" w:color="auto"/>
        <w:left w:val="none" w:sz="0" w:space="0" w:color="auto"/>
        <w:bottom w:val="none" w:sz="0" w:space="0" w:color="auto"/>
        <w:right w:val="none" w:sz="0" w:space="0" w:color="auto"/>
      </w:divBdr>
    </w:div>
    <w:div w:id="1292789202">
      <w:bodyDiv w:val="1"/>
      <w:marLeft w:val="0"/>
      <w:marRight w:val="0"/>
      <w:marTop w:val="0"/>
      <w:marBottom w:val="0"/>
      <w:divBdr>
        <w:top w:val="none" w:sz="0" w:space="0" w:color="auto"/>
        <w:left w:val="none" w:sz="0" w:space="0" w:color="auto"/>
        <w:bottom w:val="none" w:sz="0" w:space="0" w:color="auto"/>
        <w:right w:val="none" w:sz="0" w:space="0" w:color="auto"/>
      </w:divBdr>
    </w:div>
    <w:div w:id="1292980588">
      <w:bodyDiv w:val="1"/>
      <w:marLeft w:val="0"/>
      <w:marRight w:val="0"/>
      <w:marTop w:val="0"/>
      <w:marBottom w:val="0"/>
      <w:divBdr>
        <w:top w:val="none" w:sz="0" w:space="0" w:color="auto"/>
        <w:left w:val="none" w:sz="0" w:space="0" w:color="auto"/>
        <w:bottom w:val="none" w:sz="0" w:space="0" w:color="auto"/>
        <w:right w:val="none" w:sz="0" w:space="0" w:color="auto"/>
      </w:divBdr>
    </w:div>
    <w:div w:id="1293096628">
      <w:bodyDiv w:val="1"/>
      <w:marLeft w:val="0"/>
      <w:marRight w:val="0"/>
      <w:marTop w:val="0"/>
      <w:marBottom w:val="0"/>
      <w:divBdr>
        <w:top w:val="none" w:sz="0" w:space="0" w:color="auto"/>
        <w:left w:val="none" w:sz="0" w:space="0" w:color="auto"/>
        <w:bottom w:val="none" w:sz="0" w:space="0" w:color="auto"/>
        <w:right w:val="none" w:sz="0" w:space="0" w:color="auto"/>
      </w:divBdr>
    </w:div>
    <w:div w:id="1295016066">
      <w:bodyDiv w:val="1"/>
      <w:marLeft w:val="0"/>
      <w:marRight w:val="0"/>
      <w:marTop w:val="0"/>
      <w:marBottom w:val="0"/>
      <w:divBdr>
        <w:top w:val="none" w:sz="0" w:space="0" w:color="auto"/>
        <w:left w:val="none" w:sz="0" w:space="0" w:color="auto"/>
        <w:bottom w:val="none" w:sz="0" w:space="0" w:color="auto"/>
        <w:right w:val="none" w:sz="0" w:space="0" w:color="auto"/>
      </w:divBdr>
    </w:div>
    <w:div w:id="1295064384">
      <w:bodyDiv w:val="1"/>
      <w:marLeft w:val="0"/>
      <w:marRight w:val="0"/>
      <w:marTop w:val="0"/>
      <w:marBottom w:val="0"/>
      <w:divBdr>
        <w:top w:val="none" w:sz="0" w:space="0" w:color="auto"/>
        <w:left w:val="none" w:sz="0" w:space="0" w:color="auto"/>
        <w:bottom w:val="none" w:sz="0" w:space="0" w:color="auto"/>
        <w:right w:val="none" w:sz="0" w:space="0" w:color="auto"/>
      </w:divBdr>
    </w:div>
    <w:div w:id="1296059016">
      <w:bodyDiv w:val="1"/>
      <w:marLeft w:val="0"/>
      <w:marRight w:val="0"/>
      <w:marTop w:val="0"/>
      <w:marBottom w:val="0"/>
      <w:divBdr>
        <w:top w:val="none" w:sz="0" w:space="0" w:color="auto"/>
        <w:left w:val="none" w:sz="0" w:space="0" w:color="auto"/>
        <w:bottom w:val="none" w:sz="0" w:space="0" w:color="auto"/>
        <w:right w:val="none" w:sz="0" w:space="0" w:color="auto"/>
      </w:divBdr>
    </w:div>
    <w:div w:id="1296333625">
      <w:bodyDiv w:val="1"/>
      <w:marLeft w:val="0"/>
      <w:marRight w:val="0"/>
      <w:marTop w:val="0"/>
      <w:marBottom w:val="0"/>
      <w:divBdr>
        <w:top w:val="none" w:sz="0" w:space="0" w:color="auto"/>
        <w:left w:val="none" w:sz="0" w:space="0" w:color="auto"/>
        <w:bottom w:val="none" w:sz="0" w:space="0" w:color="auto"/>
        <w:right w:val="none" w:sz="0" w:space="0" w:color="auto"/>
      </w:divBdr>
    </w:div>
    <w:div w:id="1296907143">
      <w:bodyDiv w:val="1"/>
      <w:marLeft w:val="0"/>
      <w:marRight w:val="0"/>
      <w:marTop w:val="0"/>
      <w:marBottom w:val="0"/>
      <w:divBdr>
        <w:top w:val="none" w:sz="0" w:space="0" w:color="auto"/>
        <w:left w:val="none" w:sz="0" w:space="0" w:color="auto"/>
        <w:bottom w:val="none" w:sz="0" w:space="0" w:color="auto"/>
        <w:right w:val="none" w:sz="0" w:space="0" w:color="auto"/>
      </w:divBdr>
    </w:div>
    <w:div w:id="1298145432">
      <w:bodyDiv w:val="1"/>
      <w:marLeft w:val="0"/>
      <w:marRight w:val="0"/>
      <w:marTop w:val="0"/>
      <w:marBottom w:val="0"/>
      <w:divBdr>
        <w:top w:val="none" w:sz="0" w:space="0" w:color="auto"/>
        <w:left w:val="none" w:sz="0" w:space="0" w:color="auto"/>
        <w:bottom w:val="none" w:sz="0" w:space="0" w:color="auto"/>
        <w:right w:val="none" w:sz="0" w:space="0" w:color="auto"/>
      </w:divBdr>
    </w:div>
    <w:div w:id="1298536381">
      <w:bodyDiv w:val="1"/>
      <w:marLeft w:val="0"/>
      <w:marRight w:val="0"/>
      <w:marTop w:val="0"/>
      <w:marBottom w:val="0"/>
      <w:divBdr>
        <w:top w:val="none" w:sz="0" w:space="0" w:color="auto"/>
        <w:left w:val="none" w:sz="0" w:space="0" w:color="auto"/>
        <w:bottom w:val="none" w:sz="0" w:space="0" w:color="auto"/>
        <w:right w:val="none" w:sz="0" w:space="0" w:color="auto"/>
      </w:divBdr>
    </w:div>
    <w:div w:id="1301688984">
      <w:bodyDiv w:val="1"/>
      <w:marLeft w:val="0"/>
      <w:marRight w:val="0"/>
      <w:marTop w:val="0"/>
      <w:marBottom w:val="0"/>
      <w:divBdr>
        <w:top w:val="none" w:sz="0" w:space="0" w:color="auto"/>
        <w:left w:val="none" w:sz="0" w:space="0" w:color="auto"/>
        <w:bottom w:val="none" w:sz="0" w:space="0" w:color="auto"/>
        <w:right w:val="none" w:sz="0" w:space="0" w:color="auto"/>
      </w:divBdr>
    </w:div>
    <w:div w:id="1304196052">
      <w:bodyDiv w:val="1"/>
      <w:marLeft w:val="0"/>
      <w:marRight w:val="0"/>
      <w:marTop w:val="0"/>
      <w:marBottom w:val="0"/>
      <w:divBdr>
        <w:top w:val="none" w:sz="0" w:space="0" w:color="auto"/>
        <w:left w:val="none" w:sz="0" w:space="0" w:color="auto"/>
        <w:bottom w:val="none" w:sz="0" w:space="0" w:color="auto"/>
        <w:right w:val="none" w:sz="0" w:space="0" w:color="auto"/>
      </w:divBdr>
    </w:div>
    <w:div w:id="1307860942">
      <w:bodyDiv w:val="1"/>
      <w:marLeft w:val="0"/>
      <w:marRight w:val="0"/>
      <w:marTop w:val="0"/>
      <w:marBottom w:val="0"/>
      <w:divBdr>
        <w:top w:val="none" w:sz="0" w:space="0" w:color="auto"/>
        <w:left w:val="none" w:sz="0" w:space="0" w:color="auto"/>
        <w:bottom w:val="none" w:sz="0" w:space="0" w:color="auto"/>
        <w:right w:val="none" w:sz="0" w:space="0" w:color="auto"/>
      </w:divBdr>
    </w:div>
    <w:div w:id="1309745675">
      <w:bodyDiv w:val="1"/>
      <w:marLeft w:val="0"/>
      <w:marRight w:val="0"/>
      <w:marTop w:val="0"/>
      <w:marBottom w:val="0"/>
      <w:divBdr>
        <w:top w:val="none" w:sz="0" w:space="0" w:color="auto"/>
        <w:left w:val="none" w:sz="0" w:space="0" w:color="auto"/>
        <w:bottom w:val="none" w:sz="0" w:space="0" w:color="auto"/>
        <w:right w:val="none" w:sz="0" w:space="0" w:color="auto"/>
      </w:divBdr>
    </w:div>
    <w:div w:id="1310555328">
      <w:bodyDiv w:val="1"/>
      <w:marLeft w:val="0"/>
      <w:marRight w:val="0"/>
      <w:marTop w:val="0"/>
      <w:marBottom w:val="0"/>
      <w:divBdr>
        <w:top w:val="none" w:sz="0" w:space="0" w:color="auto"/>
        <w:left w:val="none" w:sz="0" w:space="0" w:color="auto"/>
        <w:bottom w:val="none" w:sz="0" w:space="0" w:color="auto"/>
        <w:right w:val="none" w:sz="0" w:space="0" w:color="auto"/>
      </w:divBdr>
    </w:div>
    <w:div w:id="1310748195">
      <w:bodyDiv w:val="1"/>
      <w:marLeft w:val="0"/>
      <w:marRight w:val="0"/>
      <w:marTop w:val="0"/>
      <w:marBottom w:val="0"/>
      <w:divBdr>
        <w:top w:val="none" w:sz="0" w:space="0" w:color="auto"/>
        <w:left w:val="none" w:sz="0" w:space="0" w:color="auto"/>
        <w:bottom w:val="none" w:sz="0" w:space="0" w:color="auto"/>
        <w:right w:val="none" w:sz="0" w:space="0" w:color="auto"/>
      </w:divBdr>
    </w:div>
    <w:div w:id="1312323936">
      <w:bodyDiv w:val="1"/>
      <w:marLeft w:val="0"/>
      <w:marRight w:val="0"/>
      <w:marTop w:val="0"/>
      <w:marBottom w:val="0"/>
      <w:divBdr>
        <w:top w:val="none" w:sz="0" w:space="0" w:color="auto"/>
        <w:left w:val="none" w:sz="0" w:space="0" w:color="auto"/>
        <w:bottom w:val="none" w:sz="0" w:space="0" w:color="auto"/>
        <w:right w:val="none" w:sz="0" w:space="0" w:color="auto"/>
      </w:divBdr>
    </w:div>
    <w:div w:id="1313607112">
      <w:bodyDiv w:val="1"/>
      <w:marLeft w:val="0"/>
      <w:marRight w:val="0"/>
      <w:marTop w:val="0"/>
      <w:marBottom w:val="0"/>
      <w:divBdr>
        <w:top w:val="none" w:sz="0" w:space="0" w:color="auto"/>
        <w:left w:val="none" w:sz="0" w:space="0" w:color="auto"/>
        <w:bottom w:val="none" w:sz="0" w:space="0" w:color="auto"/>
        <w:right w:val="none" w:sz="0" w:space="0" w:color="auto"/>
      </w:divBdr>
    </w:div>
    <w:div w:id="1314603679">
      <w:bodyDiv w:val="1"/>
      <w:marLeft w:val="0"/>
      <w:marRight w:val="0"/>
      <w:marTop w:val="0"/>
      <w:marBottom w:val="0"/>
      <w:divBdr>
        <w:top w:val="none" w:sz="0" w:space="0" w:color="auto"/>
        <w:left w:val="none" w:sz="0" w:space="0" w:color="auto"/>
        <w:bottom w:val="none" w:sz="0" w:space="0" w:color="auto"/>
        <w:right w:val="none" w:sz="0" w:space="0" w:color="auto"/>
      </w:divBdr>
    </w:div>
    <w:div w:id="1315253522">
      <w:bodyDiv w:val="1"/>
      <w:marLeft w:val="0"/>
      <w:marRight w:val="0"/>
      <w:marTop w:val="0"/>
      <w:marBottom w:val="0"/>
      <w:divBdr>
        <w:top w:val="none" w:sz="0" w:space="0" w:color="auto"/>
        <w:left w:val="none" w:sz="0" w:space="0" w:color="auto"/>
        <w:bottom w:val="none" w:sz="0" w:space="0" w:color="auto"/>
        <w:right w:val="none" w:sz="0" w:space="0" w:color="auto"/>
      </w:divBdr>
    </w:div>
    <w:div w:id="1316034474">
      <w:bodyDiv w:val="1"/>
      <w:marLeft w:val="0"/>
      <w:marRight w:val="0"/>
      <w:marTop w:val="0"/>
      <w:marBottom w:val="0"/>
      <w:divBdr>
        <w:top w:val="none" w:sz="0" w:space="0" w:color="auto"/>
        <w:left w:val="none" w:sz="0" w:space="0" w:color="auto"/>
        <w:bottom w:val="none" w:sz="0" w:space="0" w:color="auto"/>
        <w:right w:val="none" w:sz="0" w:space="0" w:color="auto"/>
      </w:divBdr>
    </w:div>
    <w:div w:id="1316060441">
      <w:bodyDiv w:val="1"/>
      <w:marLeft w:val="0"/>
      <w:marRight w:val="0"/>
      <w:marTop w:val="0"/>
      <w:marBottom w:val="0"/>
      <w:divBdr>
        <w:top w:val="none" w:sz="0" w:space="0" w:color="auto"/>
        <w:left w:val="none" w:sz="0" w:space="0" w:color="auto"/>
        <w:bottom w:val="none" w:sz="0" w:space="0" w:color="auto"/>
        <w:right w:val="none" w:sz="0" w:space="0" w:color="auto"/>
      </w:divBdr>
    </w:div>
    <w:div w:id="1316180260">
      <w:bodyDiv w:val="1"/>
      <w:marLeft w:val="0"/>
      <w:marRight w:val="0"/>
      <w:marTop w:val="0"/>
      <w:marBottom w:val="0"/>
      <w:divBdr>
        <w:top w:val="none" w:sz="0" w:space="0" w:color="auto"/>
        <w:left w:val="none" w:sz="0" w:space="0" w:color="auto"/>
        <w:bottom w:val="none" w:sz="0" w:space="0" w:color="auto"/>
        <w:right w:val="none" w:sz="0" w:space="0" w:color="auto"/>
      </w:divBdr>
    </w:div>
    <w:div w:id="1317492693">
      <w:bodyDiv w:val="1"/>
      <w:marLeft w:val="0"/>
      <w:marRight w:val="0"/>
      <w:marTop w:val="0"/>
      <w:marBottom w:val="0"/>
      <w:divBdr>
        <w:top w:val="none" w:sz="0" w:space="0" w:color="auto"/>
        <w:left w:val="none" w:sz="0" w:space="0" w:color="auto"/>
        <w:bottom w:val="none" w:sz="0" w:space="0" w:color="auto"/>
        <w:right w:val="none" w:sz="0" w:space="0" w:color="auto"/>
      </w:divBdr>
    </w:div>
    <w:div w:id="1317879126">
      <w:bodyDiv w:val="1"/>
      <w:marLeft w:val="0"/>
      <w:marRight w:val="0"/>
      <w:marTop w:val="0"/>
      <w:marBottom w:val="0"/>
      <w:divBdr>
        <w:top w:val="none" w:sz="0" w:space="0" w:color="auto"/>
        <w:left w:val="none" w:sz="0" w:space="0" w:color="auto"/>
        <w:bottom w:val="none" w:sz="0" w:space="0" w:color="auto"/>
        <w:right w:val="none" w:sz="0" w:space="0" w:color="auto"/>
      </w:divBdr>
    </w:div>
    <w:div w:id="1322544980">
      <w:bodyDiv w:val="1"/>
      <w:marLeft w:val="0"/>
      <w:marRight w:val="0"/>
      <w:marTop w:val="0"/>
      <w:marBottom w:val="0"/>
      <w:divBdr>
        <w:top w:val="none" w:sz="0" w:space="0" w:color="auto"/>
        <w:left w:val="none" w:sz="0" w:space="0" w:color="auto"/>
        <w:bottom w:val="none" w:sz="0" w:space="0" w:color="auto"/>
        <w:right w:val="none" w:sz="0" w:space="0" w:color="auto"/>
      </w:divBdr>
    </w:div>
    <w:div w:id="1323193486">
      <w:bodyDiv w:val="1"/>
      <w:marLeft w:val="0"/>
      <w:marRight w:val="0"/>
      <w:marTop w:val="0"/>
      <w:marBottom w:val="0"/>
      <w:divBdr>
        <w:top w:val="none" w:sz="0" w:space="0" w:color="auto"/>
        <w:left w:val="none" w:sz="0" w:space="0" w:color="auto"/>
        <w:bottom w:val="none" w:sz="0" w:space="0" w:color="auto"/>
        <w:right w:val="none" w:sz="0" w:space="0" w:color="auto"/>
      </w:divBdr>
    </w:div>
    <w:div w:id="1323699606">
      <w:bodyDiv w:val="1"/>
      <w:marLeft w:val="0"/>
      <w:marRight w:val="0"/>
      <w:marTop w:val="0"/>
      <w:marBottom w:val="0"/>
      <w:divBdr>
        <w:top w:val="none" w:sz="0" w:space="0" w:color="auto"/>
        <w:left w:val="none" w:sz="0" w:space="0" w:color="auto"/>
        <w:bottom w:val="none" w:sz="0" w:space="0" w:color="auto"/>
        <w:right w:val="none" w:sz="0" w:space="0" w:color="auto"/>
      </w:divBdr>
    </w:div>
    <w:div w:id="1325663646">
      <w:bodyDiv w:val="1"/>
      <w:marLeft w:val="0"/>
      <w:marRight w:val="0"/>
      <w:marTop w:val="0"/>
      <w:marBottom w:val="0"/>
      <w:divBdr>
        <w:top w:val="none" w:sz="0" w:space="0" w:color="auto"/>
        <w:left w:val="none" w:sz="0" w:space="0" w:color="auto"/>
        <w:bottom w:val="none" w:sz="0" w:space="0" w:color="auto"/>
        <w:right w:val="none" w:sz="0" w:space="0" w:color="auto"/>
      </w:divBdr>
    </w:div>
    <w:div w:id="1328438167">
      <w:bodyDiv w:val="1"/>
      <w:marLeft w:val="0"/>
      <w:marRight w:val="0"/>
      <w:marTop w:val="0"/>
      <w:marBottom w:val="0"/>
      <w:divBdr>
        <w:top w:val="none" w:sz="0" w:space="0" w:color="auto"/>
        <w:left w:val="none" w:sz="0" w:space="0" w:color="auto"/>
        <w:bottom w:val="none" w:sz="0" w:space="0" w:color="auto"/>
        <w:right w:val="none" w:sz="0" w:space="0" w:color="auto"/>
      </w:divBdr>
    </w:div>
    <w:div w:id="1330716937">
      <w:bodyDiv w:val="1"/>
      <w:marLeft w:val="0"/>
      <w:marRight w:val="0"/>
      <w:marTop w:val="0"/>
      <w:marBottom w:val="0"/>
      <w:divBdr>
        <w:top w:val="none" w:sz="0" w:space="0" w:color="auto"/>
        <w:left w:val="none" w:sz="0" w:space="0" w:color="auto"/>
        <w:bottom w:val="none" w:sz="0" w:space="0" w:color="auto"/>
        <w:right w:val="none" w:sz="0" w:space="0" w:color="auto"/>
      </w:divBdr>
    </w:div>
    <w:div w:id="1330910840">
      <w:bodyDiv w:val="1"/>
      <w:marLeft w:val="0"/>
      <w:marRight w:val="0"/>
      <w:marTop w:val="0"/>
      <w:marBottom w:val="0"/>
      <w:divBdr>
        <w:top w:val="none" w:sz="0" w:space="0" w:color="auto"/>
        <w:left w:val="none" w:sz="0" w:space="0" w:color="auto"/>
        <w:bottom w:val="none" w:sz="0" w:space="0" w:color="auto"/>
        <w:right w:val="none" w:sz="0" w:space="0" w:color="auto"/>
      </w:divBdr>
    </w:div>
    <w:div w:id="1331176729">
      <w:bodyDiv w:val="1"/>
      <w:marLeft w:val="0"/>
      <w:marRight w:val="0"/>
      <w:marTop w:val="0"/>
      <w:marBottom w:val="0"/>
      <w:divBdr>
        <w:top w:val="none" w:sz="0" w:space="0" w:color="auto"/>
        <w:left w:val="none" w:sz="0" w:space="0" w:color="auto"/>
        <w:bottom w:val="none" w:sz="0" w:space="0" w:color="auto"/>
        <w:right w:val="none" w:sz="0" w:space="0" w:color="auto"/>
      </w:divBdr>
    </w:div>
    <w:div w:id="1334800430">
      <w:bodyDiv w:val="1"/>
      <w:marLeft w:val="0"/>
      <w:marRight w:val="0"/>
      <w:marTop w:val="0"/>
      <w:marBottom w:val="0"/>
      <w:divBdr>
        <w:top w:val="none" w:sz="0" w:space="0" w:color="auto"/>
        <w:left w:val="none" w:sz="0" w:space="0" w:color="auto"/>
        <w:bottom w:val="none" w:sz="0" w:space="0" w:color="auto"/>
        <w:right w:val="none" w:sz="0" w:space="0" w:color="auto"/>
      </w:divBdr>
    </w:div>
    <w:div w:id="1335450719">
      <w:bodyDiv w:val="1"/>
      <w:marLeft w:val="0"/>
      <w:marRight w:val="0"/>
      <w:marTop w:val="0"/>
      <w:marBottom w:val="0"/>
      <w:divBdr>
        <w:top w:val="none" w:sz="0" w:space="0" w:color="auto"/>
        <w:left w:val="none" w:sz="0" w:space="0" w:color="auto"/>
        <w:bottom w:val="none" w:sz="0" w:space="0" w:color="auto"/>
        <w:right w:val="none" w:sz="0" w:space="0" w:color="auto"/>
      </w:divBdr>
    </w:div>
    <w:div w:id="1335911229">
      <w:bodyDiv w:val="1"/>
      <w:marLeft w:val="0"/>
      <w:marRight w:val="0"/>
      <w:marTop w:val="0"/>
      <w:marBottom w:val="0"/>
      <w:divBdr>
        <w:top w:val="none" w:sz="0" w:space="0" w:color="auto"/>
        <w:left w:val="none" w:sz="0" w:space="0" w:color="auto"/>
        <w:bottom w:val="none" w:sz="0" w:space="0" w:color="auto"/>
        <w:right w:val="none" w:sz="0" w:space="0" w:color="auto"/>
      </w:divBdr>
    </w:div>
    <w:div w:id="1336415318">
      <w:bodyDiv w:val="1"/>
      <w:marLeft w:val="0"/>
      <w:marRight w:val="0"/>
      <w:marTop w:val="0"/>
      <w:marBottom w:val="0"/>
      <w:divBdr>
        <w:top w:val="none" w:sz="0" w:space="0" w:color="auto"/>
        <w:left w:val="none" w:sz="0" w:space="0" w:color="auto"/>
        <w:bottom w:val="none" w:sz="0" w:space="0" w:color="auto"/>
        <w:right w:val="none" w:sz="0" w:space="0" w:color="auto"/>
      </w:divBdr>
    </w:div>
    <w:div w:id="1336683979">
      <w:bodyDiv w:val="1"/>
      <w:marLeft w:val="0"/>
      <w:marRight w:val="0"/>
      <w:marTop w:val="0"/>
      <w:marBottom w:val="0"/>
      <w:divBdr>
        <w:top w:val="none" w:sz="0" w:space="0" w:color="auto"/>
        <w:left w:val="none" w:sz="0" w:space="0" w:color="auto"/>
        <w:bottom w:val="none" w:sz="0" w:space="0" w:color="auto"/>
        <w:right w:val="none" w:sz="0" w:space="0" w:color="auto"/>
      </w:divBdr>
    </w:div>
    <w:div w:id="1337459041">
      <w:bodyDiv w:val="1"/>
      <w:marLeft w:val="0"/>
      <w:marRight w:val="0"/>
      <w:marTop w:val="0"/>
      <w:marBottom w:val="0"/>
      <w:divBdr>
        <w:top w:val="none" w:sz="0" w:space="0" w:color="auto"/>
        <w:left w:val="none" w:sz="0" w:space="0" w:color="auto"/>
        <w:bottom w:val="none" w:sz="0" w:space="0" w:color="auto"/>
        <w:right w:val="none" w:sz="0" w:space="0" w:color="auto"/>
      </w:divBdr>
    </w:div>
    <w:div w:id="1338119659">
      <w:bodyDiv w:val="1"/>
      <w:marLeft w:val="0"/>
      <w:marRight w:val="0"/>
      <w:marTop w:val="0"/>
      <w:marBottom w:val="0"/>
      <w:divBdr>
        <w:top w:val="none" w:sz="0" w:space="0" w:color="auto"/>
        <w:left w:val="none" w:sz="0" w:space="0" w:color="auto"/>
        <w:bottom w:val="none" w:sz="0" w:space="0" w:color="auto"/>
        <w:right w:val="none" w:sz="0" w:space="0" w:color="auto"/>
      </w:divBdr>
    </w:div>
    <w:div w:id="1338732718">
      <w:bodyDiv w:val="1"/>
      <w:marLeft w:val="0"/>
      <w:marRight w:val="0"/>
      <w:marTop w:val="0"/>
      <w:marBottom w:val="0"/>
      <w:divBdr>
        <w:top w:val="none" w:sz="0" w:space="0" w:color="auto"/>
        <w:left w:val="none" w:sz="0" w:space="0" w:color="auto"/>
        <w:bottom w:val="none" w:sz="0" w:space="0" w:color="auto"/>
        <w:right w:val="none" w:sz="0" w:space="0" w:color="auto"/>
      </w:divBdr>
    </w:div>
    <w:div w:id="1339383642">
      <w:bodyDiv w:val="1"/>
      <w:marLeft w:val="0"/>
      <w:marRight w:val="0"/>
      <w:marTop w:val="0"/>
      <w:marBottom w:val="0"/>
      <w:divBdr>
        <w:top w:val="none" w:sz="0" w:space="0" w:color="auto"/>
        <w:left w:val="none" w:sz="0" w:space="0" w:color="auto"/>
        <w:bottom w:val="none" w:sz="0" w:space="0" w:color="auto"/>
        <w:right w:val="none" w:sz="0" w:space="0" w:color="auto"/>
      </w:divBdr>
    </w:div>
    <w:div w:id="1342511473">
      <w:bodyDiv w:val="1"/>
      <w:marLeft w:val="0"/>
      <w:marRight w:val="0"/>
      <w:marTop w:val="0"/>
      <w:marBottom w:val="0"/>
      <w:divBdr>
        <w:top w:val="none" w:sz="0" w:space="0" w:color="auto"/>
        <w:left w:val="none" w:sz="0" w:space="0" w:color="auto"/>
        <w:bottom w:val="none" w:sz="0" w:space="0" w:color="auto"/>
        <w:right w:val="none" w:sz="0" w:space="0" w:color="auto"/>
      </w:divBdr>
    </w:div>
    <w:div w:id="1346177616">
      <w:bodyDiv w:val="1"/>
      <w:marLeft w:val="0"/>
      <w:marRight w:val="0"/>
      <w:marTop w:val="0"/>
      <w:marBottom w:val="0"/>
      <w:divBdr>
        <w:top w:val="none" w:sz="0" w:space="0" w:color="auto"/>
        <w:left w:val="none" w:sz="0" w:space="0" w:color="auto"/>
        <w:bottom w:val="none" w:sz="0" w:space="0" w:color="auto"/>
        <w:right w:val="none" w:sz="0" w:space="0" w:color="auto"/>
      </w:divBdr>
    </w:div>
    <w:div w:id="1346396659">
      <w:bodyDiv w:val="1"/>
      <w:marLeft w:val="0"/>
      <w:marRight w:val="0"/>
      <w:marTop w:val="0"/>
      <w:marBottom w:val="0"/>
      <w:divBdr>
        <w:top w:val="none" w:sz="0" w:space="0" w:color="auto"/>
        <w:left w:val="none" w:sz="0" w:space="0" w:color="auto"/>
        <w:bottom w:val="none" w:sz="0" w:space="0" w:color="auto"/>
        <w:right w:val="none" w:sz="0" w:space="0" w:color="auto"/>
      </w:divBdr>
    </w:div>
    <w:div w:id="1346594743">
      <w:bodyDiv w:val="1"/>
      <w:marLeft w:val="0"/>
      <w:marRight w:val="0"/>
      <w:marTop w:val="0"/>
      <w:marBottom w:val="0"/>
      <w:divBdr>
        <w:top w:val="none" w:sz="0" w:space="0" w:color="auto"/>
        <w:left w:val="none" w:sz="0" w:space="0" w:color="auto"/>
        <w:bottom w:val="none" w:sz="0" w:space="0" w:color="auto"/>
        <w:right w:val="none" w:sz="0" w:space="0" w:color="auto"/>
      </w:divBdr>
    </w:div>
    <w:div w:id="1348019763">
      <w:bodyDiv w:val="1"/>
      <w:marLeft w:val="0"/>
      <w:marRight w:val="0"/>
      <w:marTop w:val="0"/>
      <w:marBottom w:val="0"/>
      <w:divBdr>
        <w:top w:val="none" w:sz="0" w:space="0" w:color="auto"/>
        <w:left w:val="none" w:sz="0" w:space="0" w:color="auto"/>
        <w:bottom w:val="none" w:sz="0" w:space="0" w:color="auto"/>
        <w:right w:val="none" w:sz="0" w:space="0" w:color="auto"/>
      </w:divBdr>
    </w:div>
    <w:div w:id="1348482834">
      <w:bodyDiv w:val="1"/>
      <w:marLeft w:val="0"/>
      <w:marRight w:val="0"/>
      <w:marTop w:val="0"/>
      <w:marBottom w:val="0"/>
      <w:divBdr>
        <w:top w:val="none" w:sz="0" w:space="0" w:color="auto"/>
        <w:left w:val="none" w:sz="0" w:space="0" w:color="auto"/>
        <w:bottom w:val="none" w:sz="0" w:space="0" w:color="auto"/>
        <w:right w:val="none" w:sz="0" w:space="0" w:color="auto"/>
      </w:divBdr>
    </w:div>
    <w:div w:id="1349522338">
      <w:bodyDiv w:val="1"/>
      <w:marLeft w:val="0"/>
      <w:marRight w:val="0"/>
      <w:marTop w:val="0"/>
      <w:marBottom w:val="0"/>
      <w:divBdr>
        <w:top w:val="none" w:sz="0" w:space="0" w:color="auto"/>
        <w:left w:val="none" w:sz="0" w:space="0" w:color="auto"/>
        <w:bottom w:val="none" w:sz="0" w:space="0" w:color="auto"/>
        <w:right w:val="none" w:sz="0" w:space="0" w:color="auto"/>
      </w:divBdr>
    </w:div>
    <w:div w:id="1349986046">
      <w:bodyDiv w:val="1"/>
      <w:marLeft w:val="0"/>
      <w:marRight w:val="0"/>
      <w:marTop w:val="0"/>
      <w:marBottom w:val="0"/>
      <w:divBdr>
        <w:top w:val="none" w:sz="0" w:space="0" w:color="auto"/>
        <w:left w:val="none" w:sz="0" w:space="0" w:color="auto"/>
        <w:bottom w:val="none" w:sz="0" w:space="0" w:color="auto"/>
        <w:right w:val="none" w:sz="0" w:space="0" w:color="auto"/>
      </w:divBdr>
    </w:div>
    <w:div w:id="1355883668">
      <w:bodyDiv w:val="1"/>
      <w:marLeft w:val="0"/>
      <w:marRight w:val="0"/>
      <w:marTop w:val="0"/>
      <w:marBottom w:val="0"/>
      <w:divBdr>
        <w:top w:val="none" w:sz="0" w:space="0" w:color="auto"/>
        <w:left w:val="none" w:sz="0" w:space="0" w:color="auto"/>
        <w:bottom w:val="none" w:sz="0" w:space="0" w:color="auto"/>
        <w:right w:val="none" w:sz="0" w:space="0" w:color="auto"/>
      </w:divBdr>
    </w:div>
    <w:div w:id="1357803290">
      <w:bodyDiv w:val="1"/>
      <w:marLeft w:val="0"/>
      <w:marRight w:val="0"/>
      <w:marTop w:val="0"/>
      <w:marBottom w:val="0"/>
      <w:divBdr>
        <w:top w:val="none" w:sz="0" w:space="0" w:color="auto"/>
        <w:left w:val="none" w:sz="0" w:space="0" w:color="auto"/>
        <w:bottom w:val="none" w:sz="0" w:space="0" w:color="auto"/>
        <w:right w:val="none" w:sz="0" w:space="0" w:color="auto"/>
      </w:divBdr>
    </w:div>
    <w:div w:id="1358240693">
      <w:bodyDiv w:val="1"/>
      <w:marLeft w:val="0"/>
      <w:marRight w:val="0"/>
      <w:marTop w:val="0"/>
      <w:marBottom w:val="0"/>
      <w:divBdr>
        <w:top w:val="none" w:sz="0" w:space="0" w:color="auto"/>
        <w:left w:val="none" w:sz="0" w:space="0" w:color="auto"/>
        <w:bottom w:val="none" w:sz="0" w:space="0" w:color="auto"/>
        <w:right w:val="none" w:sz="0" w:space="0" w:color="auto"/>
      </w:divBdr>
    </w:div>
    <w:div w:id="1358265927">
      <w:bodyDiv w:val="1"/>
      <w:marLeft w:val="0"/>
      <w:marRight w:val="0"/>
      <w:marTop w:val="0"/>
      <w:marBottom w:val="0"/>
      <w:divBdr>
        <w:top w:val="none" w:sz="0" w:space="0" w:color="auto"/>
        <w:left w:val="none" w:sz="0" w:space="0" w:color="auto"/>
        <w:bottom w:val="none" w:sz="0" w:space="0" w:color="auto"/>
        <w:right w:val="none" w:sz="0" w:space="0" w:color="auto"/>
      </w:divBdr>
    </w:div>
    <w:div w:id="1358769931">
      <w:bodyDiv w:val="1"/>
      <w:marLeft w:val="0"/>
      <w:marRight w:val="0"/>
      <w:marTop w:val="0"/>
      <w:marBottom w:val="0"/>
      <w:divBdr>
        <w:top w:val="none" w:sz="0" w:space="0" w:color="auto"/>
        <w:left w:val="none" w:sz="0" w:space="0" w:color="auto"/>
        <w:bottom w:val="none" w:sz="0" w:space="0" w:color="auto"/>
        <w:right w:val="none" w:sz="0" w:space="0" w:color="auto"/>
      </w:divBdr>
    </w:div>
    <w:div w:id="1358779246">
      <w:bodyDiv w:val="1"/>
      <w:marLeft w:val="0"/>
      <w:marRight w:val="0"/>
      <w:marTop w:val="0"/>
      <w:marBottom w:val="0"/>
      <w:divBdr>
        <w:top w:val="none" w:sz="0" w:space="0" w:color="auto"/>
        <w:left w:val="none" w:sz="0" w:space="0" w:color="auto"/>
        <w:bottom w:val="none" w:sz="0" w:space="0" w:color="auto"/>
        <w:right w:val="none" w:sz="0" w:space="0" w:color="auto"/>
      </w:divBdr>
    </w:div>
    <w:div w:id="1359114028">
      <w:bodyDiv w:val="1"/>
      <w:marLeft w:val="0"/>
      <w:marRight w:val="0"/>
      <w:marTop w:val="0"/>
      <w:marBottom w:val="0"/>
      <w:divBdr>
        <w:top w:val="none" w:sz="0" w:space="0" w:color="auto"/>
        <w:left w:val="none" w:sz="0" w:space="0" w:color="auto"/>
        <w:bottom w:val="none" w:sz="0" w:space="0" w:color="auto"/>
        <w:right w:val="none" w:sz="0" w:space="0" w:color="auto"/>
      </w:divBdr>
    </w:div>
    <w:div w:id="1359313555">
      <w:bodyDiv w:val="1"/>
      <w:marLeft w:val="0"/>
      <w:marRight w:val="0"/>
      <w:marTop w:val="0"/>
      <w:marBottom w:val="0"/>
      <w:divBdr>
        <w:top w:val="none" w:sz="0" w:space="0" w:color="auto"/>
        <w:left w:val="none" w:sz="0" w:space="0" w:color="auto"/>
        <w:bottom w:val="none" w:sz="0" w:space="0" w:color="auto"/>
        <w:right w:val="none" w:sz="0" w:space="0" w:color="auto"/>
      </w:divBdr>
    </w:div>
    <w:div w:id="1359624823">
      <w:bodyDiv w:val="1"/>
      <w:marLeft w:val="0"/>
      <w:marRight w:val="0"/>
      <w:marTop w:val="0"/>
      <w:marBottom w:val="0"/>
      <w:divBdr>
        <w:top w:val="none" w:sz="0" w:space="0" w:color="auto"/>
        <w:left w:val="none" w:sz="0" w:space="0" w:color="auto"/>
        <w:bottom w:val="none" w:sz="0" w:space="0" w:color="auto"/>
        <w:right w:val="none" w:sz="0" w:space="0" w:color="auto"/>
      </w:divBdr>
    </w:div>
    <w:div w:id="1361587488">
      <w:bodyDiv w:val="1"/>
      <w:marLeft w:val="0"/>
      <w:marRight w:val="0"/>
      <w:marTop w:val="0"/>
      <w:marBottom w:val="0"/>
      <w:divBdr>
        <w:top w:val="none" w:sz="0" w:space="0" w:color="auto"/>
        <w:left w:val="none" w:sz="0" w:space="0" w:color="auto"/>
        <w:bottom w:val="none" w:sz="0" w:space="0" w:color="auto"/>
        <w:right w:val="none" w:sz="0" w:space="0" w:color="auto"/>
      </w:divBdr>
    </w:div>
    <w:div w:id="1361734943">
      <w:bodyDiv w:val="1"/>
      <w:marLeft w:val="0"/>
      <w:marRight w:val="0"/>
      <w:marTop w:val="0"/>
      <w:marBottom w:val="0"/>
      <w:divBdr>
        <w:top w:val="none" w:sz="0" w:space="0" w:color="auto"/>
        <w:left w:val="none" w:sz="0" w:space="0" w:color="auto"/>
        <w:bottom w:val="none" w:sz="0" w:space="0" w:color="auto"/>
        <w:right w:val="none" w:sz="0" w:space="0" w:color="auto"/>
      </w:divBdr>
    </w:div>
    <w:div w:id="1364206625">
      <w:bodyDiv w:val="1"/>
      <w:marLeft w:val="0"/>
      <w:marRight w:val="0"/>
      <w:marTop w:val="0"/>
      <w:marBottom w:val="0"/>
      <w:divBdr>
        <w:top w:val="none" w:sz="0" w:space="0" w:color="auto"/>
        <w:left w:val="none" w:sz="0" w:space="0" w:color="auto"/>
        <w:bottom w:val="none" w:sz="0" w:space="0" w:color="auto"/>
        <w:right w:val="none" w:sz="0" w:space="0" w:color="auto"/>
      </w:divBdr>
    </w:div>
    <w:div w:id="1369916557">
      <w:bodyDiv w:val="1"/>
      <w:marLeft w:val="0"/>
      <w:marRight w:val="0"/>
      <w:marTop w:val="0"/>
      <w:marBottom w:val="0"/>
      <w:divBdr>
        <w:top w:val="none" w:sz="0" w:space="0" w:color="auto"/>
        <w:left w:val="none" w:sz="0" w:space="0" w:color="auto"/>
        <w:bottom w:val="none" w:sz="0" w:space="0" w:color="auto"/>
        <w:right w:val="none" w:sz="0" w:space="0" w:color="auto"/>
      </w:divBdr>
    </w:div>
    <w:div w:id="1370298621">
      <w:bodyDiv w:val="1"/>
      <w:marLeft w:val="0"/>
      <w:marRight w:val="0"/>
      <w:marTop w:val="0"/>
      <w:marBottom w:val="0"/>
      <w:divBdr>
        <w:top w:val="none" w:sz="0" w:space="0" w:color="auto"/>
        <w:left w:val="none" w:sz="0" w:space="0" w:color="auto"/>
        <w:bottom w:val="none" w:sz="0" w:space="0" w:color="auto"/>
        <w:right w:val="none" w:sz="0" w:space="0" w:color="auto"/>
      </w:divBdr>
    </w:div>
    <w:div w:id="1372805523">
      <w:bodyDiv w:val="1"/>
      <w:marLeft w:val="0"/>
      <w:marRight w:val="0"/>
      <w:marTop w:val="0"/>
      <w:marBottom w:val="0"/>
      <w:divBdr>
        <w:top w:val="none" w:sz="0" w:space="0" w:color="auto"/>
        <w:left w:val="none" w:sz="0" w:space="0" w:color="auto"/>
        <w:bottom w:val="none" w:sz="0" w:space="0" w:color="auto"/>
        <w:right w:val="none" w:sz="0" w:space="0" w:color="auto"/>
      </w:divBdr>
    </w:div>
    <w:div w:id="1372916834">
      <w:bodyDiv w:val="1"/>
      <w:marLeft w:val="0"/>
      <w:marRight w:val="0"/>
      <w:marTop w:val="0"/>
      <w:marBottom w:val="0"/>
      <w:divBdr>
        <w:top w:val="none" w:sz="0" w:space="0" w:color="auto"/>
        <w:left w:val="none" w:sz="0" w:space="0" w:color="auto"/>
        <w:bottom w:val="none" w:sz="0" w:space="0" w:color="auto"/>
        <w:right w:val="none" w:sz="0" w:space="0" w:color="auto"/>
      </w:divBdr>
    </w:div>
    <w:div w:id="1374110747">
      <w:bodyDiv w:val="1"/>
      <w:marLeft w:val="0"/>
      <w:marRight w:val="0"/>
      <w:marTop w:val="0"/>
      <w:marBottom w:val="0"/>
      <w:divBdr>
        <w:top w:val="none" w:sz="0" w:space="0" w:color="auto"/>
        <w:left w:val="none" w:sz="0" w:space="0" w:color="auto"/>
        <w:bottom w:val="none" w:sz="0" w:space="0" w:color="auto"/>
        <w:right w:val="none" w:sz="0" w:space="0" w:color="auto"/>
      </w:divBdr>
    </w:div>
    <w:div w:id="1374231449">
      <w:bodyDiv w:val="1"/>
      <w:marLeft w:val="0"/>
      <w:marRight w:val="0"/>
      <w:marTop w:val="0"/>
      <w:marBottom w:val="0"/>
      <w:divBdr>
        <w:top w:val="none" w:sz="0" w:space="0" w:color="auto"/>
        <w:left w:val="none" w:sz="0" w:space="0" w:color="auto"/>
        <w:bottom w:val="none" w:sz="0" w:space="0" w:color="auto"/>
        <w:right w:val="none" w:sz="0" w:space="0" w:color="auto"/>
      </w:divBdr>
    </w:div>
    <w:div w:id="1374647801">
      <w:bodyDiv w:val="1"/>
      <w:marLeft w:val="0"/>
      <w:marRight w:val="0"/>
      <w:marTop w:val="0"/>
      <w:marBottom w:val="0"/>
      <w:divBdr>
        <w:top w:val="none" w:sz="0" w:space="0" w:color="auto"/>
        <w:left w:val="none" w:sz="0" w:space="0" w:color="auto"/>
        <w:bottom w:val="none" w:sz="0" w:space="0" w:color="auto"/>
        <w:right w:val="none" w:sz="0" w:space="0" w:color="auto"/>
      </w:divBdr>
    </w:div>
    <w:div w:id="1374696441">
      <w:bodyDiv w:val="1"/>
      <w:marLeft w:val="0"/>
      <w:marRight w:val="0"/>
      <w:marTop w:val="0"/>
      <w:marBottom w:val="0"/>
      <w:divBdr>
        <w:top w:val="none" w:sz="0" w:space="0" w:color="auto"/>
        <w:left w:val="none" w:sz="0" w:space="0" w:color="auto"/>
        <w:bottom w:val="none" w:sz="0" w:space="0" w:color="auto"/>
        <w:right w:val="none" w:sz="0" w:space="0" w:color="auto"/>
      </w:divBdr>
    </w:div>
    <w:div w:id="1374840298">
      <w:bodyDiv w:val="1"/>
      <w:marLeft w:val="0"/>
      <w:marRight w:val="0"/>
      <w:marTop w:val="0"/>
      <w:marBottom w:val="0"/>
      <w:divBdr>
        <w:top w:val="none" w:sz="0" w:space="0" w:color="auto"/>
        <w:left w:val="none" w:sz="0" w:space="0" w:color="auto"/>
        <w:bottom w:val="none" w:sz="0" w:space="0" w:color="auto"/>
        <w:right w:val="none" w:sz="0" w:space="0" w:color="auto"/>
      </w:divBdr>
    </w:div>
    <w:div w:id="1374884470">
      <w:bodyDiv w:val="1"/>
      <w:marLeft w:val="0"/>
      <w:marRight w:val="0"/>
      <w:marTop w:val="0"/>
      <w:marBottom w:val="0"/>
      <w:divBdr>
        <w:top w:val="none" w:sz="0" w:space="0" w:color="auto"/>
        <w:left w:val="none" w:sz="0" w:space="0" w:color="auto"/>
        <w:bottom w:val="none" w:sz="0" w:space="0" w:color="auto"/>
        <w:right w:val="none" w:sz="0" w:space="0" w:color="auto"/>
      </w:divBdr>
    </w:div>
    <w:div w:id="1375693770">
      <w:bodyDiv w:val="1"/>
      <w:marLeft w:val="0"/>
      <w:marRight w:val="0"/>
      <w:marTop w:val="0"/>
      <w:marBottom w:val="0"/>
      <w:divBdr>
        <w:top w:val="none" w:sz="0" w:space="0" w:color="auto"/>
        <w:left w:val="none" w:sz="0" w:space="0" w:color="auto"/>
        <w:bottom w:val="none" w:sz="0" w:space="0" w:color="auto"/>
        <w:right w:val="none" w:sz="0" w:space="0" w:color="auto"/>
      </w:divBdr>
    </w:div>
    <w:div w:id="1377048818">
      <w:bodyDiv w:val="1"/>
      <w:marLeft w:val="0"/>
      <w:marRight w:val="0"/>
      <w:marTop w:val="0"/>
      <w:marBottom w:val="0"/>
      <w:divBdr>
        <w:top w:val="none" w:sz="0" w:space="0" w:color="auto"/>
        <w:left w:val="none" w:sz="0" w:space="0" w:color="auto"/>
        <w:bottom w:val="none" w:sz="0" w:space="0" w:color="auto"/>
        <w:right w:val="none" w:sz="0" w:space="0" w:color="auto"/>
      </w:divBdr>
    </w:div>
    <w:div w:id="1377970034">
      <w:bodyDiv w:val="1"/>
      <w:marLeft w:val="0"/>
      <w:marRight w:val="0"/>
      <w:marTop w:val="0"/>
      <w:marBottom w:val="0"/>
      <w:divBdr>
        <w:top w:val="none" w:sz="0" w:space="0" w:color="auto"/>
        <w:left w:val="none" w:sz="0" w:space="0" w:color="auto"/>
        <w:bottom w:val="none" w:sz="0" w:space="0" w:color="auto"/>
        <w:right w:val="none" w:sz="0" w:space="0" w:color="auto"/>
      </w:divBdr>
    </w:div>
    <w:div w:id="1379470442">
      <w:bodyDiv w:val="1"/>
      <w:marLeft w:val="0"/>
      <w:marRight w:val="0"/>
      <w:marTop w:val="0"/>
      <w:marBottom w:val="0"/>
      <w:divBdr>
        <w:top w:val="none" w:sz="0" w:space="0" w:color="auto"/>
        <w:left w:val="none" w:sz="0" w:space="0" w:color="auto"/>
        <w:bottom w:val="none" w:sz="0" w:space="0" w:color="auto"/>
        <w:right w:val="none" w:sz="0" w:space="0" w:color="auto"/>
      </w:divBdr>
    </w:div>
    <w:div w:id="1379932704">
      <w:bodyDiv w:val="1"/>
      <w:marLeft w:val="0"/>
      <w:marRight w:val="0"/>
      <w:marTop w:val="0"/>
      <w:marBottom w:val="0"/>
      <w:divBdr>
        <w:top w:val="none" w:sz="0" w:space="0" w:color="auto"/>
        <w:left w:val="none" w:sz="0" w:space="0" w:color="auto"/>
        <w:bottom w:val="none" w:sz="0" w:space="0" w:color="auto"/>
        <w:right w:val="none" w:sz="0" w:space="0" w:color="auto"/>
      </w:divBdr>
    </w:div>
    <w:div w:id="1383137799">
      <w:bodyDiv w:val="1"/>
      <w:marLeft w:val="0"/>
      <w:marRight w:val="0"/>
      <w:marTop w:val="0"/>
      <w:marBottom w:val="0"/>
      <w:divBdr>
        <w:top w:val="none" w:sz="0" w:space="0" w:color="auto"/>
        <w:left w:val="none" w:sz="0" w:space="0" w:color="auto"/>
        <w:bottom w:val="none" w:sz="0" w:space="0" w:color="auto"/>
        <w:right w:val="none" w:sz="0" w:space="0" w:color="auto"/>
      </w:divBdr>
    </w:div>
    <w:div w:id="1385983794">
      <w:bodyDiv w:val="1"/>
      <w:marLeft w:val="0"/>
      <w:marRight w:val="0"/>
      <w:marTop w:val="0"/>
      <w:marBottom w:val="0"/>
      <w:divBdr>
        <w:top w:val="none" w:sz="0" w:space="0" w:color="auto"/>
        <w:left w:val="none" w:sz="0" w:space="0" w:color="auto"/>
        <w:bottom w:val="none" w:sz="0" w:space="0" w:color="auto"/>
        <w:right w:val="none" w:sz="0" w:space="0" w:color="auto"/>
      </w:divBdr>
    </w:div>
    <w:div w:id="1385986372">
      <w:bodyDiv w:val="1"/>
      <w:marLeft w:val="0"/>
      <w:marRight w:val="0"/>
      <w:marTop w:val="0"/>
      <w:marBottom w:val="0"/>
      <w:divBdr>
        <w:top w:val="none" w:sz="0" w:space="0" w:color="auto"/>
        <w:left w:val="none" w:sz="0" w:space="0" w:color="auto"/>
        <w:bottom w:val="none" w:sz="0" w:space="0" w:color="auto"/>
        <w:right w:val="none" w:sz="0" w:space="0" w:color="auto"/>
      </w:divBdr>
    </w:div>
    <w:div w:id="1386374396">
      <w:bodyDiv w:val="1"/>
      <w:marLeft w:val="0"/>
      <w:marRight w:val="0"/>
      <w:marTop w:val="0"/>
      <w:marBottom w:val="0"/>
      <w:divBdr>
        <w:top w:val="none" w:sz="0" w:space="0" w:color="auto"/>
        <w:left w:val="none" w:sz="0" w:space="0" w:color="auto"/>
        <w:bottom w:val="none" w:sz="0" w:space="0" w:color="auto"/>
        <w:right w:val="none" w:sz="0" w:space="0" w:color="auto"/>
      </w:divBdr>
    </w:div>
    <w:div w:id="1387996088">
      <w:bodyDiv w:val="1"/>
      <w:marLeft w:val="0"/>
      <w:marRight w:val="0"/>
      <w:marTop w:val="0"/>
      <w:marBottom w:val="0"/>
      <w:divBdr>
        <w:top w:val="none" w:sz="0" w:space="0" w:color="auto"/>
        <w:left w:val="none" w:sz="0" w:space="0" w:color="auto"/>
        <w:bottom w:val="none" w:sz="0" w:space="0" w:color="auto"/>
        <w:right w:val="none" w:sz="0" w:space="0" w:color="auto"/>
      </w:divBdr>
    </w:div>
    <w:div w:id="1388794942">
      <w:bodyDiv w:val="1"/>
      <w:marLeft w:val="0"/>
      <w:marRight w:val="0"/>
      <w:marTop w:val="0"/>
      <w:marBottom w:val="0"/>
      <w:divBdr>
        <w:top w:val="none" w:sz="0" w:space="0" w:color="auto"/>
        <w:left w:val="none" w:sz="0" w:space="0" w:color="auto"/>
        <w:bottom w:val="none" w:sz="0" w:space="0" w:color="auto"/>
        <w:right w:val="none" w:sz="0" w:space="0" w:color="auto"/>
      </w:divBdr>
    </w:div>
    <w:div w:id="1391264933">
      <w:bodyDiv w:val="1"/>
      <w:marLeft w:val="0"/>
      <w:marRight w:val="0"/>
      <w:marTop w:val="0"/>
      <w:marBottom w:val="0"/>
      <w:divBdr>
        <w:top w:val="none" w:sz="0" w:space="0" w:color="auto"/>
        <w:left w:val="none" w:sz="0" w:space="0" w:color="auto"/>
        <w:bottom w:val="none" w:sz="0" w:space="0" w:color="auto"/>
        <w:right w:val="none" w:sz="0" w:space="0" w:color="auto"/>
      </w:divBdr>
    </w:div>
    <w:div w:id="1392196218">
      <w:bodyDiv w:val="1"/>
      <w:marLeft w:val="0"/>
      <w:marRight w:val="0"/>
      <w:marTop w:val="0"/>
      <w:marBottom w:val="0"/>
      <w:divBdr>
        <w:top w:val="none" w:sz="0" w:space="0" w:color="auto"/>
        <w:left w:val="none" w:sz="0" w:space="0" w:color="auto"/>
        <w:bottom w:val="none" w:sz="0" w:space="0" w:color="auto"/>
        <w:right w:val="none" w:sz="0" w:space="0" w:color="auto"/>
      </w:divBdr>
    </w:div>
    <w:div w:id="1392387783">
      <w:bodyDiv w:val="1"/>
      <w:marLeft w:val="0"/>
      <w:marRight w:val="0"/>
      <w:marTop w:val="0"/>
      <w:marBottom w:val="0"/>
      <w:divBdr>
        <w:top w:val="none" w:sz="0" w:space="0" w:color="auto"/>
        <w:left w:val="none" w:sz="0" w:space="0" w:color="auto"/>
        <w:bottom w:val="none" w:sz="0" w:space="0" w:color="auto"/>
        <w:right w:val="none" w:sz="0" w:space="0" w:color="auto"/>
      </w:divBdr>
    </w:div>
    <w:div w:id="1393965323">
      <w:bodyDiv w:val="1"/>
      <w:marLeft w:val="0"/>
      <w:marRight w:val="0"/>
      <w:marTop w:val="0"/>
      <w:marBottom w:val="0"/>
      <w:divBdr>
        <w:top w:val="none" w:sz="0" w:space="0" w:color="auto"/>
        <w:left w:val="none" w:sz="0" w:space="0" w:color="auto"/>
        <w:bottom w:val="none" w:sz="0" w:space="0" w:color="auto"/>
        <w:right w:val="none" w:sz="0" w:space="0" w:color="auto"/>
      </w:divBdr>
    </w:div>
    <w:div w:id="1395084193">
      <w:bodyDiv w:val="1"/>
      <w:marLeft w:val="0"/>
      <w:marRight w:val="0"/>
      <w:marTop w:val="0"/>
      <w:marBottom w:val="0"/>
      <w:divBdr>
        <w:top w:val="none" w:sz="0" w:space="0" w:color="auto"/>
        <w:left w:val="none" w:sz="0" w:space="0" w:color="auto"/>
        <w:bottom w:val="none" w:sz="0" w:space="0" w:color="auto"/>
        <w:right w:val="none" w:sz="0" w:space="0" w:color="auto"/>
      </w:divBdr>
    </w:div>
    <w:div w:id="1397508212">
      <w:bodyDiv w:val="1"/>
      <w:marLeft w:val="0"/>
      <w:marRight w:val="0"/>
      <w:marTop w:val="0"/>
      <w:marBottom w:val="0"/>
      <w:divBdr>
        <w:top w:val="none" w:sz="0" w:space="0" w:color="auto"/>
        <w:left w:val="none" w:sz="0" w:space="0" w:color="auto"/>
        <w:bottom w:val="none" w:sz="0" w:space="0" w:color="auto"/>
        <w:right w:val="none" w:sz="0" w:space="0" w:color="auto"/>
      </w:divBdr>
    </w:div>
    <w:div w:id="1399205668">
      <w:bodyDiv w:val="1"/>
      <w:marLeft w:val="0"/>
      <w:marRight w:val="0"/>
      <w:marTop w:val="0"/>
      <w:marBottom w:val="0"/>
      <w:divBdr>
        <w:top w:val="none" w:sz="0" w:space="0" w:color="auto"/>
        <w:left w:val="none" w:sz="0" w:space="0" w:color="auto"/>
        <w:bottom w:val="none" w:sz="0" w:space="0" w:color="auto"/>
        <w:right w:val="none" w:sz="0" w:space="0" w:color="auto"/>
      </w:divBdr>
    </w:div>
    <w:div w:id="1400784828">
      <w:bodyDiv w:val="1"/>
      <w:marLeft w:val="0"/>
      <w:marRight w:val="0"/>
      <w:marTop w:val="0"/>
      <w:marBottom w:val="0"/>
      <w:divBdr>
        <w:top w:val="none" w:sz="0" w:space="0" w:color="auto"/>
        <w:left w:val="none" w:sz="0" w:space="0" w:color="auto"/>
        <w:bottom w:val="none" w:sz="0" w:space="0" w:color="auto"/>
        <w:right w:val="none" w:sz="0" w:space="0" w:color="auto"/>
      </w:divBdr>
    </w:div>
    <w:div w:id="1401489374">
      <w:bodyDiv w:val="1"/>
      <w:marLeft w:val="0"/>
      <w:marRight w:val="0"/>
      <w:marTop w:val="0"/>
      <w:marBottom w:val="0"/>
      <w:divBdr>
        <w:top w:val="none" w:sz="0" w:space="0" w:color="auto"/>
        <w:left w:val="none" w:sz="0" w:space="0" w:color="auto"/>
        <w:bottom w:val="none" w:sz="0" w:space="0" w:color="auto"/>
        <w:right w:val="none" w:sz="0" w:space="0" w:color="auto"/>
      </w:divBdr>
    </w:div>
    <w:div w:id="1404985360">
      <w:bodyDiv w:val="1"/>
      <w:marLeft w:val="0"/>
      <w:marRight w:val="0"/>
      <w:marTop w:val="0"/>
      <w:marBottom w:val="0"/>
      <w:divBdr>
        <w:top w:val="none" w:sz="0" w:space="0" w:color="auto"/>
        <w:left w:val="none" w:sz="0" w:space="0" w:color="auto"/>
        <w:bottom w:val="none" w:sz="0" w:space="0" w:color="auto"/>
        <w:right w:val="none" w:sz="0" w:space="0" w:color="auto"/>
      </w:divBdr>
    </w:div>
    <w:div w:id="1408990788">
      <w:bodyDiv w:val="1"/>
      <w:marLeft w:val="0"/>
      <w:marRight w:val="0"/>
      <w:marTop w:val="0"/>
      <w:marBottom w:val="0"/>
      <w:divBdr>
        <w:top w:val="none" w:sz="0" w:space="0" w:color="auto"/>
        <w:left w:val="none" w:sz="0" w:space="0" w:color="auto"/>
        <w:bottom w:val="none" w:sz="0" w:space="0" w:color="auto"/>
        <w:right w:val="none" w:sz="0" w:space="0" w:color="auto"/>
      </w:divBdr>
    </w:div>
    <w:div w:id="1410495209">
      <w:bodyDiv w:val="1"/>
      <w:marLeft w:val="0"/>
      <w:marRight w:val="0"/>
      <w:marTop w:val="0"/>
      <w:marBottom w:val="0"/>
      <w:divBdr>
        <w:top w:val="none" w:sz="0" w:space="0" w:color="auto"/>
        <w:left w:val="none" w:sz="0" w:space="0" w:color="auto"/>
        <w:bottom w:val="none" w:sz="0" w:space="0" w:color="auto"/>
        <w:right w:val="none" w:sz="0" w:space="0" w:color="auto"/>
      </w:divBdr>
    </w:div>
    <w:div w:id="1414469540">
      <w:bodyDiv w:val="1"/>
      <w:marLeft w:val="0"/>
      <w:marRight w:val="0"/>
      <w:marTop w:val="0"/>
      <w:marBottom w:val="0"/>
      <w:divBdr>
        <w:top w:val="none" w:sz="0" w:space="0" w:color="auto"/>
        <w:left w:val="none" w:sz="0" w:space="0" w:color="auto"/>
        <w:bottom w:val="none" w:sz="0" w:space="0" w:color="auto"/>
        <w:right w:val="none" w:sz="0" w:space="0" w:color="auto"/>
      </w:divBdr>
    </w:div>
    <w:div w:id="1414931302">
      <w:bodyDiv w:val="1"/>
      <w:marLeft w:val="0"/>
      <w:marRight w:val="0"/>
      <w:marTop w:val="0"/>
      <w:marBottom w:val="0"/>
      <w:divBdr>
        <w:top w:val="none" w:sz="0" w:space="0" w:color="auto"/>
        <w:left w:val="none" w:sz="0" w:space="0" w:color="auto"/>
        <w:bottom w:val="none" w:sz="0" w:space="0" w:color="auto"/>
        <w:right w:val="none" w:sz="0" w:space="0" w:color="auto"/>
      </w:divBdr>
    </w:div>
    <w:div w:id="1416056155">
      <w:bodyDiv w:val="1"/>
      <w:marLeft w:val="0"/>
      <w:marRight w:val="0"/>
      <w:marTop w:val="0"/>
      <w:marBottom w:val="0"/>
      <w:divBdr>
        <w:top w:val="none" w:sz="0" w:space="0" w:color="auto"/>
        <w:left w:val="none" w:sz="0" w:space="0" w:color="auto"/>
        <w:bottom w:val="none" w:sz="0" w:space="0" w:color="auto"/>
        <w:right w:val="none" w:sz="0" w:space="0" w:color="auto"/>
      </w:divBdr>
    </w:div>
    <w:div w:id="1418096082">
      <w:bodyDiv w:val="1"/>
      <w:marLeft w:val="0"/>
      <w:marRight w:val="0"/>
      <w:marTop w:val="0"/>
      <w:marBottom w:val="0"/>
      <w:divBdr>
        <w:top w:val="none" w:sz="0" w:space="0" w:color="auto"/>
        <w:left w:val="none" w:sz="0" w:space="0" w:color="auto"/>
        <w:bottom w:val="none" w:sz="0" w:space="0" w:color="auto"/>
        <w:right w:val="none" w:sz="0" w:space="0" w:color="auto"/>
      </w:divBdr>
    </w:div>
    <w:div w:id="1421026777">
      <w:bodyDiv w:val="1"/>
      <w:marLeft w:val="0"/>
      <w:marRight w:val="0"/>
      <w:marTop w:val="0"/>
      <w:marBottom w:val="0"/>
      <w:divBdr>
        <w:top w:val="none" w:sz="0" w:space="0" w:color="auto"/>
        <w:left w:val="none" w:sz="0" w:space="0" w:color="auto"/>
        <w:bottom w:val="none" w:sz="0" w:space="0" w:color="auto"/>
        <w:right w:val="none" w:sz="0" w:space="0" w:color="auto"/>
      </w:divBdr>
    </w:div>
    <w:div w:id="1421759166">
      <w:bodyDiv w:val="1"/>
      <w:marLeft w:val="0"/>
      <w:marRight w:val="0"/>
      <w:marTop w:val="0"/>
      <w:marBottom w:val="0"/>
      <w:divBdr>
        <w:top w:val="none" w:sz="0" w:space="0" w:color="auto"/>
        <w:left w:val="none" w:sz="0" w:space="0" w:color="auto"/>
        <w:bottom w:val="none" w:sz="0" w:space="0" w:color="auto"/>
        <w:right w:val="none" w:sz="0" w:space="0" w:color="auto"/>
      </w:divBdr>
    </w:div>
    <w:div w:id="1422946560">
      <w:bodyDiv w:val="1"/>
      <w:marLeft w:val="0"/>
      <w:marRight w:val="0"/>
      <w:marTop w:val="0"/>
      <w:marBottom w:val="0"/>
      <w:divBdr>
        <w:top w:val="none" w:sz="0" w:space="0" w:color="auto"/>
        <w:left w:val="none" w:sz="0" w:space="0" w:color="auto"/>
        <w:bottom w:val="none" w:sz="0" w:space="0" w:color="auto"/>
        <w:right w:val="none" w:sz="0" w:space="0" w:color="auto"/>
      </w:divBdr>
    </w:div>
    <w:div w:id="1424569305">
      <w:bodyDiv w:val="1"/>
      <w:marLeft w:val="0"/>
      <w:marRight w:val="0"/>
      <w:marTop w:val="0"/>
      <w:marBottom w:val="0"/>
      <w:divBdr>
        <w:top w:val="none" w:sz="0" w:space="0" w:color="auto"/>
        <w:left w:val="none" w:sz="0" w:space="0" w:color="auto"/>
        <w:bottom w:val="none" w:sz="0" w:space="0" w:color="auto"/>
        <w:right w:val="none" w:sz="0" w:space="0" w:color="auto"/>
      </w:divBdr>
    </w:div>
    <w:div w:id="1424885036">
      <w:bodyDiv w:val="1"/>
      <w:marLeft w:val="0"/>
      <w:marRight w:val="0"/>
      <w:marTop w:val="0"/>
      <w:marBottom w:val="0"/>
      <w:divBdr>
        <w:top w:val="none" w:sz="0" w:space="0" w:color="auto"/>
        <w:left w:val="none" w:sz="0" w:space="0" w:color="auto"/>
        <w:bottom w:val="none" w:sz="0" w:space="0" w:color="auto"/>
        <w:right w:val="none" w:sz="0" w:space="0" w:color="auto"/>
      </w:divBdr>
    </w:div>
    <w:div w:id="1425420167">
      <w:bodyDiv w:val="1"/>
      <w:marLeft w:val="0"/>
      <w:marRight w:val="0"/>
      <w:marTop w:val="0"/>
      <w:marBottom w:val="0"/>
      <w:divBdr>
        <w:top w:val="none" w:sz="0" w:space="0" w:color="auto"/>
        <w:left w:val="none" w:sz="0" w:space="0" w:color="auto"/>
        <w:bottom w:val="none" w:sz="0" w:space="0" w:color="auto"/>
        <w:right w:val="none" w:sz="0" w:space="0" w:color="auto"/>
      </w:divBdr>
    </w:div>
    <w:div w:id="1425616037">
      <w:bodyDiv w:val="1"/>
      <w:marLeft w:val="0"/>
      <w:marRight w:val="0"/>
      <w:marTop w:val="0"/>
      <w:marBottom w:val="0"/>
      <w:divBdr>
        <w:top w:val="none" w:sz="0" w:space="0" w:color="auto"/>
        <w:left w:val="none" w:sz="0" w:space="0" w:color="auto"/>
        <w:bottom w:val="none" w:sz="0" w:space="0" w:color="auto"/>
        <w:right w:val="none" w:sz="0" w:space="0" w:color="auto"/>
      </w:divBdr>
    </w:div>
    <w:div w:id="1426341800">
      <w:bodyDiv w:val="1"/>
      <w:marLeft w:val="0"/>
      <w:marRight w:val="0"/>
      <w:marTop w:val="0"/>
      <w:marBottom w:val="0"/>
      <w:divBdr>
        <w:top w:val="none" w:sz="0" w:space="0" w:color="auto"/>
        <w:left w:val="none" w:sz="0" w:space="0" w:color="auto"/>
        <w:bottom w:val="none" w:sz="0" w:space="0" w:color="auto"/>
        <w:right w:val="none" w:sz="0" w:space="0" w:color="auto"/>
      </w:divBdr>
    </w:div>
    <w:div w:id="1426919808">
      <w:bodyDiv w:val="1"/>
      <w:marLeft w:val="0"/>
      <w:marRight w:val="0"/>
      <w:marTop w:val="0"/>
      <w:marBottom w:val="0"/>
      <w:divBdr>
        <w:top w:val="none" w:sz="0" w:space="0" w:color="auto"/>
        <w:left w:val="none" w:sz="0" w:space="0" w:color="auto"/>
        <w:bottom w:val="none" w:sz="0" w:space="0" w:color="auto"/>
        <w:right w:val="none" w:sz="0" w:space="0" w:color="auto"/>
      </w:divBdr>
    </w:div>
    <w:div w:id="1427341030">
      <w:bodyDiv w:val="1"/>
      <w:marLeft w:val="0"/>
      <w:marRight w:val="0"/>
      <w:marTop w:val="0"/>
      <w:marBottom w:val="0"/>
      <w:divBdr>
        <w:top w:val="none" w:sz="0" w:space="0" w:color="auto"/>
        <w:left w:val="none" w:sz="0" w:space="0" w:color="auto"/>
        <w:bottom w:val="none" w:sz="0" w:space="0" w:color="auto"/>
        <w:right w:val="none" w:sz="0" w:space="0" w:color="auto"/>
      </w:divBdr>
    </w:div>
    <w:div w:id="1428116648">
      <w:bodyDiv w:val="1"/>
      <w:marLeft w:val="0"/>
      <w:marRight w:val="0"/>
      <w:marTop w:val="0"/>
      <w:marBottom w:val="0"/>
      <w:divBdr>
        <w:top w:val="none" w:sz="0" w:space="0" w:color="auto"/>
        <w:left w:val="none" w:sz="0" w:space="0" w:color="auto"/>
        <w:bottom w:val="none" w:sz="0" w:space="0" w:color="auto"/>
        <w:right w:val="none" w:sz="0" w:space="0" w:color="auto"/>
      </w:divBdr>
    </w:div>
    <w:div w:id="1428309482">
      <w:bodyDiv w:val="1"/>
      <w:marLeft w:val="0"/>
      <w:marRight w:val="0"/>
      <w:marTop w:val="0"/>
      <w:marBottom w:val="0"/>
      <w:divBdr>
        <w:top w:val="none" w:sz="0" w:space="0" w:color="auto"/>
        <w:left w:val="none" w:sz="0" w:space="0" w:color="auto"/>
        <w:bottom w:val="none" w:sz="0" w:space="0" w:color="auto"/>
        <w:right w:val="none" w:sz="0" w:space="0" w:color="auto"/>
      </w:divBdr>
    </w:div>
    <w:div w:id="1428696865">
      <w:bodyDiv w:val="1"/>
      <w:marLeft w:val="0"/>
      <w:marRight w:val="0"/>
      <w:marTop w:val="0"/>
      <w:marBottom w:val="0"/>
      <w:divBdr>
        <w:top w:val="none" w:sz="0" w:space="0" w:color="auto"/>
        <w:left w:val="none" w:sz="0" w:space="0" w:color="auto"/>
        <w:bottom w:val="none" w:sz="0" w:space="0" w:color="auto"/>
        <w:right w:val="none" w:sz="0" w:space="0" w:color="auto"/>
      </w:divBdr>
    </w:div>
    <w:div w:id="1430005708">
      <w:bodyDiv w:val="1"/>
      <w:marLeft w:val="0"/>
      <w:marRight w:val="0"/>
      <w:marTop w:val="0"/>
      <w:marBottom w:val="0"/>
      <w:divBdr>
        <w:top w:val="none" w:sz="0" w:space="0" w:color="auto"/>
        <w:left w:val="none" w:sz="0" w:space="0" w:color="auto"/>
        <w:bottom w:val="none" w:sz="0" w:space="0" w:color="auto"/>
        <w:right w:val="none" w:sz="0" w:space="0" w:color="auto"/>
      </w:divBdr>
    </w:div>
    <w:div w:id="1433239229">
      <w:bodyDiv w:val="1"/>
      <w:marLeft w:val="0"/>
      <w:marRight w:val="0"/>
      <w:marTop w:val="0"/>
      <w:marBottom w:val="0"/>
      <w:divBdr>
        <w:top w:val="none" w:sz="0" w:space="0" w:color="auto"/>
        <w:left w:val="none" w:sz="0" w:space="0" w:color="auto"/>
        <w:bottom w:val="none" w:sz="0" w:space="0" w:color="auto"/>
        <w:right w:val="none" w:sz="0" w:space="0" w:color="auto"/>
      </w:divBdr>
    </w:div>
    <w:div w:id="1435242920">
      <w:bodyDiv w:val="1"/>
      <w:marLeft w:val="0"/>
      <w:marRight w:val="0"/>
      <w:marTop w:val="0"/>
      <w:marBottom w:val="0"/>
      <w:divBdr>
        <w:top w:val="none" w:sz="0" w:space="0" w:color="auto"/>
        <w:left w:val="none" w:sz="0" w:space="0" w:color="auto"/>
        <w:bottom w:val="none" w:sz="0" w:space="0" w:color="auto"/>
        <w:right w:val="none" w:sz="0" w:space="0" w:color="auto"/>
      </w:divBdr>
    </w:div>
    <w:div w:id="1436360495">
      <w:bodyDiv w:val="1"/>
      <w:marLeft w:val="0"/>
      <w:marRight w:val="0"/>
      <w:marTop w:val="0"/>
      <w:marBottom w:val="0"/>
      <w:divBdr>
        <w:top w:val="none" w:sz="0" w:space="0" w:color="auto"/>
        <w:left w:val="none" w:sz="0" w:space="0" w:color="auto"/>
        <w:bottom w:val="none" w:sz="0" w:space="0" w:color="auto"/>
        <w:right w:val="none" w:sz="0" w:space="0" w:color="auto"/>
      </w:divBdr>
    </w:div>
    <w:div w:id="1439912760">
      <w:bodyDiv w:val="1"/>
      <w:marLeft w:val="0"/>
      <w:marRight w:val="0"/>
      <w:marTop w:val="0"/>
      <w:marBottom w:val="0"/>
      <w:divBdr>
        <w:top w:val="none" w:sz="0" w:space="0" w:color="auto"/>
        <w:left w:val="none" w:sz="0" w:space="0" w:color="auto"/>
        <w:bottom w:val="none" w:sz="0" w:space="0" w:color="auto"/>
        <w:right w:val="none" w:sz="0" w:space="0" w:color="auto"/>
      </w:divBdr>
    </w:div>
    <w:div w:id="1446801836">
      <w:bodyDiv w:val="1"/>
      <w:marLeft w:val="0"/>
      <w:marRight w:val="0"/>
      <w:marTop w:val="0"/>
      <w:marBottom w:val="0"/>
      <w:divBdr>
        <w:top w:val="none" w:sz="0" w:space="0" w:color="auto"/>
        <w:left w:val="none" w:sz="0" w:space="0" w:color="auto"/>
        <w:bottom w:val="none" w:sz="0" w:space="0" w:color="auto"/>
        <w:right w:val="none" w:sz="0" w:space="0" w:color="auto"/>
      </w:divBdr>
    </w:div>
    <w:div w:id="1448114265">
      <w:bodyDiv w:val="1"/>
      <w:marLeft w:val="0"/>
      <w:marRight w:val="0"/>
      <w:marTop w:val="0"/>
      <w:marBottom w:val="0"/>
      <w:divBdr>
        <w:top w:val="none" w:sz="0" w:space="0" w:color="auto"/>
        <w:left w:val="none" w:sz="0" w:space="0" w:color="auto"/>
        <w:bottom w:val="none" w:sz="0" w:space="0" w:color="auto"/>
        <w:right w:val="none" w:sz="0" w:space="0" w:color="auto"/>
      </w:divBdr>
    </w:div>
    <w:div w:id="1448966250">
      <w:bodyDiv w:val="1"/>
      <w:marLeft w:val="0"/>
      <w:marRight w:val="0"/>
      <w:marTop w:val="0"/>
      <w:marBottom w:val="0"/>
      <w:divBdr>
        <w:top w:val="none" w:sz="0" w:space="0" w:color="auto"/>
        <w:left w:val="none" w:sz="0" w:space="0" w:color="auto"/>
        <w:bottom w:val="none" w:sz="0" w:space="0" w:color="auto"/>
        <w:right w:val="none" w:sz="0" w:space="0" w:color="auto"/>
      </w:divBdr>
    </w:div>
    <w:div w:id="1450275564">
      <w:bodyDiv w:val="1"/>
      <w:marLeft w:val="0"/>
      <w:marRight w:val="0"/>
      <w:marTop w:val="0"/>
      <w:marBottom w:val="0"/>
      <w:divBdr>
        <w:top w:val="none" w:sz="0" w:space="0" w:color="auto"/>
        <w:left w:val="none" w:sz="0" w:space="0" w:color="auto"/>
        <w:bottom w:val="none" w:sz="0" w:space="0" w:color="auto"/>
        <w:right w:val="none" w:sz="0" w:space="0" w:color="auto"/>
      </w:divBdr>
    </w:div>
    <w:div w:id="1450778155">
      <w:bodyDiv w:val="1"/>
      <w:marLeft w:val="0"/>
      <w:marRight w:val="0"/>
      <w:marTop w:val="0"/>
      <w:marBottom w:val="0"/>
      <w:divBdr>
        <w:top w:val="none" w:sz="0" w:space="0" w:color="auto"/>
        <w:left w:val="none" w:sz="0" w:space="0" w:color="auto"/>
        <w:bottom w:val="none" w:sz="0" w:space="0" w:color="auto"/>
        <w:right w:val="none" w:sz="0" w:space="0" w:color="auto"/>
      </w:divBdr>
    </w:div>
    <w:div w:id="1454440954">
      <w:bodyDiv w:val="1"/>
      <w:marLeft w:val="0"/>
      <w:marRight w:val="0"/>
      <w:marTop w:val="0"/>
      <w:marBottom w:val="0"/>
      <w:divBdr>
        <w:top w:val="none" w:sz="0" w:space="0" w:color="auto"/>
        <w:left w:val="none" w:sz="0" w:space="0" w:color="auto"/>
        <w:bottom w:val="none" w:sz="0" w:space="0" w:color="auto"/>
        <w:right w:val="none" w:sz="0" w:space="0" w:color="auto"/>
      </w:divBdr>
    </w:div>
    <w:div w:id="1455637242">
      <w:bodyDiv w:val="1"/>
      <w:marLeft w:val="0"/>
      <w:marRight w:val="0"/>
      <w:marTop w:val="0"/>
      <w:marBottom w:val="0"/>
      <w:divBdr>
        <w:top w:val="none" w:sz="0" w:space="0" w:color="auto"/>
        <w:left w:val="none" w:sz="0" w:space="0" w:color="auto"/>
        <w:bottom w:val="none" w:sz="0" w:space="0" w:color="auto"/>
        <w:right w:val="none" w:sz="0" w:space="0" w:color="auto"/>
      </w:divBdr>
    </w:div>
    <w:div w:id="1455829357">
      <w:bodyDiv w:val="1"/>
      <w:marLeft w:val="0"/>
      <w:marRight w:val="0"/>
      <w:marTop w:val="0"/>
      <w:marBottom w:val="0"/>
      <w:divBdr>
        <w:top w:val="none" w:sz="0" w:space="0" w:color="auto"/>
        <w:left w:val="none" w:sz="0" w:space="0" w:color="auto"/>
        <w:bottom w:val="none" w:sz="0" w:space="0" w:color="auto"/>
        <w:right w:val="none" w:sz="0" w:space="0" w:color="auto"/>
      </w:divBdr>
    </w:div>
    <w:div w:id="1460293720">
      <w:bodyDiv w:val="1"/>
      <w:marLeft w:val="0"/>
      <w:marRight w:val="0"/>
      <w:marTop w:val="0"/>
      <w:marBottom w:val="0"/>
      <w:divBdr>
        <w:top w:val="none" w:sz="0" w:space="0" w:color="auto"/>
        <w:left w:val="none" w:sz="0" w:space="0" w:color="auto"/>
        <w:bottom w:val="none" w:sz="0" w:space="0" w:color="auto"/>
        <w:right w:val="none" w:sz="0" w:space="0" w:color="auto"/>
      </w:divBdr>
    </w:div>
    <w:div w:id="1461143437">
      <w:bodyDiv w:val="1"/>
      <w:marLeft w:val="0"/>
      <w:marRight w:val="0"/>
      <w:marTop w:val="0"/>
      <w:marBottom w:val="0"/>
      <w:divBdr>
        <w:top w:val="none" w:sz="0" w:space="0" w:color="auto"/>
        <w:left w:val="none" w:sz="0" w:space="0" w:color="auto"/>
        <w:bottom w:val="none" w:sz="0" w:space="0" w:color="auto"/>
        <w:right w:val="none" w:sz="0" w:space="0" w:color="auto"/>
      </w:divBdr>
    </w:div>
    <w:div w:id="1462729059">
      <w:bodyDiv w:val="1"/>
      <w:marLeft w:val="0"/>
      <w:marRight w:val="0"/>
      <w:marTop w:val="0"/>
      <w:marBottom w:val="0"/>
      <w:divBdr>
        <w:top w:val="none" w:sz="0" w:space="0" w:color="auto"/>
        <w:left w:val="none" w:sz="0" w:space="0" w:color="auto"/>
        <w:bottom w:val="none" w:sz="0" w:space="0" w:color="auto"/>
        <w:right w:val="none" w:sz="0" w:space="0" w:color="auto"/>
      </w:divBdr>
    </w:div>
    <w:div w:id="1463615761">
      <w:bodyDiv w:val="1"/>
      <w:marLeft w:val="0"/>
      <w:marRight w:val="0"/>
      <w:marTop w:val="0"/>
      <w:marBottom w:val="0"/>
      <w:divBdr>
        <w:top w:val="none" w:sz="0" w:space="0" w:color="auto"/>
        <w:left w:val="none" w:sz="0" w:space="0" w:color="auto"/>
        <w:bottom w:val="none" w:sz="0" w:space="0" w:color="auto"/>
        <w:right w:val="none" w:sz="0" w:space="0" w:color="auto"/>
      </w:divBdr>
    </w:div>
    <w:div w:id="1464616483">
      <w:bodyDiv w:val="1"/>
      <w:marLeft w:val="0"/>
      <w:marRight w:val="0"/>
      <w:marTop w:val="0"/>
      <w:marBottom w:val="0"/>
      <w:divBdr>
        <w:top w:val="none" w:sz="0" w:space="0" w:color="auto"/>
        <w:left w:val="none" w:sz="0" w:space="0" w:color="auto"/>
        <w:bottom w:val="none" w:sz="0" w:space="0" w:color="auto"/>
        <w:right w:val="none" w:sz="0" w:space="0" w:color="auto"/>
      </w:divBdr>
    </w:div>
    <w:div w:id="1470510855">
      <w:bodyDiv w:val="1"/>
      <w:marLeft w:val="0"/>
      <w:marRight w:val="0"/>
      <w:marTop w:val="0"/>
      <w:marBottom w:val="0"/>
      <w:divBdr>
        <w:top w:val="none" w:sz="0" w:space="0" w:color="auto"/>
        <w:left w:val="none" w:sz="0" w:space="0" w:color="auto"/>
        <w:bottom w:val="none" w:sz="0" w:space="0" w:color="auto"/>
        <w:right w:val="none" w:sz="0" w:space="0" w:color="auto"/>
      </w:divBdr>
    </w:div>
    <w:div w:id="1471904158">
      <w:bodyDiv w:val="1"/>
      <w:marLeft w:val="0"/>
      <w:marRight w:val="0"/>
      <w:marTop w:val="0"/>
      <w:marBottom w:val="0"/>
      <w:divBdr>
        <w:top w:val="none" w:sz="0" w:space="0" w:color="auto"/>
        <w:left w:val="none" w:sz="0" w:space="0" w:color="auto"/>
        <w:bottom w:val="none" w:sz="0" w:space="0" w:color="auto"/>
        <w:right w:val="none" w:sz="0" w:space="0" w:color="auto"/>
      </w:divBdr>
    </w:div>
    <w:div w:id="1476532179">
      <w:bodyDiv w:val="1"/>
      <w:marLeft w:val="0"/>
      <w:marRight w:val="0"/>
      <w:marTop w:val="0"/>
      <w:marBottom w:val="0"/>
      <w:divBdr>
        <w:top w:val="none" w:sz="0" w:space="0" w:color="auto"/>
        <w:left w:val="none" w:sz="0" w:space="0" w:color="auto"/>
        <w:bottom w:val="none" w:sz="0" w:space="0" w:color="auto"/>
        <w:right w:val="none" w:sz="0" w:space="0" w:color="auto"/>
      </w:divBdr>
    </w:div>
    <w:div w:id="1476991821">
      <w:bodyDiv w:val="1"/>
      <w:marLeft w:val="0"/>
      <w:marRight w:val="0"/>
      <w:marTop w:val="0"/>
      <w:marBottom w:val="0"/>
      <w:divBdr>
        <w:top w:val="none" w:sz="0" w:space="0" w:color="auto"/>
        <w:left w:val="none" w:sz="0" w:space="0" w:color="auto"/>
        <w:bottom w:val="none" w:sz="0" w:space="0" w:color="auto"/>
        <w:right w:val="none" w:sz="0" w:space="0" w:color="auto"/>
      </w:divBdr>
    </w:div>
    <w:div w:id="1477144080">
      <w:bodyDiv w:val="1"/>
      <w:marLeft w:val="0"/>
      <w:marRight w:val="0"/>
      <w:marTop w:val="0"/>
      <w:marBottom w:val="0"/>
      <w:divBdr>
        <w:top w:val="none" w:sz="0" w:space="0" w:color="auto"/>
        <w:left w:val="none" w:sz="0" w:space="0" w:color="auto"/>
        <w:bottom w:val="none" w:sz="0" w:space="0" w:color="auto"/>
        <w:right w:val="none" w:sz="0" w:space="0" w:color="auto"/>
      </w:divBdr>
    </w:div>
    <w:div w:id="1477718820">
      <w:bodyDiv w:val="1"/>
      <w:marLeft w:val="0"/>
      <w:marRight w:val="0"/>
      <w:marTop w:val="0"/>
      <w:marBottom w:val="0"/>
      <w:divBdr>
        <w:top w:val="none" w:sz="0" w:space="0" w:color="auto"/>
        <w:left w:val="none" w:sz="0" w:space="0" w:color="auto"/>
        <w:bottom w:val="none" w:sz="0" w:space="0" w:color="auto"/>
        <w:right w:val="none" w:sz="0" w:space="0" w:color="auto"/>
      </w:divBdr>
    </w:div>
    <w:div w:id="1478230201">
      <w:bodyDiv w:val="1"/>
      <w:marLeft w:val="0"/>
      <w:marRight w:val="0"/>
      <w:marTop w:val="0"/>
      <w:marBottom w:val="0"/>
      <w:divBdr>
        <w:top w:val="none" w:sz="0" w:space="0" w:color="auto"/>
        <w:left w:val="none" w:sz="0" w:space="0" w:color="auto"/>
        <w:bottom w:val="none" w:sz="0" w:space="0" w:color="auto"/>
        <w:right w:val="none" w:sz="0" w:space="0" w:color="auto"/>
      </w:divBdr>
    </w:div>
    <w:div w:id="1481386912">
      <w:bodyDiv w:val="1"/>
      <w:marLeft w:val="0"/>
      <w:marRight w:val="0"/>
      <w:marTop w:val="0"/>
      <w:marBottom w:val="0"/>
      <w:divBdr>
        <w:top w:val="none" w:sz="0" w:space="0" w:color="auto"/>
        <w:left w:val="none" w:sz="0" w:space="0" w:color="auto"/>
        <w:bottom w:val="none" w:sz="0" w:space="0" w:color="auto"/>
        <w:right w:val="none" w:sz="0" w:space="0" w:color="auto"/>
      </w:divBdr>
    </w:div>
    <w:div w:id="1481539275">
      <w:bodyDiv w:val="1"/>
      <w:marLeft w:val="0"/>
      <w:marRight w:val="0"/>
      <w:marTop w:val="0"/>
      <w:marBottom w:val="0"/>
      <w:divBdr>
        <w:top w:val="none" w:sz="0" w:space="0" w:color="auto"/>
        <w:left w:val="none" w:sz="0" w:space="0" w:color="auto"/>
        <w:bottom w:val="none" w:sz="0" w:space="0" w:color="auto"/>
        <w:right w:val="none" w:sz="0" w:space="0" w:color="auto"/>
      </w:divBdr>
    </w:div>
    <w:div w:id="1481649615">
      <w:bodyDiv w:val="1"/>
      <w:marLeft w:val="0"/>
      <w:marRight w:val="0"/>
      <w:marTop w:val="0"/>
      <w:marBottom w:val="0"/>
      <w:divBdr>
        <w:top w:val="none" w:sz="0" w:space="0" w:color="auto"/>
        <w:left w:val="none" w:sz="0" w:space="0" w:color="auto"/>
        <w:bottom w:val="none" w:sz="0" w:space="0" w:color="auto"/>
        <w:right w:val="none" w:sz="0" w:space="0" w:color="auto"/>
      </w:divBdr>
    </w:div>
    <w:div w:id="1484541431">
      <w:bodyDiv w:val="1"/>
      <w:marLeft w:val="0"/>
      <w:marRight w:val="0"/>
      <w:marTop w:val="0"/>
      <w:marBottom w:val="0"/>
      <w:divBdr>
        <w:top w:val="none" w:sz="0" w:space="0" w:color="auto"/>
        <w:left w:val="none" w:sz="0" w:space="0" w:color="auto"/>
        <w:bottom w:val="none" w:sz="0" w:space="0" w:color="auto"/>
        <w:right w:val="none" w:sz="0" w:space="0" w:color="auto"/>
      </w:divBdr>
    </w:div>
    <w:div w:id="1486698404">
      <w:bodyDiv w:val="1"/>
      <w:marLeft w:val="0"/>
      <w:marRight w:val="0"/>
      <w:marTop w:val="0"/>
      <w:marBottom w:val="0"/>
      <w:divBdr>
        <w:top w:val="none" w:sz="0" w:space="0" w:color="auto"/>
        <w:left w:val="none" w:sz="0" w:space="0" w:color="auto"/>
        <w:bottom w:val="none" w:sz="0" w:space="0" w:color="auto"/>
        <w:right w:val="none" w:sz="0" w:space="0" w:color="auto"/>
      </w:divBdr>
    </w:div>
    <w:div w:id="1486967663">
      <w:bodyDiv w:val="1"/>
      <w:marLeft w:val="0"/>
      <w:marRight w:val="0"/>
      <w:marTop w:val="0"/>
      <w:marBottom w:val="0"/>
      <w:divBdr>
        <w:top w:val="none" w:sz="0" w:space="0" w:color="auto"/>
        <w:left w:val="none" w:sz="0" w:space="0" w:color="auto"/>
        <w:bottom w:val="none" w:sz="0" w:space="0" w:color="auto"/>
        <w:right w:val="none" w:sz="0" w:space="0" w:color="auto"/>
      </w:divBdr>
    </w:div>
    <w:div w:id="1487551993">
      <w:bodyDiv w:val="1"/>
      <w:marLeft w:val="0"/>
      <w:marRight w:val="0"/>
      <w:marTop w:val="0"/>
      <w:marBottom w:val="0"/>
      <w:divBdr>
        <w:top w:val="none" w:sz="0" w:space="0" w:color="auto"/>
        <w:left w:val="none" w:sz="0" w:space="0" w:color="auto"/>
        <w:bottom w:val="none" w:sz="0" w:space="0" w:color="auto"/>
        <w:right w:val="none" w:sz="0" w:space="0" w:color="auto"/>
      </w:divBdr>
    </w:div>
    <w:div w:id="1489908128">
      <w:bodyDiv w:val="1"/>
      <w:marLeft w:val="0"/>
      <w:marRight w:val="0"/>
      <w:marTop w:val="0"/>
      <w:marBottom w:val="0"/>
      <w:divBdr>
        <w:top w:val="none" w:sz="0" w:space="0" w:color="auto"/>
        <w:left w:val="none" w:sz="0" w:space="0" w:color="auto"/>
        <w:bottom w:val="none" w:sz="0" w:space="0" w:color="auto"/>
        <w:right w:val="none" w:sz="0" w:space="0" w:color="auto"/>
      </w:divBdr>
    </w:div>
    <w:div w:id="1491289845">
      <w:bodyDiv w:val="1"/>
      <w:marLeft w:val="0"/>
      <w:marRight w:val="0"/>
      <w:marTop w:val="0"/>
      <w:marBottom w:val="0"/>
      <w:divBdr>
        <w:top w:val="none" w:sz="0" w:space="0" w:color="auto"/>
        <w:left w:val="none" w:sz="0" w:space="0" w:color="auto"/>
        <w:bottom w:val="none" w:sz="0" w:space="0" w:color="auto"/>
        <w:right w:val="none" w:sz="0" w:space="0" w:color="auto"/>
      </w:divBdr>
    </w:div>
    <w:div w:id="1495140885">
      <w:bodyDiv w:val="1"/>
      <w:marLeft w:val="0"/>
      <w:marRight w:val="0"/>
      <w:marTop w:val="0"/>
      <w:marBottom w:val="0"/>
      <w:divBdr>
        <w:top w:val="none" w:sz="0" w:space="0" w:color="auto"/>
        <w:left w:val="none" w:sz="0" w:space="0" w:color="auto"/>
        <w:bottom w:val="none" w:sz="0" w:space="0" w:color="auto"/>
        <w:right w:val="none" w:sz="0" w:space="0" w:color="auto"/>
      </w:divBdr>
    </w:div>
    <w:div w:id="1497110269">
      <w:bodyDiv w:val="1"/>
      <w:marLeft w:val="0"/>
      <w:marRight w:val="0"/>
      <w:marTop w:val="0"/>
      <w:marBottom w:val="0"/>
      <w:divBdr>
        <w:top w:val="none" w:sz="0" w:space="0" w:color="auto"/>
        <w:left w:val="none" w:sz="0" w:space="0" w:color="auto"/>
        <w:bottom w:val="none" w:sz="0" w:space="0" w:color="auto"/>
        <w:right w:val="none" w:sz="0" w:space="0" w:color="auto"/>
      </w:divBdr>
    </w:div>
    <w:div w:id="1498568713">
      <w:bodyDiv w:val="1"/>
      <w:marLeft w:val="0"/>
      <w:marRight w:val="0"/>
      <w:marTop w:val="0"/>
      <w:marBottom w:val="0"/>
      <w:divBdr>
        <w:top w:val="none" w:sz="0" w:space="0" w:color="auto"/>
        <w:left w:val="none" w:sz="0" w:space="0" w:color="auto"/>
        <w:bottom w:val="none" w:sz="0" w:space="0" w:color="auto"/>
        <w:right w:val="none" w:sz="0" w:space="0" w:color="auto"/>
      </w:divBdr>
    </w:div>
    <w:div w:id="1498770535">
      <w:bodyDiv w:val="1"/>
      <w:marLeft w:val="0"/>
      <w:marRight w:val="0"/>
      <w:marTop w:val="0"/>
      <w:marBottom w:val="0"/>
      <w:divBdr>
        <w:top w:val="none" w:sz="0" w:space="0" w:color="auto"/>
        <w:left w:val="none" w:sz="0" w:space="0" w:color="auto"/>
        <w:bottom w:val="none" w:sz="0" w:space="0" w:color="auto"/>
        <w:right w:val="none" w:sz="0" w:space="0" w:color="auto"/>
      </w:divBdr>
    </w:div>
    <w:div w:id="1500922259">
      <w:bodyDiv w:val="1"/>
      <w:marLeft w:val="0"/>
      <w:marRight w:val="0"/>
      <w:marTop w:val="0"/>
      <w:marBottom w:val="0"/>
      <w:divBdr>
        <w:top w:val="none" w:sz="0" w:space="0" w:color="auto"/>
        <w:left w:val="none" w:sz="0" w:space="0" w:color="auto"/>
        <w:bottom w:val="none" w:sz="0" w:space="0" w:color="auto"/>
        <w:right w:val="none" w:sz="0" w:space="0" w:color="auto"/>
      </w:divBdr>
    </w:div>
    <w:div w:id="1502508951">
      <w:bodyDiv w:val="1"/>
      <w:marLeft w:val="0"/>
      <w:marRight w:val="0"/>
      <w:marTop w:val="0"/>
      <w:marBottom w:val="0"/>
      <w:divBdr>
        <w:top w:val="none" w:sz="0" w:space="0" w:color="auto"/>
        <w:left w:val="none" w:sz="0" w:space="0" w:color="auto"/>
        <w:bottom w:val="none" w:sz="0" w:space="0" w:color="auto"/>
        <w:right w:val="none" w:sz="0" w:space="0" w:color="auto"/>
      </w:divBdr>
    </w:div>
    <w:div w:id="1503230246">
      <w:bodyDiv w:val="1"/>
      <w:marLeft w:val="0"/>
      <w:marRight w:val="0"/>
      <w:marTop w:val="0"/>
      <w:marBottom w:val="0"/>
      <w:divBdr>
        <w:top w:val="none" w:sz="0" w:space="0" w:color="auto"/>
        <w:left w:val="none" w:sz="0" w:space="0" w:color="auto"/>
        <w:bottom w:val="none" w:sz="0" w:space="0" w:color="auto"/>
        <w:right w:val="none" w:sz="0" w:space="0" w:color="auto"/>
      </w:divBdr>
    </w:div>
    <w:div w:id="1505785039">
      <w:bodyDiv w:val="1"/>
      <w:marLeft w:val="0"/>
      <w:marRight w:val="0"/>
      <w:marTop w:val="0"/>
      <w:marBottom w:val="0"/>
      <w:divBdr>
        <w:top w:val="none" w:sz="0" w:space="0" w:color="auto"/>
        <w:left w:val="none" w:sz="0" w:space="0" w:color="auto"/>
        <w:bottom w:val="none" w:sz="0" w:space="0" w:color="auto"/>
        <w:right w:val="none" w:sz="0" w:space="0" w:color="auto"/>
      </w:divBdr>
    </w:div>
    <w:div w:id="1508519871">
      <w:bodyDiv w:val="1"/>
      <w:marLeft w:val="0"/>
      <w:marRight w:val="0"/>
      <w:marTop w:val="0"/>
      <w:marBottom w:val="0"/>
      <w:divBdr>
        <w:top w:val="none" w:sz="0" w:space="0" w:color="auto"/>
        <w:left w:val="none" w:sz="0" w:space="0" w:color="auto"/>
        <w:bottom w:val="none" w:sz="0" w:space="0" w:color="auto"/>
        <w:right w:val="none" w:sz="0" w:space="0" w:color="auto"/>
      </w:divBdr>
    </w:div>
    <w:div w:id="1511479994">
      <w:bodyDiv w:val="1"/>
      <w:marLeft w:val="0"/>
      <w:marRight w:val="0"/>
      <w:marTop w:val="0"/>
      <w:marBottom w:val="0"/>
      <w:divBdr>
        <w:top w:val="none" w:sz="0" w:space="0" w:color="auto"/>
        <w:left w:val="none" w:sz="0" w:space="0" w:color="auto"/>
        <w:bottom w:val="none" w:sz="0" w:space="0" w:color="auto"/>
        <w:right w:val="none" w:sz="0" w:space="0" w:color="auto"/>
      </w:divBdr>
    </w:div>
    <w:div w:id="1512447389">
      <w:bodyDiv w:val="1"/>
      <w:marLeft w:val="0"/>
      <w:marRight w:val="0"/>
      <w:marTop w:val="0"/>
      <w:marBottom w:val="0"/>
      <w:divBdr>
        <w:top w:val="none" w:sz="0" w:space="0" w:color="auto"/>
        <w:left w:val="none" w:sz="0" w:space="0" w:color="auto"/>
        <w:bottom w:val="none" w:sz="0" w:space="0" w:color="auto"/>
        <w:right w:val="none" w:sz="0" w:space="0" w:color="auto"/>
      </w:divBdr>
    </w:div>
    <w:div w:id="1514372758">
      <w:bodyDiv w:val="1"/>
      <w:marLeft w:val="0"/>
      <w:marRight w:val="0"/>
      <w:marTop w:val="0"/>
      <w:marBottom w:val="0"/>
      <w:divBdr>
        <w:top w:val="none" w:sz="0" w:space="0" w:color="auto"/>
        <w:left w:val="none" w:sz="0" w:space="0" w:color="auto"/>
        <w:bottom w:val="none" w:sz="0" w:space="0" w:color="auto"/>
        <w:right w:val="none" w:sz="0" w:space="0" w:color="auto"/>
      </w:divBdr>
    </w:div>
    <w:div w:id="1514492261">
      <w:bodyDiv w:val="1"/>
      <w:marLeft w:val="0"/>
      <w:marRight w:val="0"/>
      <w:marTop w:val="0"/>
      <w:marBottom w:val="0"/>
      <w:divBdr>
        <w:top w:val="none" w:sz="0" w:space="0" w:color="auto"/>
        <w:left w:val="none" w:sz="0" w:space="0" w:color="auto"/>
        <w:bottom w:val="none" w:sz="0" w:space="0" w:color="auto"/>
        <w:right w:val="none" w:sz="0" w:space="0" w:color="auto"/>
      </w:divBdr>
    </w:div>
    <w:div w:id="1514566146">
      <w:bodyDiv w:val="1"/>
      <w:marLeft w:val="0"/>
      <w:marRight w:val="0"/>
      <w:marTop w:val="0"/>
      <w:marBottom w:val="0"/>
      <w:divBdr>
        <w:top w:val="none" w:sz="0" w:space="0" w:color="auto"/>
        <w:left w:val="none" w:sz="0" w:space="0" w:color="auto"/>
        <w:bottom w:val="none" w:sz="0" w:space="0" w:color="auto"/>
        <w:right w:val="none" w:sz="0" w:space="0" w:color="auto"/>
      </w:divBdr>
    </w:div>
    <w:div w:id="1514566370">
      <w:bodyDiv w:val="1"/>
      <w:marLeft w:val="0"/>
      <w:marRight w:val="0"/>
      <w:marTop w:val="0"/>
      <w:marBottom w:val="0"/>
      <w:divBdr>
        <w:top w:val="none" w:sz="0" w:space="0" w:color="auto"/>
        <w:left w:val="none" w:sz="0" w:space="0" w:color="auto"/>
        <w:bottom w:val="none" w:sz="0" w:space="0" w:color="auto"/>
        <w:right w:val="none" w:sz="0" w:space="0" w:color="auto"/>
      </w:divBdr>
    </w:div>
    <w:div w:id="1514801193">
      <w:bodyDiv w:val="1"/>
      <w:marLeft w:val="0"/>
      <w:marRight w:val="0"/>
      <w:marTop w:val="0"/>
      <w:marBottom w:val="0"/>
      <w:divBdr>
        <w:top w:val="none" w:sz="0" w:space="0" w:color="auto"/>
        <w:left w:val="none" w:sz="0" w:space="0" w:color="auto"/>
        <w:bottom w:val="none" w:sz="0" w:space="0" w:color="auto"/>
        <w:right w:val="none" w:sz="0" w:space="0" w:color="auto"/>
      </w:divBdr>
    </w:div>
    <w:div w:id="1514801808">
      <w:bodyDiv w:val="1"/>
      <w:marLeft w:val="0"/>
      <w:marRight w:val="0"/>
      <w:marTop w:val="0"/>
      <w:marBottom w:val="0"/>
      <w:divBdr>
        <w:top w:val="none" w:sz="0" w:space="0" w:color="auto"/>
        <w:left w:val="none" w:sz="0" w:space="0" w:color="auto"/>
        <w:bottom w:val="none" w:sz="0" w:space="0" w:color="auto"/>
        <w:right w:val="none" w:sz="0" w:space="0" w:color="auto"/>
      </w:divBdr>
    </w:div>
    <w:div w:id="1514880221">
      <w:bodyDiv w:val="1"/>
      <w:marLeft w:val="0"/>
      <w:marRight w:val="0"/>
      <w:marTop w:val="0"/>
      <w:marBottom w:val="0"/>
      <w:divBdr>
        <w:top w:val="none" w:sz="0" w:space="0" w:color="auto"/>
        <w:left w:val="none" w:sz="0" w:space="0" w:color="auto"/>
        <w:bottom w:val="none" w:sz="0" w:space="0" w:color="auto"/>
        <w:right w:val="none" w:sz="0" w:space="0" w:color="auto"/>
      </w:divBdr>
    </w:div>
    <w:div w:id="1515680744">
      <w:bodyDiv w:val="1"/>
      <w:marLeft w:val="0"/>
      <w:marRight w:val="0"/>
      <w:marTop w:val="0"/>
      <w:marBottom w:val="0"/>
      <w:divBdr>
        <w:top w:val="none" w:sz="0" w:space="0" w:color="auto"/>
        <w:left w:val="none" w:sz="0" w:space="0" w:color="auto"/>
        <w:bottom w:val="none" w:sz="0" w:space="0" w:color="auto"/>
        <w:right w:val="none" w:sz="0" w:space="0" w:color="auto"/>
      </w:divBdr>
    </w:div>
    <w:div w:id="1518538208">
      <w:bodyDiv w:val="1"/>
      <w:marLeft w:val="0"/>
      <w:marRight w:val="0"/>
      <w:marTop w:val="0"/>
      <w:marBottom w:val="0"/>
      <w:divBdr>
        <w:top w:val="none" w:sz="0" w:space="0" w:color="auto"/>
        <w:left w:val="none" w:sz="0" w:space="0" w:color="auto"/>
        <w:bottom w:val="none" w:sz="0" w:space="0" w:color="auto"/>
        <w:right w:val="none" w:sz="0" w:space="0" w:color="auto"/>
      </w:divBdr>
    </w:div>
    <w:div w:id="1518538392">
      <w:bodyDiv w:val="1"/>
      <w:marLeft w:val="0"/>
      <w:marRight w:val="0"/>
      <w:marTop w:val="0"/>
      <w:marBottom w:val="0"/>
      <w:divBdr>
        <w:top w:val="none" w:sz="0" w:space="0" w:color="auto"/>
        <w:left w:val="none" w:sz="0" w:space="0" w:color="auto"/>
        <w:bottom w:val="none" w:sz="0" w:space="0" w:color="auto"/>
        <w:right w:val="none" w:sz="0" w:space="0" w:color="auto"/>
      </w:divBdr>
    </w:div>
    <w:div w:id="1519344650">
      <w:bodyDiv w:val="1"/>
      <w:marLeft w:val="0"/>
      <w:marRight w:val="0"/>
      <w:marTop w:val="0"/>
      <w:marBottom w:val="0"/>
      <w:divBdr>
        <w:top w:val="none" w:sz="0" w:space="0" w:color="auto"/>
        <w:left w:val="none" w:sz="0" w:space="0" w:color="auto"/>
        <w:bottom w:val="none" w:sz="0" w:space="0" w:color="auto"/>
        <w:right w:val="none" w:sz="0" w:space="0" w:color="auto"/>
      </w:divBdr>
    </w:div>
    <w:div w:id="1520004268">
      <w:bodyDiv w:val="1"/>
      <w:marLeft w:val="0"/>
      <w:marRight w:val="0"/>
      <w:marTop w:val="0"/>
      <w:marBottom w:val="0"/>
      <w:divBdr>
        <w:top w:val="none" w:sz="0" w:space="0" w:color="auto"/>
        <w:left w:val="none" w:sz="0" w:space="0" w:color="auto"/>
        <w:bottom w:val="none" w:sz="0" w:space="0" w:color="auto"/>
        <w:right w:val="none" w:sz="0" w:space="0" w:color="auto"/>
      </w:divBdr>
    </w:div>
    <w:div w:id="1520073773">
      <w:bodyDiv w:val="1"/>
      <w:marLeft w:val="0"/>
      <w:marRight w:val="0"/>
      <w:marTop w:val="0"/>
      <w:marBottom w:val="0"/>
      <w:divBdr>
        <w:top w:val="none" w:sz="0" w:space="0" w:color="auto"/>
        <w:left w:val="none" w:sz="0" w:space="0" w:color="auto"/>
        <w:bottom w:val="none" w:sz="0" w:space="0" w:color="auto"/>
        <w:right w:val="none" w:sz="0" w:space="0" w:color="auto"/>
      </w:divBdr>
    </w:div>
    <w:div w:id="1520585238">
      <w:bodyDiv w:val="1"/>
      <w:marLeft w:val="0"/>
      <w:marRight w:val="0"/>
      <w:marTop w:val="0"/>
      <w:marBottom w:val="0"/>
      <w:divBdr>
        <w:top w:val="none" w:sz="0" w:space="0" w:color="auto"/>
        <w:left w:val="none" w:sz="0" w:space="0" w:color="auto"/>
        <w:bottom w:val="none" w:sz="0" w:space="0" w:color="auto"/>
        <w:right w:val="none" w:sz="0" w:space="0" w:color="auto"/>
      </w:divBdr>
    </w:div>
    <w:div w:id="1521892920">
      <w:bodyDiv w:val="1"/>
      <w:marLeft w:val="0"/>
      <w:marRight w:val="0"/>
      <w:marTop w:val="0"/>
      <w:marBottom w:val="0"/>
      <w:divBdr>
        <w:top w:val="none" w:sz="0" w:space="0" w:color="auto"/>
        <w:left w:val="none" w:sz="0" w:space="0" w:color="auto"/>
        <w:bottom w:val="none" w:sz="0" w:space="0" w:color="auto"/>
        <w:right w:val="none" w:sz="0" w:space="0" w:color="auto"/>
      </w:divBdr>
    </w:div>
    <w:div w:id="1522206294">
      <w:bodyDiv w:val="1"/>
      <w:marLeft w:val="0"/>
      <w:marRight w:val="0"/>
      <w:marTop w:val="0"/>
      <w:marBottom w:val="0"/>
      <w:divBdr>
        <w:top w:val="none" w:sz="0" w:space="0" w:color="auto"/>
        <w:left w:val="none" w:sz="0" w:space="0" w:color="auto"/>
        <w:bottom w:val="none" w:sz="0" w:space="0" w:color="auto"/>
        <w:right w:val="none" w:sz="0" w:space="0" w:color="auto"/>
      </w:divBdr>
    </w:div>
    <w:div w:id="1524055740">
      <w:bodyDiv w:val="1"/>
      <w:marLeft w:val="0"/>
      <w:marRight w:val="0"/>
      <w:marTop w:val="0"/>
      <w:marBottom w:val="0"/>
      <w:divBdr>
        <w:top w:val="none" w:sz="0" w:space="0" w:color="auto"/>
        <w:left w:val="none" w:sz="0" w:space="0" w:color="auto"/>
        <w:bottom w:val="none" w:sz="0" w:space="0" w:color="auto"/>
        <w:right w:val="none" w:sz="0" w:space="0" w:color="auto"/>
      </w:divBdr>
    </w:div>
    <w:div w:id="1524131688">
      <w:bodyDiv w:val="1"/>
      <w:marLeft w:val="0"/>
      <w:marRight w:val="0"/>
      <w:marTop w:val="0"/>
      <w:marBottom w:val="0"/>
      <w:divBdr>
        <w:top w:val="none" w:sz="0" w:space="0" w:color="auto"/>
        <w:left w:val="none" w:sz="0" w:space="0" w:color="auto"/>
        <w:bottom w:val="none" w:sz="0" w:space="0" w:color="auto"/>
        <w:right w:val="none" w:sz="0" w:space="0" w:color="auto"/>
      </w:divBdr>
    </w:div>
    <w:div w:id="1524662043">
      <w:bodyDiv w:val="1"/>
      <w:marLeft w:val="0"/>
      <w:marRight w:val="0"/>
      <w:marTop w:val="0"/>
      <w:marBottom w:val="0"/>
      <w:divBdr>
        <w:top w:val="none" w:sz="0" w:space="0" w:color="auto"/>
        <w:left w:val="none" w:sz="0" w:space="0" w:color="auto"/>
        <w:bottom w:val="none" w:sz="0" w:space="0" w:color="auto"/>
        <w:right w:val="none" w:sz="0" w:space="0" w:color="auto"/>
      </w:divBdr>
    </w:div>
    <w:div w:id="1527716754">
      <w:bodyDiv w:val="1"/>
      <w:marLeft w:val="0"/>
      <w:marRight w:val="0"/>
      <w:marTop w:val="0"/>
      <w:marBottom w:val="0"/>
      <w:divBdr>
        <w:top w:val="none" w:sz="0" w:space="0" w:color="auto"/>
        <w:left w:val="none" w:sz="0" w:space="0" w:color="auto"/>
        <w:bottom w:val="none" w:sz="0" w:space="0" w:color="auto"/>
        <w:right w:val="none" w:sz="0" w:space="0" w:color="auto"/>
      </w:divBdr>
    </w:div>
    <w:div w:id="1530795586">
      <w:bodyDiv w:val="1"/>
      <w:marLeft w:val="0"/>
      <w:marRight w:val="0"/>
      <w:marTop w:val="0"/>
      <w:marBottom w:val="0"/>
      <w:divBdr>
        <w:top w:val="none" w:sz="0" w:space="0" w:color="auto"/>
        <w:left w:val="none" w:sz="0" w:space="0" w:color="auto"/>
        <w:bottom w:val="none" w:sz="0" w:space="0" w:color="auto"/>
        <w:right w:val="none" w:sz="0" w:space="0" w:color="auto"/>
      </w:divBdr>
    </w:div>
    <w:div w:id="1531911889">
      <w:bodyDiv w:val="1"/>
      <w:marLeft w:val="0"/>
      <w:marRight w:val="0"/>
      <w:marTop w:val="0"/>
      <w:marBottom w:val="0"/>
      <w:divBdr>
        <w:top w:val="none" w:sz="0" w:space="0" w:color="auto"/>
        <w:left w:val="none" w:sz="0" w:space="0" w:color="auto"/>
        <w:bottom w:val="none" w:sz="0" w:space="0" w:color="auto"/>
        <w:right w:val="none" w:sz="0" w:space="0" w:color="auto"/>
      </w:divBdr>
    </w:div>
    <w:div w:id="1533574407">
      <w:bodyDiv w:val="1"/>
      <w:marLeft w:val="0"/>
      <w:marRight w:val="0"/>
      <w:marTop w:val="0"/>
      <w:marBottom w:val="0"/>
      <w:divBdr>
        <w:top w:val="none" w:sz="0" w:space="0" w:color="auto"/>
        <w:left w:val="none" w:sz="0" w:space="0" w:color="auto"/>
        <w:bottom w:val="none" w:sz="0" w:space="0" w:color="auto"/>
        <w:right w:val="none" w:sz="0" w:space="0" w:color="auto"/>
      </w:divBdr>
    </w:div>
    <w:div w:id="1536114754">
      <w:bodyDiv w:val="1"/>
      <w:marLeft w:val="0"/>
      <w:marRight w:val="0"/>
      <w:marTop w:val="0"/>
      <w:marBottom w:val="0"/>
      <w:divBdr>
        <w:top w:val="none" w:sz="0" w:space="0" w:color="auto"/>
        <w:left w:val="none" w:sz="0" w:space="0" w:color="auto"/>
        <w:bottom w:val="none" w:sz="0" w:space="0" w:color="auto"/>
        <w:right w:val="none" w:sz="0" w:space="0" w:color="auto"/>
      </w:divBdr>
    </w:div>
    <w:div w:id="1536306303">
      <w:bodyDiv w:val="1"/>
      <w:marLeft w:val="0"/>
      <w:marRight w:val="0"/>
      <w:marTop w:val="0"/>
      <w:marBottom w:val="0"/>
      <w:divBdr>
        <w:top w:val="none" w:sz="0" w:space="0" w:color="auto"/>
        <w:left w:val="none" w:sz="0" w:space="0" w:color="auto"/>
        <w:bottom w:val="none" w:sz="0" w:space="0" w:color="auto"/>
        <w:right w:val="none" w:sz="0" w:space="0" w:color="auto"/>
      </w:divBdr>
    </w:div>
    <w:div w:id="1536500310">
      <w:bodyDiv w:val="1"/>
      <w:marLeft w:val="0"/>
      <w:marRight w:val="0"/>
      <w:marTop w:val="0"/>
      <w:marBottom w:val="0"/>
      <w:divBdr>
        <w:top w:val="none" w:sz="0" w:space="0" w:color="auto"/>
        <w:left w:val="none" w:sz="0" w:space="0" w:color="auto"/>
        <w:bottom w:val="none" w:sz="0" w:space="0" w:color="auto"/>
        <w:right w:val="none" w:sz="0" w:space="0" w:color="auto"/>
      </w:divBdr>
    </w:div>
    <w:div w:id="1537236275">
      <w:bodyDiv w:val="1"/>
      <w:marLeft w:val="0"/>
      <w:marRight w:val="0"/>
      <w:marTop w:val="0"/>
      <w:marBottom w:val="0"/>
      <w:divBdr>
        <w:top w:val="none" w:sz="0" w:space="0" w:color="auto"/>
        <w:left w:val="none" w:sz="0" w:space="0" w:color="auto"/>
        <w:bottom w:val="none" w:sz="0" w:space="0" w:color="auto"/>
        <w:right w:val="none" w:sz="0" w:space="0" w:color="auto"/>
      </w:divBdr>
    </w:div>
    <w:div w:id="1538345988">
      <w:bodyDiv w:val="1"/>
      <w:marLeft w:val="0"/>
      <w:marRight w:val="0"/>
      <w:marTop w:val="0"/>
      <w:marBottom w:val="0"/>
      <w:divBdr>
        <w:top w:val="none" w:sz="0" w:space="0" w:color="auto"/>
        <w:left w:val="none" w:sz="0" w:space="0" w:color="auto"/>
        <w:bottom w:val="none" w:sz="0" w:space="0" w:color="auto"/>
        <w:right w:val="none" w:sz="0" w:space="0" w:color="auto"/>
      </w:divBdr>
    </w:div>
    <w:div w:id="1540046947">
      <w:bodyDiv w:val="1"/>
      <w:marLeft w:val="0"/>
      <w:marRight w:val="0"/>
      <w:marTop w:val="0"/>
      <w:marBottom w:val="0"/>
      <w:divBdr>
        <w:top w:val="none" w:sz="0" w:space="0" w:color="auto"/>
        <w:left w:val="none" w:sz="0" w:space="0" w:color="auto"/>
        <w:bottom w:val="none" w:sz="0" w:space="0" w:color="auto"/>
        <w:right w:val="none" w:sz="0" w:space="0" w:color="auto"/>
      </w:divBdr>
    </w:div>
    <w:div w:id="1540168884">
      <w:bodyDiv w:val="1"/>
      <w:marLeft w:val="0"/>
      <w:marRight w:val="0"/>
      <w:marTop w:val="0"/>
      <w:marBottom w:val="0"/>
      <w:divBdr>
        <w:top w:val="none" w:sz="0" w:space="0" w:color="auto"/>
        <w:left w:val="none" w:sz="0" w:space="0" w:color="auto"/>
        <w:bottom w:val="none" w:sz="0" w:space="0" w:color="auto"/>
        <w:right w:val="none" w:sz="0" w:space="0" w:color="auto"/>
      </w:divBdr>
    </w:div>
    <w:div w:id="1540706947">
      <w:bodyDiv w:val="1"/>
      <w:marLeft w:val="0"/>
      <w:marRight w:val="0"/>
      <w:marTop w:val="0"/>
      <w:marBottom w:val="0"/>
      <w:divBdr>
        <w:top w:val="none" w:sz="0" w:space="0" w:color="auto"/>
        <w:left w:val="none" w:sz="0" w:space="0" w:color="auto"/>
        <w:bottom w:val="none" w:sz="0" w:space="0" w:color="auto"/>
        <w:right w:val="none" w:sz="0" w:space="0" w:color="auto"/>
      </w:divBdr>
    </w:div>
    <w:div w:id="1541432118">
      <w:bodyDiv w:val="1"/>
      <w:marLeft w:val="0"/>
      <w:marRight w:val="0"/>
      <w:marTop w:val="0"/>
      <w:marBottom w:val="0"/>
      <w:divBdr>
        <w:top w:val="none" w:sz="0" w:space="0" w:color="auto"/>
        <w:left w:val="none" w:sz="0" w:space="0" w:color="auto"/>
        <w:bottom w:val="none" w:sz="0" w:space="0" w:color="auto"/>
        <w:right w:val="none" w:sz="0" w:space="0" w:color="auto"/>
      </w:divBdr>
    </w:div>
    <w:div w:id="1543395313">
      <w:bodyDiv w:val="1"/>
      <w:marLeft w:val="0"/>
      <w:marRight w:val="0"/>
      <w:marTop w:val="0"/>
      <w:marBottom w:val="0"/>
      <w:divBdr>
        <w:top w:val="none" w:sz="0" w:space="0" w:color="auto"/>
        <w:left w:val="none" w:sz="0" w:space="0" w:color="auto"/>
        <w:bottom w:val="none" w:sz="0" w:space="0" w:color="auto"/>
        <w:right w:val="none" w:sz="0" w:space="0" w:color="auto"/>
      </w:divBdr>
    </w:div>
    <w:div w:id="1543864174">
      <w:bodyDiv w:val="1"/>
      <w:marLeft w:val="0"/>
      <w:marRight w:val="0"/>
      <w:marTop w:val="0"/>
      <w:marBottom w:val="0"/>
      <w:divBdr>
        <w:top w:val="none" w:sz="0" w:space="0" w:color="auto"/>
        <w:left w:val="none" w:sz="0" w:space="0" w:color="auto"/>
        <w:bottom w:val="none" w:sz="0" w:space="0" w:color="auto"/>
        <w:right w:val="none" w:sz="0" w:space="0" w:color="auto"/>
      </w:divBdr>
    </w:div>
    <w:div w:id="1544513354">
      <w:bodyDiv w:val="1"/>
      <w:marLeft w:val="0"/>
      <w:marRight w:val="0"/>
      <w:marTop w:val="0"/>
      <w:marBottom w:val="0"/>
      <w:divBdr>
        <w:top w:val="none" w:sz="0" w:space="0" w:color="auto"/>
        <w:left w:val="none" w:sz="0" w:space="0" w:color="auto"/>
        <w:bottom w:val="none" w:sz="0" w:space="0" w:color="auto"/>
        <w:right w:val="none" w:sz="0" w:space="0" w:color="auto"/>
      </w:divBdr>
    </w:div>
    <w:div w:id="1546407055">
      <w:bodyDiv w:val="1"/>
      <w:marLeft w:val="0"/>
      <w:marRight w:val="0"/>
      <w:marTop w:val="0"/>
      <w:marBottom w:val="0"/>
      <w:divBdr>
        <w:top w:val="none" w:sz="0" w:space="0" w:color="auto"/>
        <w:left w:val="none" w:sz="0" w:space="0" w:color="auto"/>
        <w:bottom w:val="none" w:sz="0" w:space="0" w:color="auto"/>
        <w:right w:val="none" w:sz="0" w:space="0" w:color="auto"/>
      </w:divBdr>
    </w:div>
    <w:div w:id="1549219536">
      <w:bodyDiv w:val="1"/>
      <w:marLeft w:val="0"/>
      <w:marRight w:val="0"/>
      <w:marTop w:val="0"/>
      <w:marBottom w:val="0"/>
      <w:divBdr>
        <w:top w:val="none" w:sz="0" w:space="0" w:color="auto"/>
        <w:left w:val="none" w:sz="0" w:space="0" w:color="auto"/>
        <w:bottom w:val="none" w:sz="0" w:space="0" w:color="auto"/>
        <w:right w:val="none" w:sz="0" w:space="0" w:color="auto"/>
      </w:divBdr>
    </w:div>
    <w:div w:id="1552423837">
      <w:bodyDiv w:val="1"/>
      <w:marLeft w:val="0"/>
      <w:marRight w:val="0"/>
      <w:marTop w:val="0"/>
      <w:marBottom w:val="0"/>
      <w:divBdr>
        <w:top w:val="none" w:sz="0" w:space="0" w:color="auto"/>
        <w:left w:val="none" w:sz="0" w:space="0" w:color="auto"/>
        <w:bottom w:val="none" w:sz="0" w:space="0" w:color="auto"/>
        <w:right w:val="none" w:sz="0" w:space="0" w:color="auto"/>
      </w:divBdr>
    </w:div>
    <w:div w:id="1557162818">
      <w:bodyDiv w:val="1"/>
      <w:marLeft w:val="0"/>
      <w:marRight w:val="0"/>
      <w:marTop w:val="0"/>
      <w:marBottom w:val="0"/>
      <w:divBdr>
        <w:top w:val="none" w:sz="0" w:space="0" w:color="auto"/>
        <w:left w:val="none" w:sz="0" w:space="0" w:color="auto"/>
        <w:bottom w:val="none" w:sz="0" w:space="0" w:color="auto"/>
        <w:right w:val="none" w:sz="0" w:space="0" w:color="auto"/>
      </w:divBdr>
    </w:div>
    <w:div w:id="1557622180">
      <w:bodyDiv w:val="1"/>
      <w:marLeft w:val="0"/>
      <w:marRight w:val="0"/>
      <w:marTop w:val="0"/>
      <w:marBottom w:val="0"/>
      <w:divBdr>
        <w:top w:val="none" w:sz="0" w:space="0" w:color="auto"/>
        <w:left w:val="none" w:sz="0" w:space="0" w:color="auto"/>
        <w:bottom w:val="none" w:sz="0" w:space="0" w:color="auto"/>
        <w:right w:val="none" w:sz="0" w:space="0" w:color="auto"/>
      </w:divBdr>
    </w:div>
    <w:div w:id="1558315740">
      <w:bodyDiv w:val="1"/>
      <w:marLeft w:val="0"/>
      <w:marRight w:val="0"/>
      <w:marTop w:val="0"/>
      <w:marBottom w:val="0"/>
      <w:divBdr>
        <w:top w:val="none" w:sz="0" w:space="0" w:color="auto"/>
        <w:left w:val="none" w:sz="0" w:space="0" w:color="auto"/>
        <w:bottom w:val="none" w:sz="0" w:space="0" w:color="auto"/>
        <w:right w:val="none" w:sz="0" w:space="0" w:color="auto"/>
      </w:divBdr>
    </w:div>
    <w:div w:id="1559319256">
      <w:bodyDiv w:val="1"/>
      <w:marLeft w:val="0"/>
      <w:marRight w:val="0"/>
      <w:marTop w:val="0"/>
      <w:marBottom w:val="0"/>
      <w:divBdr>
        <w:top w:val="none" w:sz="0" w:space="0" w:color="auto"/>
        <w:left w:val="none" w:sz="0" w:space="0" w:color="auto"/>
        <w:bottom w:val="none" w:sz="0" w:space="0" w:color="auto"/>
        <w:right w:val="none" w:sz="0" w:space="0" w:color="auto"/>
      </w:divBdr>
    </w:div>
    <w:div w:id="1562252887">
      <w:bodyDiv w:val="1"/>
      <w:marLeft w:val="0"/>
      <w:marRight w:val="0"/>
      <w:marTop w:val="0"/>
      <w:marBottom w:val="0"/>
      <w:divBdr>
        <w:top w:val="none" w:sz="0" w:space="0" w:color="auto"/>
        <w:left w:val="none" w:sz="0" w:space="0" w:color="auto"/>
        <w:bottom w:val="none" w:sz="0" w:space="0" w:color="auto"/>
        <w:right w:val="none" w:sz="0" w:space="0" w:color="auto"/>
      </w:divBdr>
    </w:div>
    <w:div w:id="1562671694">
      <w:bodyDiv w:val="1"/>
      <w:marLeft w:val="0"/>
      <w:marRight w:val="0"/>
      <w:marTop w:val="0"/>
      <w:marBottom w:val="0"/>
      <w:divBdr>
        <w:top w:val="none" w:sz="0" w:space="0" w:color="auto"/>
        <w:left w:val="none" w:sz="0" w:space="0" w:color="auto"/>
        <w:bottom w:val="none" w:sz="0" w:space="0" w:color="auto"/>
        <w:right w:val="none" w:sz="0" w:space="0" w:color="auto"/>
      </w:divBdr>
    </w:div>
    <w:div w:id="1568878206">
      <w:bodyDiv w:val="1"/>
      <w:marLeft w:val="0"/>
      <w:marRight w:val="0"/>
      <w:marTop w:val="0"/>
      <w:marBottom w:val="0"/>
      <w:divBdr>
        <w:top w:val="none" w:sz="0" w:space="0" w:color="auto"/>
        <w:left w:val="none" w:sz="0" w:space="0" w:color="auto"/>
        <w:bottom w:val="none" w:sz="0" w:space="0" w:color="auto"/>
        <w:right w:val="none" w:sz="0" w:space="0" w:color="auto"/>
      </w:divBdr>
    </w:div>
    <w:div w:id="1572302128">
      <w:bodyDiv w:val="1"/>
      <w:marLeft w:val="0"/>
      <w:marRight w:val="0"/>
      <w:marTop w:val="0"/>
      <w:marBottom w:val="0"/>
      <w:divBdr>
        <w:top w:val="none" w:sz="0" w:space="0" w:color="auto"/>
        <w:left w:val="none" w:sz="0" w:space="0" w:color="auto"/>
        <w:bottom w:val="none" w:sz="0" w:space="0" w:color="auto"/>
        <w:right w:val="none" w:sz="0" w:space="0" w:color="auto"/>
      </w:divBdr>
    </w:div>
    <w:div w:id="1576158658">
      <w:bodyDiv w:val="1"/>
      <w:marLeft w:val="0"/>
      <w:marRight w:val="0"/>
      <w:marTop w:val="0"/>
      <w:marBottom w:val="0"/>
      <w:divBdr>
        <w:top w:val="none" w:sz="0" w:space="0" w:color="auto"/>
        <w:left w:val="none" w:sz="0" w:space="0" w:color="auto"/>
        <w:bottom w:val="none" w:sz="0" w:space="0" w:color="auto"/>
        <w:right w:val="none" w:sz="0" w:space="0" w:color="auto"/>
      </w:divBdr>
    </w:div>
    <w:div w:id="1577086321">
      <w:bodyDiv w:val="1"/>
      <w:marLeft w:val="0"/>
      <w:marRight w:val="0"/>
      <w:marTop w:val="0"/>
      <w:marBottom w:val="0"/>
      <w:divBdr>
        <w:top w:val="none" w:sz="0" w:space="0" w:color="auto"/>
        <w:left w:val="none" w:sz="0" w:space="0" w:color="auto"/>
        <w:bottom w:val="none" w:sz="0" w:space="0" w:color="auto"/>
        <w:right w:val="none" w:sz="0" w:space="0" w:color="auto"/>
      </w:divBdr>
    </w:div>
    <w:div w:id="1577666715">
      <w:bodyDiv w:val="1"/>
      <w:marLeft w:val="0"/>
      <w:marRight w:val="0"/>
      <w:marTop w:val="0"/>
      <w:marBottom w:val="0"/>
      <w:divBdr>
        <w:top w:val="none" w:sz="0" w:space="0" w:color="auto"/>
        <w:left w:val="none" w:sz="0" w:space="0" w:color="auto"/>
        <w:bottom w:val="none" w:sz="0" w:space="0" w:color="auto"/>
        <w:right w:val="none" w:sz="0" w:space="0" w:color="auto"/>
      </w:divBdr>
    </w:div>
    <w:div w:id="1577977819">
      <w:bodyDiv w:val="1"/>
      <w:marLeft w:val="0"/>
      <w:marRight w:val="0"/>
      <w:marTop w:val="0"/>
      <w:marBottom w:val="0"/>
      <w:divBdr>
        <w:top w:val="none" w:sz="0" w:space="0" w:color="auto"/>
        <w:left w:val="none" w:sz="0" w:space="0" w:color="auto"/>
        <w:bottom w:val="none" w:sz="0" w:space="0" w:color="auto"/>
        <w:right w:val="none" w:sz="0" w:space="0" w:color="auto"/>
      </w:divBdr>
    </w:div>
    <w:div w:id="1579749163">
      <w:bodyDiv w:val="1"/>
      <w:marLeft w:val="0"/>
      <w:marRight w:val="0"/>
      <w:marTop w:val="0"/>
      <w:marBottom w:val="0"/>
      <w:divBdr>
        <w:top w:val="none" w:sz="0" w:space="0" w:color="auto"/>
        <w:left w:val="none" w:sz="0" w:space="0" w:color="auto"/>
        <w:bottom w:val="none" w:sz="0" w:space="0" w:color="auto"/>
        <w:right w:val="none" w:sz="0" w:space="0" w:color="auto"/>
      </w:divBdr>
    </w:div>
    <w:div w:id="1581939296">
      <w:bodyDiv w:val="1"/>
      <w:marLeft w:val="0"/>
      <w:marRight w:val="0"/>
      <w:marTop w:val="0"/>
      <w:marBottom w:val="0"/>
      <w:divBdr>
        <w:top w:val="none" w:sz="0" w:space="0" w:color="auto"/>
        <w:left w:val="none" w:sz="0" w:space="0" w:color="auto"/>
        <w:bottom w:val="none" w:sz="0" w:space="0" w:color="auto"/>
        <w:right w:val="none" w:sz="0" w:space="0" w:color="auto"/>
      </w:divBdr>
    </w:div>
    <w:div w:id="1582715731">
      <w:bodyDiv w:val="1"/>
      <w:marLeft w:val="0"/>
      <w:marRight w:val="0"/>
      <w:marTop w:val="0"/>
      <w:marBottom w:val="0"/>
      <w:divBdr>
        <w:top w:val="none" w:sz="0" w:space="0" w:color="auto"/>
        <w:left w:val="none" w:sz="0" w:space="0" w:color="auto"/>
        <w:bottom w:val="none" w:sz="0" w:space="0" w:color="auto"/>
        <w:right w:val="none" w:sz="0" w:space="0" w:color="auto"/>
      </w:divBdr>
    </w:div>
    <w:div w:id="1582835420">
      <w:bodyDiv w:val="1"/>
      <w:marLeft w:val="0"/>
      <w:marRight w:val="0"/>
      <w:marTop w:val="0"/>
      <w:marBottom w:val="0"/>
      <w:divBdr>
        <w:top w:val="none" w:sz="0" w:space="0" w:color="auto"/>
        <w:left w:val="none" w:sz="0" w:space="0" w:color="auto"/>
        <w:bottom w:val="none" w:sz="0" w:space="0" w:color="auto"/>
        <w:right w:val="none" w:sz="0" w:space="0" w:color="auto"/>
      </w:divBdr>
    </w:div>
    <w:div w:id="1585072346">
      <w:bodyDiv w:val="1"/>
      <w:marLeft w:val="0"/>
      <w:marRight w:val="0"/>
      <w:marTop w:val="0"/>
      <w:marBottom w:val="0"/>
      <w:divBdr>
        <w:top w:val="none" w:sz="0" w:space="0" w:color="auto"/>
        <w:left w:val="none" w:sz="0" w:space="0" w:color="auto"/>
        <w:bottom w:val="none" w:sz="0" w:space="0" w:color="auto"/>
        <w:right w:val="none" w:sz="0" w:space="0" w:color="auto"/>
      </w:divBdr>
    </w:div>
    <w:div w:id="1585216148">
      <w:bodyDiv w:val="1"/>
      <w:marLeft w:val="0"/>
      <w:marRight w:val="0"/>
      <w:marTop w:val="0"/>
      <w:marBottom w:val="0"/>
      <w:divBdr>
        <w:top w:val="none" w:sz="0" w:space="0" w:color="auto"/>
        <w:left w:val="none" w:sz="0" w:space="0" w:color="auto"/>
        <w:bottom w:val="none" w:sz="0" w:space="0" w:color="auto"/>
        <w:right w:val="none" w:sz="0" w:space="0" w:color="auto"/>
      </w:divBdr>
    </w:div>
    <w:div w:id="1588071273">
      <w:bodyDiv w:val="1"/>
      <w:marLeft w:val="0"/>
      <w:marRight w:val="0"/>
      <w:marTop w:val="0"/>
      <w:marBottom w:val="0"/>
      <w:divBdr>
        <w:top w:val="none" w:sz="0" w:space="0" w:color="auto"/>
        <w:left w:val="none" w:sz="0" w:space="0" w:color="auto"/>
        <w:bottom w:val="none" w:sz="0" w:space="0" w:color="auto"/>
        <w:right w:val="none" w:sz="0" w:space="0" w:color="auto"/>
      </w:divBdr>
    </w:div>
    <w:div w:id="1589314056">
      <w:bodyDiv w:val="1"/>
      <w:marLeft w:val="0"/>
      <w:marRight w:val="0"/>
      <w:marTop w:val="0"/>
      <w:marBottom w:val="0"/>
      <w:divBdr>
        <w:top w:val="none" w:sz="0" w:space="0" w:color="auto"/>
        <w:left w:val="none" w:sz="0" w:space="0" w:color="auto"/>
        <w:bottom w:val="none" w:sz="0" w:space="0" w:color="auto"/>
        <w:right w:val="none" w:sz="0" w:space="0" w:color="auto"/>
      </w:divBdr>
    </w:div>
    <w:div w:id="1590189622">
      <w:bodyDiv w:val="1"/>
      <w:marLeft w:val="0"/>
      <w:marRight w:val="0"/>
      <w:marTop w:val="0"/>
      <w:marBottom w:val="0"/>
      <w:divBdr>
        <w:top w:val="none" w:sz="0" w:space="0" w:color="auto"/>
        <w:left w:val="none" w:sz="0" w:space="0" w:color="auto"/>
        <w:bottom w:val="none" w:sz="0" w:space="0" w:color="auto"/>
        <w:right w:val="none" w:sz="0" w:space="0" w:color="auto"/>
      </w:divBdr>
    </w:div>
    <w:div w:id="1591041943">
      <w:bodyDiv w:val="1"/>
      <w:marLeft w:val="0"/>
      <w:marRight w:val="0"/>
      <w:marTop w:val="0"/>
      <w:marBottom w:val="0"/>
      <w:divBdr>
        <w:top w:val="none" w:sz="0" w:space="0" w:color="auto"/>
        <w:left w:val="none" w:sz="0" w:space="0" w:color="auto"/>
        <w:bottom w:val="none" w:sz="0" w:space="0" w:color="auto"/>
        <w:right w:val="none" w:sz="0" w:space="0" w:color="auto"/>
      </w:divBdr>
    </w:div>
    <w:div w:id="1591625790">
      <w:bodyDiv w:val="1"/>
      <w:marLeft w:val="0"/>
      <w:marRight w:val="0"/>
      <w:marTop w:val="0"/>
      <w:marBottom w:val="0"/>
      <w:divBdr>
        <w:top w:val="none" w:sz="0" w:space="0" w:color="auto"/>
        <w:left w:val="none" w:sz="0" w:space="0" w:color="auto"/>
        <w:bottom w:val="none" w:sz="0" w:space="0" w:color="auto"/>
        <w:right w:val="none" w:sz="0" w:space="0" w:color="auto"/>
      </w:divBdr>
    </w:div>
    <w:div w:id="1591697904">
      <w:bodyDiv w:val="1"/>
      <w:marLeft w:val="0"/>
      <w:marRight w:val="0"/>
      <w:marTop w:val="0"/>
      <w:marBottom w:val="0"/>
      <w:divBdr>
        <w:top w:val="none" w:sz="0" w:space="0" w:color="auto"/>
        <w:left w:val="none" w:sz="0" w:space="0" w:color="auto"/>
        <w:bottom w:val="none" w:sz="0" w:space="0" w:color="auto"/>
        <w:right w:val="none" w:sz="0" w:space="0" w:color="auto"/>
      </w:divBdr>
    </w:div>
    <w:div w:id="1591890713">
      <w:bodyDiv w:val="1"/>
      <w:marLeft w:val="0"/>
      <w:marRight w:val="0"/>
      <w:marTop w:val="0"/>
      <w:marBottom w:val="0"/>
      <w:divBdr>
        <w:top w:val="none" w:sz="0" w:space="0" w:color="auto"/>
        <w:left w:val="none" w:sz="0" w:space="0" w:color="auto"/>
        <w:bottom w:val="none" w:sz="0" w:space="0" w:color="auto"/>
        <w:right w:val="none" w:sz="0" w:space="0" w:color="auto"/>
      </w:divBdr>
    </w:div>
    <w:div w:id="1593127325">
      <w:bodyDiv w:val="1"/>
      <w:marLeft w:val="0"/>
      <w:marRight w:val="0"/>
      <w:marTop w:val="0"/>
      <w:marBottom w:val="0"/>
      <w:divBdr>
        <w:top w:val="none" w:sz="0" w:space="0" w:color="auto"/>
        <w:left w:val="none" w:sz="0" w:space="0" w:color="auto"/>
        <w:bottom w:val="none" w:sz="0" w:space="0" w:color="auto"/>
        <w:right w:val="none" w:sz="0" w:space="0" w:color="auto"/>
      </w:divBdr>
    </w:div>
    <w:div w:id="1597789670">
      <w:bodyDiv w:val="1"/>
      <w:marLeft w:val="0"/>
      <w:marRight w:val="0"/>
      <w:marTop w:val="0"/>
      <w:marBottom w:val="0"/>
      <w:divBdr>
        <w:top w:val="none" w:sz="0" w:space="0" w:color="auto"/>
        <w:left w:val="none" w:sz="0" w:space="0" w:color="auto"/>
        <w:bottom w:val="none" w:sz="0" w:space="0" w:color="auto"/>
        <w:right w:val="none" w:sz="0" w:space="0" w:color="auto"/>
      </w:divBdr>
    </w:div>
    <w:div w:id="1598174788">
      <w:bodyDiv w:val="1"/>
      <w:marLeft w:val="0"/>
      <w:marRight w:val="0"/>
      <w:marTop w:val="0"/>
      <w:marBottom w:val="0"/>
      <w:divBdr>
        <w:top w:val="none" w:sz="0" w:space="0" w:color="auto"/>
        <w:left w:val="none" w:sz="0" w:space="0" w:color="auto"/>
        <w:bottom w:val="none" w:sz="0" w:space="0" w:color="auto"/>
        <w:right w:val="none" w:sz="0" w:space="0" w:color="auto"/>
      </w:divBdr>
    </w:div>
    <w:div w:id="1598252442">
      <w:bodyDiv w:val="1"/>
      <w:marLeft w:val="0"/>
      <w:marRight w:val="0"/>
      <w:marTop w:val="0"/>
      <w:marBottom w:val="0"/>
      <w:divBdr>
        <w:top w:val="none" w:sz="0" w:space="0" w:color="auto"/>
        <w:left w:val="none" w:sz="0" w:space="0" w:color="auto"/>
        <w:bottom w:val="none" w:sz="0" w:space="0" w:color="auto"/>
        <w:right w:val="none" w:sz="0" w:space="0" w:color="auto"/>
      </w:divBdr>
    </w:div>
    <w:div w:id="1599213255">
      <w:bodyDiv w:val="1"/>
      <w:marLeft w:val="0"/>
      <w:marRight w:val="0"/>
      <w:marTop w:val="0"/>
      <w:marBottom w:val="0"/>
      <w:divBdr>
        <w:top w:val="none" w:sz="0" w:space="0" w:color="auto"/>
        <w:left w:val="none" w:sz="0" w:space="0" w:color="auto"/>
        <w:bottom w:val="none" w:sz="0" w:space="0" w:color="auto"/>
        <w:right w:val="none" w:sz="0" w:space="0" w:color="auto"/>
      </w:divBdr>
    </w:div>
    <w:div w:id="1606377481">
      <w:bodyDiv w:val="1"/>
      <w:marLeft w:val="0"/>
      <w:marRight w:val="0"/>
      <w:marTop w:val="0"/>
      <w:marBottom w:val="0"/>
      <w:divBdr>
        <w:top w:val="none" w:sz="0" w:space="0" w:color="auto"/>
        <w:left w:val="none" w:sz="0" w:space="0" w:color="auto"/>
        <w:bottom w:val="none" w:sz="0" w:space="0" w:color="auto"/>
        <w:right w:val="none" w:sz="0" w:space="0" w:color="auto"/>
      </w:divBdr>
    </w:div>
    <w:div w:id="1606496536">
      <w:bodyDiv w:val="1"/>
      <w:marLeft w:val="0"/>
      <w:marRight w:val="0"/>
      <w:marTop w:val="0"/>
      <w:marBottom w:val="0"/>
      <w:divBdr>
        <w:top w:val="none" w:sz="0" w:space="0" w:color="auto"/>
        <w:left w:val="none" w:sz="0" w:space="0" w:color="auto"/>
        <w:bottom w:val="none" w:sz="0" w:space="0" w:color="auto"/>
        <w:right w:val="none" w:sz="0" w:space="0" w:color="auto"/>
      </w:divBdr>
    </w:div>
    <w:div w:id="1608853617">
      <w:bodyDiv w:val="1"/>
      <w:marLeft w:val="0"/>
      <w:marRight w:val="0"/>
      <w:marTop w:val="0"/>
      <w:marBottom w:val="0"/>
      <w:divBdr>
        <w:top w:val="none" w:sz="0" w:space="0" w:color="auto"/>
        <w:left w:val="none" w:sz="0" w:space="0" w:color="auto"/>
        <w:bottom w:val="none" w:sz="0" w:space="0" w:color="auto"/>
        <w:right w:val="none" w:sz="0" w:space="0" w:color="auto"/>
      </w:divBdr>
    </w:div>
    <w:div w:id="1610358940">
      <w:bodyDiv w:val="1"/>
      <w:marLeft w:val="0"/>
      <w:marRight w:val="0"/>
      <w:marTop w:val="0"/>
      <w:marBottom w:val="0"/>
      <w:divBdr>
        <w:top w:val="none" w:sz="0" w:space="0" w:color="auto"/>
        <w:left w:val="none" w:sz="0" w:space="0" w:color="auto"/>
        <w:bottom w:val="none" w:sz="0" w:space="0" w:color="auto"/>
        <w:right w:val="none" w:sz="0" w:space="0" w:color="auto"/>
      </w:divBdr>
    </w:div>
    <w:div w:id="1611627414">
      <w:bodyDiv w:val="1"/>
      <w:marLeft w:val="0"/>
      <w:marRight w:val="0"/>
      <w:marTop w:val="0"/>
      <w:marBottom w:val="0"/>
      <w:divBdr>
        <w:top w:val="none" w:sz="0" w:space="0" w:color="auto"/>
        <w:left w:val="none" w:sz="0" w:space="0" w:color="auto"/>
        <w:bottom w:val="none" w:sz="0" w:space="0" w:color="auto"/>
        <w:right w:val="none" w:sz="0" w:space="0" w:color="auto"/>
      </w:divBdr>
    </w:div>
    <w:div w:id="1611889437">
      <w:bodyDiv w:val="1"/>
      <w:marLeft w:val="0"/>
      <w:marRight w:val="0"/>
      <w:marTop w:val="0"/>
      <w:marBottom w:val="0"/>
      <w:divBdr>
        <w:top w:val="none" w:sz="0" w:space="0" w:color="auto"/>
        <w:left w:val="none" w:sz="0" w:space="0" w:color="auto"/>
        <w:bottom w:val="none" w:sz="0" w:space="0" w:color="auto"/>
        <w:right w:val="none" w:sz="0" w:space="0" w:color="auto"/>
      </w:divBdr>
    </w:div>
    <w:div w:id="1614559942">
      <w:bodyDiv w:val="1"/>
      <w:marLeft w:val="0"/>
      <w:marRight w:val="0"/>
      <w:marTop w:val="0"/>
      <w:marBottom w:val="0"/>
      <w:divBdr>
        <w:top w:val="none" w:sz="0" w:space="0" w:color="auto"/>
        <w:left w:val="none" w:sz="0" w:space="0" w:color="auto"/>
        <w:bottom w:val="none" w:sz="0" w:space="0" w:color="auto"/>
        <w:right w:val="none" w:sz="0" w:space="0" w:color="auto"/>
      </w:divBdr>
    </w:div>
    <w:div w:id="1614746957">
      <w:bodyDiv w:val="1"/>
      <w:marLeft w:val="0"/>
      <w:marRight w:val="0"/>
      <w:marTop w:val="0"/>
      <w:marBottom w:val="0"/>
      <w:divBdr>
        <w:top w:val="none" w:sz="0" w:space="0" w:color="auto"/>
        <w:left w:val="none" w:sz="0" w:space="0" w:color="auto"/>
        <w:bottom w:val="none" w:sz="0" w:space="0" w:color="auto"/>
        <w:right w:val="none" w:sz="0" w:space="0" w:color="auto"/>
      </w:divBdr>
    </w:div>
    <w:div w:id="1616475099">
      <w:bodyDiv w:val="1"/>
      <w:marLeft w:val="0"/>
      <w:marRight w:val="0"/>
      <w:marTop w:val="0"/>
      <w:marBottom w:val="0"/>
      <w:divBdr>
        <w:top w:val="none" w:sz="0" w:space="0" w:color="auto"/>
        <w:left w:val="none" w:sz="0" w:space="0" w:color="auto"/>
        <w:bottom w:val="none" w:sz="0" w:space="0" w:color="auto"/>
        <w:right w:val="none" w:sz="0" w:space="0" w:color="auto"/>
      </w:divBdr>
    </w:div>
    <w:div w:id="1616866223">
      <w:bodyDiv w:val="1"/>
      <w:marLeft w:val="0"/>
      <w:marRight w:val="0"/>
      <w:marTop w:val="0"/>
      <w:marBottom w:val="0"/>
      <w:divBdr>
        <w:top w:val="none" w:sz="0" w:space="0" w:color="auto"/>
        <w:left w:val="none" w:sz="0" w:space="0" w:color="auto"/>
        <w:bottom w:val="none" w:sz="0" w:space="0" w:color="auto"/>
        <w:right w:val="none" w:sz="0" w:space="0" w:color="auto"/>
      </w:divBdr>
    </w:div>
    <w:div w:id="1617178284">
      <w:bodyDiv w:val="1"/>
      <w:marLeft w:val="0"/>
      <w:marRight w:val="0"/>
      <w:marTop w:val="0"/>
      <w:marBottom w:val="0"/>
      <w:divBdr>
        <w:top w:val="none" w:sz="0" w:space="0" w:color="auto"/>
        <w:left w:val="none" w:sz="0" w:space="0" w:color="auto"/>
        <w:bottom w:val="none" w:sz="0" w:space="0" w:color="auto"/>
        <w:right w:val="none" w:sz="0" w:space="0" w:color="auto"/>
      </w:divBdr>
    </w:div>
    <w:div w:id="1618100516">
      <w:bodyDiv w:val="1"/>
      <w:marLeft w:val="0"/>
      <w:marRight w:val="0"/>
      <w:marTop w:val="0"/>
      <w:marBottom w:val="0"/>
      <w:divBdr>
        <w:top w:val="none" w:sz="0" w:space="0" w:color="auto"/>
        <w:left w:val="none" w:sz="0" w:space="0" w:color="auto"/>
        <w:bottom w:val="none" w:sz="0" w:space="0" w:color="auto"/>
        <w:right w:val="none" w:sz="0" w:space="0" w:color="auto"/>
      </w:divBdr>
    </w:div>
    <w:div w:id="1618442333">
      <w:bodyDiv w:val="1"/>
      <w:marLeft w:val="0"/>
      <w:marRight w:val="0"/>
      <w:marTop w:val="0"/>
      <w:marBottom w:val="0"/>
      <w:divBdr>
        <w:top w:val="none" w:sz="0" w:space="0" w:color="auto"/>
        <w:left w:val="none" w:sz="0" w:space="0" w:color="auto"/>
        <w:bottom w:val="none" w:sz="0" w:space="0" w:color="auto"/>
        <w:right w:val="none" w:sz="0" w:space="0" w:color="auto"/>
      </w:divBdr>
    </w:div>
    <w:div w:id="1620644632">
      <w:bodyDiv w:val="1"/>
      <w:marLeft w:val="0"/>
      <w:marRight w:val="0"/>
      <w:marTop w:val="0"/>
      <w:marBottom w:val="0"/>
      <w:divBdr>
        <w:top w:val="none" w:sz="0" w:space="0" w:color="auto"/>
        <w:left w:val="none" w:sz="0" w:space="0" w:color="auto"/>
        <w:bottom w:val="none" w:sz="0" w:space="0" w:color="auto"/>
        <w:right w:val="none" w:sz="0" w:space="0" w:color="auto"/>
      </w:divBdr>
    </w:div>
    <w:div w:id="1620841091">
      <w:bodyDiv w:val="1"/>
      <w:marLeft w:val="0"/>
      <w:marRight w:val="0"/>
      <w:marTop w:val="0"/>
      <w:marBottom w:val="0"/>
      <w:divBdr>
        <w:top w:val="none" w:sz="0" w:space="0" w:color="auto"/>
        <w:left w:val="none" w:sz="0" w:space="0" w:color="auto"/>
        <w:bottom w:val="none" w:sz="0" w:space="0" w:color="auto"/>
        <w:right w:val="none" w:sz="0" w:space="0" w:color="auto"/>
      </w:divBdr>
    </w:div>
    <w:div w:id="1621566719">
      <w:bodyDiv w:val="1"/>
      <w:marLeft w:val="0"/>
      <w:marRight w:val="0"/>
      <w:marTop w:val="0"/>
      <w:marBottom w:val="0"/>
      <w:divBdr>
        <w:top w:val="none" w:sz="0" w:space="0" w:color="auto"/>
        <w:left w:val="none" w:sz="0" w:space="0" w:color="auto"/>
        <w:bottom w:val="none" w:sz="0" w:space="0" w:color="auto"/>
        <w:right w:val="none" w:sz="0" w:space="0" w:color="auto"/>
      </w:divBdr>
    </w:div>
    <w:div w:id="1623655928">
      <w:bodyDiv w:val="1"/>
      <w:marLeft w:val="0"/>
      <w:marRight w:val="0"/>
      <w:marTop w:val="0"/>
      <w:marBottom w:val="0"/>
      <w:divBdr>
        <w:top w:val="none" w:sz="0" w:space="0" w:color="auto"/>
        <w:left w:val="none" w:sz="0" w:space="0" w:color="auto"/>
        <w:bottom w:val="none" w:sz="0" w:space="0" w:color="auto"/>
        <w:right w:val="none" w:sz="0" w:space="0" w:color="auto"/>
      </w:divBdr>
    </w:div>
    <w:div w:id="1625577760">
      <w:bodyDiv w:val="1"/>
      <w:marLeft w:val="0"/>
      <w:marRight w:val="0"/>
      <w:marTop w:val="0"/>
      <w:marBottom w:val="0"/>
      <w:divBdr>
        <w:top w:val="none" w:sz="0" w:space="0" w:color="auto"/>
        <w:left w:val="none" w:sz="0" w:space="0" w:color="auto"/>
        <w:bottom w:val="none" w:sz="0" w:space="0" w:color="auto"/>
        <w:right w:val="none" w:sz="0" w:space="0" w:color="auto"/>
      </w:divBdr>
    </w:div>
    <w:div w:id="1626279534">
      <w:bodyDiv w:val="1"/>
      <w:marLeft w:val="0"/>
      <w:marRight w:val="0"/>
      <w:marTop w:val="0"/>
      <w:marBottom w:val="0"/>
      <w:divBdr>
        <w:top w:val="none" w:sz="0" w:space="0" w:color="auto"/>
        <w:left w:val="none" w:sz="0" w:space="0" w:color="auto"/>
        <w:bottom w:val="none" w:sz="0" w:space="0" w:color="auto"/>
        <w:right w:val="none" w:sz="0" w:space="0" w:color="auto"/>
      </w:divBdr>
    </w:div>
    <w:div w:id="1628972685">
      <w:bodyDiv w:val="1"/>
      <w:marLeft w:val="0"/>
      <w:marRight w:val="0"/>
      <w:marTop w:val="0"/>
      <w:marBottom w:val="0"/>
      <w:divBdr>
        <w:top w:val="none" w:sz="0" w:space="0" w:color="auto"/>
        <w:left w:val="none" w:sz="0" w:space="0" w:color="auto"/>
        <w:bottom w:val="none" w:sz="0" w:space="0" w:color="auto"/>
        <w:right w:val="none" w:sz="0" w:space="0" w:color="auto"/>
      </w:divBdr>
    </w:div>
    <w:div w:id="1630359132">
      <w:bodyDiv w:val="1"/>
      <w:marLeft w:val="0"/>
      <w:marRight w:val="0"/>
      <w:marTop w:val="0"/>
      <w:marBottom w:val="0"/>
      <w:divBdr>
        <w:top w:val="none" w:sz="0" w:space="0" w:color="auto"/>
        <w:left w:val="none" w:sz="0" w:space="0" w:color="auto"/>
        <w:bottom w:val="none" w:sz="0" w:space="0" w:color="auto"/>
        <w:right w:val="none" w:sz="0" w:space="0" w:color="auto"/>
      </w:divBdr>
    </w:div>
    <w:div w:id="1630933563">
      <w:bodyDiv w:val="1"/>
      <w:marLeft w:val="0"/>
      <w:marRight w:val="0"/>
      <w:marTop w:val="0"/>
      <w:marBottom w:val="0"/>
      <w:divBdr>
        <w:top w:val="none" w:sz="0" w:space="0" w:color="auto"/>
        <w:left w:val="none" w:sz="0" w:space="0" w:color="auto"/>
        <w:bottom w:val="none" w:sz="0" w:space="0" w:color="auto"/>
        <w:right w:val="none" w:sz="0" w:space="0" w:color="auto"/>
      </w:divBdr>
    </w:div>
    <w:div w:id="1632518579">
      <w:bodyDiv w:val="1"/>
      <w:marLeft w:val="0"/>
      <w:marRight w:val="0"/>
      <w:marTop w:val="0"/>
      <w:marBottom w:val="0"/>
      <w:divBdr>
        <w:top w:val="none" w:sz="0" w:space="0" w:color="auto"/>
        <w:left w:val="none" w:sz="0" w:space="0" w:color="auto"/>
        <w:bottom w:val="none" w:sz="0" w:space="0" w:color="auto"/>
        <w:right w:val="none" w:sz="0" w:space="0" w:color="auto"/>
      </w:divBdr>
    </w:div>
    <w:div w:id="1632705638">
      <w:bodyDiv w:val="1"/>
      <w:marLeft w:val="0"/>
      <w:marRight w:val="0"/>
      <w:marTop w:val="0"/>
      <w:marBottom w:val="0"/>
      <w:divBdr>
        <w:top w:val="none" w:sz="0" w:space="0" w:color="auto"/>
        <w:left w:val="none" w:sz="0" w:space="0" w:color="auto"/>
        <w:bottom w:val="none" w:sz="0" w:space="0" w:color="auto"/>
        <w:right w:val="none" w:sz="0" w:space="0" w:color="auto"/>
      </w:divBdr>
    </w:div>
    <w:div w:id="1636249964">
      <w:bodyDiv w:val="1"/>
      <w:marLeft w:val="0"/>
      <w:marRight w:val="0"/>
      <w:marTop w:val="0"/>
      <w:marBottom w:val="0"/>
      <w:divBdr>
        <w:top w:val="none" w:sz="0" w:space="0" w:color="auto"/>
        <w:left w:val="none" w:sz="0" w:space="0" w:color="auto"/>
        <w:bottom w:val="none" w:sz="0" w:space="0" w:color="auto"/>
        <w:right w:val="none" w:sz="0" w:space="0" w:color="auto"/>
      </w:divBdr>
    </w:div>
    <w:div w:id="1639719652">
      <w:bodyDiv w:val="1"/>
      <w:marLeft w:val="0"/>
      <w:marRight w:val="0"/>
      <w:marTop w:val="0"/>
      <w:marBottom w:val="0"/>
      <w:divBdr>
        <w:top w:val="none" w:sz="0" w:space="0" w:color="auto"/>
        <w:left w:val="none" w:sz="0" w:space="0" w:color="auto"/>
        <w:bottom w:val="none" w:sz="0" w:space="0" w:color="auto"/>
        <w:right w:val="none" w:sz="0" w:space="0" w:color="auto"/>
      </w:divBdr>
    </w:div>
    <w:div w:id="1643726480">
      <w:bodyDiv w:val="1"/>
      <w:marLeft w:val="0"/>
      <w:marRight w:val="0"/>
      <w:marTop w:val="0"/>
      <w:marBottom w:val="0"/>
      <w:divBdr>
        <w:top w:val="none" w:sz="0" w:space="0" w:color="auto"/>
        <w:left w:val="none" w:sz="0" w:space="0" w:color="auto"/>
        <w:bottom w:val="none" w:sz="0" w:space="0" w:color="auto"/>
        <w:right w:val="none" w:sz="0" w:space="0" w:color="auto"/>
      </w:divBdr>
    </w:div>
    <w:div w:id="1645158649">
      <w:bodyDiv w:val="1"/>
      <w:marLeft w:val="0"/>
      <w:marRight w:val="0"/>
      <w:marTop w:val="0"/>
      <w:marBottom w:val="0"/>
      <w:divBdr>
        <w:top w:val="none" w:sz="0" w:space="0" w:color="auto"/>
        <w:left w:val="none" w:sz="0" w:space="0" w:color="auto"/>
        <w:bottom w:val="none" w:sz="0" w:space="0" w:color="auto"/>
        <w:right w:val="none" w:sz="0" w:space="0" w:color="auto"/>
      </w:divBdr>
    </w:div>
    <w:div w:id="1645313927">
      <w:bodyDiv w:val="1"/>
      <w:marLeft w:val="0"/>
      <w:marRight w:val="0"/>
      <w:marTop w:val="0"/>
      <w:marBottom w:val="0"/>
      <w:divBdr>
        <w:top w:val="none" w:sz="0" w:space="0" w:color="auto"/>
        <w:left w:val="none" w:sz="0" w:space="0" w:color="auto"/>
        <w:bottom w:val="none" w:sz="0" w:space="0" w:color="auto"/>
        <w:right w:val="none" w:sz="0" w:space="0" w:color="auto"/>
      </w:divBdr>
    </w:div>
    <w:div w:id="1648896617">
      <w:bodyDiv w:val="1"/>
      <w:marLeft w:val="0"/>
      <w:marRight w:val="0"/>
      <w:marTop w:val="0"/>
      <w:marBottom w:val="0"/>
      <w:divBdr>
        <w:top w:val="none" w:sz="0" w:space="0" w:color="auto"/>
        <w:left w:val="none" w:sz="0" w:space="0" w:color="auto"/>
        <w:bottom w:val="none" w:sz="0" w:space="0" w:color="auto"/>
        <w:right w:val="none" w:sz="0" w:space="0" w:color="auto"/>
      </w:divBdr>
    </w:div>
    <w:div w:id="1649164570">
      <w:bodyDiv w:val="1"/>
      <w:marLeft w:val="0"/>
      <w:marRight w:val="0"/>
      <w:marTop w:val="0"/>
      <w:marBottom w:val="0"/>
      <w:divBdr>
        <w:top w:val="none" w:sz="0" w:space="0" w:color="auto"/>
        <w:left w:val="none" w:sz="0" w:space="0" w:color="auto"/>
        <w:bottom w:val="none" w:sz="0" w:space="0" w:color="auto"/>
        <w:right w:val="none" w:sz="0" w:space="0" w:color="auto"/>
      </w:divBdr>
    </w:div>
    <w:div w:id="1649746580">
      <w:bodyDiv w:val="1"/>
      <w:marLeft w:val="0"/>
      <w:marRight w:val="0"/>
      <w:marTop w:val="0"/>
      <w:marBottom w:val="0"/>
      <w:divBdr>
        <w:top w:val="none" w:sz="0" w:space="0" w:color="auto"/>
        <w:left w:val="none" w:sz="0" w:space="0" w:color="auto"/>
        <w:bottom w:val="none" w:sz="0" w:space="0" w:color="auto"/>
        <w:right w:val="none" w:sz="0" w:space="0" w:color="auto"/>
      </w:divBdr>
    </w:div>
    <w:div w:id="1650397660">
      <w:bodyDiv w:val="1"/>
      <w:marLeft w:val="0"/>
      <w:marRight w:val="0"/>
      <w:marTop w:val="0"/>
      <w:marBottom w:val="0"/>
      <w:divBdr>
        <w:top w:val="none" w:sz="0" w:space="0" w:color="auto"/>
        <w:left w:val="none" w:sz="0" w:space="0" w:color="auto"/>
        <w:bottom w:val="none" w:sz="0" w:space="0" w:color="auto"/>
        <w:right w:val="none" w:sz="0" w:space="0" w:color="auto"/>
      </w:divBdr>
    </w:div>
    <w:div w:id="1653369374">
      <w:bodyDiv w:val="1"/>
      <w:marLeft w:val="0"/>
      <w:marRight w:val="0"/>
      <w:marTop w:val="0"/>
      <w:marBottom w:val="0"/>
      <w:divBdr>
        <w:top w:val="none" w:sz="0" w:space="0" w:color="auto"/>
        <w:left w:val="none" w:sz="0" w:space="0" w:color="auto"/>
        <w:bottom w:val="none" w:sz="0" w:space="0" w:color="auto"/>
        <w:right w:val="none" w:sz="0" w:space="0" w:color="auto"/>
      </w:divBdr>
    </w:div>
    <w:div w:id="1654991849">
      <w:bodyDiv w:val="1"/>
      <w:marLeft w:val="0"/>
      <w:marRight w:val="0"/>
      <w:marTop w:val="0"/>
      <w:marBottom w:val="0"/>
      <w:divBdr>
        <w:top w:val="none" w:sz="0" w:space="0" w:color="auto"/>
        <w:left w:val="none" w:sz="0" w:space="0" w:color="auto"/>
        <w:bottom w:val="none" w:sz="0" w:space="0" w:color="auto"/>
        <w:right w:val="none" w:sz="0" w:space="0" w:color="auto"/>
      </w:divBdr>
    </w:div>
    <w:div w:id="1656685427">
      <w:bodyDiv w:val="1"/>
      <w:marLeft w:val="0"/>
      <w:marRight w:val="0"/>
      <w:marTop w:val="0"/>
      <w:marBottom w:val="0"/>
      <w:divBdr>
        <w:top w:val="none" w:sz="0" w:space="0" w:color="auto"/>
        <w:left w:val="none" w:sz="0" w:space="0" w:color="auto"/>
        <w:bottom w:val="none" w:sz="0" w:space="0" w:color="auto"/>
        <w:right w:val="none" w:sz="0" w:space="0" w:color="auto"/>
      </w:divBdr>
    </w:div>
    <w:div w:id="1656686709">
      <w:bodyDiv w:val="1"/>
      <w:marLeft w:val="0"/>
      <w:marRight w:val="0"/>
      <w:marTop w:val="0"/>
      <w:marBottom w:val="0"/>
      <w:divBdr>
        <w:top w:val="none" w:sz="0" w:space="0" w:color="auto"/>
        <w:left w:val="none" w:sz="0" w:space="0" w:color="auto"/>
        <w:bottom w:val="none" w:sz="0" w:space="0" w:color="auto"/>
        <w:right w:val="none" w:sz="0" w:space="0" w:color="auto"/>
      </w:divBdr>
    </w:div>
    <w:div w:id="1657108557">
      <w:bodyDiv w:val="1"/>
      <w:marLeft w:val="0"/>
      <w:marRight w:val="0"/>
      <w:marTop w:val="0"/>
      <w:marBottom w:val="0"/>
      <w:divBdr>
        <w:top w:val="none" w:sz="0" w:space="0" w:color="auto"/>
        <w:left w:val="none" w:sz="0" w:space="0" w:color="auto"/>
        <w:bottom w:val="none" w:sz="0" w:space="0" w:color="auto"/>
        <w:right w:val="none" w:sz="0" w:space="0" w:color="auto"/>
      </w:divBdr>
    </w:div>
    <w:div w:id="1658925189">
      <w:bodyDiv w:val="1"/>
      <w:marLeft w:val="0"/>
      <w:marRight w:val="0"/>
      <w:marTop w:val="0"/>
      <w:marBottom w:val="0"/>
      <w:divBdr>
        <w:top w:val="none" w:sz="0" w:space="0" w:color="auto"/>
        <w:left w:val="none" w:sz="0" w:space="0" w:color="auto"/>
        <w:bottom w:val="none" w:sz="0" w:space="0" w:color="auto"/>
        <w:right w:val="none" w:sz="0" w:space="0" w:color="auto"/>
      </w:divBdr>
    </w:div>
    <w:div w:id="1659647295">
      <w:bodyDiv w:val="1"/>
      <w:marLeft w:val="0"/>
      <w:marRight w:val="0"/>
      <w:marTop w:val="0"/>
      <w:marBottom w:val="0"/>
      <w:divBdr>
        <w:top w:val="none" w:sz="0" w:space="0" w:color="auto"/>
        <w:left w:val="none" w:sz="0" w:space="0" w:color="auto"/>
        <w:bottom w:val="none" w:sz="0" w:space="0" w:color="auto"/>
        <w:right w:val="none" w:sz="0" w:space="0" w:color="auto"/>
      </w:divBdr>
    </w:div>
    <w:div w:id="1666475549">
      <w:bodyDiv w:val="1"/>
      <w:marLeft w:val="0"/>
      <w:marRight w:val="0"/>
      <w:marTop w:val="0"/>
      <w:marBottom w:val="0"/>
      <w:divBdr>
        <w:top w:val="none" w:sz="0" w:space="0" w:color="auto"/>
        <w:left w:val="none" w:sz="0" w:space="0" w:color="auto"/>
        <w:bottom w:val="none" w:sz="0" w:space="0" w:color="auto"/>
        <w:right w:val="none" w:sz="0" w:space="0" w:color="auto"/>
      </w:divBdr>
    </w:div>
    <w:div w:id="1667005453">
      <w:bodyDiv w:val="1"/>
      <w:marLeft w:val="0"/>
      <w:marRight w:val="0"/>
      <w:marTop w:val="0"/>
      <w:marBottom w:val="0"/>
      <w:divBdr>
        <w:top w:val="none" w:sz="0" w:space="0" w:color="auto"/>
        <w:left w:val="none" w:sz="0" w:space="0" w:color="auto"/>
        <w:bottom w:val="none" w:sz="0" w:space="0" w:color="auto"/>
        <w:right w:val="none" w:sz="0" w:space="0" w:color="auto"/>
      </w:divBdr>
    </w:div>
    <w:div w:id="1667513529">
      <w:bodyDiv w:val="1"/>
      <w:marLeft w:val="0"/>
      <w:marRight w:val="0"/>
      <w:marTop w:val="0"/>
      <w:marBottom w:val="0"/>
      <w:divBdr>
        <w:top w:val="none" w:sz="0" w:space="0" w:color="auto"/>
        <w:left w:val="none" w:sz="0" w:space="0" w:color="auto"/>
        <w:bottom w:val="none" w:sz="0" w:space="0" w:color="auto"/>
        <w:right w:val="none" w:sz="0" w:space="0" w:color="auto"/>
      </w:divBdr>
    </w:div>
    <w:div w:id="1669558226">
      <w:bodyDiv w:val="1"/>
      <w:marLeft w:val="0"/>
      <w:marRight w:val="0"/>
      <w:marTop w:val="0"/>
      <w:marBottom w:val="0"/>
      <w:divBdr>
        <w:top w:val="none" w:sz="0" w:space="0" w:color="auto"/>
        <w:left w:val="none" w:sz="0" w:space="0" w:color="auto"/>
        <w:bottom w:val="none" w:sz="0" w:space="0" w:color="auto"/>
        <w:right w:val="none" w:sz="0" w:space="0" w:color="auto"/>
      </w:divBdr>
    </w:div>
    <w:div w:id="1671250662">
      <w:bodyDiv w:val="1"/>
      <w:marLeft w:val="0"/>
      <w:marRight w:val="0"/>
      <w:marTop w:val="0"/>
      <w:marBottom w:val="0"/>
      <w:divBdr>
        <w:top w:val="none" w:sz="0" w:space="0" w:color="auto"/>
        <w:left w:val="none" w:sz="0" w:space="0" w:color="auto"/>
        <w:bottom w:val="none" w:sz="0" w:space="0" w:color="auto"/>
        <w:right w:val="none" w:sz="0" w:space="0" w:color="auto"/>
      </w:divBdr>
    </w:div>
    <w:div w:id="1675571001">
      <w:bodyDiv w:val="1"/>
      <w:marLeft w:val="0"/>
      <w:marRight w:val="0"/>
      <w:marTop w:val="0"/>
      <w:marBottom w:val="0"/>
      <w:divBdr>
        <w:top w:val="none" w:sz="0" w:space="0" w:color="auto"/>
        <w:left w:val="none" w:sz="0" w:space="0" w:color="auto"/>
        <w:bottom w:val="none" w:sz="0" w:space="0" w:color="auto"/>
        <w:right w:val="none" w:sz="0" w:space="0" w:color="auto"/>
      </w:divBdr>
    </w:div>
    <w:div w:id="1676227718">
      <w:bodyDiv w:val="1"/>
      <w:marLeft w:val="0"/>
      <w:marRight w:val="0"/>
      <w:marTop w:val="0"/>
      <w:marBottom w:val="0"/>
      <w:divBdr>
        <w:top w:val="none" w:sz="0" w:space="0" w:color="auto"/>
        <w:left w:val="none" w:sz="0" w:space="0" w:color="auto"/>
        <w:bottom w:val="none" w:sz="0" w:space="0" w:color="auto"/>
        <w:right w:val="none" w:sz="0" w:space="0" w:color="auto"/>
      </w:divBdr>
    </w:div>
    <w:div w:id="1680741775">
      <w:bodyDiv w:val="1"/>
      <w:marLeft w:val="0"/>
      <w:marRight w:val="0"/>
      <w:marTop w:val="0"/>
      <w:marBottom w:val="0"/>
      <w:divBdr>
        <w:top w:val="none" w:sz="0" w:space="0" w:color="auto"/>
        <w:left w:val="none" w:sz="0" w:space="0" w:color="auto"/>
        <w:bottom w:val="none" w:sz="0" w:space="0" w:color="auto"/>
        <w:right w:val="none" w:sz="0" w:space="0" w:color="auto"/>
      </w:divBdr>
    </w:div>
    <w:div w:id="1682510952">
      <w:bodyDiv w:val="1"/>
      <w:marLeft w:val="0"/>
      <w:marRight w:val="0"/>
      <w:marTop w:val="0"/>
      <w:marBottom w:val="0"/>
      <w:divBdr>
        <w:top w:val="none" w:sz="0" w:space="0" w:color="auto"/>
        <w:left w:val="none" w:sz="0" w:space="0" w:color="auto"/>
        <w:bottom w:val="none" w:sz="0" w:space="0" w:color="auto"/>
        <w:right w:val="none" w:sz="0" w:space="0" w:color="auto"/>
      </w:divBdr>
    </w:div>
    <w:div w:id="1682782048">
      <w:bodyDiv w:val="1"/>
      <w:marLeft w:val="0"/>
      <w:marRight w:val="0"/>
      <w:marTop w:val="0"/>
      <w:marBottom w:val="0"/>
      <w:divBdr>
        <w:top w:val="none" w:sz="0" w:space="0" w:color="auto"/>
        <w:left w:val="none" w:sz="0" w:space="0" w:color="auto"/>
        <w:bottom w:val="none" w:sz="0" w:space="0" w:color="auto"/>
        <w:right w:val="none" w:sz="0" w:space="0" w:color="auto"/>
      </w:divBdr>
    </w:div>
    <w:div w:id="1683782834">
      <w:bodyDiv w:val="1"/>
      <w:marLeft w:val="0"/>
      <w:marRight w:val="0"/>
      <w:marTop w:val="0"/>
      <w:marBottom w:val="0"/>
      <w:divBdr>
        <w:top w:val="none" w:sz="0" w:space="0" w:color="auto"/>
        <w:left w:val="none" w:sz="0" w:space="0" w:color="auto"/>
        <w:bottom w:val="none" w:sz="0" w:space="0" w:color="auto"/>
        <w:right w:val="none" w:sz="0" w:space="0" w:color="auto"/>
      </w:divBdr>
    </w:div>
    <w:div w:id="1685981327">
      <w:bodyDiv w:val="1"/>
      <w:marLeft w:val="0"/>
      <w:marRight w:val="0"/>
      <w:marTop w:val="0"/>
      <w:marBottom w:val="0"/>
      <w:divBdr>
        <w:top w:val="none" w:sz="0" w:space="0" w:color="auto"/>
        <w:left w:val="none" w:sz="0" w:space="0" w:color="auto"/>
        <w:bottom w:val="none" w:sz="0" w:space="0" w:color="auto"/>
        <w:right w:val="none" w:sz="0" w:space="0" w:color="auto"/>
      </w:divBdr>
    </w:div>
    <w:div w:id="1687511991">
      <w:bodyDiv w:val="1"/>
      <w:marLeft w:val="0"/>
      <w:marRight w:val="0"/>
      <w:marTop w:val="0"/>
      <w:marBottom w:val="0"/>
      <w:divBdr>
        <w:top w:val="none" w:sz="0" w:space="0" w:color="auto"/>
        <w:left w:val="none" w:sz="0" w:space="0" w:color="auto"/>
        <w:bottom w:val="none" w:sz="0" w:space="0" w:color="auto"/>
        <w:right w:val="none" w:sz="0" w:space="0" w:color="auto"/>
      </w:divBdr>
    </w:div>
    <w:div w:id="1689067558">
      <w:bodyDiv w:val="1"/>
      <w:marLeft w:val="0"/>
      <w:marRight w:val="0"/>
      <w:marTop w:val="0"/>
      <w:marBottom w:val="0"/>
      <w:divBdr>
        <w:top w:val="none" w:sz="0" w:space="0" w:color="auto"/>
        <w:left w:val="none" w:sz="0" w:space="0" w:color="auto"/>
        <w:bottom w:val="none" w:sz="0" w:space="0" w:color="auto"/>
        <w:right w:val="none" w:sz="0" w:space="0" w:color="auto"/>
      </w:divBdr>
    </w:div>
    <w:div w:id="1691681830">
      <w:bodyDiv w:val="1"/>
      <w:marLeft w:val="0"/>
      <w:marRight w:val="0"/>
      <w:marTop w:val="0"/>
      <w:marBottom w:val="0"/>
      <w:divBdr>
        <w:top w:val="none" w:sz="0" w:space="0" w:color="auto"/>
        <w:left w:val="none" w:sz="0" w:space="0" w:color="auto"/>
        <w:bottom w:val="none" w:sz="0" w:space="0" w:color="auto"/>
        <w:right w:val="none" w:sz="0" w:space="0" w:color="auto"/>
      </w:divBdr>
    </w:div>
    <w:div w:id="1691948363">
      <w:bodyDiv w:val="1"/>
      <w:marLeft w:val="0"/>
      <w:marRight w:val="0"/>
      <w:marTop w:val="0"/>
      <w:marBottom w:val="0"/>
      <w:divBdr>
        <w:top w:val="none" w:sz="0" w:space="0" w:color="auto"/>
        <w:left w:val="none" w:sz="0" w:space="0" w:color="auto"/>
        <w:bottom w:val="none" w:sz="0" w:space="0" w:color="auto"/>
        <w:right w:val="none" w:sz="0" w:space="0" w:color="auto"/>
      </w:divBdr>
    </w:div>
    <w:div w:id="1695837849">
      <w:bodyDiv w:val="1"/>
      <w:marLeft w:val="0"/>
      <w:marRight w:val="0"/>
      <w:marTop w:val="0"/>
      <w:marBottom w:val="0"/>
      <w:divBdr>
        <w:top w:val="none" w:sz="0" w:space="0" w:color="auto"/>
        <w:left w:val="none" w:sz="0" w:space="0" w:color="auto"/>
        <w:bottom w:val="none" w:sz="0" w:space="0" w:color="auto"/>
        <w:right w:val="none" w:sz="0" w:space="0" w:color="auto"/>
      </w:divBdr>
    </w:div>
    <w:div w:id="1697349631">
      <w:bodyDiv w:val="1"/>
      <w:marLeft w:val="0"/>
      <w:marRight w:val="0"/>
      <w:marTop w:val="0"/>
      <w:marBottom w:val="0"/>
      <w:divBdr>
        <w:top w:val="none" w:sz="0" w:space="0" w:color="auto"/>
        <w:left w:val="none" w:sz="0" w:space="0" w:color="auto"/>
        <w:bottom w:val="none" w:sz="0" w:space="0" w:color="auto"/>
        <w:right w:val="none" w:sz="0" w:space="0" w:color="auto"/>
      </w:divBdr>
    </w:div>
    <w:div w:id="1699891044">
      <w:bodyDiv w:val="1"/>
      <w:marLeft w:val="0"/>
      <w:marRight w:val="0"/>
      <w:marTop w:val="0"/>
      <w:marBottom w:val="0"/>
      <w:divBdr>
        <w:top w:val="none" w:sz="0" w:space="0" w:color="auto"/>
        <w:left w:val="none" w:sz="0" w:space="0" w:color="auto"/>
        <w:bottom w:val="none" w:sz="0" w:space="0" w:color="auto"/>
        <w:right w:val="none" w:sz="0" w:space="0" w:color="auto"/>
      </w:divBdr>
    </w:div>
    <w:div w:id="1702970690">
      <w:bodyDiv w:val="1"/>
      <w:marLeft w:val="0"/>
      <w:marRight w:val="0"/>
      <w:marTop w:val="0"/>
      <w:marBottom w:val="0"/>
      <w:divBdr>
        <w:top w:val="none" w:sz="0" w:space="0" w:color="auto"/>
        <w:left w:val="none" w:sz="0" w:space="0" w:color="auto"/>
        <w:bottom w:val="none" w:sz="0" w:space="0" w:color="auto"/>
        <w:right w:val="none" w:sz="0" w:space="0" w:color="auto"/>
      </w:divBdr>
    </w:div>
    <w:div w:id="1709376541">
      <w:bodyDiv w:val="1"/>
      <w:marLeft w:val="0"/>
      <w:marRight w:val="0"/>
      <w:marTop w:val="0"/>
      <w:marBottom w:val="0"/>
      <w:divBdr>
        <w:top w:val="none" w:sz="0" w:space="0" w:color="auto"/>
        <w:left w:val="none" w:sz="0" w:space="0" w:color="auto"/>
        <w:bottom w:val="none" w:sz="0" w:space="0" w:color="auto"/>
        <w:right w:val="none" w:sz="0" w:space="0" w:color="auto"/>
      </w:divBdr>
    </w:div>
    <w:div w:id="1710687303">
      <w:bodyDiv w:val="1"/>
      <w:marLeft w:val="0"/>
      <w:marRight w:val="0"/>
      <w:marTop w:val="0"/>
      <w:marBottom w:val="0"/>
      <w:divBdr>
        <w:top w:val="none" w:sz="0" w:space="0" w:color="auto"/>
        <w:left w:val="none" w:sz="0" w:space="0" w:color="auto"/>
        <w:bottom w:val="none" w:sz="0" w:space="0" w:color="auto"/>
        <w:right w:val="none" w:sz="0" w:space="0" w:color="auto"/>
      </w:divBdr>
    </w:div>
    <w:div w:id="1711568206">
      <w:bodyDiv w:val="1"/>
      <w:marLeft w:val="0"/>
      <w:marRight w:val="0"/>
      <w:marTop w:val="0"/>
      <w:marBottom w:val="0"/>
      <w:divBdr>
        <w:top w:val="none" w:sz="0" w:space="0" w:color="auto"/>
        <w:left w:val="none" w:sz="0" w:space="0" w:color="auto"/>
        <w:bottom w:val="none" w:sz="0" w:space="0" w:color="auto"/>
        <w:right w:val="none" w:sz="0" w:space="0" w:color="auto"/>
      </w:divBdr>
    </w:div>
    <w:div w:id="1712654724">
      <w:bodyDiv w:val="1"/>
      <w:marLeft w:val="0"/>
      <w:marRight w:val="0"/>
      <w:marTop w:val="0"/>
      <w:marBottom w:val="0"/>
      <w:divBdr>
        <w:top w:val="none" w:sz="0" w:space="0" w:color="auto"/>
        <w:left w:val="none" w:sz="0" w:space="0" w:color="auto"/>
        <w:bottom w:val="none" w:sz="0" w:space="0" w:color="auto"/>
        <w:right w:val="none" w:sz="0" w:space="0" w:color="auto"/>
      </w:divBdr>
    </w:div>
    <w:div w:id="1714114153">
      <w:bodyDiv w:val="1"/>
      <w:marLeft w:val="0"/>
      <w:marRight w:val="0"/>
      <w:marTop w:val="0"/>
      <w:marBottom w:val="0"/>
      <w:divBdr>
        <w:top w:val="none" w:sz="0" w:space="0" w:color="auto"/>
        <w:left w:val="none" w:sz="0" w:space="0" w:color="auto"/>
        <w:bottom w:val="none" w:sz="0" w:space="0" w:color="auto"/>
        <w:right w:val="none" w:sz="0" w:space="0" w:color="auto"/>
      </w:divBdr>
    </w:div>
    <w:div w:id="1714386685">
      <w:bodyDiv w:val="1"/>
      <w:marLeft w:val="0"/>
      <w:marRight w:val="0"/>
      <w:marTop w:val="0"/>
      <w:marBottom w:val="0"/>
      <w:divBdr>
        <w:top w:val="none" w:sz="0" w:space="0" w:color="auto"/>
        <w:left w:val="none" w:sz="0" w:space="0" w:color="auto"/>
        <w:bottom w:val="none" w:sz="0" w:space="0" w:color="auto"/>
        <w:right w:val="none" w:sz="0" w:space="0" w:color="auto"/>
      </w:divBdr>
    </w:div>
    <w:div w:id="1714503161">
      <w:bodyDiv w:val="1"/>
      <w:marLeft w:val="0"/>
      <w:marRight w:val="0"/>
      <w:marTop w:val="0"/>
      <w:marBottom w:val="0"/>
      <w:divBdr>
        <w:top w:val="none" w:sz="0" w:space="0" w:color="auto"/>
        <w:left w:val="none" w:sz="0" w:space="0" w:color="auto"/>
        <w:bottom w:val="none" w:sz="0" w:space="0" w:color="auto"/>
        <w:right w:val="none" w:sz="0" w:space="0" w:color="auto"/>
      </w:divBdr>
    </w:div>
    <w:div w:id="1714621182">
      <w:bodyDiv w:val="1"/>
      <w:marLeft w:val="0"/>
      <w:marRight w:val="0"/>
      <w:marTop w:val="0"/>
      <w:marBottom w:val="0"/>
      <w:divBdr>
        <w:top w:val="none" w:sz="0" w:space="0" w:color="auto"/>
        <w:left w:val="none" w:sz="0" w:space="0" w:color="auto"/>
        <w:bottom w:val="none" w:sz="0" w:space="0" w:color="auto"/>
        <w:right w:val="none" w:sz="0" w:space="0" w:color="auto"/>
      </w:divBdr>
    </w:div>
    <w:div w:id="1715276616">
      <w:bodyDiv w:val="1"/>
      <w:marLeft w:val="0"/>
      <w:marRight w:val="0"/>
      <w:marTop w:val="0"/>
      <w:marBottom w:val="0"/>
      <w:divBdr>
        <w:top w:val="none" w:sz="0" w:space="0" w:color="auto"/>
        <w:left w:val="none" w:sz="0" w:space="0" w:color="auto"/>
        <w:bottom w:val="none" w:sz="0" w:space="0" w:color="auto"/>
        <w:right w:val="none" w:sz="0" w:space="0" w:color="auto"/>
      </w:divBdr>
    </w:div>
    <w:div w:id="1716806872">
      <w:bodyDiv w:val="1"/>
      <w:marLeft w:val="0"/>
      <w:marRight w:val="0"/>
      <w:marTop w:val="0"/>
      <w:marBottom w:val="0"/>
      <w:divBdr>
        <w:top w:val="none" w:sz="0" w:space="0" w:color="auto"/>
        <w:left w:val="none" w:sz="0" w:space="0" w:color="auto"/>
        <w:bottom w:val="none" w:sz="0" w:space="0" w:color="auto"/>
        <w:right w:val="none" w:sz="0" w:space="0" w:color="auto"/>
      </w:divBdr>
    </w:div>
    <w:div w:id="1717584675">
      <w:bodyDiv w:val="1"/>
      <w:marLeft w:val="0"/>
      <w:marRight w:val="0"/>
      <w:marTop w:val="0"/>
      <w:marBottom w:val="0"/>
      <w:divBdr>
        <w:top w:val="none" w:sz="0" w:space="0" w:color="auto"/>
        <w:left w:val="none" w:sz="0" w:space="0" w:color="auto"/>
        <w:bottom w:val="none" w:sz="0" w:space="0" w:color="auto"/>
        <w:right w:val="none" w:sz="0" w:space="0" w:color="auto"/>
      </w:divBdr>
    </w:div>
    <w:div w:id="1719469499">
      <w:bodyDiv w:val="1"/>
      <w:marLeft w:val="0"/>
      <w:marRight w:val="0"/>
      <w:marTop w:val="0"/>
      <w:marBottom w:val="0"/>
      <w:divBdr>
        <w:top w:val="none" w:sz="0" w:space="0" w:color="auto"/>
        <w:left w:val="none" w:sz="0" w:space="0" w:color="auto"/>
        <w:bottom w:val="none" w:sz="0" w:space="0" w:color="auto"/>
        <w:right w:val="none" w:sz="0" w:space="0" w:color="auto"/>
      </w:divBdr>
    </w:div>
    <w:div w:id="1720744626">
      <w:bodyDiv w:val="1"/>
      <w:marLeft w:val="0"/>
      <w:marRight w:val="0"/>
      <w:marTop w:val="0"/>
      <w:marBottom w:val="0"/>
      <w:divBdr>
        <w:top w:val="none" w:sz="0" w:space="0" w:color="auto"/>
        <w:left w:val="none" w:sz="0" w:space="0" w:color="auto"/>
        <w:bottom w:val="none" w:sz="0" w:space="0" w:color="auto"/>
        <w:right w:val="none" w:sz="0" w:space="0" w:color="auto"/>
      </w:divBdr>
    </w:div>
    <w:div w:id="1726370628">
      <w:bodyDiv w:val="1"/>
      <w:marLeft w:val="0"/>
      <w:marRight w:val="0"/>
      <w:marTop w:val="0"/>
      <w:marBottom w:val="0"/>
      <w:divBdr>
        <w:top w:val="none" w:sz="0" w:space="0" w:color="auto"/>
        <w:left w:val="none" w:sz="0" w:space="0" w:color="auto"/>
        <w:bottom w:val="none" w:sz="0" w:space="0" w:color="auto"/>
        <w:right w:val="none" w:sz="0" w:space="0" w:color="auto"/>
      </w:divBdr>
    </w:div>
    <w:div w:id="1728919248">
      <w:bodyDiv w:val="1"/>
      <w:marLeft w:val="0"/>
      <w:marRight w:val="0"/>
      <w:marTop w:val="0"/>
      <w:marBottom w:val="0"/>
      <w:divBdr>
        <w:top w:val="none" w:sz="0" w:space="0" w:color="auto"/>
        <w:left w:val="none" w:sz="0" w:space="0" w:color="auto"/>
        <w:bottom w:val="none" w:sz="0" w:space="0" w:color="auto"/>
        <w:right w:val="none" w:sz="0" w:space="0" w:color="auto"/>
      </w:divBdr>
    </w:div>
    <w:div w:id="1730687146">
      <w:bodyDiv w:val="1"/>
      <w:marLeft w:val="0"/>
      <w:marRight w:val="0"/>
      <w:marTop w:val="0"/>
      <w:marBottom w:val="0"/>
      <w:divBdr>
        <w:top w:val="none" w:sz="0" w:space="0" w:color="auto"/>
        <w:left w:val="none" w:sz="0" w:space="0" w:color="auto"/>
        <w:bottom w:val="none" w:sz="0" w:space="0" w:color="auto"/>
        <w:right w:val="none" w:sz="0" w:space="0" w:color="auto"/>
      </w:divBdr>
    </w:div>
    <w:div w:id="1731228036">
      <w:bodyDiv w:val="1"/>
      <w:marLeft w:val="0"/>
      <w:marRight w:val="0"/>
      <w:marTop w:val="0"/>
      <w:marBottom w:val="0"/>
      <w:divBdr>
        <w:top w:val="none" w:sz="0" w:space="0" w:color="auto"/>
        <w:left w:val="none" w:sz="0" w:space="0" w:color="auto"/>
        <w:bottom w:val="none" w:sz="0" w:space="0" w:color="auto"/>
        <w:right w:val="none" w:sz="0" w:space="0" w:color="auto"/>
      </w:divBdr>
    </w:div>
    <w:div w:id="1734690902">
      <w:bodyDiv w:val="1"/>
      <w:marLeft w:val="0"/>
      <w:marRight w:val="0"/>
      <w:marTop w:val="0"/>
      <w:marBottom w:val="0"/>
      <w:divBdr>
        <w:top w:val="none" w:sz="0" w:space="0" w:color="auto"/>
        <w:left w:val="none" w:sz="0" w:space="0" w:color="auto"/>
        <w:bottom w:val="none" w:sz="0" w:space="0" w:color="auto"/>
        <w:right w:val="none" w:sz="0" w:space="0" w:color="auto"/>
      </w:divBdr>
    </w:div>
    <w:div w:id="1736198890">
      <w:bodyDiv w:val="1"/>
      <w:marLeft w:val="0"/>
      <w:marRight w:val="0"/>
      <w:marTop w:val="0"/>
      <w:marBottom w:val="0"/>
      <w:divBdr>
        <w:top w:val="none" w:sz="0" w:space="0" w:color="auto"/>
        <w:left w:val="none" w:sz="0" w:space="0" w:color="auto"/>
        <w:bottom w:val="none" w:sz="0" w:space="0" w:color="auto"/>
        <w:right w:val="none" w:sz="0" w:space="0" w:color="auto"/>
      </w:divBdr>
    </w:div>
    <w:div w:id="1736509606">
      <w:bodyDiv w:val="1"/>
      <w:marLeft w:val="0"/>
      <w:marRight w:val="0"/>
      <w:marTop w:val="0"/>
      <w:marBottom w:val="0"/>
      <w:divBdr>
        <w:top w:val="none" w:sz="0" w:space="0" w:color="auto"/>
        <w:left w:val="none" w:sz="0" w:space="0" w:color="auto"/>
        <w:bottom w:val="none" w:sz="0" w:space="0" w:color="auto"/>
        <w:right w:val="none" w:sz="0" w:space="0" w:color="auto"/>
      </w:divBdr>
    </w:div>
    <w:div w:id="1736967998">
      <w:bodyDiv w:val="1"/>
      <w:marLeft w:val="0"/>
      <w:marRight w:val="0"/>
      <w:marTop w:val="0"/>
      <w:marBottom w:val="0"/>
      <w:divBdr>
        <w:top w:val="none" w:sz="0" w:space="0" w:color="auto"/>
        <w:left w:val="none" w:sz="0" w:space="0" w:color="auto"/>
        <w:bottom w:val="none" w:sz="0" w:space="0" w:color="auto"/>
        <w:right w:val="none" w:sz="0" w:space="0" w:color="auto"/>
      </w:divBdr>
    </w:div>
    <w:div w:id="1738740579">
      <w:bodyDiv w:val="1"/>
      <w:marLeft w:val="0"/>
      <w:marRight w:val="0"/>
      <w:marTop w:val="0"/>
      <w:marBottom w:val="0"/>
      <w:divBdr>
        <w:top w:val="none" w:sz="0" w:space="0" w:color="auto"/>
        <w:left w:val="none" w:sz="0" w:space="0" w:color="auto"/>
        <w:bottom w:val="none" w:sz="0" w:space="0" w:color="auto"/>
        <w:right w:val="none" w:sz="0" w:space="0" w:color="auto"/>
      </w:divBdr>
    </w:div>
    <w:div w:id="1741516345">
      <w:bodyDiv w:val="1"/>
      <w:marLeft w:val="0"/>
      <w:marRight w:val="0"/>
      <w:marTop w:val="0"/>
      <w:marBottom w:val="0"/>
      <w:divBdr>
        <w:top w:val="none" w:sz="0" w:space="0" w:color="auto"/>
        <w:left w:val="none" w:sz="0" w:space="0" w:color="auto"/>
        <w:bottom w:val="none" w:sz="0" w:space="0" w:color="auto"/>
        <w:right w:val="none" w:sz="0" w:space="0" w:color="auto"/>
      </w:divBdr>
    </w:div>
    <w:div w:id="1747610613">
      <w:bodyDiv w:val="1"/>
      <w:marLeft w:val="0"/>
      <w:marRight w:val="0"/>
      <w:marTop w:val="0"/>
      <w:marBottom w:val="0"/>
      <w:divBdr>
        <w:top w:val="none" w:sz="0" w:space="0" w:color="auto"/>
        <w:left w:val="none" w:sz="0" w:space="0" w:color="auto"/>
        <w:bottom w:val="none" w:sz="0" w:space="0" w:color="auto"/>
        <w:right w:val="none" w:sz="0" w:space="0" w:color="auto"/>
      </w:divBdr>
    </w:div>
    <w:div w:id="1748847011">
      <w:bodyDiv w:val="1"/>
      <w:marLeft w:val="0"/>
      <w:marRight w:val="0"/>
      <w:marTop w:val="0"/>
      <w:marBottom w:val="0"/>
      <w:divBdr>
        <w:top w:val="none" w:sz="0" w:space="0" w:color="auto"/>
        <w:left w:val="none" w:sz="0" w:space="0" w:color="auto"/>
        <w:bottom w:val="none" w:sz="0" w:space="0" w:color="auto"/>
        <w:right w:val="none" w:sz="0" w:space="0" w:color="auto"/>
      </w:divBdr>
    </w:div>
    <w:div w:id="1749494496">
      <w:bodyDiv w:val="1"/>
      <w:marLeft w:val="0"/>
      <w:marRight w:val="0"/>
      <w:marTop w:val="0"/>
      <w:marBottom w:val="0"/>
      <w:divBdr>
        <w:top w:val="none" w:sz="0" w:space="0" w:color="auto"/>
        <w:left w:val="none" w:sz="0" w:space="0" w:color="auto"/>
        <w:bottom w:val="none" w:sz="0" w:space="0" w:color="auto"/>
        <w:right w:val="none" w:sz="0" w:space="0" w:color="auto"/>
      </w:divBdr>
    </w:div>
    <w:div w:id="1749575030">
      <w:bodyDiv w:val="1"/>
      <w:marLeft w:val="0"/>
      <w:marRight w:val="0"/>
      <w:marTop w:val="0"/>
      <w:marBottom w:val="0"/>
      <w:divBdr>
        <w:top w:val="none" w:sz="0" w:space="0" w:color="auto"/>
        <w:left w:val="none" w:sz="0" w:space="0" w:color="auto"/>
        <w:bottom w:val="none" w:sz="0" w:space="0" w:color="auto"/>
        <w:right w:val="none" w:sz="0" w:space="0" w:color="auto"/>
      </w:divBdr>
    </w:div>
    <w:div w:id="1749688679">
      <w:bodyDiv w:val="1"/>
      <w:marLeft w:val="0"/>
      <w:marRight w:val="0"/>
      <w:marTop w:val="0"/>
      <w:marBottom w:val="0"/>
      <w:divBdr>
        <w:top w:val="none" w:sz="0" w:space="0" w:color="auto"/>
        <w:left w:val="none" w:sz="0" w:space="0" w:color="auto"/>
        <w:bottom w:val="none" w:sz="0" w:space="0" w:color="auto"/>
        <w:right w:val="none" w:sz="0" w:space="0" w:color="auto"/>
      </w:divBdr>
    </w:div>
    <w:div w:id="1750225494">
      <w:bodyDiv w:val="1"/>
      <w:marLeft w:val="0"/>
      <w:marRight w:val="0"/>
      <w:marTop w:val="0"/>
      <w:marBottom w:val="0"/>
      <w:divBdr>
        <w:top w:val="none" w:sz="0" w:space="0" w:color="auto"/>
        <w:left w:val="none" w:sz="0" w:space="0" w:color="auto"/>
        <w:bottom w:val="none" w:sz="0" w:space="0" w:color="auto"/>
        <w:right w:val="none" w:sz="0" w:space="0" w:color="auto"/>
      </w:divBdr>
    </w:div>
    <w:div w:id="1750615124">
      <w:bodyDiv w:val="1"/>
      <w:marLeft w:val="0"/>
      <w:marRight w:val="0"/>
      <w:marTop w:val="0"/>
      <w:marBottom w:val="0"/>
      <w:divBdr>
        <w:top w:val="none" w:sz="0" w:space="0" w:color="auto"/>
        <w:left w:val="none" w:sz="0" w:space="0" w:color="auto"/>
        <w:bottom w:val="none" w:sz="0" w:space="0" w:color="auto"/>
        <w:right w:val="none" w:sz="0" w:space="0" w:color="auto"/>
      </w:divBdr>
    </w:div>
    <w:div w:id="1750615737">
      <w:bodyDiv w:val="1"/>
      <w:marLeft w:val="0"/>
      <w:marRight w:val="0"/>
      <w:marTop w:val="0"/>
      <w:marBottom w:val="0"/>
      <w:divBdr>
        <w:top w:val="none" w:sz="0" w:space="0" w:color="auto"/>
        <w:left w:val="none" w:sz="0" w:space="0" w:color="auto"/>
        <w:bottom w:val="none" w:sz="0" w:space="0" w:color="auto"/>
        <w:right w:val="none" w:sz="0" w:space="0" w:color="auto"/>
      </w:divBdr>
    </w:div>
    <w:div w:id="1751004318">
      <w:bodyDiv w:val="1"/>
      <w:marLeft w:val="0"/>
      <w:marRight w:val="0"/>
      <w:marTop w:val="0"/>
      <w:marBottom w:val="0"/>
      <w:divBdr>
        <w:top w:val="none" w:sz="0" w:space="0" w:color="auto"/>
        <w:left w:val="none" w:sz="0" w:space="0" w:color="auto"/>
        <w:bottom w:val="none" w:sz="0" w:space="0" w:color="auto"/>
        <w:right w:val="none" w:sz="0" w:space="0" w:color="auto"/>
      </w:divBdr>
    </w:div>
    <w:div w:id="1752853933">
      <w:bodyDiv w:val="1"/>
      <w:marLeft w:val="0"/>
      <w:marRight w:val="0"/>
      <w:marTop w:val="0"/>
      <w:marBottom w:val="0"/>
      <w:divBdr>
        <w:top w:val="none" w:sz="0" w:space="0" w:color="auto"/>
        <w:left w:val="none" w:sz="0" w:space="0" w:color="auto"/>
        <w:bottom w:val="none" w:sz="0" w:space="0" w:color="auto"/>
        <w:right w:val="none" w:sz="0" w:space="0" w:color="auto"/>
      </w:divBdr>
    </w:div>
    <w:div w:id="1753620093">
      <w:bodyDiv w:val="1"/>
      <w:marLeft w:val="0"/>
      <w:marRight w:val="0"/>
      <w:marTop w:val="0"/>
      <w:marBottom w:val="0"/>
      <w:divBdr>
        <w:top w:val="none" w:sz="0" w:space="0" w:color="auto"/>
        <w:left w:val="none" w:sz="0" w:space="0" w:color="auto"/>
        <w:bottom w:val="none" w:sz="0" w:space="0" w:color="auto"/>
        <w:right w:val="none" w:sz="0" w:space="0" w:color="auto"/>
      </w:divBdr>
    </w:div>
    <w:div w:id="1754617685">
      <w:bodyDiv w:val="1"/>
      <w:marLeft w:val="0"/>
      <w:marRight w:val="0"/>
      <w:marTop w:val="0"/>
      <w:marBottom w:val="0"/>
      <w:divBdr>
        <w:top w:val="none" w:sz="0" w:space="0" w:color="auto"/>
        <w:left w:val="none" w:sz="0" w:space="0" w:color="auto"/>
        <w:bottom w:val="none" w:sz="0" w:space="0" w:color="auto"/>
        <w:right w:val="none" w:sz="0" w:space="0" w:color="auto"/>
      </w:divBdr>
    </w:div>
    <w:div w:id="1754737039">
      <w:bodyDiv w:val="1"/>
      <w:marLeft w:val="0"/>
      <w:marRight w:val="0"/>
      <w:marTop w:val="0"/>
      <w:marBottom w:val="0"/>
      <w:divBdr>
        <w:top w:val="none" w:sz="0" w:space="0" w:color="auto"/>
        <w:left w:val="none" w:sz="0" w:space="0" w:color="auto"/>
        <w:bottom w:val="none" w:sz="0" w:space="0" w:color="auto"/>
        <w:right w:val="none" w:sz="0" w:space="0" w:color="auto"/>
      </w:divBdr>
    </w:div>
    <w:div w:id="1755391561">
      <w:bodyDiv w:val="1"/>
      <w:marLeft w:val="0"/>
      <w:marRight w:val="0"/>
      <w:marTop w:val="0"/>
      <w:marBottom w:val="0"/>
      <w:divBdr>
        <w:top w:val="none" w:sz="0" w:space="0" w:color="auto"/>
        <w:left w:val="none" w:sz="0" w:space="0" w:color="auto"/>
        <w:bottom w:val="none" w:sz="0" w:space="0" w:color="auto"/>
        <w:right w:val="none" w:sz="0" w:space="0" w:color="auto"/>
      </w:divBdr>
    </w:div>
    <w:div w:id="1755980391">
      <w:bodyDiv w:val="1"/>
      <w:marLeft w:val="0"/>
      <w:marRight w:val="0"/>
      <w:marTop w:val="0"/>
      <w:marBottom w:val="0"/>
      <w:divBdr>
        <w:top w:val="none" w:sz="0" w:space="0" w:color="auto"/>
        <w:left w:val="none" w:sz="0" w:space="0" w:color="auto"/>
        <w:bottom w:val="none" w:sz="0" w:space="0" w:color="auto"/>
        <w:right w:val="none" w:sz="0" w:space="0" w:color="auto"/>
      </w:divBdr>
    </w:div>
    <w:div w:id="1757049499">
      <w:bodyDiv w:val="1"/>
      <w:marLeft w:val="0"/>
      <w:marRight w:val="0"/>
      <w:marTop w:val="0"/>
      <w:marBottom w:val="0"/>
      <w:divBdr>
        <w:top w:val="none" w:sz="0" w:space="0" w:color="auto"/>
        <w:left w:val="none" w:sz="0" w:space="0" w:color="auto"/>
        <w:bottom w:val="none" w:sz="0" w:space="0" w:color="auto"/>
        <w:right w:val="none" w:sz="0" w:space="0" w:color="auto"/>
      </w:divBdr>
    </w:div>
    <w:div w:id="1757938703">
      <w:bodyDiv w:val="1"/>
      <w:marLeft w:val="0"/>
      <w:marRight w:val="0"/>
      <w:marTop w:val="0"/>
      <w:marBottom w:val="0"/>
      <w:divBdr>
        <w:top w:val="none" w:sz="0" w:space="0" w:color="auto"/>
        <w:left w:val="none" w:sz="0" w:space="0" w:color="auto"/>
        <w:bottom w:val="none" w:sz="0" w:space="0" w:color="auto"/>
        <w:right w:val="none" w:sz="0" w:space="0" w:color="auto"/>
      </w:divBdr>
    </w:div>
    <w:div w:id="1762557670">
      <w:bodyDiv w:val="1"/>
      <w:marLeft w:val="0"/>
      <w:marRight w:val="0"/>
      <w:marTop w:val="0"/>
      <w:marBottom w:val="0"/>
      <w:divBdr>
        <w:top w:val="none" w:sz="0" w:space="0" w:color="auto"/>
        <w:left w:val="none" w:sz="0" w:space="0" w:color="auto"/>
        <w:bottom w:val="none" w:sz="0" w:space="0" w:color="auto"/>
        <w:right w:val="none" w:sz="0" w:space="0" w:color="auto"/>
      </w:divBdr>
    </w:div>
    <w:div w:id="1766733209">
      <w:bodyDiv w:val="1"/>
      <w:marLeft w:val="0"/>
      <w:marRight w:val="0"/>
      <w:marTop w:val="0"/>
      <w:marBottom w:val="0"/>
      <w:divBdr>
        <w:top w:val="none" w:sz="0" w:space="0" w:color="auto"/>
        <w:left w:val="none" w:sz="0" w:space="0" w:color="auto"/>
        <w:bottom w:val="none" w:sz="0" w:space="0" w:color="auto"/>
        <w:right w:val="none" w:sz="0" w:space="0" w:color="auto"/>
      </w:divBdr>
    </w:div>
    <w:div w:id="1768309985">
      <w:bodyDiv w:val="1"/>
      <w:marLeft w:val="0"/>
      <w:marRight w:val="0"/>
      <w:marTop w:val="0"/>
      <w:marBottom w:val="0"/>
      <w:divBdr>
        <w:top w:val="none" w:sz="0" w:space="0" w:color="auto"/>
        <w:left w:val="none" w:sz="0" w:space="0" w:color="auto"/>
        <w:bottom w:val="none" w:sz="0" w:space="0" w:color="auto"/>
        <w:right w:val="none" w:sz="0" w:space="0" w:color="auto"/>
      </w:divBdr>
    </w:div>
    <w:div w:id="1774354418">
      <w:bodyDiv w:val="1"/>
      <w:marLeft w:val="0"/>
      <w:marRight w:val="0"/>
      <w:marTop w:val="0"/>
      <w:marBottom w:val="0"/>
      <w:divBdr>
        <w:top w:val="none" w:sz="0" w:space="0" w:color="auto"/>
        <w:left w:val="none" w:sz="0" w:space="0" w:color="auto"/>
        <w:bottom w:val="none" w:sz="0" w:space="0" w:color="auto"/>
        <w:right w:val="none" w:sz="0" w:space="0" w:color="auto"/>
      </w:divBdr>
    </w:div>
    <w:div w:id="1775973338">
      <w:bodyDiv w:val="1"/>
      <w:marLeft w:val="0"/>
      <w:marRight w:val="0"/>
      <w:marTop w:val="0"/>
      <w:marBottom w:val="0"/>
      <w:divBdr>
        <w:top w:val="none" w:sz="0" w:space="0" w:color="auto"/>
        <w:left w:val="none" w:sz="0" w:space="0" w:color="auto"/>
        <w:bottom w:val="none" w:sz="0" w:space="0" w:color="auto"/>
        <w:right w:val="none" w:sz="0" w:space="0" w:color="auto"/>
      </w:divBdr>
    </w:div>
    <w:div w:id="1776435400">
      <w:bodyDiv w:val="1"/>
      <w:marLeft w:val="0"/>
      <w:marRight w:val="0"/>
      <w:marTop w:val="0"/>
      <w:marBottom w:val="0"/>
      <w:divBdr>
        <w:top w:val="none" w:sz="0" w:space="0" w:color="auto"/>
        <w:left w:val="none" w:sz="0" w:space="0" w:color="auto"/>
        <w:bottom w:val="none" w:sz="0" w:space="0" w:color="auto"/>
        <w:right w:val="none" w:sz="0" w:space="0" w:color="auto"/>
      </w:divBdr>
    </w:div>
    <w:div w:id="1777168928">
      <w:bodyDiv w:val="1"/>
      <w:marLeft w:val="0"/>
      <w:marRight w:val="0"/>
      <w:marTop w:val="0"/>
      <w:marBottom w:val="0"/>
      <w:divBdr>
        <w:top w:val="none" w:sz="0" w:space="0" w:color="auto"/>
        <w:left w:val="none" w:sz="0" w:space="0" w:color="auto"/>
        <w:bottom w:val="none" w:sz="0" w:space="0" w:color="auto"/>
        <w:right w:val="none" w:sz="0" w:space="0" w:color="auto"/>
      </w:divBdr>
    </w:div>
    <w:div w:id="1779564858">
      <w:bodyDiv w:val="1"/>
      <w:marLeft w:val="0"/>
      <w:marRight w:val="0"/>
      <w:marTop w:val="0"/>
      <w:marBottom w:val="0"/>
      <w:divBdr>
        <w:top w:val="none" w:sz="0" w:space="0" w:color="auto"/>
        <w:left w:val="none" w:sz="0" w:space="0" w:color="auto"/>
        <w:bottom w:val="none" w:sz="0" w:space="0" w:color="auto"/>
        <w:right w:val="none" w:sz="0" w:space="0" w:color="auto"/>
      </w:divBdr>
    </w:div>
    <w:div w:id="1781607008">
      <w:bodyDiv w:val="1"/>
      <w:marLeft w:val="0"/>
      <w:marRight w:val="0"/>
      <w:marTop w:val="0"/>
      <w:marBottom w:val="0"/>
      <w:divBdr>
        <w:top w:val="none" w:sz="0" w:space="0" w:color="auto"/>
        <w:left w:val="none" w:sz="0" w:space="0" w:color="auto"/>
        <w:bottom w:val="none" w:sz="0" w:space="0" w:color="auto"/>
        <w:right w:val="none" w:sz="0" w:space="0" w:color="auto"/>
      </w:divBdr>
    </w:div>
    <w:div w:id="1785885653">
      <w:bodyDiv w:val="1"/>
      <w:marLeft w:val="0"/>
      <w:marRight w:val="0"/>
      <w:marTop w:val="0"/>
      <w:marBottom w:val="0"/>
      <w:divBdr>
        <w:top w:val="none" w:sz="0" w:space="0" w:color="auto"/>
        <w:left w:val="none" w:sz="0" w:space="0" w:color="auto"/>
        <w:bottom w:val="none" w:sz="0" w:space="0" w:color="auto"/>
        <w:right w:val="none" w:sz="0" w:space="0" w:color="auto"/>
      </w:divBdr>
    </w:div>
    <w:div w:id="1786466285">
      <w:bodyDiv w:val="1"/>
      <w:marLeft w:val="0"/>
      <w:marRight w:val="0"/>
      <w:marTop w:val="0"/>
      <w:marBottom w:val="0"/>
      <w:divBdr>
        <w:top w:val="none" w:sz="0" w:space="0" w:color="auto"/>
        <w:left w:val="none" w:sz="0" w:space="0" w:color="auto"/>
        <w:bottom w:val="none" w:sz="0" w:space="0" w:color="auto"/>
        <w:right w:val="none" w:sz="0" w:space="0" w:color="auto"/>
      </w:divBdr>
    </w:div>
    <w:div w:id="1786925211">
      <w:bodyDiv w:val="1"/>
      <w:marLeft w:val="0"/>
      <w:marRight w:val="0"/>
      <w:marTop w:val="0"/>
      <w:marBottom w:val="0"/>
      <w:divBdr>
        <w:top w:val="none" w:sz="0" w:space="0" w:color="auto"/>
        <w:left w:val="none" w:sz="0" w:space="0" w:color="auto"/>
        <w:bottom w:val="none" w:sz="0" w:space="0" w:color="auto"/>
        <w:right w:val="none" w:sz="0" w:space="0" w:color="auto"/>
      </w:divBdr>
    </w:div>
    <w:div w:id="1787037781">
      <w:bodyDiv w:val="1"/>
      <w:marLeft w:val="0"/>
      <w:marRight w:val="0"/>
      <w:marTop w:val="0"/>
      <w:marBottom w:val="0"/>
      <w:divBdr>
        <w:top w:val="none" w:sz="0" w:space="0" w:color="auto"/>
        <w:left w:val="none" w:sz="0" w:space="0" w:color="auto"/>
        <w:bottom w:val="none" w:sz="0" w:space="0" w:color="auto"/>
        <w:right w:val="none" w:sz="0" w:space="0" w:color="auto"/>
      </w:divBdr>
    </w:div>
    <w:div w:id="1788353752">
      <w:bodyDiv w:val="1"/>
      <w:marLeft w:val="0"/>
      <w:marRight w:val="0"/>
      <w:marTop w:val="0"/>
      <w:marBottom w:val="0"/>
      <w:divBdr>
        <w:top w:val="none" w:sz="0" w:space="0" w:color="auto"/>
        <w:left w:val="none" w:sz="0" w:space="0" w:color="auto"/>
        <w:bottom w:val="none" w:sz="0" w:space="0" w:color="auto"/>
        <w:right w:val="none" w:sz="0" w:space="0" w:color="auto"/>
      </w:divBdr>
    </w:div>
    <w:div w:id="1792045693">
      <w:bodyDiv w:val="1"/>
      <w:marLeft w:val="0"/>
      <w:marRight w:val="0"/>
      <w:marTop w:val="0"/>
      <w:marBottom w:val="0"/>
      <w:divBdr>
        <w:top w:val="none" w:sz="0" w:space="0" w:color="auto"/>
        <w:left w:val="none" w:sz="0" w:space="0" w:color="auto"/>
        <w:bottom w:val="none" w:sz="0" w:space="0" w:color="auto"/>
        <w:right w:val="none" w:sz="0" w:space="0" w:color="auto"/>
      </w:divBdr>
    </w:div>
    <w:div w:id="1792895631">
      <w:bodyDiv w:val="1"/>
      <w:marLeft w:val="0"/>
      <w:marRight w:val="0"/>
      <w:marTop w:val="0"/>
      <w:marBottom w:val="0"/>
      <w:divBdr>
        <w:top w:val="none" w:sz="0" w:space="0" w:color="auto"/>
        <w:left w:val="none" w:sz="0" w:space="0" w:color="auto"/>
        <w:bottom w:val="none" w:sz="0" w:space="0" w:color="auto"/>
        <w:right w:val="none" w:sz="0" w:space="0" w:color="auto"/>
      </w:divBdr>
    </w:div>
    <w:div w:id="1793359190">
      <w:bodyDiv w:val="1"/>
      <w:marLeft w:val="0"/>
      <w:marRight w:val="0"/>
      <w:marTop w:val="0"/>
      <w:marBottom w:val="0"/>
      <w:divBdr>
        <w:top w:val="none" w:sz="0" w:space="0" w:color="auto"/>
        <w:left w:val="none" w:sz="0" w:space="0" w:color="auto"/>
        <w:bottom w:val="none" w:sz="0" w:space="0" w:color="auto"/>
        <w:right w:val="none" w:sz="0" w:space="0" w:color="auto"/>
      </w:divBdr>
    </w:div>
    <w:div w:id="1795173769">
      <w:bodyDiv w:val="1"/>
      <w:marLeft w:val="0"/>
      <w:marRight w:val="0"/>
      <w:marTop w:val="0"/>
      <w:marBottom w:val="0"/>
      <w:divBdr>
        <w:top w:val="none" w:sz="0" w:space="0" w:color="auto"/>
        <w:left w:val="none" w:sz="0" w:space="0" w:color="auto"/>
        <w:bottom w:val="none" w:sz="0" w:space="0" w:color="auto"/>
        <w:right w:val="none" w:sz="0" w:space="0" w:color="auto"/>
      </w:divBdr>
    </w:div>
    <w:div w:id="1796749374">
      <w:bodyDiv w:val="1"/>
      <w:marLeft w:val="0"/>
      <w:marRight w:val="0"/>
      <w:marTop w:val="0"/>
      <w:marBottom w:val="0"/>
      <w:divBdr>
        <w:top w:val="none" w:sz="0" w:space="0" w:color="auto"/>
        <w:left w:val="none" w:sz="0" w:space="0" w:color="auto"/>
        <w:bottom w:val="none" w:sz="0" w:space="0" w:color="auto"/>
        <w:right w:val="none" w:sz="0" w:space="0" w:color="auto"/>
      </w:divBdr>
    </w:div>
    <w:div w:id="1798260747">
      <w:bodyDiv w:val="1"/>
      <w:marLeft w:val="0"/>
      <w:marRight w:val="0"/>
      <w:marTop w:val="0"/>
      <w:marBottom w:val="0"/>
      <w:divBdr>
        <w:top w:val="none" w:sz="0" w:space="0" w:color="auto"/>
        <w:left w:val="none" w:sz="0" w:space="0" w:color="auto"/>
        <w:bottom w:val="none" w:sz="0" w:space="0" w:color="auto"/>
        <w:right w:val="none" w:sz="0" w:space="0" w:color="auto"/>
      </w:divBdr>
    </w:div>
    <w:div w:id="1798334280">
      <w:bodyDiv w:val="1"/>
      <w:marLeft w:val="0"/>
      <w:marRight w:val="0"/>
      <w:marTop w:val="0"/>
      <w:marBottom w:val="0"/>
      <w:divBdr>
        <w:top w:val="none" w:sz="0" w:space="0" w:color="auto"/>
        <w:left w:val="none" w:sz="0" w:space="0" w:color="auto"/>
        <w:bottom w:val="none" w:sz="0" w:space="0" w:color="auto"/>
        <w:right w:val="none" w:sz="0" w:space="0" w:color="auto"/>
      </w:divBdr>
    </w:div>
    <w:div w:id="1802385102">
      <w:bodyDiv w:val="1"/>
      <w:marLeft w:val="0"/>
      <w:marRight w:val="0"/>
      <w:marTop w:val="0"/>
      <w:marBottom w:val="0"/>
      <w:divBdr>
        <w:top w:val="none" w:sz="0" w:space="0" w:color="auto"/>
        <w:left w:val="none" w:sz="0" w:space="0" w:color="auto"/>
        <w:bottom w:val="none" w:sz="0" w:space="0" w:color="auto"/>
        <w:right w:val="none" w:sz="0" w:space="0" w:color="auto"/>
      </w:divBdr>
    </w:div>
    <w:div w:id="1803302914">
      <w:bodyDiv w:val="1"/>
      <w:marLeft w:val="0"/>
      <w:marRight w:val="0"/>
      <w:marTop w:val="0"/>
      <w:marBottom w:val="0"/>
      <w:divBdr>
        <w:top w:val="none" w:sz="0" w:space="0" w:color="auto"/>
        <w:left w:val="none" w:sz="0" w:space="0" w:color="auto"/>
        <w:bottom w:val="none" w:sz="0" w:space="0" w:color="auto"/>
        <w:right w:val="none" w:sz="0" w:space="0" w:color="auto"/>
      </w:divBdr>
    </w:div>
    <w:div w:id="1804037308">
      <w:bodyDiv w:val="1"/>
      <w:marLeft w:val="0"/>
      <w:marRight w:val="0"/>
      <w:marTop w:val="0"/>
      <w:marBottom w:val="0"/>
      <w:divBdr>
        <w:top w:val="none" w:sz="0" w:space="0" w:color="auto"/>
        <w:left w:val="none" w:sz="0" w:space="0" w:color="auto"/>
        <w:bottom w:val="none" w:sz="0" w:space="0" w:color="auto"/>
        <w:right w:val="none" w:sz="0" w:space="0" w:color="auto"/>
      </w:divBdr>
    </w:div>
    <w:div w:id="1805544442">
      <w:bodyDiv w:val="1"/>
      <w:marLeft w:val="0"/>
      <w:marRight w:val="0"/>
      <w:marTop w:val="0"/>
      <w:marBottom w:val="0"/>
      <w:divBdr>
        <w:top w:val="none" w:sz="0" w:space="0" w:color="auto"/>
        <w:left w:val="none" w:sz="0" w:space="0" w:color="auto"/>
        <w:bottom w:val="none" w:sz="0" w:space="0" w:color="auto"/>
        <w:right w:val="none" w:sz="0" w:space="0" w:color="auto"/>
      </w:divBdr>
    </w:div>
    <w:div w:id="1813670932">
      <w:bodyDiv w:val="1"/>
      <w:marLeft w:val="0"/>
      <w:marRight w:val="0"/>
      <w:marTop w:val="0"/>
      <w:marBottom w:val="0"/>
      <w:divBdr>
        <w:top w:val="none" w:sz="0" w:space="0" w:color="auto"/>
        <w:left w:val="none" w:sz="0" w:space="0" w:color="auto"/>
        <w:bottom w:val="none" w:sz="0" w:space="0" w:color="auto"/>
        <w:right w:val="none" w:sz="0" w:space="0" w:color="auto"/>
      </w:divBdr>
    </w:div>
    <w:div w:id="1813794299">
      <w:bodyDiv w:val="1"/>
      <w:marLeft w:val="0"/>
      <w:marRight w:val="0"/>
      <w:marTop w:val="0"/>
      <w:marBottom w:val="0"/>
      <w:divBdr>
        <w:top w:val="none" w:sz="0" w:space="0" w:color="auto"/>
        <w:left w:val="none" w:sz="0" w:space="0" w:color="auto"/>
        <w:bottom w:val="none" w:sz="0" w:space="0" w:color="auto"/>
        <w:right w:val="none" w:sz="0" w:space="0" w:color="auto"/>
      </w:divBdr>
    </w:div>
    <w:div w:id="1814591070">
      <w:bodyDiv w:val="1"/>
      <w:marLeft w:val="0"/>
      <w:marRight w:val="0"/>
      <w:marTop w:val="0"/>
      <w:marBottom w:val="0"/>
      <w:divBdr>
        <w:top w:val="none" w:sz="0" w:space="0" w:color="auto"/>
        <w:left w:val="none" w:sz="0" w:space="0" w:color="auto"/>
        <w:bottom w:val="none" w:sz="0" w:space="0" w:color="auto"/>
        <w:right w:val="none" w:sz="0" w:space="0" w:color="auto"/>
      </w:divBdr>
    </w:div>
    <w:div w:id="1815831429">
      <w:bodyDiv w:val="1"/>
      <w:marLeft w:val="0"/>
      <w:marRight w:val="0"/>
      <w:marTop w:val="0"/>
      <w:marBottom w:val="0"/>
      <w:divBdr>
        <w:top w:val="none" w:sz="0" w:space="0" w:color="auto"/>
        <w:left w:val="none" w:sz="0" w:space="0" w:color="auto"/>
        <w:bottom w:val="none" w:sz="0" w:space="0" w:color="auto"/>
        <w:right w:val="none" w:sz="0" w:space="0" w:color="auto"/>
      </w:divBdr>
    </w:div>
    <w:div w:id="1816020923">
      <w:bodyDiv w:val="1"/>
      <w:marLeft w:val="0"/>
      <w:marRight w:val="0"/>
      <w:marTop w:val="0"/>
      <w:marBottom w:val="0"/>
      <w:divBdr>
        <w:top w:val="none" w:sz="0" w:space="0" w:color="auto"/>
        <w:left w:val="none" w:sz="0" w:space="0" w:color="auto"/>
        <w:bottom w:val="none" w:sz="0" w:space="0" w:color="auto"/>
        <w:right w:val="none" w:sz="0" w:space="0" w:color="auto"/>
      </w:divBdr>
    </w:div>
    <w:div w:id="1816875890">
      <w:bodyDiv w:val="1"/>
      <w:marLeft w:val="0"/>
      <w:marRight w:val="0"/>
      <w:marTop w:val="0"/>
      <w:marBottom w:val="0"/>
      <w:divBdr>
        <w:top w:val="none" w:sz="0" w:space="0" w:color="auto"/>
        <w:left w:val="none" w:sz="0" w:space="0" w:color="auto"/>
        <w:bottom w:val="none" w:sz="0" w:space="0" w:color="auto"/>
        <w:right w:val="none" w:sz="0" w:space="0" w:color="auto"/>
      </w:divBdr>
    </w:div>
    <w:div w:id="1818691516">
      <w:bodyDiv w:val="1"/>
      <w:marLeft w:val="0"/>
      <w:marRight w:val="0"/>
      <w:marTop w:val="0"/>
      <w:marBottom w:val="0"/>
      <w:divBdr>
        <w:top w:val="none" w:sz="0" w:space="0" w:color="auto"/>
        <w:left w:val="none" w:sz="0" w:space="0" w:color="auto"/>
        <w:bottom w:val="none" w:sz="0" w:space="0" w:color="auto"/>
        <w:right w:val="none" w:sz="0" w:space="0" w:color="auto"/>
      </w:divBdr>
    </w:div>
    <w:div w:id="1825848554">
      <w:bodyDiv w:val="1"/>
      <w:marLeft w:val="0"/>
      <w:marRight w:val="0"/>
      <w:marTop w:val="0"/>
      <w:marBottom w:val="0"/>
      <w:divBdr>
        <w:top w:val="none" w:sz="0" w:space="0" w:color="auto"/>
        <w:left w:val="none" w:sz="0" w:space="0" w:color="auto"/>
        <w:bottom w:val="none" w:sz="0" w:space="0" w:color="auto"/>
        <w:right w:val="none" w:sz="0" w:space="0" w:color="auto"/>
      </w:divBdr>
    </w:div>
    <w:div w:id="1826050579">
      <w:bodyDiv w:val="1"/>
      <w:marLeft w:val="0"/>
      <w:marRight w:val="0"/>
      <w:marTop w:val="0"/>
      <w:marBottom w:val="0"/>
      <w:divBdr>
        <w:top w:val="none" w:sz="0" w:space="0" w:color="auto"/>
        <w:left w:val="none" w:sz="0" w:space="0" w:color="auto"/>
        <w:bottom w:val="none" w:sz="0" w:space="0" w:color="auto"/>
        <w:right w:val="none" w:sz="0" w:space="0" w:color="auto"/>
      </w:divBdr>
    </w:div>
    <w:div w:id="1829981858">
      <w:bodyDiv w:val="1"/>
      <w:marLeft w:val="0"/>
      <w:marRight w:val="0"/>
      <w:marTop w:val="0"/>
      <w:marBottom w:val="0"/>
      <w:divBdr>
        <w:top w:val="none" w:sz="0" w:space="0" w:color="auto"/>
        <w:left w:val="none" w:sz="0" w:space="0" w:color="auto"/>
        <w:bottom w:val="none" w:sz="0" w:space="0" w:color="auto"/>
        <w:right w:val="none" w:sz="0" w:space="0" w:color="auto"/>
      </w:divBdr>
    </w:div>
    <w:div w:id="1831094088">
      <w:bodyDiv w:val="1"/>
      <w:marLeft w:val="0"/>
      <w:marRight w:val="0"/>
      <w:marTop w:val="0"/>
      <w:marBottom w:val="0"/>
      <w:divBdr>
        <w:top w:val="none" w:sz="0" w:space="0" w:color="auto"/>
        <w:left w:val="none" w:sz="0" w:space="0" w:color="auto"/>
        <w:bottom w:val="none" w:sz="0" w:space="0" w:color="auto"/>
        <w:right w:val="none" w:sz="0" w:space="0" w:color="auto"/>
      </w:divBdr>
    </w:div>
    <w:div w:id="1832745431">
      <w:bodyDiv w:val="1"/>
      <w:marLeft w:val="0"/>
      <w:marRight w:val="0"/>
      <w:marTop w:val="0"/>
      <w:marBottom w:val="0"/>
      <w:divBdr>
        <w:top w:val="none" w:sz="0" w:space="0" w:color="auto"/>
        <w:left w:val="none" w:sz="0" w:space="0" w:color="auto"/>
        <w:bottom w:val="none" w:sz="0" w:space="0" w:color="auto"/>
        <w:right w:val="none" w:sz="0" w:space="0" w:color="auto"/>
      </w:divBdr>
    </w:div>
    <w:div w:id="1834098957">
      <w:bodyDiv w:val="1"/>
      <w:marLeft w:val="0"/>
      <w:marRight w:val="0"/>
      <w:marTop w:val="0"/>
      <w:marBottom w:val="0"/>
      <w:divBdr>
        <w:top w:val="none" w:sz="0" w:space="0" w:color="auto"/>
        <w:left w:val="none" w:sz="0" w:space="0" w:color="auto"/>
        <w:bottom w:val="none" w:sz="0" w:space="0" w:color="auto"/>
        <w:right w:val="none" w:sz="0" w:space="0" w:color="auto"/>
      </w:divBdr>
    </w:div>
    <w:div w:id="1834638022">
      <w:bodyDiv w:val="1"/>
      <w:marLeft w:val="0"/>
      <w:marRight w:val="0"/>
      <w:marTop w:val="0"/>
      <w:marBottom w:val="0"/>
      <w:divBdr>
        <w:top w:val="none" w:sz="0" w:space="0" w:color="auto"/>
        <w:left w:val="none" w:sz="0" w:space="0" w:color="auto"/>
        <w:bottom w:val="none" w:sz="0" w:space="0" w:color="auto"/>
        <w:right w:val="none" w:sz="0" w:space="0" w:color="auto"/>
      </w:divBdr>
    </w:div>
    <w:div w:id="1834761687">
      <w:bodyDiv w:val="1"/>
      <w:marLeft w:val="0"/>
      <w:marRight w:val="0"/>
      <w:marTop w:val="0"/>
      <w:marBottom w:val="0"/>
      <w:divBdr>
        <w:top w:val="none" w:sz="0" w:space="0" w:color="auto"/>
        <w:left w:val="none" w:sz="0" w:space="0" w:color="auto"/>
        <w:bottom w:val="none" w:sz="0" w:space="0" w:color="auto"/>
        <w:right w:val="none" w:sz="0" w:space="0" w:color="auto"/>
      </w:divBdr>
    </w:div>
    <w:div w:id="1836726590">
      <w:bodyDiv w:val="1"/>
      <w:marLeft w:val="0"/>
      <w:marRight w:val="0"/>
      <w:marTop w:val="0"/>
      <w:marBottom w:val="0"/>
      <w:divBdr>
        <w:top w:val="none" w:sz="0" w:space="0" w:color="auto"/>
        <w:left w:val="none" w:sz="0" w:space="0" w:color="auto"/>
        <w:bottom w:val="none" w:sz="0" w:space="0" w:color="auto"/>
        <w:right w:val="none" w:sz="0" w:space="0" w:color="auto"/>
      </w:divBdr>
    </w:div>
    <w:div w:id="1843154570">
      <w:bodyDiv w:val="1"/>
      <w:marLeft w:val="0"/>
      <w:marRight w:val="0"/>
      <w:marTop w:val="0"/>
      <w:marBottom w:val="0"/>
      <w:divBdr>
        <w:top w:val="none" w:sz="0" w:space="0" w:color="auto"/>
        <w:left w:val="none" w:sz="0" w:space="0" w:color="auto"/>
        <w:bottom w:val="none" w:sz="0" w:space="0" w:color="auto"/>
        <w:right w:val="none" w:sz="0" w:space="0" w:color="auto"/>
      </w:divBdr>
    </w:div>
    <w:div w:id="1847161679">
      <w:bodyDiv w:val="1"/>
      <w:marLeft w:val="0"/>
      <w:marRight w:val="0"/>
      <w:marTop w:val="0"/>
      <w:marBottom w:val="0"/>
      <w:divBdr>
        <w:top w:val="none" w:sz="0" w:space="0" w:color="auto"/>
        <w:left w:val="none" w:sz="0" w:space="0" w:color="auto"/>
        <w:bottom w:val="none" w:sz="0" w:space="0" w:color="auto"/>
        <w:right w:val="none" w:sz="0" w:space="0" w:color="auto"/>
      </w:divBdr>
    </w:div>
    <w:div w:id="1847331266">
      <w:bodyDiv w:val="1"/>
      <w:marLeft w:val="0"/>
      <w:marRight w:val="0"/>
      <w:marTop w:val="0"/>
      <w:marBottom w:val="0"/>
      <w:divBdr>
        <w:top w:val="none" w:sz="0" w:space="0" w:color="auto"/>
        <w:left w:val="none" w:sz="0" w:space="0" w:color="auto"/>
        <w:bottom w:val="none" w:sz="0" w:space="0" w:color="auto"/>
        <w:right w:val="none" w:sz="0" w:space="0" w:color="auto"/>
      </w:divBdr>
    </w:div>
    <w:div w:id="1847399093">
      <w:bodyDiv w:val="1"/>
      <w:marLeft w:val="0"/>
      <w:marRight w:val="0"/>
      <w:marTop w:val="0"/>
      <w:marBottom w:val="0"/>
      <w:divBdr>
        <w:top w:val="none" w:sz="0" w:space="0" w:color="auto"/>
        <w:left w:val="none" w:sz="0" w:space="0" w:color="auto"/>
        <w:bottom w:val="none" w:sz="0" w:space="0" w:color="auto"/>
        <w:right w:val="none" w:sz="0" w:space="0" w:color="auto"/>
      </w:divBdr>
    </w:div>
    <w:div w:id="1850488479">
      <w:bodyDiv w:val="1"/>
      <w:marLeft w:val="0"/>
      <w:marRight w:val="0"/>
      <w:marTop w:val="0"/>
      <w:marBottom w:val="0"/>
      <w:divBdr>
        <w:top w:val="none" w:sz="0" w:space="0" w:color="auto"/>
        <w:left w:val="none" w:sz="0" w:space="0" w:color="auto"/>
        <w:bottom w:val="none" w:sz="0" w:space="0" w:color="auto"/>
        <w:right w:val="none" w:sz="0" w:space="0" w:color="auto"/>
      </w:divBdr>
    </w:div>
    <w:div w:id="1850943278">
      <w:bodyDiv w:val="1"/>
      <w:marLeft w:val="0"/>
      <w:marRight w:val="0"/>
      <w:marTop w:val="0"/>
      <w:marBottom w:val="0"/>
      <w:divBdr>
        <w:top w:val="none" w:sz="0" w:space="0" w:color="auto"/>
        <w:left w:val="none" w:sz="0" w:space="0" w:color="auto"/>
        <w:bottom w:val="none" w:sz="0" w:space="0" w:color="auto"/>
        <w:right w:val="none" w:sz="0" w:space="0" w:color="auto"/>
      </w:divBdr>
    </w:div>
    <w:div w:id="1852334285">
      <w:bodyDiv w:val="1"/>
      <w:marLeft w:val="0"/>
      <w:marRight w:val="0"/>
      <w:marTop w:val="0"/>
      <w:marBottom w:val="0"/>
      <w:divBdr>
        <w:top w:val="none" w:sz="0" w:space="0" w:color="auto"/>
        <w:left w:val="none" w:sz="0" w:space="0" w:color="auto"/>
        <w:bottom w:val="none" w:sz="0" w:space="0" w:color="auto"/>
        <w:right w:val="none" w:sz="0" w:space="0" w:color="auto"/>
      </w:divBdr>
    </w:div>
    <w:div w:id="1854416613">
      <w:bodyDiv w:val="1"/>
      <w:marLeft w:val="0"/>
      <w:marRight w:val="0"/>
      <w:marTop w:val="0"/>
      <w:marBottom w:val="0"/>
      <w:divBdr>
        <w:top w:val="none" w:sz="0" w:space="0" w:color="auto"/>
        <w:left w:val="none" w:sz="0" w:space="0" w:color="auto"/>
        <w:bottom w:val="none" w:sz="0" w:space="0" w:color="auto"/>
        <w:right w:val="none" w:sz="0" w:space="0" w:color="auto"/>
      </w:divBdr>
    </w:div>
    <w:div w:id="1855613698">
      <w:bodyDiv w:val="1"/>
      <w:marLeft w:val="0"/>
      <w:marRight w:val="0"/>
      <w:marTop w:val="0"/>
      <w:marBottom w:val="0"/>
      <w:divBdr>
        <w:top w:val="none" w:sz="0" w:space="0" w:color="auto"/>
        <w:left w:val="none" w:sz="0" w:space="0" w:color="auto"/>
        <w:bottom w:val="none" w:sz="0" w:space="0" w:color="auto"/>
        <w:right w:val="none" w:sz="0" w:space="0" w:color="auto"/>
      </w:divBdr>
    </w:div>
    <w:div w:id="1856071661">
      <w:bodyDiv w:val="1"/>
      <w:marLeft w:val="0"/>
      <w:marRight w:val="0"/>
      <w:marTop w:val="0"/>
      <w:marBottom w:val="0"/>
      <w:divBdr>
        <w:top w:val="none" w:sz="0" w:space="0" w:color="auto"/>
        <w:left w:val="none" w:sz="0" w:space="0" w:color="auto"/>
        <w:bottom w:val="none" w:sz="0" w:space="0" w:color="auto"/>
        <w:right w:val="none" w:sz="0" w:space="0" w:color="auto"/>
      </w:divBdr>
    </w:div>
    <w:div w:id="1857185044">
      <w:bodyDiv w:val="1"/>
      <w:marLeft w:val="0"/>
      <w:marRight w:val="0"/>
      <w:marTop w:val="0"/>
      <w:marBottom w:val="0"/>
      <w:divBdr>
        <w:top w:val="none" w:sz="0" w:space="0" w:color="auto"/>
        <w:left w:val="none" w:sz="0" w:space="0" w:color="auto"/>
        <w:bottom w:val="none" w:sz="0" w:space="0" w:color="auto"/>
        <w:right w:val="none" w:sz="0" w:space="0" w:color="auto"/>
      </w:divBdr>
    </w:div>
    <w:div w:id="1858694511">
      <w:bodyDiv w:val="1"/>
      <w:marLeft w:val="0"/>
      <w:marRight w:val="0"/>
      <w:marTop w:val="0"/>
      <w:marBottom w:val="0"/>
      <w:divBdr>
        <w:top w:val="none" w:sz="0" w:space="0" w:color="auto"/>
        <w:left w:val="none" w:sz="0" w:space="0" w:color="auto"/>
        <w:bottom w:val="none" w:sz="0" w:space="0" w:color="auto"/>
        <w:right w:val="none" w:sz="0" w:space="0" w:color="auto"/>
      </w:divBdr>
    </w:div>
    <w:div w:id="1859388053">
      <w:bodyDiv w:val="1"/>
      <w:marLeft w:val="0"/>
      <w:marRight w:val="0"/>
      <w:marTop w:val="0"/>
      <w:marBottom w:val="0"/>
      <w:divBdr>
        <w:top w:val="none" w:sz="0" w:space="0" w:color="auto"/>
        <w:left w:val="none" w:sz="0" w:space="0" w:color="auto"/>
        <w:bottom w:val="none" w:sz="0" w:space="0" w:color="auto"/>
        <w:right w:val="none" w:sz="0" w:space="0" w:color="auto"/>
      </w:divBdr>
    </w:div>
    <w:div w:id="1860972620">
      <w:bodyDiv w:val="1"/>
      <w:marLeft w:val="0"/>
      <w:marRight w:val="0"/>
      <w:marTop w:val="0"/>
      <w:marBottom w:val="0"/>
      <w:divBdr>
        <w:top w:val="none" w:sz="0" w:space="0" w:color="auto"/>
        <w:left w:val="none" w:sz="0" w:space="0" w:color="auto"/>
        <w:bottom w:val="none" w:sz="0" w:space="0" w:color="auto"/>
        <w:right w:val="none" w:sz="0" w:space="0" w:color="auto"/>
      </w:divBdr>
    </w:div>
    <w:div w:id="1861582076">
      <w:bodyDiv w:val="1"/>
      <w:marLeft w:val="0"/>
      <w:marRight w:val="0"/>
      <w:marTop w:val="0"/>
      <w:marBottom w:val="0"/>
      <w:divBdr>
        <w:top w:val="none" w:sz="0" w:space="0" w:color="auto"/>
        <w:left w:val="none" w:sz="0" w:space="0" w:color="auto"/>
        <w:bottom w:val="none" w:sz="0" w:space="0" w:color="auto"/>
        <w:right w:val="none" w:sz="0" w:space="0" w:color="auto"/>
      </w:divBdr>
    </w:div>
    <w:div w:id="1861697496">
      <w:bodyDiv w:val="1"/>
      <w:marLeft w:val="0"/>
      <w:marRight w:val="0"/>
      <w:marTop w:val="0"/>
      <w:marBottom w:val="0"/>
      <w:divBdr>
        <w:top w:val="none" w:sz="0" w:space="0" w:color="auto"/>
        <w:left w:val="none" w:sz="0" w:space="0" w:color="auto"/>
        <w:bottom w:val="none" w:sz="0" w:space="0" w:color="auto"/>
        <w:right w:val="none" w:sz="0" w:space="0" w:color="auto"/>
      </w:divBdr>
    </w:div>
    <w:div w:id="1867449441">
      <w:bodyDiv w:val="1"/>
      <w:marLeft w:val="0"/>
      <w:marRight w:val="0"/>
      <w:marTop w:val="0"/>
      <w:marBottom w:val="0"/>
      <w:divBdr>
        <w:top w:val="none" w:sz="0" w:space="0" w:color="auto"/>
        <w:left w:val="none" w:sz="0" w:space="0" w:color="auto"/>
        <w:bottom w:val="none" w:sz="0" w:space="0" w:color="auto"/>
        <w:right w:val="none" w:sz="0" w:space="0" w:color="auto"/>
      </w:divBdr>
    </w:div>
    <w:div w:id="1868130953">
      <w:bodyDiv w:val="1"/>
      <w:marLeft w:val="0"/>
      <w:marRight w:val="0"/>
      <w:marTop w:val="0"/>
      <w:marBottom w:val="0"/>
      <w:divBdr>
        <w:top w:val="none" w:sz="0" w:space="0" w:color="auto"/>
        <w:left w:val="none" w:sz="0" w:space="0" w:color="auto"/>
        <w:bottom w:val="none" w:sz="0" w:space="0" w:color="auto"/>
        <w:right w:val="none" w:sz="0" w:space="0" w:color="auto"/>
      </w:divBdr>
    </w:div>
    <w:div w:id="1868636961">
      <w:bodyDiv w:val="1"/>
      <w:marLeft w:val="0"/>
      <w:marRight w:val="0"/>
      <w:marTop w:val="0"/>
      <w:marBottom w:val="0"/>
      <w:divBdr>
        <w:top w:val="none" w:sz="0" w:space="0" w:color="auto"/>
        <w:left w:val="none" w:sz="0" w:space="0" w:color="auto"/>
        <w:bottom w:val="none" w:sz="0" w:space="0" w:color="auto"/>
        <w:right w:val="none" w:sz="0" w:space="0" w:color="auto"/>
      </w:divBdr>
    </w:div>
    <w:div w:id="1871142914">
      <w:bodyDiv w:val="1"/>
      <w:marLeft w:val="0"/>
      <w:marRight w:val="0"/>
      <w:marTop w:val="0"/>
      <w:marBottom w:val="0"/>
      <w:divBdr>
        <w:top w:val="none" w:sz="0" w:space="0" w:color="auto"/>
        <w:left w:val="none" w:sz="0" w:space="0" w:color="auto"/>
        <w:bottom w:val="none" w:sz="0" w:space="0" w:color="auto"/>
        <w:right w:val="none" w:sz="0" w:space="0" w:color="auto"/>
      </w:divBdr>
    </w:div>
    <w:div w:id="1873033221">
      <w:bodyDiv w:val="1"/>
      <w:marLeft w:val="0"/>
      <w:marRight w:val="0"/>
      <w:marTop w:val="0"/>
      <w:marBottom w:val="0"/>
      <w:divBdr>
        <w:top w:val="none" w:sz="0" w:space="0" w:color="auto"/>
        <w:left w:val="none" w:sz="0" w:space="0" w:color="auto"/>
        <w:bottom w:val="none" w:sz="0" w:space="0" w:color="auto"/>
        <w:right w:val="none" w:sz="0" w:space="0" w:color="auto"/>
      </w:divBdr>
    </w:div>
    <w:div w:id="1874420853">
      <w:bodyDiv w:val="1"/>
      <w:marLeft w:val="0"/>
      <w:marRight w:val="0"/>
      <w:marTop w:val="0"/>
      <w:marBottom w:val="0"/>
      <w:divBdr>
        <w:top w:val="none" w:sz="0" w:space="0" w:color="auto"/>
        <w:left w:val="none" w:sz="0" w:space="0" w:color="auto"/>
        <w:bottom w:val="none" w:sz="0" w:space="0" w:color="auto"/>
        <w:right w:val="none" w:sz="0" w:space="0" w:color="auto"/>
      </w:divBdr>
    </w:div>
    <w:div w:id="1875118935">
      <w:bodyDiv w:val="1"/>
      <w:marLeft w:val="0"/>
      <w:marRight w:val="0"/>
      <w:marTop w:val="0"/>
      <w:marBottom w:val="0"/>
      <w:divBdr>
        <w:top w:val="none" w:sz="0" w:space="0" w:color="auto"/>
        <w:left w:val="none" w:sz="0" w:space="0" w:color="auto"/>
        <w:bottom w:val="none" w:sz="0" w:space="0" w:color="auto"/>
        <w:right w:val="none" w:sz="0" w:space="0" w:color="auto"/>
      </w:divBdr>
    </w:div>
    <w:div w:id="1875146194">
      <w:bodyDiv w:val="1"/>
      <w:marLeft w:val="0"/>
      <w:marRight w:val="0"/>
      <w:marTop w:val="0"/>
      <w:marBottom w:val="0"/>
      <w:divBdr>
        <w:top w:val="none" w:sz="0" w:space="0" w:color="auto"/>
        <w:left w:val="none" w:sz="0" w:space="0" w:color="auto"/>
        <w:bottom w:val="none" w:sz="0" w:space="0" w:color="auto"/>
        <w:right w:val="none" w:sz="0" w:space="0" w:color="auto"/>
      </w:divBdr>
    </w:div>
    <w:div w:id="1877041555">
      <w:bodyDiv w:val="1"/>
      <w:marLeft w:val="0"/>
      <w:marRight w:val="0"/>
      <w:marTop w:val="0"/>
      <w:marBottom w:val="0"/>
      <w:divBdr>
        <w:top w:val="none" w:sz="0" w:space="0" w:color="auto"/>
        <w:left w:val="none" w:sz="0" w:space="0" w:color="auto"/>
        <w:bottom w:val="none" w:sz="0" w:space="0" w:color="auto"/>
        <w:right w:val="none" w:sz="0" w:space="0" w:color="auto"/>
      </w:divBdr>
    </w:div>
    <w:div w:id="1877429963">
      <w:bodyDiv w:val="1"/>
      <w:marLeft w:val="0"/>
      <w:marRight w:val="0"/>
      <w:marTop w:val="0"/>
      <w:marBottom w:val="0"/>
      <w:divBdr>
        <w:top w:val="none" w:sz="0" w:space="0" w:color="auto"/>
        <w:left w:val="none" w:sz="0" w:space="0" w:color="auto"/>
        <w:bottom w:val="none" w:sz="0" w:space="0" w:color="auto"/>
        <w:right w:val="none" w:sz="0" w:space="0" w:color="auto"/>
      </w:divBdr>
    </w:div>
    <w:div w:id="1878198757">
      <w:bodyDiv w:val="1"/>
      <w:marLeft w:val="0"/>
      <w:marRight w:val="0"/>
      <w:marTop w:val="0"/>
      <w:marBottom w:val="0"/>
      <w:divBdr>
        <w:top w:val="none" w:sz="0" w:space="0" w:color="auto"/>
        <w:left w:val="none" w:sz="0" w:space="0" w:color="auto"/>
        <w:bottom w:val="none" w:sz="0" w:space="0" w:color="auto"/>
        <w:right w:val="none" w:sz="0" w:space="0" w:color="auto"/>
      </w:divBdr>
    </w:div>
    <w:div w:id="1878349891">
      <w:bodyDiv w:val="1"/>
      <w:marLeft w:val="0"/>
      <w:marRight w:val="0"/>
      <w:marTop w:val="0"/>
      <w:marBottom w:val="0"/>
      <w:divBdr>
        <w:top w:val="none" w:sz="0" w:space="0" w:color="auto"/>
        <w:left w:val="none" w:sz="0" w:space="0" w:color="auto"/>
        <w:bottom w:val="none" w:sz="0" w:space="0" w:color="auto"/>
        <w:right w:val="none" w:sz="0" w:space="0" w:color="auto"/>
      </w:divBdr>
    </w:div>
    <w:div w:id="1879388940">
      <w:bodyDiv w:val="1"/>
      <w:marLeft w:val="0"/>
      <w:marRight w:val="0"/>
      <w:marTop w:val="0"/>
      <w:marBottom w:val="0"/>
      <w:divBdr>
        <w:top w:val="none" w:sz="0" w:space="0" w:color="auto"/>
        <w:left w:val="none" w:sz="0" w:space="0" w:color="auto"/>
        <w:bottom w:val="none" w:sz="0" w:space="0" w:color="auto"/>
        <w:right w:val="none" w:sz="0" w:space="0" w:color="auto"/>
      </w:divBdr>
    </w:div>
    <w:div w:id="1881355905">
      <w:bodyDiv w:val="1"/>
      <w:marLeft w:val="0"/>
      <w:marRight w:val="0"/>
      <w:marTop w:val="0"/>
      <w:marBottom w:val="0"/>
      <w:divBdr>
        <w:top w:val="none" w:sz="0" w:space="0" w:color="auto"/>
        <w:left w:val="none" w:sz="0" w:space="0" w:color="auto"/>
        <w:bottom w:val="none" w:sz="0" w:space="0" w:color="auto"/>
        <w:right w:val="none" w:sz="0" w:space="0" w:color="auto"/>
      </w:divBdr>
    </w:div>
    <w:div w:id="1884827083">
      <w:bodyDiv w:val="1"/>
      <w:marLeft w:val="0"/>
      <w:marRight w:val="0"/>
      <w:marTop w:val="0"/>
      <w:marBottom w:val="0"/>
      <w:divBdr>
        <w:top w:val="none" w:sz="0" w:space="0" w:color="auto"/>
        <w:left w:val="none" w:sz="0" w:space="0" w:color="auto"/>
        <w:bottom w:val="none" w:sz="0" w:space="0" w:color="auto"/>
        <w:right w:val="none" w:sz="0" w:space="0" w:color="auto"/>
      </w:divBdr>
    </w:div>
    <w:div w:id="1885021696">
      <w:bodyDiv w:val="1"/>
      <w:marLeft w:val="0"/>
      <w:marRight w:val="0"/>
      <w:marTop w:val="0"/>
      <w:marBottom w:val="0"/>
      <w:divBdr>
        <w:top w:val="none" w:sz="0" w:space="0" w:color="auto"/>
        <w:left w:val="none" w:sz="0" w:space="0" w:color="auto"/>
        <w:bottom w:val="none" w:sz="0" w:space="0" w:color="auto"/>
        <w:right w:val="none" w:sz="0" w:space="0" w:color="auto"/>
      </w:divBdr>
    </w:div>
    <w:div w:id="1885870631">
      <w:bodyDiv w:val="1"/>
      <w:marLeft w:val="0"/>
      <w:marRight w:val="0"/>
      <w:marTop w:val="0"/>
      <w:marBottom w:val="0"/>
      <w:divBdr>
        <w:top w:val="none" w:sz="0" w:space="0" w:color="auto"/>
        <w:left w:val="none" w:sz="0" w:space="0" w:color="auto"/>
        <w:bottom w:val="none" w:sz="0" w:space="0" w:color="auto"/>
        <w:right w:val="none" w:sz="0" w:space="0" w:color="auto"/>
      </w:divBdr>
    </w:div>
    <w:div w:id="1886477941">
      <w:bodyDiv w:val="1"/>
      <w:marLeft w:val="0"/>
      <w:marRight w:val="0"/>
      <w:marTop w:val="0"/>
      <w:marBottom w:val="0"/>
      <w:divBdr>
        <w:top w:val="none" w:sz="0" w:space="0" w:color="auto"/>
        <w:left w:val="none" w:sz="0" w:space="0" w:color="auto"/>
        <w:bottom w:val="none" w:sz="0" w:space="0" w:color="auto"/>
        <w:right w:val="none" w:sz="0" w:space="0" w:color="auto"/>
      </w:divBdr>
    </w:div>
    <w:div w:id="1890192220">
      <w:bodyDiv w:val="1"/>
      <w:marLeft w:val="0"/>
      <w:marRight w:val="0"/>
      <w:marTop w:val="0"/>
      <w:marBottom w:val="0"/>
      <w:divBdr>
        <w:top w:val="none" w:sz="0" w:space="0" w:color="auto"/>
        <w:left w:val="none" w:sz="0" w:space="0" w:color="auto"/>
        <w:bottom w:val="none" w:sz="0" w:space="0" w:color="auto"/>
        <w:right w:val="none" w:sz="0" w:space="0" w:color="auto"/>
      </w:divBdr>
    </w:div>
    <w:div w:id="1894997722">
      <w:bodyDiv w:val="1"/>
      <w:marLeft w:val="0"/>
      <w:marRight w:val="0"/>
      <w:marTop w:val="0"/>
      <w:marBottom w:val="0"/>
      <w:divBdr>
        <w:top w:val="none" w:sz="0" w:space="0" w:color="auto"/>
        <w:left w:val="none" w:sz="0" w:space="0" w:color="auto"/>
        <w:bottom w:val="none" w:sz="0" w:space="0" w:color="auto"/>
        <w:right w:val="none" w:sz="0" w:space="0" w:color="auto"/>
      </w:divBdr>
    </w:div>
    <w:div w:id="1896236403">
      <w:bodyDiv w:val="1"/>
      <w:marLeft w:val="0"/>
      <w:marRight w:val="0"/>
      <w:marTop w:val="0"/>
      <w:marBottom w:val="0"/>
      <w:divBdr>
        <w:top w:val="none" w:sz="0" w:space="0" w:color="auto"/>
        <w:left w:val="none" w:sz="0" w:space="0" w:color="auto"/>
        <w:bottom w:val="none" w:sz="0" w:space="0" w:color="auto"/>
        <w:right w:val="none" w:sz="0" w:space="0" w:color="auto"/>
      </w:divBdr>
    </w:div>
    <w:div w:id="1896499899">
      <w:bodyDiv w:val="1"/>
      <w:marLeft w:val="0"/>
      <w:marRight w:val="0"/>
      <w:marTop w:val="0"/>
      <w:marBottom w:val="0"/>
      <w:divBdr>
        <w:top w:val="none" w:sz="0" w:space="0" w:color="auto"/>
        <w:left w:val="none" w:sz="0" w:space="0" w:color="auto"/>
        <w:bottom w:val="none" w:sz="0" w:space="0" w:color="auto"/>
        <w:right w:val="none" w:sz="0" w:space="0" w:color="auto"/>
      </w:divBdr>
    </w:div>
    <w:div w:id="1906985063">
      <w:bodyDiv w:val="1"/>
      <w:marLeft w:val="0"/>
      <w:marRight w:val="0"/>
      <w:marTop w:val="0"/>
      <w:marBottom w:val="0"/>
      <w:divBdr>
        <w:top w:val="none" w:sz="0" w:space="0" w:color="auto"/>
        <w:left w:val="none" w:sz="0" w:space="0" w:color="auto"/>
        <w:bottom w:val="none" w:sz="0" w:space="0" w:color="auto"/>
        <w:right w:val="none" w:sz="0" w:space="0" w:color="auto"/>
      </w:divBdr>
    </w:div>
    <w:div w:id="1907105984">
      <w:bodyDiv w:val="1"/>
      <w:marLeft w:val="0"/>
      <w:marRight w:val="0"/>
      <w:marTop w:val="0"/>
      <w:marBottom w:val="0"/>
      <w:divBdr>
        <w:top w:val="none" w:sz="0" w:space="0" w:color="auto"/>
        <w:left w:val="none" w:sz="0" w:space="0" w:color="auto"/>
        <w:bottom w:val="none" w:sz="0" w:space="0" w:color="auto"/>
        <w:right w:val="none" w:sz="0" w:space="0" w:color="auto"/>
      </w:divBdr>
    </w:div>
    <w:div w:id="1908027865">
      <w:bodyDiv w:val="1"/>
      <w:marLeft w:val="0"/>
      <w:marRight w:val="0"/>
      <w:marTop w:val="0"/>
      <w:marBottom w:val="0"/>
      <w:divBdr>
        <w:top w:val="none" w:sz="0" w:space="0" w:color="auto"/>
        <w:left w:val="none" w:sz="0" w:space="0" w:color="auto"/>
        <w:bottom w:val="none" w:sz="0" w:space="0" w:color="auto"/>
        <w:right w:val="none" w:sz="0" w:space="0" w:color="auto"/>
      </w:divBdr>
    </w:div>
    <w:div w:id="1908497404">
      <w:bodyDiv w:val="1"/>
      <w:marLeft w:val="0"/>
      <w:marRight w:val="0"/>
      <w:marTop w:val="0"/>
      <w:marBottom w:val="0"/>
      <w:divBdr>
        <w:top w:val="none" w:sz="0" w:space="0" w:color="auto"/>
        <w:left w:val="none" w:sz="0" w:space="0" w:color="auto"/>
        <w:bottom w:val="none" w:sz="0" w:space="0" w:color="auto"/>
        <w:right w:val="none" w:sz="0" w:space="0" w:color="auto"/>
      </w:divBdr>
    </w:div>
    <w:div w:id="1908805584">
      <w:bodyDiv w:val="1"/>
      <w:marLeft w:val="0"/>
      <w:marRight w:val="0"/>
      <w:marTop w:val="0"/>
      <w:marBottom w:val="0"/>
      <w:divBdr>
        <w:top w:val="none" w:sz="0" w:space="0" w:color="auto"/>
        <w:left w:val="none" w:sz="0" w:space="0" w:color="auto"/>
        <w:bottom w:val="none" w:sz="0" w:space="0" w:color="auto"/>
        <w:right w:val="none" w:sz="0" w:space="0" w:color="auto"/>
      </w:divBdr>
    </w:div>
    <w:div w:id="1909414848">
      <w:bodyDiv w:val="1"/>
      <w:marLeft w:val="0"/>
      <w:marRight w:val="0"/>
      <w:marTop w:val="0"/>
      <w:marBottom w:val="0"/>
      <w:divBdr>
        <w:top w:val="none" w:sz="0" w:space="0" w:color="auto"/>
        <w:left w:val="none" w:sz="0" w:space="0" w:color="auto"/>
        <w:bottom w:val="none" w:sz="0" w:space="0" w:color="auto"/>
        <w:right w:val="none" w:sz="0" w:space="0" w:color="auto"/>
      </w:divBdr>
    </w:div>
    <w:div w:id="1912616911">
      <w:bodyDiv w:val="1"/>
      <w:marLeft w:val="0"/>
      <w:marRight w:val="0"/>
      <w:marTop w:val="0"/>
      <w:marBottom w:val="0"/>
      <w:divBdr>
        <w:top w:val="none" w:sz="0" w:space="0" w:color="auto"/>
        <w:left w:val="none" w:sz="0" w:space="0" w:color="auto"/>
        <w:bottom w:val="none" w:sz="0" w:space="0" w:color="auto"/>
        <w:right w:val="none" w:sz="0" w:space="0" w:color="auto"/>
      </w:divBdr>
    </w:div>
    <w:div w:id="1913272492">
      <w:bodyDiv w:val="1"/>
      <w:marLeft w:val="0"/>
      <w:marRight w:val="0"/>
      <w:marTop w:val="0"/>
      <w:marBottom w:val="0"/>
      <w:divBdr>
        <w:top w:val="none" w:sz="0" w:space="0" w:color="auto"/>
        <w:left w:val="none" w:sz="0" w:space="0" w:color="auto"/>
        <w:bottom w:val="none" w:sz="0" w:space="0" w:color="auto"/>
        <w:right w:val="none" w:sz="0" w:space="0" w:color="auto"/>
      </w:divBdr>
    </w:div>
    <w:div w:id="1914393895">
      <w:bodyDiv w:val="1"/>
      <w:marLeft w:val="0"/>
      <w:marRight w:val="0"/>
      <w:marTop w:val="0"/>
      <w:marBottom w:val="0"/>
      <w:divBdr>
        <w:top w:val="none" w:sz="0" w:space="0" w:color="auto"/>
        <w:left w:val="none" w:sz="0" w:space="0" w:color="auto"/>
        <w:bottom w:val="none" w:sz="0" w:space="0" w:color="auto"/>
        <w:right w:val="none" w:sz="0" w:space="0" w:color="auto"/>
      </w:divBdr>
    </w:div>
    <w:div w:id="1914776688">
      <w:bodyDiv w:val="1"/>
      <w:marLeft w:val="0"/>
      <w:marRight w:val="0"/>
      <w:marTop w:val="0"/>
      <w:marBottom w:val="0"/>
      <w:divBdr>
        <w:top w:val="none" w:sz="0" w:space="0" w:color="auto"/>
        <w:left w:val="none" w:sz="0" w:space="0" w:color="auto"/>
        <w:bottom w:val="none" w:sz="0" w:space="0" w:color="auto"/>
        <w:right w:val="none" w:sz="0" w:space="0" w:color="auto"/>
      </w:divBdr>
    </w:div>
    <w:div w:id="1915360301">
      <w:bodyDiv w:val="1"/>
      <w:marLeft w:val="0"/>
      <w:marRight w:val="0"/>
      <w:marTop w:val="0"/>
      <w:marBottom w:val="0"/>
      <w:divBdr>
        <w:top w:val="none" w:sz="0" w:space="0" w:color="auto"/>
        <w:left w:val="none" w:sz="0" w:space="0" w:color="auto"/>
        <w:bottom w:val="none" w:sz="0" w:space="0" w:color="auto"/>
        <w:right w:val="none" w:sz="0" w:space="0" w:color="auto"/>
      </w:divBdr>
    </w:div>
    <w:div w:id="1916359864">
      <w:bodyDiv w:val="1"/>
      <w:marLeft w:val="0"/>
      <w:marRight w:val="0"/>
      <w:marTop w:val="0"/>
      <w:marBottom w:val="0"/>
      <w:divBdr>
        <w:top w:val="none" w:sz="0" w:space="0" w:color="auto"/>
        <w:left w:val="none" w:sz="0" w:space="0" w:color="auto"/>
        <w:bottom w:val="none" w:sz="0" w:space="0" w:color="auto"/>
        <w:right w:val="none" w:sz="0" w:space="0" w:color="auto"/>
      </w:divBdr>
    </w:div>
    <w:div w:id="1917205413">
      <w:bodyDiv w:val="1"/>
      <w:marLeft w:val="0"/>
      <w:marRight w:val="0"/>
      <w:marTop w:val="0"/>
      <w:marBottom w:val="0"/>
      <w:divBdr>
        <w:top w:val="none" w:sz="0" w:space="0" w:color="auto"/>
        <w:left w:val="none" w:sz="0" w:space="0" w:color="auto"/>
        <w:bottom w:val="none" w:sz="0" w:space="0" w:color="auto"/>
        <w:right w:val="none" w:sz="0" w:space="0" w:color="auto"/>
      </w:divBdr>
    </w:div>
    <w:div w:id="1918321875">
      <w:bodyDiv w:val="1"/>
      <w:marLeft w:val="0"/>
      <w:marRight w:val="0"/>
      <w:marTop w:val="0"/>
      <w:marBottom w:val="0"/>
      <w:divBdr>
        <w:top w:val="none" w:sz="0" w:space="0" w:color="auto"/>
        <w:left w:val="none" w:sz="0" w:space="0" w:color="auto"/>
        <w:bottom w:val="none" w:sz="0" w:space="0" w:color="auto"/>
        <w:right w:val="none" w:sz="0" w:space="0" w:color="auto"/>
      </w:divBdr>
    </w:div>
    <w:div w:id="1918401055">
      <w:bodyDiv w:val="1"/>
      <w:marLeft w:val="0"/>
      <w:marRight w:val="0"/>
      <w:marTop w:val="0"/>
      <w:marBottom w:val="0"/>
      <w:divBdr>
        <w:top w:val="none" w:sz="0" w:space="0" w:color="auto"/>
        <w:left w:val="none" w:sz="0" w:space="0" w:color="auto"/>
        <w:bottom w:val="none" w:sz="0" w:space="0" w:color="auto"/>
        <w:right w:val="none" w:sz="0" w:space="0" w:color="auto"/>
      </w:divBdr>
    </w:div>
    <w:div w:id="1922372769">
      <w:bodyDiv w:val="1"/>
      <w:marLeft w:val="0"/>
      <w:marRight w:val="0"/>
      <w:marTop w:val="0"/>
      <w:marBottom w:val="0"/>
      <w:divBdr>
        <w:top w:val="none" w:sz="0" w:space="0" w:color="auto"/>
        <w:left w:val="none" w:sz="0" w:space="0" w:color="auto"/>
        <w:bottom w:val="none" w:sz="0" w:space="0" w:color="auto"/>
        <w:right w:val="none" w:sz="0" w:space="0" w:color="auto"/>
      </w:divBdr>
    </w:div>
    <w:div w:id="1926301603">
      <w:bodyDiv w:val="1"/>
      <w:marLeft w:val="0"/>
      <w:marRight w:val="0"/>
      <w:marTop w:val="0"/>
      <w:marBottom w:val="0"/>
      <w:divBdr>
        <w:top w:val="none" w:sz="0" w:space="0" w:color="auto"/>
        <w:left w:val="none" w:sz="0" w:space="0" w:color="auto"/>
        <w:bottom w:val="none" w:sz="0" w:space="0" w:color="auto"/>
        <w:right w:val="none" w:sz="0" w:space="0" w:color="auto"/>
      </w:divBdr>
    </w:div>
    <w:div w:id="1926302006">
      <w:bodyDiv w:val="1"/>
      <w:marLeft w:val="0"/>
      <w:marRight w:val="0"/>
      <w:marTop w:val="0"/>
      <w:marBottom w:val="0"/>
      <w:divBdr>
        <w:top w:val="none" w:sz="0" w:space="0" w:color="auto"/>
        <w:left w:val="none" w:sz="0" w:space="0" w:color="auto"/>
        <w:bottom w:val="none" w:sz="0" w:space="0" w:color="auto"/>
        <w:right w:val="none" w:sz="0" w:space="0" w:color="auto"/>
      </w:divBdr>
    </w:div>
    <w:div w:id="1926305703">
      <w:bodyDiv w:val="1"/>
      <w:marLeft w:val="0"/>
      <w:marRight w:val="0"/>
      <w:marTop w:val="0"/>
      <w:marBottom w:val="0"/>
      <w:divBdr>
        <w:top w:val="none" w:sz="0" w:space="0" w:color="auto"/>
        <w:left w:val="none" w:sz="0" w:space="0" w:color="auto"/>
        <w:bottom w:val="none" w:sz="0" w:space="0" w:color="auto"/>
        <w:right w:val="none" w:sz="0" w:space="0" w:color="auto"/>
      </w:divBdr>
    </w:div>
    <w:div w:id="1927885762">
      <w:bodyDiv w:val="1"/>
      <w:marLeft w:val="0"/>
      <w:marRight w:val="0"/>
      <w:marTop w:val="0"/>
      <w:marBottom w:val="0"/>
      <w:divBdr>
        <w:top w:val="none" w:sz="0" w:space="0" w:color="auto"/>
        <w:left w:val="none" w:sz="0" w:space="0" w:color="auto"/>
        <w:bottom w:val="none" w:sz="0" w:space="0" w:color="auto"/>
        <w:right w:val="none" w:sz="0" w:space="0" w:color="auto"/>
      </w:divBdr>
    </w:div>
    <w:div w:id="1929999949">
      <w:bodyDiv w:val="1"/>
      <w:marLeft w:val="0"/>
      <w:marRight w:val="0"/>
      <w:marTop w:val="0"/>
      <w:marBottom w:val="0"/>
      <w:divBdr>
        <w:top w:val="none" w:sz="0" w:space="0" w:color="auto"/>
        <w:left w:val="none" w:sz="0" w:space="0" w:color="auto"/>
        <w:bottom w:val="none" w:sz="0" w:space="0" w:color="auto"/>
        <w:right w:val="none" w:sz="0" w:space="0" w:color="auto"/>
      </w:divBdr>
    </w:div>
    <w:div w:id="1932885696">
      <w:bodyDiv w:val="1"/>
      <w:marLeft w:val="0"/>
      <w:marRight w:val="0"/>
      <w:marTop w:val="0"/>
      <w:marBottom w:val="0"/>
      <w:divBdr>
        <w:top w:val="none" w:sz="0" w:space="0" w:color="auto"/>
        <w:left w:val="none" w:sz="0" w:space="0" w:color="auto"/>
        <w:bottom w:val="none" w:sz="0" w:space="0" w:color="auto"/>
        <w:right w:val="none" w:sz="0" w:space="0" w:color="auto"/>
      </w:divBdr>
    </w:div>
    <w:div w:id="1933467377">
      <w:bodyDiv w:val="1"/>
      <w:marLeft w:val="0"/>
      <w:marRight w:val="0"/>
      <w:marTop w:val="0"/>
      <w:marBottom w:val="0"/>
      <w:divBdr>
        <w:top w:val="none" w:sz="0" w:space="0" w:color="auto"/>
        <w:left w:val="none" w:sz="0" w:space="0" w:color="auto"/>
        <w:bottom w:val="none" w:sz="0" w:space="0" w:color="auto"/>
        <w:right w:val="none" w:sz="0" w:space="0" w:color="auto"/>
      </w:divBdr>
    </w:div>
    <w:div w:id="1933934024">
      <w:bodyDiv w:val="1"/>
      <w:marLeft w:val="0"/>
      <w:marRight w:val="0"/>
      <w:marTop w:val="0"/>
      <w:marBottom w:val="0"/>
      <w:divBdr>
        <w:top w:val="none" w:sz="0" w:space="0" w:color="auto"/>
        <w:left w:val="none" w:sz="0" w:space="0" w:color="auto"/>
        <w:bottom w:val="none" w:sz="0" w:space="0" w:color="auto"/>
        <w:right w:val="none" w:sz="0" w:space="0" w:color="auto"/>
      </w:divBdr>
    </w:div>
    <w:div w:id="1935169750">
      <w:bodyDiv w:val="1"/>
      <w:marLeft w:val="0"/>
      <w:marRight w:val="0"/>
      <w:marTop w:val="0"/>
      <w:marBottom w:val="0"/>
      <w:divBdr>
        <w:top w:val="none" w:sz="0" w:space="0" w:color="auto"/>
        <w:left w:val="none" w:sz="0" w:space="0" w:color="auto"/>
        <w:bottom w:val="none" w:sz="0" w:space="0" w:color="auto"/>
        <w:right w:val="none" w:sz="0" w:space="0" w:color="auto"/>
      </w:divBdr>
    </w:div>
    <w:div w:id="1935431527">
      <w:bodyDiv w:val="1"/>
      <w:marLeft w:val="0"/>
      <w:marRight w:val="0"/>
      <w:marTop w:val="0"/>
      <w:marBottom w:val="0"/>
      <w:divBdr>
        <w:top w:val="none" w:sz="0" w:space="0" w:color="auto"/>
        <w:left w:val="none" w:sz="0" w:space="0" w:color="auto"/>
        <w:bottom w:val="none" w:sz="0" w:space="0" w:color="auto"/>
        <w:right w:val="none" w:sz="0" w:space="0" w:color="auto"/>
      </w:divBdr>
    </w:div>
    <w:div w:id="1935507308">
      <w:bodyDiv w:val="1"/>
      <w:marLeft w:val="0"/>
      <w:marRight w:val="0"/>
      <w:marTop w:val="0"/>
      <w:marBottom w:val="0"/>
      <w:divBdr>
        <w:top w:val="none" w:sz="0" w:space="0" w:color="auto"/>
        <w:left w:val="none" w:sz="0" w:space="0" w:color="auto"/>
        <w:bottom w:val="none" w:sz="0" w:space="0" w:color="auto"/>
        <w:right w:val="none" w:sz="0" w:space="0" w:color="auto"/>
      </w:divBdr>
    </w:div>
    <w:div w:id="1936745610">
      <w:bodyDiv w:val="1"/>
      <w:marLeft w:val="0"/>
      <w:marRight w:val="0"/>
      <w:marTop w:val="0"/>
      <w:marBottom w:val="0"/>
      <w:divBdr>
        <w:top w:val="none" w:sz="0" w:space="0" w:color="auto"/>
        <w:left w:val="none" w:sz="0" w:space="0" w:color="auto"/>
        <w:bottom w:val="none" w:sz="0" w:space="0" w:color="auto"/>
        <w:right w:val="none" w:sz="0" w:space="0" w:color="auto"/>
      </w:divBdr>
    </w:div>
    <w:div w:id="1937979127">
      <w:bodyDiv w:val="1"/>
      <w:marLeft w:val="0"/>
      <w:marRight w:val="0"/>
      <w:marTop w:val="0"/>
      <w:marBottom w:val="0"/>
      <w:divBdr>
        <w:top w:val="none" w:sz="0" w:space="0" w:color="auto"/>
        <w:left w:val="none" w:sz="0" w:space="0" w:color="auto"/>
        <w:bottom w:val="none" w:sz="0" w:space="0" w:color="auto"/>
        <w:right w:val="none" w:sz="0" w:space="0" w:color="auto"/>
      </w:divBdr>
    </w:div>
    <w:div w:id="1938827807">
      <w:bodyDiv w:val="1"/>
      <w:marLeft w:val="0"/>
      <w:marRight w:val="0"/>
      <w:marTop w:val="0"/>
      <w:marBottom w:val="0"/>
      <w:divBdr>
        <w:top w:val="none" w:sz="0" w:space="0" w:color="auto"/>
        <w:left w:val="none" w:sz="0" w:space="0" w:color="auto"/>
        <w:bottom w:val="none" w:sz="0" w:space="0" w:color="auto"/>
        <w:right w:val="none" w:sz="0" w:space="0" w:color="auto"/>
      </w:divBdr>
    </w:div>
    <w:div w:id="1939869518">
      <w:bodyDiv w:val="1"/>
      <w:marLeft w:val="0"/>
      <w:marRight w:val="0"/>
      <w:marTop w:val="0"/>
      <w:marBottom w:val="0"/>
      <w:divBdr>
        <w:top w:val="none" w:sz="0" w:space="0" w:color="auto"/>
        <w:left w:val="none" w:sz="0" w:space="0" w:color="auto"/>
        <w:bottom w:val="none" w:sz="0" w:space="0" w:color="auto"/>
        <w:right w:val="none" w:sz="0" w:space="0" w:color="auto"/>
      </w:divBdr>
    </w:div>
    <w:div w:id="1940605631">
      <w:bodyDiv w:val="1"/>
      <w:marLeft w:val="0"/>
      <w:marRight w:val="0"/>
      <w:marTop w:val="0"/>
      <w:marBottom w:val="0"/>
      <w:divBdr>
        <w:top w:val="none" w:sz="0" w:space="0" w:color="auto"/>
        <w:left w:val="none" w:sz="0" w:space="0" w:color="auto"/>
        <w:bottom w:val="none" w:sz="0" w:space="0" w:color="auto"/>
        <w:right w:val="none" w:sz="0" w:space="0" w:color="auto"/>
      </w:divBdr>
    </w:div>
    <w:div w:id="1940982909">
      <w:bodyDiv w:val="1"/>
      <w:marLeft w:val="0"/>
      <w:marRight w:val="0"/>
      <w:marTop w:val="0"/>
      <w:marBottom w:val="0"/>
      <w:divBdr>
        <w:top w:val="none" w:sz="0" w:space="0" w:color="auto"/>
        <w:left w:val="none" w:sz="0" w:space="0" w:color="auto"/>
        <w:bottom w:val="none" w:sz="0" w:space="0" w:color="auto"/>
        <w:right w:val="none" w:sz="0" w:space="0" w:color="auto"/>
      </w:divBdr>
    </w:div>
    <w:div w:id="1942103460">
      <w:bodyDiv w:val="1"/>
      <w:marLeft w:val="0"/>
      <w:marRight w:val="0"/>
      <w:marTop w:val="0"/>
      <w:marBottom w:val="0"/>
      <w:divBdr>
        <w:top w:val="none" w:sz="0" w:space="0" w:color="auto"/>
        <w:left w:val="none" w:sz="0" w:space="0" w:color="auto"/>
        <w:bottom w:val="none" w:sz="0" w:space="0" w:color="auto"/>
        <w:right w:val="none" w:sz="0" w:space="0" w:color="auto"/>
      </w:divBdr>
    </w:div>
    <w:div w:id="1942298528">
      <w:bodyDiv w:val="1"/>
      <w:marLeft w:val="0"/>
      <w:marRight w:val="0"/>
      <w:marTop w:val="0"/>
      <w:marBottom w:val="0"/>
      <w:divBdr>
        <w:top w:val="none" w:sz="0" w:space="0" w:color="auto"/>
        <w:left w:val="none" w:sz="0" w:space="0" w:color="auto"/>
        <w:bottom w:val="none" w:sz="0" w:space="0" w:color="auto"/>
        <w:right w:val="none" w:sz="0" w:space="0" w:color="auto"/>
      </w:divBdr>
    </w:div>
    <w:div w:id="1943537459">
      <w:bodyDiv w:val="1"/>
      <w:marLeft w:val="0"/>
      <w:marRight w:val="0"/>
      <w:marTop w:val="0"/>
      <w:marBottom w:val="0"/>
      <w:divBdr>
        <w:top w:val="none" w:sz="0" w:space="0" w:color="auto"/>
        <w:left w:val="none" w:sz="0" w:space="0" w:color="auto"/>
        <w:bottom w:val="none" w:sz="0" w:space="0" w:color="auto"/>
        <w:right w:val="none" w:sz="0" w:space="0" w:color="auto"/>
      </w:divBdr>
    </w:div>
    <w:div w:id="1944073352">
      <w:bodyDiv w:val="1"/>
      <w:marLeft w:val="0"/>
      <w:marRight w:val="0"/>
      <w:marTop w:val="0"/>
      <w:marBottom w:val="0"/>
      <w:divBdr>
        <w:top w:val="none" w:sz="0" w:space="0" w:color="auto"/>
        <w:left w:val="none" w:sz="0" w:space="0" w:color="auto"/>
        <w:bottom w:val="none" w:sz="0" w:space="0" w:color="auto"/>
        <w:right w:val="none" w:sz="0" w:space="0" w:color="auto"/>
      </w:divBdr>
    </w:div>
    <w:div w:id="1946157107">
      <w:bodyDiv w:val="1"/>
      <w:marLeft w:val="0"/>
      <w:marRight w:val="0"/>
      <w:marTop w:val="0"/>
      <w:marBottom w:val="0"/>
      <w:divBdr>
        <w:top w:val="none" w:sz="0" w:space="0" w:color="auto"/>
        <w:left w:val="none" w:sz="0" w:space="0" w:color="auto"/>
        <w:bottom w:val="none" w:sz="0" w:space="0" w:color="auto"/>
        <w:right w:val="none" w:sz="0" w:space="0" w:color="auto"/>
      </w:divBdr>
    </w:div>
    <w:div w:id="1946451376">
      <w:bodyDiv w:val="1"/>
      <w:marLeft w:val="0"/>
      <w:marRight w:val="0"/>
      <w:marTop w:val="0"/>
      <w:marBottom w:val="0"/>
      <w:divBdr>
        <w:top w:val="none" w:sz="0" w:space="0" w:color="auto"/>
        <w:left w:val="none" w:sz="0" w:space="0" w:color="auto"/>
        <w:bottom w:val="none" w:sz="0" w:space="0" w:color="auto"/>
        <w:right w:val="none" w:sz="0" w:space="0" w:color="auto"/>
      </w:divBdr>
    </w:div>
    <w:div w:id="1949117781">
      <w:bodyDiv w:val="1"/>
      <w:marLeft w:val="0"/>
      <w:marRight w:val="0"/>
      <w:marTop w:val="0"/>
      <w:marBottom w:val="0"/>
      <w:divBdr>
        <w:top w:val="none" w:sz="0" w:space="0" w:color="auto"/>
        <w:left w:val="none" w:sz="0" w:space="0" w:color="auto"/>
        <w:bottom w:val="none" w:sz="0" w:space="0" w:color="auto"/>
        <w:right w:val="none" w:sz="0" w:space="0" w:color="auto"/>
      </w:divBdr>
    </w:div>
    <w:div w:id="1950811832">
      <w:bodyDiv w:val="1"/>
      <w:marLeft w:val="0"/>
      <w:marRight w:val="0"/>
      <w:marTop w:val="0"/>
      <w:marBottom w:val="0"/>
      <w:divBdr>
        <w:top w:val="none" w:sz="0" w:space="0" w:color="auto"/>
        <w:left w:val="none" w:sz="0" w:space="0" w:color="auto"/>
        <w:bottom w:val="none" w:sz="0" w:space="0" w:color="auto"/>
        <w:right w:val="none" w:sz="0" w:space="0" w:color="auto"/>
      </w:divBdr>
    </w:div>
    <w:div w:id="1951162675">
      <w:bodyDiv w:val="1"/>
      <w:marLeft w:val="0"/>
      <w:marRight w:val="0"/>
      <w:marTop w:val="0"/>
      <w:marBottom w:val="0"/>
      <w:divBdr>
        <w:top w:val="none" w:sz="0" w:space="0" w:color="auto"/>
        <w:left w:val="none" w:sz="0" w:space="0" w:color="auto"/>
        <w:bottom w:val="none" w:sz="0" w:space="0" w:color="auto"/>
        <w:right w:val="none" w:sz="0" w:space="0" w:color="auto"/>
      </w:divBdr>
    </w:div>
    <w:div w:id="1952660685">
      <w:bodyDiv w:val="1"/>
      <w:marLeft w:val="0"/>
      <w:marRight w:val="0"/>
      <w:marTop w:val="0"/>
      <w:marBottom w:val="0"/>
      <w:divBdr>
        <w:top w:val="none" w:sz="0" w:space="0" w:color="auto"/>
        <w:left w:val="none" w:sz="0" w:space="0" w:color="auto"/>
        <w:bottom w:val="none" w:sz="0" w:space="0" w:color="auto"/>
        <w:right w:val="none" w:sz="0" w:space="0" w:color="auto"/>
      </w:divBdr>
    </w:div>
    <w:div w:id="1952973168">
      <w:bodyDiv w:val="1"/>
      <w:marLeft w:val="0"/>
      <w:marRight w:val="0"/>
      <w:marTop w:val="0"/>
      <w:marBottom w:val="0"/>
      <w:divBdr>
        <w:top w:val="none" w:sz="0" w:space="0" w:color="auto"/>
        <w:left w:val="none" w:sz="0" w:space="0" w:color="auto"/>
        <w:bottom w:val="none" w:sz="0" w:space="0" w:color="auto"/>
        <w:right w:val="none" w:sz="0" w:space="0" w:color="auto"/>
      </w:divBdr>
    </w:div>
    <w:div w:id="1953392280">
      <w:bodyDiv w:val="1"/>
      <w:marLeft w:val="0"/>
      <w:marRight w:val="0"/>
      <w:marTop w:val="0"/>
      <w:marBottom w:val="0"/>
      <w:divBdr>
        <w:top w:val="none" w:sz="0" w:space="0" w:color="auto"/>
        <w:left w:val="none" w:sz="0" w:space="0" w:color="auto"/>
        <w:bottom w:val="none" w:sz="0" w:space="0" w:color="auto"/>
        <w:right w:val="none" w:sz="0" w:space="0" w:color="auto"/>
      </w:divBdr>
    </w:div>
    <w:div w:id="1953703508">
      <w:bodyDiv w:val="1"/>
      <w:marLeft w:val="0"/>
      <w:marRight w:val="0"/>
      <w:marTop w:val="0"/>
      <w:marBottom w:val="0"/>
      <w:divBdr>
        <w:top w:val="none" w:sz="0" w:space="0" w:color="auto"/>
        <w:left w:val="none" w:sz="0" w:space="0" w:color="auto"/>
        <w:bottom w:val="none" w:sz="0" w:space="0" w:color="auto"/>
        <w:right w:val="none" w:sz="0" w:space="0" w:color="auto"/>
      </w:divBdr>
    </w:div>
    <w:div w:id="1953901772">
      <w:bodyDiv w:val="1"/>
      <w:marLeft w:val="0"/>
      <w:marRight w:val="0"/>
      <w:marTop w:val="0"/>
      <w:marBottom w:val="0"/>
      <w:divBdr>
        <w:top w:val="none" w:sz="0" w:space="0" w:color="auto"/>
        <w:left w:val="none" w:sz="0" w:space="0" w:color="auto"/>
        <w:bottom w:val="none" w:sz="0" w:space="0" w:color="auto"/>
        <w:right w:val="none" w:sz="0" w:space="0" w:color="auto"/>
      </w:divBdr>
    </w:div>
    <w:div w:id="1954052664">
      <w:bodyDiv w:val="1"/>
      <w:marLeft w:val="0"/>
      <w:marRight w:val="0"/>
      <w:marTop w:val="0"/>
      <w:marBottom w:val="0"/>
      <w:divBdr>
        <w:top w:val="none" w:sz="0" w:space="0" w:color="auto"/>
        <w:left w:val="none" w:sz="0" w:space="0" w:color="auto"/>
        <w:bottom w:val="none" w:sz="0" w:space="0" w:color="auto"/>
        <w:right w:val="none" w:sz="0" w:space="0" w:color="auto"/>
      </w:divBdr>
    </w:div>
    <w:div w:id="1954824876">
      <w:bodyDiv w:val="1"/>
      <w:marLeft w:val="0"/>
      <w:marRight w:val="0"/>
      <w:marTop w:val="0"/>
      <w:marBottom w:val="0"/>
      <w:divBdr>
        <w:top w:val="none" w:sz="0" w:space="0" w:color="auto"/>
        <w:left w:val="none" w:sz="0" w:space="0" w:color="auto"/>
        <w:bottom w:val="none" w:sz="0" w:space="0" w:color="auto"/>
        <w:right w:val="none" w:sz="0" w:space="0" w:color="auto"/>
      </w:divBdr>
    </w:div>
    <w:div w:id="1955168222">
      <w:bodyDiv w:val="1"/>
      <w:marLeft w:val="0"/>
      <w:marRight w:val="0"/>
      <w:marTop w:val="0"/>
      <w:marBottom w:val="0"/>
      <w:divBdr>
        <w:top w:val="none" w:sz="0" w:space="0" w:color="auto"/>
        <w:left w:val="none" w:sz="0" w:space="0" w:color="auto"/>
        <w:bottom w:val="none" w:sz="0" w:space="0" w:color="auto"/>
        <w:right w:val="none" w:sz="0" w:space="0" w:color="auto"/>
      </w:divBdr>
    </w:div>
    <w:div w:id="1957365319">
      <w:bodyDiv w:val="1"/>
      <w:marLeft w:val="0"/>
      <w:marRight w:val="0"/>
      <w:marTop w:val="0"/>
      <w:marBottom w:val="0"/>
      <w:divBdr>
        <w:top w:val="none" w:sz="0" w:space="0" w:color="auto"/>
        <w:left w:val="none" w:sz="0" w:space="0" w:color="auto"/>
        <w:bottom w:val="none" w:sz="0" w:space="0" w:color="auto"/>
        <w:right w:val="none" w:sz="0" w:space="0" w:color="auto"/>
      </w:divBdr>
    </w:div>
    <w:div w:id="1958608955">
      <w:bodyDiv w:val="1"/>
      <w:marLeft w:val="0"/>
      <w:marRight w:val="0"/>
      <w:marTop w:val="0"/>
      <w:marBottom w:val="0"/>
      <w:divBdr>
        <w:top w:val="none" w:sz="0" w:space="0" w:color="auto"/>
        <w:left w:val="none" w:sz="0" w:space="0" w:color="auto"/>
        <w:bottom w:val="none" w:sz="0" w:space="0" w:color="auto"/>
        <w:right w:val="none" w:sz="0" w:space="0" w:color="auto"/>
      </w:divBdr>
    </w:div>
    <w:div w:id="1962414552">
      <w:bodyDiv w:val="1"/>
      <w:marLeft w:val="0"/>
      <w:marRight w:val="0"/>
      <w:marTop w:val="0"/>
      <w:marBottom w:val="0"/>
      <w:divBdr>
        <w:top w:val="none" w:sz="0" w:space="0" w:color="auto"/>
        <w:left w:val="none" w:sz="0" w:space="0" w:color="auto"/>
        <w:bottom w:val="none" w:sz="0" w:space="0" w:color="auto"/>
        <w:right w:val="none" w:sz="0" w:space="0" w:color="auto"/>
      </w:divBdr>
    </w:div>
    <w:div w:id="1965497665">
      <w:bodyDiv w:val="1"/>
      <w:marLeft w:val="0"/>
      <w:marRight w:val="0"/>
      <w:marTop w:val="0"/>
      <w:marBottom w:val="0"/>
      <w:divBdr>
        <w:top w:val="none" w:sz="0" w:space="0" w:color="auto"/>
        <w:left w:val="none" w:sz="0" w:space="0" w:color="auto"/>
        <w:bottom w:val="none" w:sz="0" w:space="0" w:color="auto"/>
        <w:right w:val="none" w:sz="0" w:space="0" w:color="auto"/>
      </w:divBdr>
    </w:div>
    <w:div w:id="1967200459">
      <w:bodyDiv w:val="1"/>
      <w:marLeft w:val="0"/>
      <w:marRight w:val="0"/>
      <w:marTop w:val="0"/>
      <w:marBottom w:val="0"/>
      <w:divBdr>
        <w:top w:val="none" w:sz="0" w:space="0" w:color="auto"/>
        <w:left w:val="none" w:sz="0" w:space="0" w:color="auto"/>
        <w:bottom w:val="none" w:sz="0" w:space="0" w:color="auto"/>
        <w:right w:val="none" w:sz="0" w:space="0" w:color="auto"/>
      </w:divBdr>
    </w:div>
    <w:div w:id="1972663297">
      <w:bodyDiv w:val="1"/>
      <w:marLeft w:val="0"/>
      <w:marRight w:val="0"/>
      <w:marTop w:val="0"/>
      <w:marBottom w:val="0"/>
      <w:divBdr>
        <w:top w:val="none" w:sz="0" w:space="0" w:color="auto"/>
        <w:left w:val="none" w:sz="0" w:space="0" w:color="auto"/>
        <w:bottom w:val="none" w:sz="0" w:space="0" w:color="auto"/>
        <w:right w:val="none" w:sz="0" w:space="0" w:color="auto"/>
      </w:divBdr>
    </w:div>
    <w:div w:id="1973710268">
      <w:bodyDiv w:val="1"/>
      <w:marLeft w:val="0"/>
      <w:marRight w:val="0"/>
      <w:marTop w:val="0"/>
      <w:marBottom w:val="0"/>
      <w:divBdr>
        <w:top w:val="none" w:sz="0" w:space="0" w:color="auto"/>
        <w:left w:val="none" w:sz="0" w:space="0" w:color="auto"/>
        <w:bottom w:val="none" w:sz="0" w:space="0" w:color="auto"/>
        <w:right w:val="none" w:sz="0" w:space="0" w:color="auto"/>
      </w:divBdr>
    </w:div>
    <w:div w:id="1974291188">
      <w:bodyDiv w:val="1"/>
      <w:marLeft w:val="0"/>
      <w:marRight w:val="0"/>
      <w:marTop w:val="0"/>
      <w:marBottom w:val="0"/>
      <w:divBdr>
        <w:top w:val="none" w:sz="0" w:space="0" w:color="auto"/>
        <w:left w:val="none" w:sz="0" w:space="0" w:color="auto"/>
        <w:bottom w:val="none" w:sz="0" w:space="0" w:color="auto"/>
        <w:right w:val="none" w:sz="0" w:space="0" w:color="auto"/>
      </w:divBdr>
    </w:div>
    <w:div w:id="1974407663">
      <w:bodyDiv w:val="1"/>
      <w:marLeft w:val="0"/>
      <w:marRight w:val="0"/>
      <w:marTop w:val="0"/>
      <w:marBottom w:val="0"/>
      <w:divBdr>
        <w:top w:val="none" w:sz="0" w:space="0" w:color="auto"/>
        <w:left w:val="none" w:sz="0" w:space="0" w:color="auto"/>
        <w:bottom w:val="none" w:sz="0" w:space="0" w:color="auto"/>
        <w:right w:val="none" w:sz="0" w:space="0" w:color="auto"/>
      </w:divBdr>
    </w:div>
    <w:div w:id="1976717332">
      <w:bodyDiv w:val="1"/>
      <w:marLeft w:val="0"/>
      <w:marRight w:val="0"/>
      <w:marTop w:val="0"/>
      <w:marBottom w:val="0"/>
      <w:divBdr>
        <w:top w:val="none" w:sz="0" w:space="0" w:color="auto"/>
        <w:left w:val="none" w:sz="0" w:space="0" w:color="auto"/>
        <w:bottom w:val="none" w:sz="0" w:space="0" w:color="auto"/>
        <w:right w:val="none" w:sz="0" w:space="0" w:color="auto"/>
      </w:divBdr>
    </w:div>
    <w:div w:id="1976984043">
      <w:bodyDiv w:val="1"/>
      <w:marLeft w:val="0"/>
      <w:marRight w:val="0"/>
      <w:marTop w:val="0"/>
      <w:marBottom w:val="0"/>
      <w:divBdr>
        <w:top w:val="none" w:sz="0" w:space="0" w:color="auto"/>
        <w:left w:val="none" w:sz="0" w:space="0" w:color="auto"/>
        <w:bottom w:val="none" w:sz="0" w:space="0" w:color="auto"/>
        <w:right w:val="none" w:sz="0" w:space="0" w:color="auto"/>
      </w:divBdr>
    </w:div>
    <w:div w:id="1978564308">
      <w:bodyDiv w:val="1"/>
      <w:marLeft w:val="0"/>
      <w:marRight w:val="0"/>
      <w:marTop w:val="0"/>
      <w:marBottom w:val="0"/>
      <w:divBdr>
        <w:top w:val="none" w:sz="0" w:space="0" w:color="auto"/>
        <w:left w:val="none" w:sz="0" w:space="0" w:color="auto"/>
        <w:bottom w:val="none" w:sz="0" w:space="0" w:color="auto"/>
        <w:right w:val="none" w:sz="0" w:space="0" w:color="auto"/>
      </w:divBdr>
    </w:div>
    <w:div w:id="1979725567">
      <w:bodyDiv w:val="1"/>
      <w:marLeft w:val="0"/>
      <w:marRight w:val="0"/>
      <w:marTop w:val="0"/>
      <w:marBottom w:val="0"/>
      <w:divBdr>
        <w:top w:val="none" w:sz="0" w:space="0" w:color="auto"/>
        <w:left w:val="none" w:sz="0" w:space="0" w:color="auto"/>
        <w:bottom w:val="none" w:sz="0" w:space="0" w:color="auto"/>
        <w:right w:val="none" w:sz="0" w:space="0" w:color="auto"/>
      </w:divBdr>
    </w:div>
    <w:div w:id="1980960614">
      <w:bodyDiv w:val="1"/>
      <w:marLeft w:val="0"/>
      <w:marRight w:val="0"/>
      <w:marTop w:val="0"/>
      <w:marBottom w:val="0"/>
      <w:divBdr>
        <w:top w:val="none" w:sz="0" w:space="0" w:color="auto"/>
        <w:left w:val="none" w:sz="0" w:space="0" w:color="auto"/>
        <w:bottom w:val="none" w:sz="0" w:space="0" w:color="auto"/>
        <w:right w:val="none" w:sz="0" w:space="0" w:color="auto"/>
      </w:divBdr>
    </w:div>
    <w:div w:id="1982952860">
      <w:bodyDiv w:val="1"/>
      <w:marLeft w:val="0"/>
      <w:marRight w:val="0"/>
      <w:marTop w:val="0"/>
      <w:marBottom w:val="0"/>
      <w:divBdr>
        <w:top w:val="none" w:sz="0" w:space="0" w:color="auto"/>
        <w:left w:val="none" w:sz="0" w:space="0" w:color="auto"/>
        <w:bottom w:val="none" w:sz="0" w:space="0" w:color="auto"/>
        <w:right w:val="none" w:sz="0" w:space="0" w:color="auto"/>
      </w:divBdr>
    </w:div>
    <w:div w:id="1984506876">
      <w:bodyDiv w:val="1"/>
      <w:marLeft w:val="0"/>
      <w:marRight w:val="0"/>
      <w:marTop w:val="0"/>
      <w:marBottom w:val="0"/>
      <w:divBdr>
        <w:top w:val="none" w:sz="0" w:space="0" w:color="auto"/>
        <w:left w:val="none" w:sz="0" w:space="0" w:color="auto"/>
        <w:bottom w:val="none" w:sz="0" w:space="0" w:color="auto"/>
        <w:right w:val="none" w:sz="0" w:space="0" w:color="auto"/>
      </w:divBdr>
    </w:div>
    <w:div w:id="1984507192">
      <w:bodyDiv w:val="1"/>
      <w:marLeft w:val="0"/>
      <w:marRight w:val="0"/>
      <w:marTop w:val="0"/>
      <w:marBottom w:val="0"/>
      <w:divBdr>
        <w:top w:val="none" w:sz="0" w:space="0" w:color="auto"/>
        <w:left w:val="none" w:sz="0" w:space="0" w:color="auto"/>
        <w:bottom w:val="none" w:sz="0" w:space="0" w:color="auto"/>
        <w:right w:val="none" w:sz="0" w:space="0" w:color="auto"/>
      </w:divBdr>
    </w:div>
    <w:div w:id="1988243633">
      <w:bodyDiv w:val="1"/>
      <w:marLeft w:val="0"/>
      <w:marRight w:val="0"/>
      <w:marTop w:val="0"/>
      <w:marBottom w:val="0"/>
      <w:divBdr>
        <w:top w:val="none" w:sz="0" w:space="0" w:color="auto"/>
        <w:left w:val="none" w:sz="0" w:space="0" w:color="auto"/>
        <w:bottom w:val="none" w:sz="0" w:space="0" w:color="auto"/>
        <w:right w:val="none" w:sz="0" w:space="0" w:color="auto"/>
      </w:divBdr>
    </w:div>
    <w:div w:id="1989937667">
      <w:bodyDiv w:val="1"/>
      <w:marLeft w:val="0"/>
      <w:marRight w:val="0"/>
      <w:marTop w:val="0"/>
      <w:marBottom w:val="0"/>
      <w:divBdr>
        <w:top w:val="none" w:sz="0" w:space="0" w:color="auto"/>
        <w:left w:val="none" w:sz="0" w:space="0" w:color="auto"/>
        <w:bottom w:val="none" w:sz="0" w:space="0" w:color="auto"/>
        <w:right w:val="none" w:sz="0" w:space="0" w:color="auto"/>
      </w:divBdr>
    </w:div>
    <w:div w:id="1990356728">
      <w:bodyDiv w:val="1"/>
      <w:marLeft w:val="0"/>
      <w:marRight w:val="0"/>
      <w:marTop w:val="0"/>
      <w:marBottom w:val="0"/>
      <w:divBdr>
        <w:top w:val="none" w:sz="0" w:space="0" w:color="auto"/>
        <w:left w:val="none" w:sz="0" w:space="0" w:color="auto"/>
        <w:bottom w:val="none" w:sz="0" w:space="0" w:color="auto"/>
        <w:right w:val="none" w:sz="0" w:space="0" w:color="auto"/>
      </w:divBdr>
    </w:div>
    <w:div w:id="1996252409">
      <w:bodyDiv w:val="1"/>
      <w:marLeft w:val="0"/>
      <w:marRight w:val="0"/>
      <w:marTop w:val="0"/>
      <w:marBottom w:val="0"/>
      <w:divBdr>
        <w:top w:val="none" w:sz="0" w:space="0" w:color="auto"/>
        <w:left w:val="none" w:sz="0" w:space="0" w:color="auto"/>
        <w:bottom w:val="none" w:sz="0" w:space="0" w:color="auto"/>
        <w:right w:val="none" w:sz="0" w:space="0" w:color="auto"/>
      </w:divBdr>
    </w:div>
    <w:div w:id="1998072785">
      <w:bodyDiv w:val="1"/>
      <w:marLeft w:val="0"/>
      <w:marRight w:val="0"/>
      <w:marTop w:val="0"/>
      <w:marBottom w:val="0"/>
      <w:divBdr>
        <w:top w:val="none" w:sz="0" w:space="0" w:color="auto"/>
        <w:left w:val="none" w:sz="0" w:space="0" w:color="auto"/>
        <w:bottom w:val="none" w:sz="0" w:space="0" w:color="auto"/>
        <w:right w:val="none" w:sz="0" w:space="0" w:color="auto"/>
      </w:divBdr>
    </w:div>
    <w:div w:id="1999725738">
      <w:bodyDiv w:val="1"/>
      <w:marLeft w:val="0"/>
      <w:marRight w:val="0"/>
      <w:marTop w:val="0"/>
      <w:marBottom w:val="0"/>
      <w:divBdr>
        <w:top w:val="none" w:sz="0" w:space="0" w:color="auto"/>
        <w:left w:val="none" w:sz="0" w:space="0" w:color="auto"/>
        <w:bottom w:val="none" w:sz="0" w:space="0" w:color="auto"/>
        <w:right w:val="none" w:sz="0" w:space="0" w:color="auto"/>
      </w:divBdr>
    </w:div>
    <w:div w:id="1999839956">
      <w:bodyDiv w:val="1"/>
      <w:marLeft w:val="0"/>
      <w:marRight w:val="0"/>
      <w:marTop w:val="0"/>
      <w:marBottom w:val="0"/>
      <w:divBdr>
        <w:top w:val="none" w:sz="0" w:space="0" w:color="auto"/>
        <w:left w:val="none" w:sz="0" w:space="0" w:color="auto"/>
        <w:bottom w:val="none" w:sz="0" w:space="0" w:color="auto"/>
        <w:right w:val="none" w:sz="0" w:space="0" w:color="auto"/>
      </w:divBdr>
    </w:div>
    <w:div w:id="2005163186">
      <w:bodyDiv w:val="1"/>
      <w:marLeft w:val="0"/>
      <w:marRight w:val="0"/>
      <w:marTop w:val="0"/>
      <w:marBottom w:val="0"/>
      <w:divBdr>
        <w:top w:val="none" w:sz="0" w:space="0" w:color="auto"/>
        <w:left w:val="none" w:sz="0" w:space="0" w:color="auto"/>
        <w:bottom w:val="none" w:sz="0" w:space="0" w:color="auto"/>
        <w:right w:val="none" w:sz="0" w:space="0" w:color="auto"/>
      </w:divBdr>
    </w:div>
    <w:div w:id="2005207757">
      <w:bodyDiv w:val="1"/>
      <w:marLeft w:val="0"/>
      <w:marRight w:val="0"/>
      <w:marTop w:val="0"/>
      <w:marBottom w:val="0"/>
      <w:divBdr>
        <w:top w:val="none" w:sz="0" w:space="0" w:color="auto"/>
        <w:left w:val="none" w:sz="0" w:space="0" w:color="auto"/>
        <w:bottom w:val="none" w:sz="0" w:space="0" w:color="auto"/>
        <w:right w:val="none" w:sz="0" w:space="0" w:color="auto"/>
      </w:divBdr>
    </w:div>
    <w:div w:id="2005208701">
      <w:bodyDiv w:val="1"/>
      <w:marLeft w:val="0"/>
      <w:marRight w:val="0"/>
      <w:marTop w:val="0"/>
      <w:marBottom w:val="0"/>
      <w:divBdr>
        <w:top w:val="none" w:sz="0" w:space="0" w:color="auto"/>
        <w:left w:val="none" w:sz="0" w:space="0" w:color="auto"/>
        <w:bottom w:val="none" w:sz="0" w:space="0" w:color="auto"/>
        <w:right w:val="none" w:sz="0" w:space="0" w:color="auto"/>
      </w:divBdr>
    </w:div>
    <w:div w:id="2006082415">
      <w:bodyDiv w:val="1"/>
      <w:marLeft w:val="0"/>
      <w:marRight w:val="0"/>
      <w:marTop w:val="0"/>
      <w:marBottom w:val="0"/>
      <w:divBdr>
        <w:top w:val="none" w:sz="0" w:space="0" w:color="auto"/>
        <w:left w:val="none" w:sz="0" w:space="0" w:color="auto"/>
        <w:bottom w:val="none" w:sz="0" w:space="0" w:color="auto"/>
        <w:right w:val="none" w:sz="0" w:space="0" w:color="auto"/>
      </w:divBdr>
    </w:div>
    <w:div w:id="2007855148">
      <w:bodyDiv w:val="1"/>
      <w:marLeft w:val="0"/>
      <w:marRight w:val="0"/>
      <w:marTop w:val="0"/>
      <w:marBottom w:val="0"/>
      <w:divBdr>
        <w:top w:val="none" w:sz="0" w:space="0" w:color="auto"/>
        <w:left w:val="none" w:sz="0" w:space="0" w:color="auto"/>
        <w:bottom w:val="none" w:sz="0" w:space="0" w:color="auto"/>
        <w:right w:val="none" w:sz="0" w:space="0" w:color="auto"/>
      </w:divBdr>
    </w:div>
    <w:div w:id="2010598332">
      <w:bodyDiv w:val="1"/>
      <w:marLeft w:val="0"/>
      <w:marRight w:val="0"/>
      <w:marTop w:val="0"/>
      <w:marBottom w:val="0"/>
      <w:divBdr>
        <w:top w:val="none" w:sz="0" w:space="0" w:color="auto"/>
        <w:left w:val="none" w:sz="0" w:space="0" w:color="auto"/>
        <w:bottom w:val="none" w:sz="0" w:space="0" w:color="auto"/>
        <w:right w:val="none" w:sz="0" w:space="0" w:color="auto"/>
      </w:divBdr>
    </w:div>
    <w:div w:id="2011372757">
      <w:bodyDiv w:val="1"/>
      <w:marLeft w:val="0"/>
      <w:marRight w:val="0"/>
      <w:marTop w:val="0"/>
      <w:marBottom w:val="0"/>
      <w:divBdr>
        <w:top w:val="none" w:sz="0" w:space="0" w:color="auto"/>
        <w:left w:val="none" w:sz="0" w:space="0" w:color="auto"/>
        <w:bottom w:val="none" w:sz="0" w:space="0" w:color="auto"/>
        <w:right w:val="none" w:sz="0" w:space="0" w:color="auto"/>
      </w:divBdr>
    </w:div>
    <w:div w:id="2011979759">
      <w:bodyDiv w:val="1"/>
      <w:marLeft w:val="0"/>
      <w:marRight w:val="0"/>
      <w:marTop w:val="0"/>
      <w:marBottom w:val="0"/>
      <w:divBdr>
        <w:top w:val="none" w:sz="0" w:space="0" w:color="auto"/>
        <w:left w:val="none" w:sz="0" w:space="0" w:color="auto"/>
        <w:bottom w:val="none" w:sz="0" w:space="0" w:color="auto"/>
        <w:right w:val="none" w:sz="0" w:space="0" w:color="auto"/>
      </w:divBdr>
    </w:div>
    <w:div w:id="2013333917">
      <w:bodyDiv w:val="1"/>
      <w:marLeft w:val="0"/>
      <w:marRight w:val="0"/>
      <w:marTop w:val="0"/>
      <w:marBottom w:val="0"/>
      <w:divBdr>
        <w:top w:val="none" w:sz="0" w:space="0" w:color="auto"/>
        <w:left w:val="none" w:sz="0" w:space="0" w:color="auto"/>
        <w:bottom w:val="none" w:sz="0" w:space="0" w:color="auto"/>
        <w:right w:val="none" w:sz="0" w:space="0" w:color="auto"/>
      </w:divBdr>
    </w:div>
    <w:div w:id="2013752434">
      <w:bodyDiv w:val="1"/>
      <w:marLeft w:val="0"/>
      <w:marRight w:val="0"/>
      <w:marTop w:val="0"/>
      <w:marBottom w:val="0"/>
      <w:divBdr>
        <w:top w:val="none" w:sz="0" w:space="0" w:color="auto"/>
        <w:left w:val="none" w:sz="0" w:space="0" w:color="auto"/>
        <w:bottom w:val="none" w:sz="0" w:space="0" w:color="auto"/>
        <w:right w:val="none" w:sz="0" w:space="0" w:color="auto"/>
      </w:divBdr>
    </w:div>
    <w:div w:id="2014913802">
      <w:bodyDiv w:val="1"/>
      <w:marLeft w:val="0"/>
      <w:marRight w:val="0"/>
      <w:marTop w:val="0"/>
      <w:marBottom w:val="0"/>
      <w:divBdr>
        <w:top w:val="none" w:sz="0" w:space="0" w:color="auto"/>
        <w:left w:val="none" w:sz="0" w:space="0" w:color="auto"/>
        <w:bottom w:val="none" w:sz="0" w:space="0" w:color="auto"/>
        <w:right w:val="none" w:sz="0" w:space="0" w:color="auto"/>
      </w:divBdr>
    </w:div>
    <w:div w:id="2016151172">
      <w:bodyDiv w:val="1"/>
      <w:marLeft w:val="0"/>
      <w:marRight w:val="0"/>
      <w:marTop w:val="0"/>
      <w:marBottom w:val="0"/>
      <w:divBdr>
        <w:top w:val="none" w:sz="0" w:space="0" w:color="auto"/>
        <w:left w:val="none" w:sz="0" w:space="0" w:color="auto"/>
        <w:bottom w:val="none" w:sz="0" w:space="0" w:color="auto"/>
        <w:right w:val="none" w:sz="0" w:space="0" w:color="auto"/>
      </w:divBdr>
    </w:div>
    <w:div w:id="2017612439">
      <w:bodyDiv w:val="1"/>
      <w:marLeft w:val="0"/>
      <w:marRight w:val="0"/>
      <w:marTop w:val="0"/>
      <w:marBottom w:val="0"/>
      <w:divBdr>
        <w:top w:val="none" w:sz="0" w:space="0" w:color="auto"/>
        <w:left w:val="none" w:sz="0" w:space="0" w:color="auto"/>
        <w:bottom w:val="none" w:sz="0" w:space="0" w:color="auto"/>
        <w:right w:val="none" w:sz="0" w:space="0" w:color="auto"/>
      </w:divBdr>
    </w:div>
    <w:div w:id="2021934394">
      <w:bodyDiv w:val="1"/>
      <w:marLeft w:val="0"/>
      <w:marRight w:val="0"/>
      <w:marTop w:val="0"/>
      <w:marBottom w:val="0"/>
      <w:divBdr>
        <w:top w:val="none" w:sz="0" w:space="0" w:color="auto"/>
        <w:left w:val="none" w:sz="0" w:space="0" w:color="auto"/>
        <w:bottom w:val="none" w:sz="0" w:space="0" w:color="auto"/>
        <w:right w:val="none" w:sz="0" w:space="0" w:color="auto"/>
      </w:divBdr>
    </w:div>
    <w:div w:id="2022000261">
      <w:bodyDiv w:val="1"/>
      <w:marLeft w:val="0"/>
      <w:marRight w:val="0"/>
      <w:marTop w:val="0"/>
      <w:marBottom w:val="0"/>
      <w:divBdr>
        <w:top w:val="none" w:sz="0" w:space="0" w:color="auto"/>
        <w:left w:val="none" w:sz="0" w:space="0" w:color="auto"/>
        <w:bottom w:val="none" w:sz="0" w:space="0" w:color="auto"/>
        <w:right w:val="none" w:sz="0" w:space="0" w:color="auto"/>
      </w:divBdr>
    </w:div>
    <w:div w:id="2022852598">
      <w:bodyDiv w:val="1"/>
      <w:marLeft w:val="0"/>
      <w:marRight w:val="0"/>
      <w:marTop w:val="0"/>
      <w:marBottom w:val="0"/>
      <w:divBdr>
        <w:top w:val="none" w:sz="0" w:space="0" w:color="auto"/>
        <w:left w:val="none" w:sz="0" w:space="0" w:color="auto"/>
        <w:bottom w:val="none" w:sz="0" w:space="0" w:color="auto"/>
        <w:right w:val="none" w:sz="0" w:space="0" w:color="auto"/>
      </w:divBdr>
    </w:div>
    <w:div w:id="2025857992">
      <w:bodyDiv w:val="1"/>
      <w:marLeft w:val="0"/>
      <w:marRight w:val="0"/>
      <w:marTop w:val="0"/>
      <w:marBottom w:val="0"/>
      <w:divBdr>
        <w:top w:val="none" w:sz="0" w:space="0" w:color="auto"/>
        <w:left w:val="none" w:sz="0" w:space="0" w:color="auto"/>
        <w:bottom w:val="none" w:sz="0" w:space="0" w:color="auto"/>
        <w:right w:val="none" w:sz="0" w:space="0" w:color="auto"/>
      </w:divBdr>
    </w:div>
    <w:div w:id="2027518853">
      <w:bodyDiv w:val="1"/>
      <w:marLeft w:val="0"/>
      <w:marRight w:val="0"/>
      <w:marTop w:val="0"/>
      <w:marBottom w:val="0"/>
      <w:divBdr>
        <w:top w:val="none" w:sz="0" w:space="0" w:color="auto"/>
        <w:left w:val="none" w:sz="0" w:space="0" w:color="auto"/>
        <w:bottom w:val="none" w:sz="0" w:space="0" w:color="auto"/>
        <w:right w:val="none" w:sz="0" w:space="0" w:color="auto"/>
      </w:divBdr>
    </w:div>
    <w:div w:id="2027749990">
      <w:bodyDiv w:val="1"/>
      <w:marLeft w:val="0"/>
      <w:marRight w:val="0"/>
      <w:marTop w:val="0"/>
      <w:marBottom w:val="0"/>
      <w:divBdr>
        <w:top w:val="none" w:sz="0" w:space="0" w:color="auto"/>
        <w:left w:val="none" w:sz="0" w:space="0" w:color="auto"/>
        <w:bottom w:val="none" w:sz="0" w:space="0" w:color="auto"/>
        <w:right w:val="none" w:sz="0" w:space="0" w:color="auto"/>
      </w:divBdr>
    </w:div>
    <w:div w:id="2029868232">
      <w:bodyDiv w:val="1"/>
      <w:marLeft w:val="0"/>
      <w:marRight w:val="0"/>
      <w:marTop w:val="0"/>
      <w:marBottom w:val="0"/>
      <w:divBdr>
        <w:top w:val="none" w:sz="0" w:space="0" w:color="auto"/>
        <w:left w:val="none" w:sz="0" w:space="0" w:color="auto"/>
        <w:bottom w:val="none" w:sz="0" w:space="0" w:color="auto"/>
        <w:right w:val="none" w:sz="0" w:space="0" w:color="auto"/>
      </w:divBdr>
    </w:div>
    <w:div w:id="2030912616">
      <w:bodyDiv w:val="1"/>
      <w:marLeft w:val="0"/>
      <w:marRight w:val="0"/>
      <w:marTop w:val="0"/>
      <w:marBottom w:val="0"/>
      <w:divBdr>
        <w:top w:val="none" w:sz="0" w:space="0" w:color="auto"/>
        <w:left w:val="none" w:sz="0" w:space="0" w:color="auto"/>
        <w:bottom w:val="none" w:sz="0" w:space="0" w:color="auto"/>
        <w:right w:val="none" w:sz="0" w:space="0" w:color="auto"/>
      </w:divBdr>
    </w:div>
    <w:div w:id="2032023426">
      <w:bodyDiv w:val="1"/>
      <w:marLeft w:val="0"/>
      <w:marRight w:val="0"/>
      <w:marTop w:val="0"/>
      <w:marBottom w:val="0"/>
      <w:divBdr>
        <w:top w:val="none" w:sz="0" w:space="0" w:color="auto"/>
        <w:left w:val="none" w:sz="0" w:space="0" w:color="auto"/>
        <w:bottom w:val="none" w:sz="0" w:space="0" w:color="auto"/>
        <w:right w:val="none" w:sz="0" w:space="0" w:color="auto"/>
      </w:divBdr>
    </w:div>
    <w:div w:id="2032028117">
      <w:bodyDiv w:val="1"/>
      <w:marLeft w:val="0"/>
      <w:marRight w:val="0"/>
      <w:marTop w:val="0"/>
      <w:marBottom w:val="0"/>
      <w:divBdr>
        <w:top w:val="none" w:sz="0" w:space="0" w:color="auto"/>
        <w:left w:val="none" w:sz="0" w:space="0" w:color="auto"/>
        <w:bottom w:val="none" w:sz="0" w:space="0" w:color="auto"/>
        <w:right w:val="none" w:sz="0" w:space="0" w:color="auto"/>
      </w:divBdr>
    </w:div>
    <w:div w:id="2032946439">
      <w:bodyDiv w:val="1"/>
      <w:marLeft w:val="0"/>
      <w:marRight w:val="0"/>
      <w:marTop w:val="0"/>
      <w:marBottom w:val="0"/>
      <w:divBdr>
        <w:top w:val="none" w:sz="0" w:space="0" w:color="auto"/>
        <w:left w:val="none" w:sz="0" w:space="0" w:color="auto"/>
        <w:bottom w:val="none" w:sz="0" w:space="0" w:color="auto"/>
        <w:right w:val="none" w:sz="0" w:space="0" w:color="auto"/>
      </w:divBdr>
    </w:div>
    <w:div w:id="2033189737">
      <w:bodyDiv w:val="1"/>
      <w:marLeft w:val="0"/>
      <w:marRight w:val="0"/>
      <w:marTop w:val="0"/>
      <w:marBottom w:val="0"/>
      <w:divBdr>
        <w:top w:val="none" w:sz="0" w:space="0" w:color="auto"/>
        <w:left w:val="none" w:sz="0" w:space="0" w:color="auto"/>
        <w:bottom w:val="none" w:sz="0" w:space="0" w:color="auto"/>
        <w:right w:val="none" w:sz="0" w:space="0" w:color="auto"/>
      </w:divBdr>
    </w:div>
    <w:div w:id="2037845356">
      <w:bodyDiv w:val="1"/>
      <w:marLeft w:val="0"/>
      <w:marRight w:val="0"/>
      <w:marTop w:val="0"/>
      <w:marBottom w:val="0"/>
      <w:divBdr>
        <w:top w:val="none" w:sz="0" w:space="0" w:color="auto"/>
        <w:left w:val="none" w:sz="0" w:space="0" w:color="auto"/>
        <w:bottom w:val="none" w:sz="0" w:space="0" w:color="auto"/>
        <w:right w:val="none" w:sz="0" w:space="0" w:color="auto"/>
      </w:divBdr>
    </w:div>
    <w:div w:id="2037929263">
      <w:bodyDiv w:val="1"/>
      <w:marLeft w:val="0"/>
      <w:marRight w:val="0"/>
      <w:marTop w:val="0"/>
      <w:marBottom w:val="0"/>
      <w:divBdr>
        <w:top w:val="none" w:sz="0" w:space="0" w:color="auto"/>
        <w:left w:val="none" w:sz="0" w:space="0" w:color="auto"/>
        <w:bottom w:val="none" w:sz="0" w:space="0" w:color="auto"/>
        <w:right w:val="none" w:sz="0" w:space="0" w:color="auto"/>
      </w:divBdr>
    </w:div>
    <w:div w:id="2038002353">
      <w:bodyDiv w:val="1"/>
      <w:marLeft w:val="0"/>
      <w:marRight w:val="0"/>
      <w:marTop w:val="0"/>
      <w:marBottom w:val="0"/>
      <w:divBdr>
        <w:top w:val="none" w:sz="0" w:space="0" w:color="auto"/>
        <w:left w:val="none" w:sz="0" w:space="0" w:color="auto"/>
        <w:bottom w:val="none" w:sz="0" w:space="0" w:color="auto"/>
        <w:right w:val="none" w:sz="0" w:space="0" w:color="auto"/>
      </w:divBdr>
    </w:div>
    <w:div w:id="2038578225">
      <w:bodyDiv w:val="1"/>
      <w:marLeft w:val="0"/>
      <w:marRight w:val="0"/>
      <w:marTop w:val="0"/>
      <w:marBottom w:val="0"/>
      <w:divBdr>
        <w:top w:val="none" w:sz="0" w:space="0" w:color="auto"/>
        <w:left w:val="none" w:sz="0" w:space="0" w:color="auto"/>
        <w:bottom w:val="none" w:sz="0" w:space="0" w:color="auto"/>
        <w:right w:val="none" w:sz="0" w:space="0" w:color="auto"/>
      </w:divBdr>
    </w:div>
    <w:div w:id="2039117161">
      <w:bodyDiv w:val="1"/>
      <w:marLeft w:val="0"/>
      <w:marRight w:val="0"/>
      <w:marTop w:val="0"/>
      <w:marBottom w:val="0"/>
      <w:divBdr>
        <w:top w:val="none" w:sz="0" w:space="0" w:color="auto"/>
        <w:left w:val="none" w:sz="0" w:space="0" w:color="auto"/>
        <w:bottom w:val="none" w:sz="0" w:space="0" w:color="auto"/>
        <w:right w:val="none" w:sz="0" w:space="0" w:color="auto"/>
      </w:divBdr>
    </w:div>
    <w:div w:id="2039893882">
      <w:bodyDiv w:val="1"/>
      <w:marLeft w:val="0"/>
      <w:marRight w:val="0"/>
      <w:marTop w:val="0"/>
      <w:marBottom w:val="0"/>
      <w:divBdr>
        <w:top w:val="none" w:sz="0" w:space="0" w:color="auto"/>
        <w:left w:val="none" w:sz="0" w:space="0" w:color="auto"/>
        <w:bottom w:val="none" w:sz="0" w:space="0" w:color="auto"/>
        <w:right w:val="none" w:sz="0" w:space="0" w:color="auto"/>
      </w:divBdr>
    </w:div>
    <w:div w:id="2039961137">
      <w:bodyDiv w:val="1"/>
      <w:marLeft w:val="0"/>
      <w:marRight w:val="0"/>
      <w:marTop w:val="0"/>
      <w:marBottom w:val="0"/>
      <w:divBdr>
        <w:top w:val="none" w:sz="0" w:space="0" w:color="auto"/>
        <w:left w:val="none" w:sz="0" w:space="0" w:color="auto"/>
        <w:bottom w:val="none" w:sz="0" w:space="0" w:color="auto"/>
        <w:right w:val="none" w:sz="0" w:space="0" w:color="auto"/>
      </w:divBdr>
    </w:div>
    <w:div w:id="2040544923">
      <w:bodyDiv w:val="1"/>
      <w:marLeft w:val="0"/>
      <w:marRight w:val="0"/>
      <w:marTop w:val="0"/>
      <w:marBottom w:val="0"/>
      <w:divBdr>
        <w:top w:val="none" w:sz="0" w:space="0" w:color="auto"/>
        <w:left w:val="none" w:sz="0" w:space="0" w:color="auto"/>
        <w:bottom w:val="none" w:sz="0" w:space="0" w:color="auto"/>
        <w:right w:val="none" w:sz="0" w:space="0" w:color="auto"/>
      </w:divBdr>
    </w:div>
    <w:div w:id="2043937142">
      <w:bodyDiv w:val="1"/>
      <w:marLeft w:val="0"/>
      <w:marRight w:val="0"/>
      <w:marTop w:val="0"/>
      <w:marBottom w:val="0"/>
      <w:divBdr>
        <w:top w:val="none" w:sz="0" w:space="0" w:color="auto"/>
        <w:left w:val="none" w:sz="0" w:space="0" w:color="auto"/>
        <w:bottom w:val="none" w:sz="0" w:space="0" w:color="auto"/>
        <w:right w:val="none" w:sz="0" w:space="0" w:color="auto"/>
      </w:divBdr>
    </w:div>
    <w:div w:id="2045015246">
      <w:bodyDiv w:val="1"/>
      <w:marLeft w:val="0"/>
      <w:marRight w:val="0"/>
      <w:marTop w:val="0"/>
      <w:marBottom w:val="0"/>
      <w:divBdr>
        <w:top w:val="none" w:sz="0" w:space="0" w:color="auto"/>
        <w:left w:val="none" w:sz="0" w:space="0" w:color="auto"/>
        <w:bottom w:val="none" w:sz="0" w:space="0" w:color="auto"/>
        <w:right w:val="none" w:sz="0" w:space="0" w:color="auto"/>
      </w:divBdr>
    </w:div>
    <w:div w:id="2045977408">
      <w:bodyDiv w:val="1"/>
      <w:marLeft w:val="0"/>
      <w:marRight w:val="0"/>
      <w:marTop w:val="0"/>
      <w:marBottom w:val="0"/>
      <w:divBdr>
        <w:top w:val="none" w:sz="0" w:space="0" w:color="auto"/>
        <w:left w:val="none" w:sz="0" w:space="0" w:color="auto"/>
        <w:bottom w:val="none" w:sz="0" w:space="0" w:color="auto"/>
        <w:right w:val="none" w:sz="0" w:space="0" w:color="auto"/>
      </w:divBdr>
    </w:div>
    <w:div w:id="2046711828">
      <w:bodyDiv w:val="1"/>
      <w:marLeft w:val="0"/>
      <w:marRight w:val="0"/>
      <w:marTop w:val="0"/>
      <w:marBottom w:val="0"/>
      <w:divBdr>
        <w:top w:val="none" w:sz="0" w:space="0" w:color="auto"/>
        <w:left w:val="none" w:sz="0" w:space="0" w:color="auto"/>
        <w:bottom w:val="none" w:sz="0" w:space="0" w:color="auto"/>
        <w:right w:val="none" w:sz="0" w:space="0" w:color="auto"/>
      </w:divBdr>
    </w:div>
    <w:div w:id="2047364274">
      <w:bodyDiv w:val="1"/>
      <w:marLeft w:val="0"/>
      <w:marRight w:val="0"/>
      <w:marTop w:val="0"/>
      <w:marBottom w:val="0"/>
      <w:divBdr>
        <w:top w:val="none" w:sz="0" w:space="0" w:color="auto"/>
        <w:left w:val="none" w:sz="0" w:space="0" w:color="auto"/>
        <w:bottom w:val="none" w:sz="0" w:space="0" w:color="auto"/>
        <w:right w:val="none" w:sz="0" w:space="0" w:color="auto"/>
      </w:divBdr>
    </w:div>
    <w:div w:id="2048530665">
      <w:bodyDiv w:val="1"/>
      <w:marLeft w:val="0"/>
      <w:marRight w:val="0"/>
      <w:marTop w:val="0"/>
      <w:marBottom w:val="0"/>
      <w:divBdr>
        <w:top w:val="none" w:sz="0" w:space="0" w:color="auto"/>
        <w:left w:val="none" w:sz="0" w:space="0" w:color="auto"/>
        <w:bottom w:val="none" w:sz="0" w:space="0" w:color="auto"/>
        <w:right w:val="none" w:sz="0" w:space="0" w:color="auto"/>
      </w:divBdr>
    </w:div>
    <w:div w:id="2052268300">
      <w:bodyDiv w:val="1"/>
      <w:marLeft w:val="0"/>
      <w:marRight w:val="0"/>
      <w:marTop w:val="0"/>
      <w:marBottom w:val="0"/>
      <w:divBdr>
        <w:top w:val="none" w:sz="0" w:space="0" w:color="auto"/>
        <w:left w:val="none" w:sz="0" w:space="0" w:color="auto"/>
        <w:bottom w:val="none" w:sz="0" w:space="0" w:color="auto"/>
        <w:right w:val="none" w:sz="0" w:space="0" w:color="auto"/>
      </w:divBdr>
    </w:div>
    <w:div w:id="2057002647">
      <w:bodyDiv w:val="1"/>
      <w:marLeft w:val="0"/>
      <w:marRight w:val="0"/>
      <w:marTop w:val="0"/>
      <w:marBottom w:val="0"/>
      <w:divBdr>
        <w:top w:val="none" w:sz="0" w:space="0" w:color="auto"/>
        <w:left w:val="none" w:sz="0" w:space="0" w:color="auto"/>
        <w:bottom w:val="none" w:sz="0" w:space="0" w:color="auto"/>
        <w:right w:val="none" w:sz="0" w:space="0" w:color="auto"/>
      </w:divBdr>
    </w:div>
    <w:div w:id="2057046640">
      <w:bodyDiv w:val="1"/>
      <w:marLeft w:val="0"/>
      <w:marRight w:val="0"/>
      <w:marTop w:val="0"/>
      <w:marBottom w:val="0"/>
      <w:divBdr>
        <w:top w:val="none" w:sz="0" w:space="0" w:color="auto"/>
        <w:left w:val="none" w:sz="0" w:space="0" w:color="auto"/>
        <w:bottom w:val="none" w:sz="0" w:space="0" w:color="auto"/>
        <w:right w:val="none" w:sz="0" w:space="0" w:color="auto"/>
      </w:divBdr>
    </w:div>
    <w:div w:id="2057048630">
      <w:bodyDiv w:val="1"/>
      <w:marLeft w:val="0"/>
      <w:marRight w:val="0"/>
      <w:marTop w:val="0"/>
      <w:marBottom w:val="0"/>
      <w:divBdr>
        <w:top w:val="none" w:sz="0" w:space="0" w:color="auto"/>
        <w:left w:val="none" w:sz="0" w:space="0" w:color="auto"/>
        <w:bottom w:val="none" w:sz="0" w:space="0" w:color="auto"/>
        <w:right w:val="none" w:sz="0" w:space="0" w:color="auto"/>
      </w:divBdr>
    </w:div>
    <w:div w:id="2060130872">
      <w:bodyDiv w:val="1"/>
      <w:marLeft w:val="0"/>
      <w:marRight w:val="0"/>
      <w:marTop w:val="0"/>
      <w:marBottom w:val="0"/>
      <w:divBdr>
        <w:top w:val="none" w:sz="0" w:space="0" w:color="auto"/>
        <w:left w:val="none" w:sz="0" w:space="0" w:color="auto"/>
        <w:bottom w:val="none" w:sz="0" w:space="0" w:color="auto"/>
        <w:right w:val="none" w:sz="0" w:space="0" w:color="auto"/>
      </w:divBdr>
    </w:div>
    <w:div w:id="2060662968">
      <w:bodyDiv w:val="1"/>
      <w:marLeft w:val="0"/>
      <w:marRight w:val="0"/>
      <w:marTop w:val="0"/>
      <w:marBottom w:val="0"/>
      <w:divBdr>
        <w:top w:val="none" w:sz="0" w:space="0" w:color="auto"/>
        <w:left w:val="none" w:sz="0" w:space="0" w:color="auto"/>
        <w:bottom w:val="none" w:sz="0" w:space="0" w:color="auto"/>
        <w:right w:val="none" w:sz="0" w:space="0" w:color="auto"/>
      </w:divBdr>
    </w:div>
    <w:div w:id="2060932411">
      <w:bodyDiv w:val="1"/>
      <w:marLeft w:val="0"/>
      <w:marRight w:val="0"/>
      <w:marTop w:val="0"/>
      <w:marBottom w:val="0"/>
      <w:divBdr>
        <w:top w:val="none" w:sz="0" w:space="0" w:color="auto"/>
        <w:left w:val="none" w:sz="0" w:space="0" w:color="auto"/>
        <w:bottom w:val="none" w:sz="0" w:space="0" w:color="auto"/>
        <w:right w:val="none" w:sz="0" w:space="0" w:color="auto"/>
      </w:divBdr>
    </w:div>
    <w:div w:id="2061323971">
      <w:bodyDiv w:val="1"/>
      <w:marLeft w:val="0"/>
      <w:marRight w:val="0"/>
      <w:marTop w:val="0"/>
      <w:marBottom w:val="0"/>
      <w:divBdr>
        <w:top w:val="none" w:sz="0" w:space="0" w:color="auto"/>
        <w:left w:val="none" w:sz="0" w:space="0" w:color="auto"/>
        <w:bottom w:val="none" w:sz="0" w:space="0" w:color="auto"/>
        <w:right w:val="none" w:sz="0" w:space="0" w:color="auto"/>
      </w:divBdr>
    </w:div>
    <w:div w:id="2063869355">
      <w:bodyDiv w:val="1"/>
      <w:marLeft w:val="0"/>
      <w:marRight w:val="0"/>
      <w:marTop w:val="0"/>
      <w:marBottom w:val="0"/>
      <w:divBdr>
        <w:top w:val="none" w:sz="0" w:space="0" w:color="auto"/>
        <w:left w:val="none" w:sz="0" w:space="0" w:color="auto"/>
        <w:bottom w:val="none" w:sz="0" w:space="0" w:color="auto"/>
        <w:right w:val="none" w:sz="0" w:space="0" w:color="auto"/>
      </w:divBdr>
    </w:div>
    <w:div w:id="2066638345">
      <w:bodyDiv w:val="1"/>
      <w:marLeft w:val="0"/>
      <w:marRight w:val="0"/>
      <w:marTop w:val="0"/>
      <w:marBottom w:val="0"/>
      <w:divBdr>
        <w:top w:val="none" w:sz="0" w:space="0" w:color="auto"/>
        <w:left w:val="none" w:sz="0" w:space="0" w:color="auto"/>
        <w:bottom w:val="none" w:sz="0" w:space="0" w:color="auto"/>
        <w:right w:val="none" w:sz="0" w:space="0" w:color="auto"/>
      </w:divBdr>
    </w:div>
    <w:div w:id="2069037933">
      <w:bodyDiv w:val="1"/>
      <w:marLeft w:val="0"/>
      <w:marRight w:val="0"/>
      <w:marTop w:val="0"/>
      <w:marBottom w:val="0"/>
      <w:divBdr>
        <w:top w:val="none" w:sz="0" w:space="0" w:color="auto"/>
        <w:left w:val="none" w:sz="0" w:space="0" w:color="auto"/>
        <w:bottom w:val="none" w:sz="0" w:space="0" w:color="auto"/>
        <w:right w:val="none" w:sz="0" w:space="0" w:color="auto"/>
      </w:divBdr>
    </w:div>
    <w:div w:id="2072925973">
      <w:bodyDiv w:val="1"/>
      <w:marLeft w:val="0"/>
      <w:marRight w:val="0"/>
      <w:marTop w:val="0"/>
      <w:marBottom w:val="0"/>
      <w:divBdr>
        <w:top w:val="none" w:sz="0" w:space="0" w:color="auto"/>
        <w:left w:val="none" w:sz="0" w:space="0" w:color="auto"/>
        <w:bottom w:val="none" w:sz="0" w:space="0" w:color="auto"/>
        <w:right w:val="none" w:sz="0" w:space="0" w:color="auto"/>
      </w:divBdr>
    </w:div>
    <w:div w:id="2074620287">
      <w:bodyDiv w:val="1"/>
      <w:marLeft w:val="0"/>
      <w:marRight w:val="0"/>
      <w:marTop w:val="0"/>
      <w:marBottom w:val="0"/>
      <w:divBdr>
        <w:top w:val="none" w:sz="0" w:space="0" w:color="auto"/>
        <w:left w:val="none" w:sz="0" w:space="0" w:color="auto"/>
        <w:bottom w:val="none" w:sz="0" w:space="0" w:color="auto"/>
        <w:right w:val="none" w:sz="0" w:space="0" w:color="auto"/>
      </w:divBdr>
    </w:div>
    <w:div w:id="2074890057">
      <w:bodyDiv w:val="1"/>
      <w:marLeft w:val="0"/>
      <w:marRight w:val="0"/>
      <w:marTop w:val="0"/>
      <w:marBottom w:val="0"/>
      <w:divBdr>
        <w:top w:val="none" w:sz="0" w:space="0" w:color="auto"/>
        <w:left w:val="none" w:sz="0" w:space="0" w:color="auto"/>
        <w:bottom w:val="none" w:sz="0" w:space="0" w:color="auto"/>
        <w:right w:val="none" w:sz="0" w:space="0" w:color="auto"/>
      </w:divBdr>
    </w:div>
    <w:div w:id="2076515045">
      <w:bodyDiv w:val="1"/>
      <w:marLeft w:val="0"/>
      <w:marRight w:val="0"/>
      <w:marTop w:val="0"/>
      <w:marBottom w:val="0"/>
      <w:divBdr>
        <w:top w:val="none" w:sz="0" w:space="0" w:color="auto"/>
        <w:left w:val="none" w:sz="0" w:space="0" w:color="auto"/>
        <w:bottom w:val="none" w:sz="0" w:space="0" w:color="auto"/>
        <w:right w:val="none" w:sz="0" w:space="0" w:color="auto"/>
      </w:divBdr>
    </w:div>
    <w:div w:id="2078747462">
      <w:bodyDiv w:val="1"/>
      <w:marLeft w:val="0"/>
      <w:marRight w:val="0"/>
      <w:marTop w:val="0"/>
      <w:marBottom w:val="0"/>
      <w:divBdr>
        <w:top w:val="none" w:sz="0" w:space="0" w:color="auto"/>
        <w:left w:val="none" w:sz="0" w:space="0" w:color="auto"/>
        <w:bottom w:val="none" w:sz="0" w:space="0" w:color="auto"/>
        <w:right w:val="none" w:sz="0" w:space="0" w:color="auto"/>
      </w:divBdr>
    </w:div>
    <w:div w:id="2081249183">
      <w:bodyDiv w:val="1"/>
      <w:marLeft w:val="0"/>
      <w:marRight w:val="0"/>
      <w:marTop w:val="0"/>
      <w:marBottom w:val="0"/>
      <w:divBdr>
        <w:top w:val="none" w:sz="0" w:space="0" w:color="auto"/>
        <w:left w:val="none" w:sz="0" w:space="0" w:color="auto"/>
        <w:bottom w:val="none" w:sz="0" w:space="0" w:color="auto"/>
        <w:right w:val="none" w:sz="0" w:space="0" w:color="auto"/>
      </w:divBdr>
    </w:div>
    <w:div w:id="2083523081">
      <w:bodyDiv w:val="1"/>
      <w:marLeft w:val="0"/>
      <w:marRight w:val="0"/>
      <w:marTop w:val="0"/>
      <w:marBottom w:val="0"/>
      <w:divBdr>
        <w:top w:val="none" w:sz="0" w:space="0" w:color="auto"/>
        <w:left w:val="none" w:sz="0" w:space="0" w:color="auto"/>
        <w:bottom w:val="none" w:sz="0" w:space="0" w:color="auto"/>
        <w:right w:val="none" w:sz="0" w:space="0" w:color="auto"/>
      </w:divBdr>
    </w:div>
    <w:div w:id="2084836147">
      <w:bodyDiv w:val="1"/>
      <w:marLeft w:val="0"/>
      <w:marRight w:val="0"/>
      <w:marTop w:val="0"/>
      <w:marBottom w:val="0"/>
      <w:divBdr>
        <w:top w:val="none" w:sz="0" w:space="0" w:color="auto"/>
        <w:left w:val="none" w:sz="0" w:space="0" w:color="auto"/>
        <w:bottom w:val="none" w:sz="0" w:space="0" w:color="auto"/>
        <w:right w:val="none" w:sz="0" w:space="0" w:color="auto"/>
      </w:divBdr>
    </w:div>
    <w:div w:id="2089501316">
      <w:bodyDiv w:val="1"/>
      <w:marLeft w:val="0"/>
      <w:marRight w:val="0"/>
      <w:marTop w:val="0"/>
      <w:marBottom w:val="0"/>
      <w:divBdr>
        <w:top w:val="none" w:sz="0" w:space="0" w:color="auto"/>
        <w:left w:val="none" w:sz="0" w:space="0" w:color="auto"/>
        <w:bottom w:val="none" w:sz="0" w:space="0" w:color="auto"/>
        <w:right w:val="none" w:sz="0" w:space="0" w:color="auto"/>
      </w:divBdr>
    </w:div>
    <w:div w:id="2091385605">
      <w:bodyDiv w:val="1"/>
      <w:marLeft w:val="0"/>
      <w:marRight w:val="0"/>
      <w:marTop w:val="0"/>
      <w:marBottom w:val="0"/>
      <w:divBdr>
        <w:top w:val="none" w:sz="0" w:space="0" w:color="auto"/>
        <w:left w:val="none" w:sz="0" w:space="0" w:color="auto"/>
        <w:bottom w:val="none" w:sz="0" w:space="0" w:color="auto"/>
        <w:right w:val="none" w:sz="0" w:space="0" w:color="auto"/>
      </w:divBdr>
    </w:div>
    <w:div w:id="2094664144">
      <w:bodyDiv w:val="1"/>
      <w:marLeft w:val="0"/>
      <w:marRight w:val="0"/>
      <w:marTop w:val="0"/>
      <w:marBottom w:val="0"/>
      <w:divBdr>
        <w:top w:val="none" w:sz="0" w:space="0" w:color="auto"/>
        <w:left w:val="none" w:sz="0" w:space="0" w:color="auto"/>
        <w:bottom w:val="none" w:sz="0" w:space="0" w:color="auto"/>
        <w:right w:val="none" w:sz="0" w:space="0" w:color="auto"/>
      </w:divBdr>
    </w:div>
    <w:div w:id="2095979296">
      <w:bodyDiv w:val="1"/>
      <w:marLeft w:val="0"/>
      <w:marRight w:val="0"/>
      <w:marTop w:val="0"/>
      <w:marBottom w:val="0"/>
      <w:divBdr>
        <w:top w:val="none" w:sz="0" w:space="0" w:color="auto"/>
        <w:left w:val="none" w:sz="0" w:space="0" w:color="auto"/>
        <w:bottom w:val="none" w:sz="0" w:space="0" w:color="auto"/>
        <w:right w:val="none" w:sz="0" w:space="0" w:color="auto"/>
      </w:divBdr>
    </w:div>
    <w:div w:id="2096126096">
      <w:bodyDiv w:val="1"/>
      <w:marLeft w:val="0"/>
      <w:marRight w:val="0"/>
      <w:marTop w:val="0"/>
      <w:marBottom w:val="0"/>
      <w:divBdr>
        <w:top w:val="none" w:sz="0" w:space="0" w:color="auto"/>
        <w:left w:val="none" w:sz="0" w:space="0" w:color="auto"/>
        <w:bottom w:val="none" w:sz="0" w:space="0" w:color="auto"/>
        <w:right w:val="none" w:sz="0" w:space="0" w:color="auto"/>
      </w:divBdr>
    </w:div>
    <w:div w:id="2096583318">
      <w:bodyDiv w:val="1"/>
      <w:marLeft w:val="0"/>
      <w:marRight w:val="0"/>
      <w:marTop w:val="0"/>
      <w:marBottom w:val="0"/>
      <w:divBdr>
        <w:top w:val="none" w:sz="0" w:space="0" w:color="auto"/>
        <w:left w:val="none" w:sz="0" w:space="0" w:color="auto"/>
        <w:bottom w:val="none" w:sz="0" w:space="0" w:color="auto"/>
        <w:right w:val="none" w:sz="0" w:space="0" w:color="auto"/>
      </w:divBdr>
    </w:div>
    <w:div w:id="2097898131">
      <w:bodyDiv w:val="1"/>
      <w:marLeft w:val="0"/>
      <w:marRight w:val="0"/>
      <w:marTop w:val="0"/>
      <w:marBottom w:val="0"/>
      <w:divBdr>
        <w:top w:val="none" w:sz="0" w:space="0" w:color="auto"/>
        <w:left w:val="none" w:sz="0" w:space="0" w:color="auto"/>
        <w:bottom w:val="none" w:sz="0" w:space="0" w:color="auto"/>
        <w:right w:val="none" w:sz="0" w:space="0" w:color="auto"/>
      </w:divBdr>
    </w:div>
    <w:div w:id="2098668310">
      <w:bodyDiv w:val="1"/>
      <w:marLeft w:val="0"/>
      <w:marRight w:val="0"/>
      <w:marTop w:val="0"/>
      <w:marBottom w:val="0"/>
      <w:divBdr>
        <w:top w:val="none" w:sz="0" w:space="0" w:color="auto"/>
        <w:left w:val="none" w:sz="0" w:space="0" w:color="auto"/>
        <w:bottom w:val="none" w:sz="0" w:space="0" w:color="auto"/>
        <w:right w:val="none" w:sz="0" w:space="0" w:color="auto"/>
      </w:divBdr>
    </w:div>
    <w:div w:id="2098944076">
      <w:bodyDiv w:val="1"/>
      <w:marLeft w:val="0"/>
      <w:marRight w:val="0"/>
      <w:marTop w:val="0"/>
      <w:marBottom w:val="0"/>
      <w:divBdr>
        <w:top w:val="none" w:sz="0" w:space="0" w:color="auto"/>
        <w:left w:val="none" w:sz="0" w:space="0" w:color="auto"/>
        <w:bottom w:val="none" w:sz="0" w:space="0" w:color="auto"/>
        <w:right w:val="none" w:sz="0" w:space="0" w:color="auto"/>
      </w:divBdr>
    </w:div>
    <w:div w:id="2099788323">
      <w:bodyDiv w:val="1"/>
      <w:marLeft w:val="0"/>
      <w:marRight w:val="0"/>
      <w:marTop w:val="0"/>
      <w:marBottom w:val="0"/>
      <w:divBdr>
        <w:top w:val="none" w:sz="0" w:space="0" w:color="auto"/>
        <w:left w:val="none" w:sz="0" w:space="0" w:color="auto"/>
        <w:bottom w:val="none" w:sz="0" w:space="0" w:color="auto"/>
        <w:right w:val="none" w:sz="0" w:space="0" w:color="auto"/>
      </w:divBdr>
    </w:div>
    <w:div w:id="2100639003">
      <w:bodyDiv w:val="1"/>
      <w:marLeft w:val="0"/>
      <w:marRight w:val="0"/>
      <w:marTop w:val="0"/>
      <w:marBottom w:val="0"/>
      <w:divBdr>
        <w:top w:val="none" w:sz="0" w:space="0" w:color="auto"/>
        <w:left w:val="none" w:sz="0" w:space="0" w:color="auto"/>
        <w:bottom w:val="none" w:sz="0" w:space="0" w:color="auto"/>
        <w:right w:val="none" w:sz="0" w:space="0" w:color="auto"/>
      </w:divBdr>
    </w:div>
    <w:div w:id="2101019686">
      <w:bodyDiv w:val="1"/>
      <w:marLeft w:val="0"/>
      <w:marRight w:val="0"/>
      <w:marTop w:val="0"/>
      <w:marBottom w:val="0"/>
      <w:divBdr>
        <w:top w:val="none" w:sz="0" w:space="0" w:color="auto"/>
        <w:left w:val="none" w:sz="0" w:space="0" w:color="auto"/>
        <w:bottom w:val="none" w:sz="0" w:space="0" w:color="auto"/>
        <w:right w:val="none" w:sz="0" w:space="0" w:color="auto"/>
      </w:divBdr>
    </w:div>
    <w:div w:id="2103333173">
      <w:bodyDiv w:val="1"/>
      <w:marLeft w:val="0"/>
      <w:marRight w:val="0"/>
      <w:marTop w:val="0"/>
      <w:marBottom w:val="0"/>
      <w:divBdr>
        <w:top w:val="none" w:sz="0" w:space="0" w:color="auto"/>
        <w:left w:val="none" w:sz="0" w:space="0" w:color="auto"/>
        <w:bottom w:val="none" w:sz="0" w:space="0" w:color="auto"/>
        <w:right w:val="none" w:sz="0" w:space="0" w:color="auto"/>
      </w:divBdr>
    </w:div>
    <w:div w:id="2104524116">
      <w:bodyDiv w:val="1"/>
      <w:marLeft w:val="0"/>
      <w:marRight w:val="0"/>
      <w:marTop w:val="0"/>
      <w:marBottom w:val="0"/>
      <w:divBdr>
        <w:top w:val="none" w:sz="0" w:space="0" w:color="auto"/>
        <w:left w:val="none" w:sz="0" w:space="0" w:color="auto"/>
        <w:bottom w:val="none" w:sz="0" w:space="0" w:color="auto"/>
        <w:right w:val="none" w:sz="0" w:space="0" w:color="auto"/>
      </w:divBdr>
    </w:div>
    <w:div w:id="2105300159">
      <w:bodyDiv w:val="1"/>
      <w:marLeft w:val="0"/>
      <w:marRight w:val="0"/>
      <w:marTop w:val="0"/>
      <w:marBottom w:val="0"/>
      <w:divBdr>
        <w:top w:val="none" w:sz="0" w:space="0" w:color="auto"/>
        <w:left w:val="none" w:sz="0" w:space="0" w:color="auto"/>
        <w:bottom w:val="none" w:sz="0" w:space="0" w:color="auto"/>
        <w:right w:val="none" w:sz="0" w:space="0" w:color="auto"/>
      </w:divBdr>
    </w:div>
    <w:div w:id="2105758124">
      <w:bodyDiv w:val="1"/>
      <w:marLeft w:val="0"/>
      <w:marRight w:val="0"/>
      <w:marTop w:val="0"/>
      <w:marBottom w:val="0"/>
      <w:divBdr>
        <w:top w:val="none" w:sz="0" w:space="0" w:color="auto"/>
        <w:left w:val="none" w:sz="0" w:space="0" w:color="auto"/>
        <w:bottom w:val="none" w:sz="0" w:space="0" w:color="auto"/>
        <w:right w:val="none" w:sz="0" w:space="0" w:color="auto"/>
      </w:divBdr>
    </w:div>
    <w:div w:id="2109495757">
      <w:bodyDiv w:val="1"/>
      <w:marLeft w:val="0"/>
      <w:marRight w:val="0"/>
      <w:marTop w:val="0"/>
      <w:marBottom w:val="0"/>
      <w:divBdr>
        <w:top w:val="none" w:sz="0" w:space="0" w:color="auto"/>
        <w:left w:val="none" w:sz="0" w:space="0" w:color="auto"/>
        <w:bottom w:val="none" w:sz="0" w:space="0" w:color="auto"/>
        <w:right w:val="none" w:sz="0" w:space="0" w:color="auto"/>
      </w:divBdr>
    </w:div>
    <w:div w:id="2113165000">
      <w:bodyDiv w:val="1"/>
      <w:marLeft w:val="0"/>
      <w:marRight w:val="0"/>
      <w:marTop w:val="0"/>
      <w:marBottom w:val="0"/>
      <w:divBdr>
        <w:top w:val="none" w:sz="0" w:space="0" w:color="auto"/>
        <w:left w:val="none" w:sz="0" w:space="0" w:color="auto"/>
        <w:bottom w:val="none" w:sz="0" w:space="0" w:color="auto"/>
        <w:right w:val="none" w:sz="0" w:space="0" w:color="auto"/>
      </w:divBdr>
    </w:div>
    <w:div w:id="2114587742">
      <w:bodyDiv w:val="1"/>
      <w:marLeft w:val="0"/>
      <w:marRight w:val="0"/>
      <w:marTop w:val="0"/>
      <w:marBottom w:val="0"/>
      <w:divBdr>
        <w:top w:val="none" w:sz="0" w:space="0" w:color="auto"/>
        <w:left w:val="none" w:sz="0" w:space="0" w:color="auto"/>
        <w:bottom w:val="none" w:sz="0" w:space="0" w:color="auto"/>
        <w:right w:val="none" w:sz="0" w:space="0" w:color="auto"/>
      </w:divBdr>
    </w:div>
    <w:div w:id="2115637217">
      <w:bodyDiv w:val="1"/>
      <w:marLeft w:val="0"/>
      <w:marRight w:val="0"/>
      <w:marTop w:val="0"/>
      <w:marBottom w:val="0"/>
      <w:divBdr>
        <w:top w:val="none" w:sz="0" w:space="0" w:color="auto"/>
        <w:left w:val="none" w:sz="0" w:space="0" w:color="auto"/>
        <w:bottom w:val="none" w:sz="0" w:space="0" w:color="auto"/>
        <w:right w:val="none" w:sz="0" w:space="0" w:color="auto"/>
      </w:divBdr>
    </w:div>
    <w:div w:id="2116946918">
      <w:bodyDiv w:val="1"/>
      <w:marLeft w:val="0"/>
      <w:marRight w:val="0"/>
      <w:marTop w:val="0"/>
      <w:marBottom w:val="0"/>
      <w:divBdr>
        <w:top w:val="none" w:sz="0" w:space="0" w:color="auto"/>
        <w:left w:val="none" w:sz="0" w:space="0" w:color="auto"/>
        <w:bottom w:val="none" w:sz="0" w:space="0" w:color="auto"/>
        <w:right w:val="none" w:sz="0" w:space="0" w:color="auto"/>
      </w:divBdr>
    </w:div>
    <w:div w:id="2117211190">
      <w:bodyDiv w:val="1"/>
      <w:marLeft w:val="0"/>
      <w:marRight w:val="0"/>
      <w:marTop w:val="0"/>
      <w:marBottom w:val="0"/>
      <w:divBdr>
        <w:top w:val="none" w:sz="0" w:space="0" w:color="auto"/>
        <w:left w:val="none" w:sz="0" w:space="0" w:color="auto"/>
        <w:bottom w:val="none" w:sz="0" w:space="0" w:color="auto"/>
        <w:right w:val="none" w:sz="0" w:space="0" w:color="auto"/>
      </w:divBdr>
    </w:div>
    <w:div w:id="2118016845">
      <w:bodyDiv w:val="1"/>
      <w:marLeft w:val="0"/>
      <w:marRight w:val="0"/>
      <w:marTop w:val="0"/>
      <w:marBottom w:val="0"/>
      <w:divBdr>
        <w:top w:val="none" w:sz="0" w:space="0" w:color="auto"/>
        <w:left w:val="none" w:sz="0" w:space="0" w:color="auto"/>
        <w:bottom w:val="none" w:sz="0" w:space="0" w:color="auto"/>
        <w:right w:val="none" w:sz="0" w:space="0" w:color="auto"/>
      </w:divBdr>
    </w:div>
    <w:div w:id="2119136447">
      <w:bodyDiv w:val="1"/>
      <w:marLeft w:val="0"/>
      <w:marRight w:val="0"/>
      <w:marTop w:val="0"/>
      <w:marBottom w:val="0"/>
      <w:divBdr>
        <w:top w:val="none" w:sz="0" w:space="0" w:color="auto"/>
        <w:left w:val="none" w:sz="0" w:space="0" w:color="auto"/>
        <w:bottom w:val="none" w:sz="0" w:space="0" w:color="auto"/>
        <w:right w:val="none" w:sz="0" w:space="0" w:color="auto"/>
      </w:divBdr>
    </w:div>
    <w:div w:id="2120758128">
      <w:bodyDiv w:val="1"/>
      <w:marLeft w:val="0"/>
      <w:marRight w:val="0"/>
      <w:marTop w:val="0"/>
      <w:marBottom w:val="0"/>
      <w:divBdr>
        <w:top w:val="none" w:sz="0" w:space="0" w:color="auto"/>
        <w:left w:val="none" w:sz="0" w:space="0" w:color="auto"/>
        <w:bottom w:val="none" w:sz="0" w:space="0" w:color="auto"/>
        <w:right w:val="none" w:sz="0" w:space="0" w:color="auto"/>
      </w:divBdr>
    </w:div>
    <w:div w:id="2121412491">
      <w:bodyDiv w:val="1"/>
      <w:marLeft w:val="0"/>
      <w:marRight w:val="0"/>
      <w:marTop w:val="0"/>
      <w:marBottom w:val="0"/>
      <w:divBdr>
        <w:top w:val="none" w:sz="0" w:space="0" w:color="auto"/>
        <w:left w:val="none" w:sz="0" w:space="0" w:color="auto"/>
        <w:bottom w:val="none" w:sz="0" w:space="0" w:color="auto"/>
        <w:right w:val="none" w:sz="0" w:space="0" w:color="auto"/>
      </w:divBdr>
    </w:div>
    <w:div w:id="2127775954">
      <w:bodyDiv w:val="1"/>
      <w:marLeft w:val="0"/>
      <w:marRight w:val="0"/>
      <w:marTop w:val="0"/>
      <w:marBottom w:val="0"/>
      <w:divBdr>
        <w:top w:val="none" w:sz="0" w:space="0" w:color="auto"/>
        <w:left w:val="none" w:sz="0" w:space="0" w:color="auto"/>
        <w:bottom w:val="none" w:sz="0" w:space="0" w:color="auto"/>
        <w:right w:val="none" w:sz="0" w:space="0" w:color="auto"/>
      </w:divBdr>
    </w:div>
    <w:div w:id="2128157604">
      <w:bodyDiv w:val="1"/>
      <w:marLeft w:val="0"/>
      <w:marRight w:val="0"/>
      <w:marTop w:val="0"/>
      <w:marBottom w:val="0"/>
      <w:divBdr>
        <w:top w:val="none" w:sz="0" w:space="0" w:color="auto"/>
        <w:left w:val="none" w:sz="0" w:space="0" w:color="auto"/>
        <w:bottom w:val="none" w:sz="0" w:space="0" w:color="auto"/>
        <w:right w:val="none" w:sz="0" w:space="0" w:color="auto"/>
      </w:divBdr>
    </w:div>
    <w:div w:id="2129930808">
      <w:bodyDiv w:val="1"/>
      <w:marLeft w:val="0"/>
      <w:marRight w:val="0"/>
      <w:marTop w:val="0"/>
      <w:marBottom w:val="0"/>
      <w:divBdr>
        <w:top w:val="none" w:sz="0" w:space="0" w:color="auto"/>
        <w:left w:val="none" w:sz="0" w:space="0" w:color="auto"/>
        <w:bottom w:val="none" w:sz="0" w:space="0" w:color="auto"/>
        <w:right w:val="none" w:sz="0" w:space="0" w:color="auto"/>
      </w:divBdr>
    </w:div>
    <w:div w:id="2130194933">
      <w:bodyDiv w:val="1"/>
      <w:marLeft w:val="0"/>
      <w:marRight w:val="0"/>
      <w:marTop w:val="0"/>
      <w:marBottom w:val="0"/>
      <w:divBdr>
        <w:top w:val="none" w:sz="0" w:space="0" w:color="auto"/>
        <w:left w:val="none" w:sz="0" w:space="0" w:color="auto"/>
        <w:bottom w:val="none" w:sz="0" w:space="0" w:color="auto"/>
        <w:right w:val="none" w:sz="0" w:space="0" w:color="auto"/>
      </w:divBdr>
    </w:div>
    <w:div w:id="2131781901">
      <w:bodyDiv w:val="1"/>
      <w:marLeft w:val="0"/>
      <w:marRight w:val="0"/>
      <w:marTop w:val="0"/>
      <w:marBottom w:val="0"/>
      <w:divBdr>
        <w:top w:val="none" w:sz="0" w:space="0" w:color="auto"/>
        <w:left w:val="none" w:sz="0" w:space="0" w:color="auto"/>
        <w:bottom w:val="none" w:sz="0" w:space="0" w:color="auto"/>
        <w:right w:val="none" w:sz="0" w:space="0" w:color="auto"/>
      </w:divBdr>
    </w:div>
    <w:div w:id="2132507465">
      <w:bodyDiv w:val="1"/>
      <w:marLeft w:val="0"/>
      <w:marRight w:val="0"/>
      <w:marTop w:val="0"/>
      <w:marBottom w:val="0"/>
      <w:divBdr>
        <w:top w:val="none" w:sz="0" w:space="0" w:color="auto"/>
        <w:left w:val="none" w:sz="0" w:space="0" w:color="auto"/>
        <w:bottom w:val="none" w:sz="0" w:space="0" w:color="auto"/>
        <w:right w:val="none" w:sz="0" w:space="0" w:color="auto"/>
      </w:divBdr>
    </w:div>
    <w:div w:id="2137598685">
      <w:bodyDiv w:val="1"/>
      <w:marLeft w:val="0"/>
      <w:marRight w:val="0"/>
      <w:marTop w:val="0"/>
      <w:marBottom w:val="0"/>
      <w:divBdr>
        <w:top w:val="none" w:sz="0" w:space="0" w:color="auto"/>
        <w:left w:val="none" w:sz="0" w:space="0" w:color="auto"/>
        <w:bottom w:val="none" w:sz="0" w:space="0" w:color="auto"/>
        <w:right w:val="none" w:sz="0" w:space="0" w:color="auto"/>
      </w:divBdr>
    </w:div>
    <w:div w:id="2138523763">
      <w:bodyDiv w:val="1"/>
      <w:marLeft w:val="0"/>
      <w:marRight w:val="0"/>
      <w:marTop w:val="0"/>
      <w:marBottom w:val="0"/>
      <w:divBdr>
        <w:top w:val="none" w:sz="0" w:space="0" w:color="auto"/>
        <w:left w:val="none" w:sz="0" w:space="0" w:color="auto"/>
        <w:bottom w:val="none" w:sz="0" w:space="0" w:color="auto"/>
        <w:right w:val="none" w:sz="0" w:space="0" w:color="auto"/>
      </w:divBdr>
    </w:div>
    <w:div w:id="2140174987">
      <w:bodyDiv w:val="1"/>
      <w:marLeft w:val="0"/>
      <w:marRight w:val="0"/>
      <w:marTop w:val="0"/>
      <w:marBottom w:val="0"/>
      <w:divBdr>
        <w:top w:val="none" w:sz="0" w:space="0" w:color="auto"/>
        <w:left w:val="none" w:sz="0" w:space="0" w:color="auto"/>
        <w:bottom w:val="none" w:sz="0" w:space="0" w:color="auto"/>
        <w:right w:val="none" w:sz="0" w:space="0" w:color="auto"/>
      </w:divBdr>
    </w:div>
    <w:div w:id="2142531264">
      <w:bodyDiv w:val="1"/>
      <w:marLeft w:val="0"/>
      <w:marRight w:val="0"/>
      <w:marTop w:val="0"/>
      <w:marBottom w:val="0"/>
      <w:divBdr>
        <w:top w:val="none" w:sz="0" w:space="0" w:color="auto"/>
        <w:left w:val="none" w:sz="0" w:space="0" w:color="auto"/>
        <w:bottom w:val="none" w:sz="0" w:space="0" w:color="auto"/>
        <w:right w:val="none" w:sz="0" w:space="0" w:color="auto"/>
      </w:divBdr>
    </w:div>
    <w:div w:id="2142729464">
      <w:bodyDiv w:val="1"/>
      <w:marLeft w:val="0"/>
      <w:marRight w:val="0"/>
      <w:marTop w:val="0"/>
      <w:marBottom w:val="0"/>
      <w:divBdr>
        <w:top w:val="none" w:sz="0" w:space="0" w:color="auto"/>
        <w:left w:val="none" w:sz="0" w:space="0" w:color="auto"/>
        <w:bottom w:val="none" w:sz="0" w:space="0" w:color="auto"/>
        <w:right w:val="none" w:sz="0" w:space="0" w:color="auto"/>
      </w:divBdr>
    </w:div>
    <w:div w:id="2143109369">
      <w:bodyDiv w:val="1"/>
      <w:marLeft w:val="0"/>
      <w:marRight w:val="0"/>
      <w:marTop w:val="0"/>
      <w:marBottom w:val="0"/>
      <w:divBdr>
        <w:top w:val="none" w:sz="0" w:space="0" w:color="auto"/>
        <w:left w:val="none" w:sz="0" w:space="0" w:color="auto"/>
        <w:bottom w:val="none" w:sz="0" w:space="0" w:color="auto"/>
        <w:right w:val="none" w:sz="0" w:space="0" w:color="auto"/>
      </w:divBdr>
    </w:div>
    <w:div w:id="2143452312">
      <w:bodyDiv w:val="1"/>
      <w:marLeft w:val="0"/>
      <w:marRight w:val="0"/>
      <w:marTop w:val="0"/>
      <w:marBottom w:val="0"/>
      <w:divBdr>
        <w:top w:val="none" w:sz="0" w:space="0" w:color="auto"/>
        <w:left w:val="none" w:sz="0" w:space="0" w:color="auto"/>
        <w:bottom w:val="none" w:sz="0" w:space="0" w:color="auto"/>
        <w:right w:val="none" w:sz="0" w:space="0" w:color="auto"/>
      </w:divBdr>
    </w:div>
    <w:div w:id="2145345509">
      <w:bodyDiv w:val="1"/>
      <w:marLeft w:val="0"/>
      <w:marRight w:val="0"/>
      <w:marTop w:val="0"/>
      <w:marBottom w:val="0"/>
      <w:divBdr>
        <w:top w:val="none" w:sz="0" w:space="0" w:color="auto"/>
        <w:left w:val="none" w:sz="0" w:space="0" w:color="auto"/>
        <w:bottom w:val="none" w:sz="0" w:space="0" w:color="auto"/>
        <w:right w:val="none" w:sz="0" w:space="0" w:color="auto"/>
      </w:divBdr>
    </w:div>
    <w:div w:id="21460052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compliancesolutions.co.uk/digital-portfolio-simon-gill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Uhl07</b:Tag>
    <b:SourceType>JournalArticle</b:SourceType>
    <b:Guid>{A8430E5F-B5A8-47BE-BBB5-99CF78B6E8B0}</b:Guid>
    <b:Title>Complexity Leadership Theory: Shifting leadership from the industrial age to the knowledge era</b:Title>
    <b:Year>2007</b:Year>
    <b:JournalName>The Leadership Quarterly</b:JournalName>
    <b:Pages>298-318</b:Pages>
    <b:Volume>18</b:Volume>
    <b:Issue>4</b:Issue>
    <b:Author>
      <b:Author>
        <b:NameList>
          <b:Person>
            <b:Last>Uhl-Bien</b:Last>
            <b:First>M.</b:First>
          </b:Person>
          <b:Person>
            <b:Last>Marion</b:Last>
            <b:First>R.</b:First>
          </b:Person>
          <b:Person>
            <b:Last>McKelvey</b:Last>
            <b:First>B.</b:First>
          </b:Person>
        </b:NameList>
      </b:Author>
    </b:Author>
    <b:RefOrder>2</b:RefOrder>
  </b:Source>
  <b:Source>
    <b:Tag>Den12</b:Tag>
    <b:SourceType>JournalArticle</b:SourceType>
    <b:Guid>{AE715F3A-1E95-4D66-AAB3-EBD0385B77C7}</b:Guid>
    <b:Title>Leadership in the plural</b:Title>
    <b:Year>2012</b:Year>
    <b:JournalName>The Academy of Management Annals</b:JournalName>
    <b:Pages>211-283</b:Pages>
    <b:Volume>6</b:Volume>
    <b:Issue>1</b:Issue>
    <b:Author>
      <b:Author>
        <b:NameList>
          <b:Person>
            <b:Last>Denis</b:Last>
            <b:First>J.</b:First>
            <b:Middle>L.</b:Middle>
          </b:Person>
          <b:Person>
            <b:Last>Langley</b:Last>
            <b:First>A.</b:First>
          </b:Person>
          <b:Person>
            <b:Last>Sergi</b:Last>
            <b:First>V.</b:First>
          </b:Person>
        </b:NameList>
      </b:Author>
    </b:Author>
    <b:RefOrder>4</b:RefOrder>
  </b:Source>
  <b:Source>
    <b:Tag>Rae16</b:Tag>
    <b:SourceType>JournalArticle</b:SourceType>
    <b:Guid>{D3F63515-967F-426F-A684-12B9A036F97D}</b:Guid>
    <b:Author>
      <b:Author>
        <b:NameList>
          <b:Person>
            <b:Last>Raelin</b:Last>
            <b:First>J.A.</b:First>
          </b:Person>
        </b:NameList>
      </b:Author>
    </b:Author>
    <b:Title>Imagine there are no leaders: Reframing leadership as collaborative agency</b:Title>
    <b:JournalName>Leadership</b:JournalName>
    <b:Year>2016</b:Year>
    <b:Pages>131–158</b:Pages>
    <b:Volume>12</b:Volume>
    <b:Issue>1</b:Issue>
    <b:RefOrder>7</b:RefOrder>
  </b:Source>
  <b:Source>
    <b:Tag>Alv19</b:Tag>
    <b:SourceType>JournalArticle</b:SourceType>
    <b:Guid>{F242BCB5-3098-42B8-9142-EE06DC60CA39}</b:Guid>
    <b:Author>
      <b:Author>
        <b:NameList>
          <b:Person>
            <b:Last>Alvesson</b:Last>
            <b:First>M.</b:First>
          </b:Person>
        </b:NameList>
      </b:Author>
    </b:Author>
    <b:Title>Leadership: Convergence and divergence in leadership relations.</b:Title>
    <b:JournalName>Journal of Management Inquiry</b:JournalName>
    <b:Year>2019</b:Year>
    <b:Pages>319–334</b:Pages>
    <b:Volume>28</b:Volume>
    <b:Issue>3</b:Issue>
    <b:RefOrder>14</b:RefOrder>
  </b:Source>
  <b:Source>
    <b:Tag>Emp20</b:Tag>
    <b:SourceType>JournalArticle</b:SourceType>
    <b:Guid>{AD7F79C4-A16F-49EA-A2D2-4ACACEC3C95F}</b:Guid>
    <b:Author>
      <b:Author>
        <b:NameList>
          <b:Person>
            <b:Last>Empson</b:Last>
            <b:First>L.</b:First>
          </b:Person>
        </b:NameList>
      </b:Author>
    </b:Author>
    <b:Title>Ambiguous authority and hidden hierarchy: Collective leadership in an elite professional service firm</b:Title>
    <b:JournalName>Leadership</b:JournalName>
    <b:Year>2020</b:Year>
    <b:Pages>62-86</b:Pages>
    <b:Volume>16</b:Volume>
    <b:Issue>1</b:Issue>
    <b:RefOrder>12</b:RefOrder>
  </b:Source>
  <b:Source>
    <b:Tag>Sal18</b:Tag>
    <b:SourceType>JournalArticle</b:SourceType>
    <b:Guid>{96565682-527B-430E-A6BB-1B69F7193736}</b:Guid>
    <b:Author>
      <b:Author>
        <b:NameList>
          <b:Person>
            <b:Last>Salovaara</b:Last>
            <b:First>P.</b:First>
          </b:Person>
          <b:Person>
            <b:Last>Bathurst</b:Last>
            <b:First>R.</b:First>
          </b:Person>
        </b:NameList>
      </b:Author>
    </b:Author>
    <b:Title>Power-with leadership practices: An unfinished business</b:Title>
    <b:JournalName>Leadership.</b:JournalName>
    <b:Year>2018</b:Year>
    <b:Pages>179-202</b:Pages>
    <b:Volume>14</b:Volume>
    <b:Issue>2</b:Issue>
    <b:RefOrder>10</b:RefOrder>
  </b:Source>
  <b:Source>
    <b:Tag>DeH16</b:Tag>
    <b:SourceType>JournalArticle</b:SourceType>
    <b:Guid>{A932885B-225C-4C2A-8221-BC0159478E56}</b:Guid>
    <b:Author>
      <b:Author>
        <b:NameList>
          <b:Person>
            <b:Last>De Haan</b:Last>
            <b:First>E.</b:First>
          </b:Person>
        </b:NameList>
      </b:Author>
    </b:Author>
    <b:Title>The leadership shadow: How to recognise and avoid derailment, hubris and overdrive</b:Title>
    <b:JournalName>Leadership</b:JournalName>
    <b:Year>2016</b:Year>
    <b:Pages>504–512</b:Pages>
    <b:Volume>12</b:Volume>
    <b:Issue>1</b:Issue>
    <b:RefOrder>11</b:RefOrder>
  </b:Source>
  <b:Source>
    <b:Tag>Day071</b:Tag>
    <b:SourceType>JournalArticle</b:SourceType>
    <b:Guid>{EA39717C-B02F-4739-9BD5-26FB4198B11A}</b:Guid>
    <b:Author>
      <b:Author>
        <b:NameList>
          <b:Person>
            <b:Last>Day</b:Last>
            <b:First>D.V.</b:First>
          </b:Person>
          <b:Person>
            <b:Last>Harrison</b:Last>
            <b:Middle>M.</b:Middle>
            <b:First>M.</b:First>
          </b:Person>
        </b:NameList>
      </b:Author>
    </b:Author>
    <b:Title>A multilevel, identity-based approach to leadership development</b:Title>
    <b:JournalName>Human Resource Management Review</b:JournalName>
    <b:Year>2007</b:Year>
    <b:Pages>360-373</b:Pages>
    <b:Volume>17</b:Volume>
    <b:Issue>4</b:Issue>
    <b:RefOrder>9</b:RefOrder>
  </b:Source>
  <b:Source>
    <b:Tag>Sch83</b:Tag>
    <b:SourceType>Book</b:SourceType>
    <b:Guid>{C6AE735A-D9AB-490D-8A8B-042508C1AC77}</b:Guid>
    <b:Author>
      <b:Author>
        <b:NameList>
          <b:Person>
            <b:Last>Schön</b:Last>
            <b:First>D.A.</b:First>
          </b:Person>
        </b:NameList>
      </b:Author>
    </b:Author>
    <b:Title>The Reflective Practitioner: How Professionals Think in Action</b:Title>
    <b:Year>1983</b:Year>
    <b:City>New York</b:City>
    <b:Publisher>Basic Books</b:Publisher>
    <b:Edition>1</b:Edition>
    <b:RefOrder>1</b:RefOrder>
  </b:Source>
  <b:Source>
    <b:Tag>Ste23</b:Tag>
    <b:SourceType>BookSection</b:SourceType>
    <b:Guid>{14C72121-620F-4E89-89F8-A64348458804}</b:Guid>
    <b:Author>
      <b:Author>
        <b:NameList>
          <b:Person>
            <b:Last>Steele</b:Last>
            <b:First>L.</b:First>
          </b:Person>
          <b:Person>
            <b:Last>Bratton</b:Last>
            <b:First>J.</b:First>
          </b:Person>
        </b:NameList>
      </b:Author>
      <b:Editor>
        <b:NameList>
          <b:Person>
            <b:Last>Bratton</b:Last>
            <b:First>J.</b:First>
          </b:Person>
        </b:NameList>
      </b:Editor>
    </b:Author>
    <b:Title>Organizational Leadership</b:Title>
    <b:JournalName>in Bratton, J. (ed.) Organizational Leadership.</b:JournalName>
    <b:Year>2023</b:Year>
    <b:Pages>292-311</b:Pages>
    <b:City>London</b:City>
    <b:Publisher>Sage Publications Ltd.</b:Publisher>
    <b:Edition>2</b:Edition>
    <b:BookTitle>Artificial intelligence and leadership</b:BookTitle>
    <b:RefOrder>15</b:RefOrder>
  </b:Source>
  <b:Source>
    <b:Tag>Bäc19</b:Tag>
    <b:SourceType>JournalArticle</b:SourceType>
    <b:Guid>{8AB10FEB-BE8D-4E0F-8AED-A413BE425E95}</b:Guid>
    <b:Title>'Doing complexity leadership theory: How agile coaches at Spotify practise enabling leadership</b:Title>
    <b:Year>2019</b:Year>
    <b:Pages>42-60</b:Pages>
    <b:Author>
      <b:Author>
        <b:NameList>
          <b:Person>
            <b:Last>Bäcklander</b:Last>
            <b:First>G.</b:First>
          </b:Person>
        </b:NameList>
      </b:Author>
    </b:Author>
    <b:JournalName>Creativity and Innovation Management</b:JournalName>
    <b:Volume>28</b:Volume>
    <b:Issue>1</b:Issue>
    <b:RefOrder>3</b:RefOrder>
  </b:Source>
  <b:Source>
    <b:Tag>Hei09</b:Tag>
    <b:SourceType>Book</b:SourceType>
    <b:Guid>{84AB7F13-8A30-43C6-8EF0-D7FC30E1E120}</b:Guid>
    <b:Title>The Practice of Adaptive Leadership: Tools and Tactics for Changing Your Organization and the World</b:Title>
    <b:Year>2009</b:Year>
    <b:City>Boston, MA</b:City>
    <b:Publisher>Harvard Business Press</b:Publisher>
    <b:Author>
      <b:Author>
        <b:NameList>
          <b:Person>
            <b:Last>Heifetz</b:Last>
            <b:First>R.</b:First>
            <b:Middle>A.</b:Middle>
          </b:Person>
          <b:Person>
            <b:Last>Grashow</b:Last>
            <b:First>A.</b:First>
          </b:Person>
          <b:Person>
            <b:Last>Linsky</b:Last>
            <b:First>M.</b:First>
          </b:Person>
        </b:NameList>
      </b:Author>
    </b:Author>
    <b:Edition>1</b:Edition>
    <b:RefOrder>8</b:RefOrder>
  </b:Source>
  <b:Source>
    <b:Tag>Anc07</b:Tag>
    <b:SourceType>JournalArticle</b:SourceType>
    <b:Guid>{5F3158F4-C06F-4039-A1FA-330B1DF0D720}</b:Guid>
    <b:Author>
      <b:Author>
        <b:NameList>
          <b:Person>
            <b:Last>Ancona</b:Last>
            <b:First>D</b:First>
          </b:Person>
          <b:Person>
            <b:Last>Malone</b:Last>
            <b:Middle>W</b:Middle>
            <b:First>T</b:First>
          </b:Person>
          <b:Person>
            <b:Last>Orikowski</b:Last>
            <b:Middle>J</b:Middle>
            <b:First>W</b:First>
          </b:Person>
          <b:Person>
            <b:Last>Senge</b:Last>
            <b:Middle>M</b:Middle>
            <b:First>P</b:First>
          </b:Person>
        </b:NameList>
      </b:Author>
    </b:Author>
    <b:Title>In Praise of the Incomplete Leader</b:Title>
    <b:JournalName>Harvard Business Review</b:JournalName>
    <b:Year>2007</b:Year>
    <b:Pages>92–100</b:Pages>
    <b:Volume>85</b:Volume>
    <b:Issue>2</b:Issue>
    <b:RefOrder>5</b:RefOrder>
  </b:Source>
  <b:Source>
    <b:Tag>Yuk10</b:Tag>
    <b:SourceType>JournalArticle</b:SourceType>
    <b:Guid>{30B80B83-14BC-4DF9-B627-E5C1726DD22E}</b:Guid>
    <b:Author>
      <b:Author>
        <b:NameList>
          <b:Person>
            <b:Last>Yukl</b:Last>
            <b:First>G.</b:First>
          </b:Person>
          <b:Person>
            <b:Last>Mahsud</b:Last>
            <b:First>R.</b:First>
          </b:Person>
        </b:NameList>
      </b:Author>
    </b:Author>
    <b:Title>‘Why flexible and adaptive leadership is essential</b:Title>
    <b:JournalName>Consulting Psychology Journal: Practice and Research</b:JournalName>
    <b:Year>2010</b:Year>
    <b:Pages>81-93</b:Pages>
    <b:Volume>62</b:Volume>
    <b:Issue>2</b:Issue>
    <b:RefOrder>6</b:RefOrder>
  </b:Source>
  <b:Source>
    <b:Tag>Edm99</b:Tag>
    <b:SourceType>JournalArticle</b:SourceType>
    <b:Guid>{345B762B-281A-4476-93D1-1E0E7E39E668}</b:Guid>
    <b:Author>
      <b:Author>
        <b:NameList>
          <b:Person>
            <b:Last>Edmondson</b:Last>
            <b:First>A.C.</b:First>
          </b:Person>
        </b:NameList>
      </b:Author>
    </b:Author>
    <b:Title>Psychological safety and learning behavior in work teams</b:Title>
    <b:JournalName>Administrative Science Quarterly</b:JournalName>
    <b:Year>1999</b:Year>
    <b:Pages>350–383</b:Pages>
    <b:Volume>44</b:Volume>
    <b:Issue>2</b:Issue>
    <b:RefOrder>13</b:RefOrder>
  </b:Source>
</b:Sources>
</file>

<file path=customXml/itemProps1.xml><?xml version="1.0" encoding="utf-8"?>
<ds:datastoreItem xmlns:ds="http://schemas.openxmlformats.org/officeDocument/2006/customXml" ds:itemID="{EED8C117-8967-4B37-B8D2-547A35267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4393</Words>
  <Characters>25042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Simon.Gillis@iscompliancesolutions.co.uk</dc:creator>
  <cp:keywords/>
  <dc:description>generated by python-docx</dc:description>
  <cp:lastModifiedBy>Simon Gillis</cp:lastModifiedBy>
  <cp:revision>3</cp:revision>
  <cp:lastPrinted>2026-03-15T13:16:00Z</cp:lastPrinted>
  <dcterms:created xsi:type="dcterms:W3CDTF">2026-08-06T16:58:00Z</dcterms:created>
  <dcterms:modified xsi:type="dcterms:W3CDTF">2026-08-06T17:06:00Z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5181da5f-cc63-4de1-9416-5e2f2be807b0</vt:lpwstr>
  </property>
</Properties>
</file>