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FA446" w14:textId="77777777" w:rsidR="00AC5E82" w:rsidRDefault="00AC5E82" w:rsidP="00AC5E82">
      <w:pPr>
        <w:spacing w:before="0" w:beforeAutospacing="0" w:after="200" w:afterAutospacing="0" w:line="276" w:lineRule="auto"/>
        <w:rPr>
          <w:b/>
          <w:bCs/>
        </w:rPr>
      </w:pPr>
      <w:bookmarkStart w:id="0" w:name="_Toc235259687"/>
    </w:p>
    <w:p w14:paraId="352DC4E8" w14:textId="3CFFE5E5" w:rsidR="00683419" w:rsidRDefault="00683419" w:rsidP="00683419">
      <w:pPr>
        <w:spacing w:before="0" w:beforeAutospacing="0" w:after="200" w:afterAutospacing="0" w:line="276" w:lineRule="auto"/>
      </w:pPr>
      <w:r>
        <w:rPr>
          <w:b/>
          <w:bCs/>
        </w:rPr>
        <w:t xml:space="preserve">Journal Reference Link: </w:t>
      </w:r>
      <w:hyperlink r:id="rId8" w:history="1">
        <w:r>
          <w:rPr>
            <w:rStyle w:val="Hyperlink"/>
            <w:rFonts w:eastAsia="Times New Roman"/>
            <w:b/>
            <w:bCs/>
            <w:noProof w:val="0"/>
          </w:rPr>
          <w:t>Digital Portfolio</w:t>
        </w:r>
      </w:hyperlink>
    </w:p>
    <w:p w14:paraId="37E7C9F4" w14:textId="355654D2" w:rsidR="004C1030" w:rsidRDefault="004C1030" w:rsidP="00683419">
      <w:pPr>
        <w:spacing w:before="0" w:beforeAutospacing="0" w:after="200" w:afterAutospacing="0" w:line="276" w:lineRule="auto"/>
      </w:pPr>
      <w:r>
        <w:t xml:space="preserve">Word Count: </w:t>
      </w:r>
      <w:r w:rsidR="00744512">
        <w:t>327</w:t>
      </w:r>
      <w:r w:rsidR="00892BCB">
        <w:t>7</w:t>
      </w:r>
      <w:r>
        <w:t xml:space="preserve"> (minus </w:t>
      </w:r>
      <w:r w:rsidR="00744512">
        <w:t>c</w:t>
      </w:r>
      <w:r>
        <w:t xml:space="preserve">ontents, section headings, in-text citations and </w:t>
      </w:r>
      <w:r w:rsidR="00892BCB">
        <w:t>r</w:t>
      </w:r>
      <w:r>
        <w:t>eferences section)</w:t>
      </w:r>
    </w:p>
    <w:p w14:paraId="523B6F07" w14:textId="77777777" w:rsidR="00F55212" w:rsidRDefault="00F55212" w:rsidP="00683419">
      <w:pPr>
        <w:spacing w:before="0" w:beforeAutospacing="0" w:after="200" w:afterAutospacing="0" w:line="276" w:lineRule="auto"/>
        <w:rPr>
          <w:b/>
          <w:bCs/>
        </w:rPr>
      </w:pPr>
    </w:p>
    <w:p w14:paraId="4D1F5422" w14:textId="77777777" w:rsidR="00C84F66" w:rsidRDefault="00000000">
      <w:r>
        <w:br w:type="page"/>
      </w:r>
    </w:p>
    <w:sdt>
      <w:sdtPr>
        <w:rPr>
          <w:rFonts w:eastAsia="Times New Roman"/>
          <w:b w:val="0"/>
          <w:bCs w:val="0"/>
        </w:rPr>
        <w:id w:val="-500119342"/>
        <w:docPartObj>
          <w:docPartGallery w:val="Table of Contents"/>
          <w:docPartUnique/>
        </w:docPartObj>
      </w:sdtPr>
      <w:sdtEndPr>
        <w:rPr>
          <w:noProof/>
        </w:rPr>
      </w:sdtEndPr>
      <w:sdtContent>
        <w:p w14:paraId="45EB681B" w14:textId="77777777" w:rsidR="00421990" w:rsidRDefault="00421990">
          <w:pPr>
            <w:pStyle w:val="TOCHeading"/>
          </w:pPr>
          <w:r>
            <w:t>Contents</w:t>
          </w:r>
        </w:p>
        <w:p w14:paraId="2B475D66" w14:textId="7631E585" w:rsidR="00E9453E" w:rsidRDefault="006D5271">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7684918" w:history="1">
            <w:r w:rsidR="00E9453E" w:rsidRPr="00ED4733">
              <w:rPr>
                <w:rStyle w:val="Hyperlink"/>
              </w:rPr>
              <w:t>1</w:t>
            </w:r>
            <w:r w:rsidR="00E9453E">
              <w:rPr>
                <w:rFonts w:asciiTheme="minorHAnsi" w:eastAsiaTheme="minorEastAsia" w:hAnsiTheme="minorHAnsi" w:cstheme="minorBidi"/>
                <w:noProof/>
                <w:kern w:val="2"/>
                <w:sz w:val="24"/>
                <w:szCs w:val="24"/>
                <w14:ligatures w14:val="standardContextual"/>
              </w:rPr>
              <w:tab/>
            </w:r>
            <w:r w:rsidR="00E9453E" w:rsidRPr="00ED4733">
              <w:rPr>
                <w:rStyle w:val="Hyperlink"/>
              </w:rPr>
              <w:t>Introduction</w:t>
            </w:r>
            <w:r w:rsidR="00E9453E">
              <w:rPr>
                <w:noProof/>
                <w:webHidden/>
              </w:rPr>
              <w:tab/>
            </w:r>
            <w:r w:rsidR="00E9453E">
              <w:rPr>
                <w:noProof/>
                <w:webHidden/>
              </w:rPr>
              <w:fldChar w:fldCharType="begin"/>
            </w:r>
            <w:r w:rsidR="00E9453E">
              <w:rPr>
                <w:noProof/>
                <w:webHidden/>
              </w:rPr>
              <w:instrText xml:space="preserve"> PAGEREF _Toc237684918 \h </w:instrText>
            </w:r>
            <w:r w:rsidR="00E9453E">
              <w:rPr>
                <w:noProof/>
                <w:webHidden/>
              </w:rPr>
            </w:r>
            <w:r w:rsidR="00E9453E">
              <w:rPr>
                <w:noProof/>
                <w:webHidden/>
              </w:rPr>
              <w:fldChar w:fldCharType="separate"/>
            </w:r>
            <w:r w:rsidR="00E9453E">
              <w:rPr>
                <w:noProof/>
                <w:webHidden/>
              </w:rPr>
              <w:t>3</w:t>
            </w:r>
            <w:r w:rsidR="00E9453E">
              <w:rPr>
                <w:noProof/>
                <w:webHidden/>
              </w:rPr>
              <w:fldChar w:fldCharType="end"/>
            </w:r>
          </w:hyperlink>
        </w:p>
        <w:p w14:paraId="6BD6DD5B" w14:textId="54D4A3A7" w:rsidR="00E9453E" w:rsidRDefault="00E9453E">
          <w:pPr>
            <w:pStyle w:val="TOC1"/>
            <w:rPr>
              <w:rFonts w:asciiTheme="minorHAnsi" w:eastAsiaTheme="minorEastAsia" w:hAnsiTheme="minorHAnsi" w:cstheme="minorBidi"/>
              <w:noProof/>
              <w:kern w:val="2"/>
              <w:sz w:val="24"/>
              <w:szCs w:val="24"/>
              <w14:ligatures w14:val="standardContextual"/>
            </w:rPr>
          </w:pPr>
          <w:hyperlink w:anchor="_Toc237684919" w:history="1">
            <w:r w:rsidRPr="00ED4733">
              <w:rPr>
                <w:rStyle w:val="Hyperlink"/>
              </w:rPr>
              <w:t>2</w:t>
            </w:r>
            <w:r>
              <w:rPr>
                <w:rFonts w:asciiTheme="minorHAnsi" w:eastAsiaTheme="minorEastAsia" w:hAnsiTheme="minorHAnsi" w:cstheme="minorBidi"/>
                <w:noProof/>
                <w:kern w:val="2"/>
                <w:sz w:val="24"/>
                <w:szCs w:val="24"/>
                <w14:ligatures w14:val="standardContextual"/>
              </w:rPr>
              <w:tab/>
            </w:r>
            <w:r w:rsidRPr="00ED4733">
              <w:rPr>
                <w:rStyle w:val="Hyperlink"/>
              </w:rPr>
              <w:t>Summary Analysis and Results</w:t>
            </w:r>
            <w:r>
              <w:rPr>
                <w:noProof/>
                <w:webHidden/>
              </w:rPr>
              <w:tab/>
            </w:r>
            <w:r>
              <w:rPr>
                <w:noProof/>
                <w:webHidden/>
              </w:rPr>
              <w:fldChar w:fldCharType="begin"/>
            </w:r>
            <w:r>
              <w:rPr>
                <w:noProof/>
                <w:webHidden/>
              </w:rPr>
              <w:instrText xml:space="preserve"> PAGEREF _Toc237684919 \h </w:instrText>
            </w:r>
            <w:r>
              <w:rPr>
                <w:noProof/>
                <w:webHidden/>
              </w:rPr>
            </w:r>
            <w:r>
              <w:rPr>
                <w:noProof/>
                <w:webHidden/>
              </w:rPr>
              <w:fldChar w:fldCharType="separate"/>
            </w:r>
            <w:r>
              <w:rPr>
                <w:noProof/>
                <w:webHidden/>
              </w:rPr>
              <w:t>4</w:t>
            </w:r>
            <w:r>
              <w:rPr>
                <w:noProof/>
                <w:webHidden/>
              </w:rPr>
              <w:fldChar w:fldCharType="end"/>
            </w:r>
          </w:hyperlink>
        </w:p>
        <w:p w14:paraId="2CF6DAF4" w14:textId="4CD217DD" w:rsidR="00E9453E" w:rsidRDefault="00E9453E">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237684920" w:history="1">
            <w:r w:rsidRPr="00ED4733">
              <w:rPr>
                <w:rStyle w:val="Hyperlink"/>
              </w:rPr>
              <w:t>2.1</w:t>
            </w:r>
            <w:r>
              <w:rPr>
                <w:rFonts w:asciiTheme="minorHAnsi" w:eastAsiaTheme="minorEastAsia" w:hAnsiTheme="minorHAnsi" w:cstheme="minorBidi"/>
                <w:noProof/>
                <w:kern w:val="2"/>
                <w:sz w:val="24"/>
                <w:szCs w:val="24"/>
                <w14:ligatures w14:val="standardContextual"/>
              </w:rPr>
              <w:tab/>
            </w:r>
            <w:r w:rsidRPr="00ED4733">
              <w:rPr>
                <w:rStyle w:val="Hyperlink"/>
              </w:rPr>
              <w:t>Leadership Context</w:t>
            </w:r>
            <w:r>
              <w:rPr>
                <w:noProof/>
                <w:webHidden/>
              </w:rPr>
              <w:tab/>
            </w:r>
            <w:r>
              <w:rPr>
                <w:noProof/>
                <w:webHidden/>
              </w:rPr>
              <w:fldChar w:fldCharType="begin"/>
            </w:r>
            <w:r>
              <w:rPr>
                <w:noProof/>
                <w:webHidden/>
              </w:rPr>
              <w:instrText xml:space="preserve"> PAGEREF _Toc237684920 \h </w:instrText>
            </w:r>
            <w:r>
              <w:rPr>
                <w:noProof/>
                <w:webHidden/>
              </w:rPr>
            </w:r>
            <w:r>
              <w:rPr>
                <w:noProof/>
                <w:webHidden/>
              </w:rPr>
              <w:fldChar w:fldCharType="separate"/>
            </w:r>
            <w:r>
              <w:rPr>
                <w:noProof/>
                <w:webHidden/>
              </w:rPr>
              <w:t>4</w:t>
            </w:r>
            <w:r>
              <w:rPr>
                <w:noProof/>
                <w:webHidden/>
              </w:rPr>
              <w:fldChar w:fldCharType="end"/>
            </w:r>
          </w:hyperlink>
        </w:p>
        <w:p w14:paraId="153A95E4" w14:textId="60A0DA06" w:rsidR="00E9453E" w:rsidRDefault="00E9453E">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237684921" w:history="1">
            <w:r w:rsidRPr="00ED4733">
              <w:rPr>
                <w:rStyle w:val="Hyperlink"/>
              </w:rPr>
              <w:t>2.2</w:t>
            </w:r>
            <w:r>
              <w:rPr>
                <w:rFonts w:asciiTheme="minorHAnsi" w:eastAsiaTheme="minorEastAsia" w:hAnsiTheme="minorHAnsi" w:cstheme="minorBidi"/>
                <w:noProof/>
                <w:kern w:val="2"/>
                <w:sz w:val="24"/>
                <w:szCs w:val="24"/>
                <w14:ligatures w14:val="standardContextual"/>
              </w:rPr>
              <w:tab/>
            </w:r>
            <w:r w:rsidRPr="00ED4733">
              <w:rPr>
                <w:rStyle w:val="Hyperlink"/>
              </w:rPr>
              <w:t>Leadership Challenge</w:t>
            </w:r>
            <w:r>
              <w:rPr>
                <w:noProof/>
                <w:webHidden/>
              </w:rPr>
              <w:tab/>
            </w:r>
            <w:r>
              <w:rPr>
                <w:noProof/>
                <w:webHidden/>
              </w:rPr>
              <w:fldChar w:fldCharType="begin"/>
            </w:r>
            <w:r>
              <w:rPr>
                <w:noProof/>
                <w:webHidden/>
              </w:rPr>
              <w:instrText xml:space="preserve"> PAGEREF _Toc237684921 \h </w:instrText>
            </w:r>
            <w:r>
              <w:rPr>
                <w:noProof/>
                <w:webHidden/>
              </w:rPr>
            </w:r>
            <w:r>
              <w:rPr>
                <w:noProof/>
                <w:webHidden/>
              </w:rPr>
              <w:fldChar w:fldCharType="separate"/>
            </w:r>
            <w:r>
              <w:rPr>
                <w:noProof/>
                <w:webHidden/>
              </w:rPr>
              <w:t>4</w:t>
            </w:r>
            <w:r>
              <w:rPr>
                <w:noProof/>
                <w:webHidden/>
              </w:rPr>
              <w:fldChar w:fldCharType="end"/>
            </w:r>
          </w:hyperlink>
        </w:p>
        <w:p w14:paraId="0394F7BD" w14:textId="3EFD3929" w:rsidR="00E9453E" w:rsidRDefault="00E9453E">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237684922" w:history="1">
            <w:r w:rsidRPr="00ED4733">
              <w:rPr>
                <w:rStyle w:val="Hyperlink"/>
              </w:rPr>
              <w:t>2.3</w:t>
            </w:r>
            <w:r>
              <w:rPr>
                <w:rFonts w:asciiTheme="minorHAnsi" w:eastAsiaTheme="minorEastAsia" w:hAnsiTheme="minorHAnsi" w:cstheme="minorBidi"/>
                <w:noProof/>
                <w:kern w:val="2"/>
                <w:sz w:val="24"/>
                <w:szCs w:val="24"/>
                <w14:ligatures w14:val="standardContextual"/>
              </w:rPr>
              <w:tab/>
            </w:r>
            <w:r w:rsidRPr="00ED4733">
              <w:rPr>
                <w:rStyle w:val="Hyperlink"/>
              </w:rPr>
              <w:t>Actions and Decision-Making</w:t>
            </w:r>
            <w:r>
              <w:rPr>
                <w:noProof/>
                <w:webHidden/>
              </w:rPr>
              <w:tab/>
            </w:r>
            <w:r>
              <w:rPr>
                <w:noProof/>
                <w:webHidden/>
              </w:rPr>
              <w:fldChar w:fldCharType="begin"/>
            </w:r>
            <w:r>
              <w:rPr>
                <w:noProof/>
                <w:webHidden/>
              </w:rPr>
              <w:instrText xml:space="preserve"> PAGEREF _Toc237684922 \h </w:instrText>
            </w:r>
            <w:r>
              <w:rPr>
                <w:noProof/>
                <w:webHidden/>
              </w:rPr>
            </w:r>
            <w:r>
              <w:rPr>
                <w:noProof/>
                <w:webHidden/>
              </w:rPr>
              <w:fldChar w:fldCharType="separate"/>
            </w:r>
            <w:r>
              <w:rPr>
                <w:noProof/>
                <w:webHidden/>
              </w:rPr>
              <w:t>5</w:t>
            </w:r>
            <w:r>
              <w:rPr>
                <w:noProof/>
                <w:webHidden/>
              </w:rPr>
              <w:fldChar w:fldCharType="end"/>
            </w:r>
          </w:hyperlink>
        </w:p>
        <w:p w14:paraId="04F0D213" w14:textId="31FA8159" w:rsidR="00E9453E" w:rsidRDefault="00E9453E">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237684923" w:history="1">
            <w:r w:rsidRPr="00ED4733">
              <w:rPr>
                <w:rStyle w:val="Hyperlink"/>
              </w:rPr>
              <w:t>2.4</w:t>
            </w:r>
            <w:r>
              <w:rPr>
                <w:rFonts w:asciiTheme="minorHAnsi" w:eastAsiaTheme="minorEastAsia" w:hAnsiTheme="minorHAnsi" w:cstheme="minorBidi"/>
                <w:noProof/>
                <w:kern w:val="2"/>
                <w:sz w:val="24"/>
                <w:szCs w:val="24"/>
                <w14:ligatures w14:val="standardContextual"/>
              </w:rPr>
              <w:tab/>
            </w:r>
            <w:r w:rsidRPr="00ED4733">
              <w:rPr>
                <w:rStyle w:val="Hyperlink"/>
              </w:rPr>
              <w:t>Outcomes and Reflective Analysis</w:t>
            </w:r>
            <w:r>
              <w:rPr>
                <w:noProof/>
                <w:webHidden/>
              </w:rPr>
              <w:tab/>
            </w:r>
            <w:r>
              <w:rPr>
                <w:noProof/>
                <w:webHidden/>
              </w:rPr>
              <w:fldChar w:fldCharType="begin"/>
            </w:r>
            <w:r>
              <w:rPr>
                <w:noProof/>
                <w:webHidden/>
              </w:rPr>
              <w:instrText xml:space="preserve"> PAGEREF _Toc237684923 \h </w:instrText>
            </w:r>
            <w:r>
              <w:rPr>
                <w:noProof/>
                <w:webHidden/>
              </w:rPr>
            </w:r>
            <w:r>
              <w:rPr>
                <w:noProof/>
                <w:webHidden/>
              </w:rPr>
              <w:fldChar w:fldCharType="separate"/>
            </w:r>
            <w:r>
              <w:rPr>
                <w:noProof/>
                <w:webHidden/>
              </w:rPr>
              <w:t>6</w:t>
            </w:r>
            <w:r>
              <w:rPr>
                <w:noProof/>
                <w:webHidden/>
              </w:rPr>
              <w:fldChar w:fldCharType="end"/>
            </w:r>
          </w:hyperlink>
        </w:p>
        <w:p w14:paraId="25B7D029" w14:textId="448663F3" w:rsidR="00E9453E" w:rsidRDefault="00E9453E">
          <w:pPr>
            <w:pStyle w:val="TOC1"/>
            <w:rPr>
              <w:rFonts w:asciiTheme="minorHAnsi" w:eastAsiaTheme="minorEastAsia" w:hAnsiTheme="minorHAnsi" w:cstheme="minorBidi"/>
              <w:noProof/>
              <w:kern w:val="2"/>
              <w:sz w:val="24"/>
              <w:szCs w:val="24"/>
              <w14:ligatures w14:val="standardContextual"/>
            </w:rPr>
          </w:pPr>
          <w:hyperlink w:anchor="_Toc237684924" w:history="1">
            <w:r w:rsidRPr="00ED4733">
              <w:rPr>
                <w:rStyle w:val="Hyperlink"/>
                <w:rFonts w:ascii="Times New Roman" w:hAnsi="Times New Roman" w:cs="Times New Roman"/>
              </w:rPr>
              <w:t>3</w:t>
            </w:r>
            <w:r>
              <w:rPr>
                <w:rFonts w:asciiTheme="minorHAnsi" w:eastAsiaTheme="minorEastAsia" w:hAnsiTheme="minorHAnsi" w:cstheme="minorBidi"/>
                <w:noProof/>
                <w:kern w:val="2"/>
                <w:sz w:val="24"/>
                <w:szCs w:val="24"/>
                <w14:ligatures w14:val="standardContextual"/>
              </w:rPr>
              <w:tab/>
            </w:r>
            <w:r w:rsidRPr="00ED4733">
              <w:rPr>
                <w:rStyle w:val="Hyperlink"/>
              </w:rPr>
              <w:t>Connection with Academic Content</w:t>
            </w:r>
            <w:r>
              <w:rPr>
                <w:noProof/>
                <w:webHidden/>
              </w:rPr>
              <w:tab/>
            </w:r>
            <w:r>
              <w:rPr>
                <w:noProof/>
                <w:webHidden/>
              </w:rPr>
              <w:fldChar w:fldCharType="begin"/>
            </w:r>
            <w:r>
              <w:rPr>
                <w:noProof/>
                <w:webHidden/>
              </w:rPr>
              <w:instrText xml:space="preserve"> PAGEREF _Toc237684924 \h </w:instrText>
            </w:r>
            <w:r>
              <w:rPr>
                <w:noProof/>
                <w:webHidden/>
              </w:rPr>
            </w:r>
            <w:r>
              <w:rPr>
                <w:noProof/>
                <w:webHidden/>
              </w:rPr>
              <w:fldChar w:fldCharType="separate"/>
            </w:r>
            <w:r>
              <w:rPr>
                <w:noProof/>
                <w:webHidden/>
              </w:rPr>
              <w:t>7</w:t>
            </w:r>
            <w:r>
              <w:rPr>
                <w:noProof/>
                <w:webHidden/>
              </w:rPr>
              <w:fldChar w:fldCharType="end"/>
            </w:r>
          </w:hyperlink>
        </w:p>
        <w:p w14:paraId="17B983A6" w14:textId="2E05BB6F" w:rsidR="00E9453E" w:rsidRDefault="00E9453E">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237684925" w:history="1">
            <w:r w:rsidRPr="00ED4733">
              <w:rPr>
                <w:rStyle w:val="Hyperlink"/>
              </w:rPr>
              <w:t>3.1</w:t>
            </w:r>
            <w:r>
              <w:rPr>
                <w:rFonts w:asciiTheme="minorHAnsi" w:eastAsiaTheme="minorEastAsia" w:hAnsiTheme="minorHAnsi" w:cstheme="minorBidi"/>
                <w:noProof/>
                <w:kern w:val="2"/>
                <w:sz w:val="24"/>
                <w:szCs w:val="24"/>
                <w14:ligatures w14:val="standardContextual"/>
              </w:rPr>
              <w:tab/>
            </w:r>
            <w:r w:rsidRPr="00ED4733">
              <w:rPr>
                <w:rStyle w:val="Hyperlink"/>
              </w:rPr>
              <w:t>Leadership Beyond Expertise</w:t>
            </w:r>
            <w:r>
              <w:rPr>
                <w:noProof/>
                <w:webHidden/>
              </w:rPr>
              <w:tab/>
            </w:r>
            <w:r>
              <w:rPr>
                <w:noProof/>
                <w:webHidden/>
              </w:rPr>
              <w:fldChar w:fldCharType="begin"/>
            </w:r>
            <w:r>
              <w:rPr>
                <w:noProof/>
                <w:webHidden/>
              </w:rPr>
              <w:instrText xml:space="preserve"> PAGEREF _Toc237684925 \h </w:instrText>
            </w:r>
            <w:r>
              <w:rPr>
                <w:noProof/>
                <w:webHidden/>
              </w:rPr>
            </w:r>
            <w:r>
              <w:rPr>
                <w:noProof/>
                <w:webHidden/>
              </w:rPr>
              <w:fldChar w:fldCharType="separate"/>
            </w:r>
            <w:r>
              <w:rPr>
                <w:noProof/>
                <w:webHidden/>
              </w:rPr>
              <w:t>7</w:t>
            </w:r>
            <w:r>
              <w:rPr>
                <w:noProof/>
                <w:webHidden/>
              </w:rPr>
              <w:fldChar w:fldCharType="end"/>
            </w:r>
          </w:hyperlink>
        </w:p>
        <w:p w14:paraId="42FC271C" w14:textId="3530996B" w:rsidR="00E9453E" w:rsidRDefault="00E9453E">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237684926" w:history="1">
            <w:r w:rsidRPr="00ED4733">
              <w:rPr>
                <w:rStyle w:val="Hyperlink"/>
              </w:rPr>
              <w:t>3.2</w:t>
            </w:r>
            <w:r>
              <w:rPr>
                <w:rFonts w:asciiTheme="minorHAnsi" w:eastAsiaTheme="minorEastAsia" w:hAnsiTheme="minorHAnsi" w:cstheme="minorBidi"/>
                <w:noProof/>
                <w:kern w:val="2"/>
                <w:sz w:val="24"/>
                <w:szCs w:val="24"/>
                <w14:ligatures w14:val="standardContextual"/>
              </w:rPr>
              <w:tab/>
            </w:r>
            <w:r w:rsidRPr="00ED4733">
              <w:rPr>
                <w:rStyle w:val="Hyperlink"/>
              </w:rPr>
              <w:t>Complexity Leadership</w:t>
            </w:r>
            <w:r>
              <w:rPr>
                <w:noProof/>
                <w:webHidden/>
              </w:rPr>
              <w:tab/>
            </w:r>
            <w:r>
              <w:rPr>
                <w:noProof/>
                <w:webHidden/>
              </w:rPr>
              <w:fldChar w:fldCharType="begin"/>
            </w:r>
            <w:r>
              <w:rPr>
                <w:noProof/>
                <w:webHidden/>
              </w:rPr>
              <w:instrText xml:space="preserve"> PAGEREF _Toc237684926 \h </w:instrText>
            </w:r>
            <w:r>
              <w:rPr>
                <w:noProof/>
                <w:webHidden/>
              </w:rPr>
            </w:r>
            <w:r>
              <w:rPr>
                <w:noProof/>
                <w:webHidden/>
              </w:rPr>
              <w:fldChar w:fldCharType="separate"/>
            </w:r>
            <w:r>
              <w:rPr>
                <w:noProof/>
                <w:webHidden/>
              </w:rPr>
              <w:t>8</w:t>
            </w:r>
            <w:r>
              <w:rPr>
                <w:noProof/>
                <w:webHidden/>
              </w:rPr>
              <w:fldChar w:fldCharType="end"/>
            </w:r>
          </w:hyperlink>
        </w:p>
        <w:p w14:paraId="5E7532AA" w14:textId="0652B532" w:rsidR="00E9453E" w:rsidRDefault="00E9453E">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237684927" w:history="1">
            <w:r w:rsidRPr="00ED4733">
              <w:rPr>
                <w:rStyle w:val="Hyperlink"/>
              </w:rPr>
              <w:t>3.3</w:t>
            </w:r>
            <w:r>
              <w:rPr>
                <w:rFonts w:asciiTheme="minorHAnsi" w:eastAsiaTheme="minorEastAsia" w:hAnsiTheme="minorHAnsi" w:cstheme="minorBidi"/>
                <w:noProof/>
                <w:kern w:val="2"/>
                <w:sz w:val="24"/>
                <w:szCs w:val="24"/>
                <w14:ligatures w14:val="standardContextual"/>
              </w:rPr>
              <w:tab/>
            </w:r>
            <w:r w:rsidRPr="00ED4733">
              <w:rPr>
                <w:rStyle w:val="Hyperlink"/>
              </w:rPr>
              <w:t>Distributed Leadership and the Incomplete Leader</w:t>
            </w:r>
            <w:r>
              <w:rPr>
                <w:noProof/>
                <w:webHidden/>
              </w:rPr>
              <w:tab/>
            </w:r>
            <w:r>
              <w:rPr>
                <w:noProof/>
                <w:webHidden/>
              </w:rPr>
              <w:fldChar w:fldCharType="begin"/>
            </w:r>
            <w:r>
              <w:rPr>
                <w:noProof/>
                <w:webHidden/>
              </w:rPr>
              <w:instrText xml:space="preserve"> PAGEREF _Toc237684927 \h </w:instrText>
            </w:r>
            <w:r>
              <w:rPr>
                <w:noProof/>
                <w:webHidden/>
              </w:rPr>
            </w:r>
            <w:r>
              <w:rPr>
                <w:noProof/>
                <w:webHidden/>
              </w:rPr>
              <w:fldChar w:fldCharType="separate"/>
            </w:r>
            <w:r>
              <w:rPr>
                <w:noProof/>
                <w:webHidden/>
              </w:rPr>
              <w:t>9</w:t>
            </w:r>
            <w:r>
              <w:rPr>
                <w:noProof/>
                <w:webHidden/>
              </w:rPr>
              <w:fldChar w:fldCharType="end"/>
            </w:r>
          </w:hyperlink>
        </w:p>
        <w:p w14:paraId="51258743" w14:textId="7FCE6C37" w:rsidR="00E9453E" w:rsidRDefault="00E9453E">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237684928" w:history="1">
            <w:r w:rsidRPr="00ED4733">
              <w:rPr>
                <w:rStyle w:val="Hyperlink"/>
              </w:rPr>
              <w:t>3.4</w:t>
            </w:r>
            <w:r>
              <w:rPr>
                <w:rFonts w:asciiTheme="minorHAnsi" w:eastAsiaTheme="minorEastAsia" w:hAnsiTheme="minorHAnsi" w:cstheme="minorBidi"/>
                <w:noProof/>
                <w:kern w:val="2"/>
                <w:sz w:val="24"/>
                <w:szCs w:val="24"/>
                <w14:ligatures w14:val="standardContextual"/>
              </w:rPr>
              <w:tab/>
            </w:r>
            <w:r w:rsidRPr="00ED4733">
              <w:rPr>
                <w:rStyle w:val="Hyperlink"/>
              </w:rPr>
              <w:t>Integrating Theory into Leadership Practice</w:t>
            </w:r>
            <w:r>
              <w:rPr>
                <w:noProof/>
                <w:webHidden/>
              </w:rPr>
              <w:tab/>
            </w:r>
            <w:r>
              <w:rPr>
                <w:noProof/>
                <w:webHidden/>
              </w:rPr>
              <w:fldChar w:fldCharType="begin"/>
            </w:r>
            <w:r>
              <w:rPr>
                <w:noProof/>
                <w:webHidden/>
              </w:rPr>
              <w:instrText xml:space="preserve"> PAGEREF _Toc237684928 \h </w:instrText>
            </w:r>
            <w:r>
              <w:rPr>
                <w:noProof/>
                <w:webHidden/>
              </w:rPr>
            </w:r>
            <w:r>
              <w:rPr>
                <w:noProof/>
                <w:webHidden/>
              </w:rPr>
              <w:fldChar w:fldCharType="separate"/>
            </w:r>
            <w:r>
              <w:rPr>
                <w:noProof/>
                <w:webHidden/>
              </w:rPr>
              <w:t>10</w:t>
            </w:r>
            <w:r>
              <w:rPr>
                <w:noProof/>
                <w:webHidden/>
              </w:rPr>
              <w:fldChar w:fldCharType="end"/>
            </w:r>
          </w:hyperlink>
        </w:p>
        <w:p w14:paraId="27C2F793" w14:textId="6C18EB75" w:rsidR="00E9453E" w:rsidRDefault="00E9453E">
          <w:pPr>
            <w:pStyle w:val="TOC1"/>
            <w:rPr>
              <w:rFonts w:asciiTheme="minorHAnsi" w:eastAsiaTheme="minorEastAsia" w:hAnsiTheme="minorHAnsi" w:cstheme="minorBidi"/>
              <w:noProof/>
              <w:kern w:val="2"/>
              <w:sz w:val="24"/>
              <w:szCs w:val="24"/>
              <w14:ligatures w14:val="standardContextual"/>
            </w:rPr>
          </w:pPr>
          <w:hyperlink w:anchor="_Toc237684929" w:history="1">
            <w:r w:rsidRPr="00ED4733">
              <w:rPr>
                <w:rStyle w:val="Hyperlink"/>
                <w:rFonts w:ascii="Times New Roman" w:hAnsi="Times New Roman" w:cs="Times New Roman"/>
              </w:rPr>
              <w:t>4</w:t>
            </w:r>
            <w:r>
              <w:rPr>
                <w:rFonts w:asciiTheme="minorHAnsi" w:eastAsiaTheme="minorEastAsia" w:hAnsiTheme="minorHAnsi" w:cstheme="minorBidi"/>
                <w:noProof/>
                <w:kern w:val="2"/>
                <w:sz w:val="24"/>
                <w:szCs w:val="24"/>
                <w14:ligatures w14:val="standardContextual"/>
              </w:rPr>
              <w:tab/>
            </w:r>
            <w:r w:rsidRPr="00ED4733">
              <w:rPr>
                <w:rStyle w:val="Hyperlink"/>
              </w:rPr>
              <w:t>Summary of Leadership Identity</w:t>
            </w:r>
            <w:r>
              <w:rPr>
                <w:noProof/>
                <w:webHidden/>
              </w:rPr>
              <w:tab/>
            </w:r>
            <w:r>
              <w:rPr>
                <w:noProof/>
                <w:webHidden/>
              </w:rPr>
              <w:fldChar w:fldCharType="begin"/>
            </w:r>
            <w:r>
              <w:rPr>
                <w:noProof/>
                <w:webHidden/>
              </w:rPr>
              <w:instrText xml:space="preserve"> PAGEREF _Toc237684929 \h </w:instrText>
            </w:r>
            <w:r>
              <w:rPr>
                <w:noProof/>
                <w:webHidden/>
              </w:rPr>
            </w:r>
            <w:r>
              <w:rPr>
                <w:noProof/>
                <w:webHidden/>
              </w:rPr>
              <w:fldChar w:fldCharType="separate"/>
            </w:r>
            <w:r>
              <w:rPr>
                <w:noProof/>
                <w:webHidden/>
              </w:rPr>
              <w:t>11</w:t>
            </w:r>
            <w:r>
              <w:rPr>
                <w:noProof/>
                <w:webHidden/>
              </w:rPr>
              <w:fldChar w:fldCharType="end"/>
            </w:r>
          </w:hyperlink>
        </w:p>
        <w:p w14:paraId="7DA07AE5" w14:textId="13E9E5AF" w:rsidR="00E9453E" w:rsidRDefault="00E9453E">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237684930" w:history="1">
            <w:r w:rsidRPr="00ED4733">
              <w:rPr>
                <w:rStyle w:val="Hyperlink"/>
              </w:rPr>
              <w:t>4.1</w:t>
            </w:r>
            <w:r>
              <w:rPr>
                <w:rFonts w:asciiTheme="minorHAnsi" w:eastAsiaTheme="minorEastAsia" w:hAnsiTheme="minorHAnsi" w:cstheme="minorBidi"/>
                <w:noProof/>
                <w:kern w:val="2"/>
                <w:sz w:val="24"/>
                <w:szCs w:val="24"/>
                <w14:ligatures w14:val="standardContextual"/>
              </w:rPr>
              <w:tab/>
            </w:r>
            <w:r w:rsidRPr="00ED4733">
              <w:rPr>
                <w:rStyle w:val="Hyperlink"/>
              </w:rPr>
              <w:t>Leadership Identity Statement</w:t>
            </w:r>
            <w:r>
              <w:rPr>
                <w:noProof/>
                <w:webHidden/>
              </w:rPr>
              <w:tab/>
            </w:r>
            <w:r>
              <w:rPr>
                <w:noProof/>
                <w:webHidden/>
              </w:rPr>
              <w:fldChar w:fldCharType="begin"/>
            </w:r>
            <w:r>
              <w:rPr>
                <w:noProof/>
                <w:webHidden/>
              </w:rPr>
              <w:instrText xml:space="preserve"> PAGEREF _Toc237684930 \h </w:instrText>
            </w:r>
            <w:r>
              <w:rPr>
                <w:noProof/>
                <w:webHidden/>
              </w:rPr>
            </w:r>
            <w:r>
              <w:rPr>
                <w:noProof/>
                <w:webHidden/>
              </w:rPr>
              <w:fldChar w:fldCharType="separate"/>
            </w:r>
            <w:r>
              <w:rPr>
                <w:noProof/>
                <w:webHidden/>
              </w:rPr>
              <w:t>11</w:t>
            </w:r>
            <w:r>
              <w:rPr>
                <w:noProof/>
                <w:webHidden/>
              </w:rPr>
              <w:fldChar w:fldCharType="end"/>
            </w:r>
          </w:hyperlink>
        </w:p>
        <w:p w14:paraId="1097A1C0" w14:textId="6C8F3973" w:rsidR="00E9453E" w:rsidRDefault="00E9453E">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237684931" w:history="1">
            <w:r w:rsidRPr="00ED4733">
              <w:rPr>
                <w:rStyle w:val="Hyperlink"/>
              </w:rPr>
              <w:t>4.2</w:t>
            </w:r>
            <w:r>
              <w:rPr>
                <w:rFonts w:asciiTheme="minorHAnsi" w:eastAsiaTheme="minorEastAsia" w:hAnsiTheme="minorHAnsi" w:cstheme="minorBidi"/>
                <w:noProof/>
                <w:kern w:val="2"/>
                <w:sz w:val="24"/>
                <w:szCs w:val="24"/>
                <w14:ligatures w14:val="standardContextual"/>
              </w:rPr>
              <w:tab/>
            </w:r>
            <w:r w:rsidRPr="00ED4733">
              <w:rPr>
                <w:rStyle w:val="Hyperlink"/>
              </w:rPr>
              <w:t>Core Leadership Values</w:t>
            </w:r>
            <w:r>
              <w:rPr>
                <w:noProof/>
                <w:webHidden/>
              </w:rPr>
              <w:tab/>
            </w:r>
            <w:r>
              <w:rPr>
                <w:noProof/>
                <w:webHidden/>
              </w:rPr>
              <w:fldChar w:fldCharType="begin"/>
            </w:r>
            <w:r>
              <w:rPr>
                <w:noProof/>
                <w:webHidden/>
              </w:rPr>
              <w:instrText xml:space="preserve"> PAGEREF _Toc237684931 \h </w:instrText>
            </w:r>
            <w:r>
              <w:rPr>
                <w:noProof/>
                <w:webHidden/>
              </w:rPr>
            </w:r>
            <w:r>
              <w:rPr>
                <w:noProof/>
                <w:webHidden/>
              </w:rPr>
              <w:fldChar w:fldCharType="separate"/>
            </w:r>
            <w:r>
              <w:rPr>
                <w:noProof/>
                <w:webHidden/>
              </w:rPr>
              <w:t>11</w:t>
            </w:r>
            <w:r>
              <w:rPr>
                <w:noProof/>
                <w:webHidden/>
              </w:rPr>
              <w:fldChar w:fldCharType="end"/>
            </w:r>
          </w:hyperlink>
        </w:p>
        <w:p w14:paraId="2424EE49" w14:textId="71FD046A" w:rsidR="00E9453E" w:rsidRDefault="00E9453E">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237684932" w:history="1">
            <w:r w:rsidRPr="00ED4733">
              <w:rPr>
                <w:rStyle w:val="Hyperlink"/>
              </w:rPr>
              <w:t>4.3</w:t>
            </w:r>
            <w:r>
              <w:rPr>
                <w:rFonts w:asciiTheme="minorHAnsi" w:eastAsiaTheme="minorEastAsia" w:hAnsiTheme="minorHAnsi" w:cstheme="minorBidi"/>
                <w:noProof/>
                <w:kern w:val="2"/>
                <w:sz w:val="24"/>
                <w:szCs w:val="24"/>
                <w14:ligatures w14:val="standardContextual"/>
              </w:rPr>
              <w:tab/>
            </w:r>
            <w:r w:rsidRPr="00ED4733">
              <w:rPr>
                <w:rStyle w:val="Hyperlink"/>
              </w:rPr>
              <w:t>Strengths</w:t>
            </w:r>
            <w:r>
              <w:rPr>
                <w:noProof/>
                <w:webHidden/>
              </w:rPr>
              <w:tab/>
            </w:r>
            <w:r>
              <w:rPr>
                <w:noProof/>
                <w:webHidden/>
              </w:rPr>
              <w:fldChar w:fldCharType="begin"/>
            </w:r>
            <w:r>
              <w:rPr>
                <w:noProof/>
                <w:webHidden/>
              </w:rPr>
              <w:instrText xml:space="preserve"> PAGEREF _Toc237684932 \h </w:instrText>
            </w:r>
            <w:r>
              <w:rPr>
                <w:noProof/>
                <w:webHidden/>
              </w:rPr>
            </w:r>
            <w:r>
              <w:rPr>
                <w:noProof/>
                <w:webHidden/>
              </w:rPr>
              <w:fldChar w:fldCharType="separate"/>
            </w:r>
            <w:r>
              <w:rPr>
                <w:noProof/>
                <w:webHidden/>
              </w:rPr>
              <w:t>12</w:t>
            </w:r>
            <w:r>
              <w:rPr>
                <w:noProof/>
                <w:webHidden/>
              </w:rPr>
              <w:fldChar w:fldCharType="end"/>
            </w:r>
          </w:hyperlink>
        </w:p>
        <w:p w14:paraId="37D62E74" w14:textId="038C8FF0" w:rsidR="00E9453E" w:rsidRDefault="00E9453E">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237684933" w:history="1">
            <w:r w:rsidRPr="00ED4733">
              <w:rPr>
                <w:rStyle w:val="Hyperlink"/>
              </w:rPr>
              <w:t>4.4</w:t>
            </w:r>
            <w:r>
              <w:rPr>
                <w:rFonts w:asciiTheme="minorHAnsi" w:eastAsiaTheme="minorEastAsia" w:hAnsiTheme="minorHAnsi" w:cstheme="minorBidi"/>
                <w:noProof/>
                <w:kern w:val="2"/>
                <w:sz w:val="24"/>
                <w:szCs w:val="24"/>
                <w14:ligatures w14:val="standardContextual"/>
              </w:rPr>
              <w:tab/>
            </w:r>
            <w:r w:rsidRPr="00ED4733">
              <w:rPr>
                <w:rStyle w:val="Hyperlink"/>
              </w:rPr>
              <w:t>Development Areas</w:t>
            </w:r>
            <w:r>
              <w:rPr>
                <w:noProof/>
                <w:webHidden/>
              </w:rPr>
              <w:tab/>
            </w:r>
            <w:r>
              <w:rPr>
                <w:noProof/>
                <w:webHidden/>
              </w:rPr>
              <w:fldChar w:fldCharType="begin"/>
            </w:r>
            <w:r>
              <w:rPr>
                <w:noProof/>
                <w:webHidden/>
              </w:rPr>
              <w:instrText xml:space="preserve"> PAGEREF _Toc237684933 \h </w:instrText>
            </w:r>
            <w:r>
              <w:rPr>
                <w:noProof/>
                <w:webHidden/>
              </w:rPr>
            </w:r>
            <w:r>
              <w:rPr>
                <w:noProof/>
                <w:webHidden/>
              </w:rPr>
              <w:fldChar w:fldCharType="separate"/>
            </w:r>
            <w:r>
              <w:rPr>
                <w:noProof/>
                <w:webHidden/>
              </w:rPr>
              <w:t>14</w:t>
            </w:r>
            <w:r>
              <w:rPr>
                <w:noProof/>
                <w:webHidden/>
              </w:rPr>
              <w:fldChar w:fldCharType="end"/>
            </w:r>
          </w:hyperlink>
        </w:p>
        <w:p w14:paraId="2EC0DA01" w14:textId="74ABF82D" w:rsidR="00E9453E" w:rsidRDefault="00E9453E">
          <w:pPr>
            <w:pStyle w:val="TOC1"/>
            <w:rPr>
              <w:rFonts w:asciiTheme="minorHAnsi" w:eastAsiaTheme="minorEastAsia" w:hAnsiTheme="minorHAnsi" w:cstheme="minorBidi"/>
              <w:noProof/>
              <w:kern w:val="2"/>
              <w:sz w:val="24"/>
              <w:szCs w:val="24"/>
              <w14:ligatures w14:val="standardContextual"/>
            </w:rPr>
          </w:pPr>
          <w:hyperlink w:anchor="_Toc237684934" w:history="1">
            <w:r w:rsidRPr="00ED4733">
              <w:rPr>
                <w:rStyle w:val="Hyperlink"/>
                <w:rFonts w:ascii="Times New Roman" w:hAnsi="Times New Roman" w:cs="Times New Roman"/>
              </w:rPr>
              <w:t>5</w:t>
            </w:r>
            <w:r>
              <w:rPr>
                <w:rFonts w:asciiTheme="minorHAnsi" w:eastAsiaTheme="minorEastAsia" w:hAnsiTheme="minorHAnsi" w:cstheme="minorBidi"/>
                <w:noProof/>
                <w:kern w:val="2"/>
                <w:sz w:val="24"/>
                <w:szCs w:val="24"/>
                <w14:ligatures w14:val="standardContextual"/>
              </w:rPr>
              <w:tab/>
            </w:r>
            <w:r w:rsidRPr="00ED4733">
              <w:rPr>
                <w:rStyle w:val="Hyperlink"/>
              </w:rPr>
              <w:t>Summary of Lessons Learned</w:t>
            </w:r>
            <w:r>
              <w:rPr>
                <w:noProof/>
                <w:webHidden/>
              </w:rPr>
              <w:tab/>
            </w:r>
            <w:r>
              <w:rPr>
                <w:noProof/>
                <w:webHidden/>
              </w:rPr>
              <w:fldChar w:fldCharType="begin"/>
            </w:r>
            <w:r>
              <w:rPr>
                <w:noProof/>
                <w:webHidden/>
              </w:rPr>
              <w:instrText xml:space="preserve"> PAGEREF _Toc237684934 \h </w:instrText>
            </w:r>
            <w:r>
              <w:rPr>
                <w:noProof/>
                <w:webHidden/>
              </w:rPr>
            </w:r>
            <w:r>
              <w:rPr>
                <w:noProof/>
                <w:webHidden/>
              </w:rPr>
              <w:fldChar w:fldCharType="separate"/>
            </w:r>
            <w:r>
              <w:rPr>
                <w:noProof/>
                <w:webHidden/>
              </w:rPr>
              <w:t>15</w:t>
            </w:r>
            <w:r>
              <w:rPr>
                <w:noProof/>
                <w:webHidden/>
              </w:rPr>
              <w:fldChar w:fldCharType="end"/>
            </w:r>
          </w:hyperlink>
        </w:p>
        <w:p w14:paraId="3778253E" w14:textId="79380A09" w:rsidR="00E9453E" w:rsidRDefault="00E9453E">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237684935" w:history="1">
            <w:r w:rsidRPr="00ED4733">
              <w:rPr>
                <w:rStyle w:val="Hyperlink"/>
              </w:rPr>
              <w:t>5.1</w:t>
            </w:r>
            <w:r>
              <w:rPr>
                <w:rFonts w:asciiTheme="minorHAnsi" w:eastAsiaTheme="minorEastAsia" w:hAnsiTheme="minorHAnsi" w:cstheme="minorBidi"/>
                <w:noProof/>
                <w:kern w:val="2"/>
                <w:sz w:val="24"/>
                <w:szCs w:val="24"/>
                <w14:ligatures w14:val="standardContextual"/>
              </w:rPr>
              <w:tab/>
            </w:r>
            <w:r w:rsidRPr="00ED4733">
              <w:rPr>
                <w:rStyle w:val="Hyperlink"/>
              </w:rPr>
              <w:t>Leadership Philosophy</w:t>
            </w:r>
            <w:r>
              <w:rPr>
                <w:noProof/>
                <w:webHidden/>
              </w:rPr>
              <w:tab/>
            </w:r>
            <w:r>
              <w:rPr>
                <w:noProof/>
                <w:webHidden/>
              </w:rPr>
              <w:fldChar w:fldCharType="begin"/>
            </w:r>
            <w:r>
              <w:rPr>
                <w:noProof/>
                <w:webHidden/>
              </w:rPr>
              <w:instrText xml:space="preserve"> PAGEREF _Toc237684935 \h </w:instrText>
            </w:r>
            <w:r>
              <w:rPr>
                <w:noProof/>
                <w:webHidden/>
              </w:rPr>
            </w:r>
            <w:r>
              <w:rPr>
                <w:noProof/>
                <w:webHidden/>
              </w:rPr>
              <w:fldChar w:fldCharType="separate"/>
            </w:r>
            <w:r>
              <w:rPr>
                <w:noProof/>
                <w:webHidden/>
              </w:rPr>
              <w:t>15</w:t>
            </w:r>
            <w:r>
              <w:rPr>
                <w:noProof/>
                <w:webHidden/>
              </w:rPr>
              <w:fldChar w:fldCharType="end"/>
            </w:r>
          </w:hyperlink>
        </w:p>
        <w:p w14:paraId="17397CF0" w14:textId="149F2F41" w:rsidR="00E9453E" w:rsidRDefault="00E9453E">
          <w:pPr>
            <w:pStyle w:val="TOC2"/>
            <w:tabs>
              <w:tab w:val="left" w:pos="960"/>
              <w:tab w:val="right" w:pos="9350"/>
            </w:tabs>
            <w:rPr>
              <w:rFonts w:asciiTheme="minorHAnsi" w:eastAsiaTheme="minorEastAsia" w:hAnsiTheme="minorHAnsi" w:cstheme="minorBidi"/>
              <w:noProof/>
              <w:kern w:val="2"/>
              <w:sz w:val="24"/>
              <w:szCs w:val="24"/>
              <w14:ligatures w14:val="standardContextual"/>
            </w:rPr>
          </w:pPr>
          <w:hyperlink w:anchor="_Toc237684936" w:history="1">
            <w:r w:rsidRPr="00ED4733">
              <w:rPr>
                <w:rStyle w:val="Hyperlink"/>
              </w:rPr>
              <w:t>5.2</w:t>
            </w:r>
            <w:r>
              <w:rPr>
                <w:rFonts w:asciiTheme="minorHAnsi" w:eastAsiaTheme="minorEastAsia" w:hAnsiTheme="minorHAnsi" w:cstheme="minorBidi"/>
                <w:noProof/>
                <w:kern w:val="2"/>
                <w:sz w:val="24"/>
                <w:szCs w:val="24"/>
                <w14:ligatures w14:val="standardContextual"/>
              </w:rPr>
              <w:tab/>
            </w:r>
            <w:r w:rsidRPr="00ED4733">
              <w:rPr>
                <w:rStyle w:val="Hyperlink"/>
              </w:rPr>
              <w:t>Future Leadership Practice</w:t>
            </w:r>
            <w:r>
              <w:rPr>
                <w:noProof/>
                <w:webHidden/>
              </w:rPr>
              <w:tab/>
            </w:r>
            <w:r>
              <w:rPr>
                <w:noProof/>
                <w:webHidden/>
              </w:rPr>
              <w:fldChar w:fldCharType="begin"/>
            </w:r>
            <w:r>
              <w:rPr>
                <w:noProof/>
                <w:webHidden/>
              </w:rPr>
              <w:instrText xml:space="preserve"> PAGEREF _Toc237684936 \h </w:instrText>
            </w:r>
            <w:r>
              <w:rPr>
                <w:noProof/>
                <w:webHidden/>
              </w:rPr>
            </w:r>
            <w:r>
              <w:rPr>
                <w:noProof/>
                <w:webHidden/>
              </w:rPr>
              <w:fldChar w:fldCharType="separate"/>
            </w:r>
            <w:r>
              <w:rPr>
                <w:noProof/>
                <w:webHidden/>
              </w:rPr>
              <w:t>16</w:t>
            </w:r>
            <w:r>
              <w:rPr>
                <w:noProof/>
                <w:webHidden/>
              </w:rPr>
              <w:fldChar w:fldCharType="end"/>
            </w:r>
          </w:hyperlink>
        </w:p>
        <w:p w14:paraId="137ACC9F" w14:textId="0F6FAF3D" w:rsidR="00E9453E" w:rsidRDefault="00E9453E">
          <w:pPr>
            <w:pStyle w:val="TOC1"/>
            <w:rPr>
              <w:rFonts w:asciiTheme="minorHAnsi" w:eastAsiaTheme="minorEastAsia" w:hAnsiTheme="minorHAnsi" w:cstheme="minorBidi"/>
              <w:noProof/>
              <w:kern w:val="2"/>
              <w:sz w:val="24"/>
              <w:szCs w:val="24"/>
              <w14:ligatures w14:val="standardContextual"/>
            </w:rPr>
          </w:pPr>
          <w:hyperlink w:anchor="_Toc237684937" w:history="1">
            <w:r w:rsidRPr="00ED4733">
              <w:rPr>
                <w:rStyle w:val="Hyperlink"/>
                <w:rFonts w:ascii="Times New Roman" w:hAnsi="Times New Roman" w:cs="Times New Roman"/>
              </w:rPr>
              <w:t>6</w:t>
            </w:r>
            <w:r>
              <w:rPr>
                <w:rFonts w:asciiTheme="minorHAnsi" w:eastAsiaTheme="minorEastAsia" w:hAnsiTheme="minorHAnsi" w:cstheme="minorBidi"/>
                <w:noProof/>
                <w:kern w:val="2"/>
                <w:sz w:val="24"/>
                <w:szCs w:val="24"/>
                <w14:ligatures w14:val="standardContextual"/>
              </w:rPr>
              <w:tab/>
            </w:r>
            <w:r w:rsidRPr="00ED4733">
              <w:rPr>
                <w:rStyle w:val="Hyperlink"/>
              </w:rPr>
              <w:t>Conclusion</w:t>
            </w:r>
            <w:r>
              <w:rPr>
                <w:noProof/>
                <w:webHidden/>
              </w:rPr>
              <w:tab/>
            </w:r>
            <w:r>
              <w:rPr>
                <w:noProof/>
                <w:webHidden/>
              </w:rPr>
              <w:fldChar w:fldCharType="begin"/>
            </w:r>
            <w:r>
              <w:rPr>
                <w:noProof/>
                <w:webHidden/>
              </w:rPr>
              <w:instrText xml:space="preserve"> PAGEREF _Toc237684937 \h </w:instrText>
            </w:r>
            <w:r>
              <w:rPr>
                <w:noProof/>
                <w:webHidden/>
              </w:rPr>
            </w:r>
            <w:r>
              <w:rPr>
                <w:noProof/>
                <w:webHidden/>
              </w:rPr>
              <w:fldChar w:fldCharType="separate"/>
            </w:r>
            <w:r>
              <w:rPr>
                <w:noProof/>
                <w:webHidden/>
              </w:rPr>
              <w:t>18</w:t>
            </w:r>
            <w:r>
              <w:rPr>
                <w:noProof/>
                <w:webHidden/>
              </w:rPr>
              <w:fldChar w:fldCharType="end"/>
            </w:r>
          </w:hyperlink>
        </w:p>
        <w:p w14:paraId="6908A389" w14:textId="521015D6" w:rsidR="00E9453E" w:rsidRDefault="00E9453E">
          <w:pPr>
            <w:pStyle w:val="TOC1"/>
            <w:rPr>
              <w:rFonts w:asciiTheme="minorHAnsi" w:eastAsiaTheme="minorEastAsia" w:hAnsiTheme="minorHAnsi" w:cstheme="minorBidi"/>
              <w:noProof/>
              <w:kern w:val="2"/>
              <w:sz w:val="24"/>
              <w:szCs w:val="24"/>
              <w14:ligatures w14:val="standardContextual"/>
            </w:rPr>
          </w:pPr>
          <w:hyperlink w:anchor="_Toc237684938" w:history="1">
            <w:r w:rsidRPr="00ED4733">
              <w:rPr>
                <w:rStyle w:val="Hyperlink"/>
              </w:rPr>
              <w:t>7</w:t>
            </w:r>
            <w:r>
              <w:rPr>
                <w:rFonts w:asciiTheme="minorHAnsi" w:eastAsiaTheme="minorEastAsia" w:hAnsiTheme="minorHAnsi" w:cstheme="minorBidi"/>
                <w:noProof/>
                <w:kern w:val="2"/>
                <w:sz w:val="24"/>
                <w:szCs w:val="24"/>
                <w14:ligatures w14:val="standardContextual"/>
              </w:rPr>
              <w:tab/>
            </w:r>
            <w:r w:rsidRPr="00ED4733">
              <w:rPr>
                <w:rStyle w:val="Hyperlink"/>
              </w:rPr>
              <w:t>References</w:t>
            </w:r>
            <w:r>
              <w:rPr>
                <w:noProof/>
                <w:webHidden/>
              </w:rPr>
              <w:tab/>
            </w:r>
            <w:r>
              <w:rPr>
                <w:noProof/>
                <w:webHidden/>
              </w:rPr>
              <w:fldChar w:fldCharType="begin"/>
            </w:r>
            <w:r>
              <w:rPr>
                <w:noProof/>
                <w:webHidden/>
              </w:rPr>
              <w:instrText xml:space="preserve"> PAGEREF _Toc237684938 \h </w:instrText>
            </w:r>
            <w:r>
              <w:rPr>
                <w:noProof/>
                <w:webHidden/>
              </w:rPr>
            </w:r>
            <w:r>
              <w:rPr>
                <w:noProof/>
                <w:webHidden/>
              </w:rPr>
              <w:fldChar w:fldCharType="separate"/>
            </w:r>
            <w:r>
              <w:rPr>
                <w:noProof/>
                <w:webHidden/>
              </w:rPr>
              <w:t>19</w:t>
            </w:r>
            <w:r>
              <w:rPr>
                <w:noProof/>
                <w:webHidden/>
              </w:rPr>
              <w:fldChar w:fldCharType="end"/>
            </w:r>
          </w:hyperlink>
        </w:p>
        <w:p w14:paraId="1C5C7366" w14:textId="0B76AC51" w:rsidR="00421990" w:rsidRDefault="006D5271">
          <w:r>
            <w:fldChar w:fldCharType="end"/>
          </w:r>
        </w:p>
      </w:sdtContent>
    </w:sdt>
    <w:p w14:paraId="21C3E2B4" w14:textId="77777777" w:rsidR="00076165" w:rsidRDefault="00421990" w:rsidP="00421990">
      <w:pPr>
        <w:pStyle w:val="Heading1"/>
      </w:pPr>
      <w:r>
        <w:br w:type="page"/>
      </w:r>
      <w:bookmarkStart w:id="1" w:name="_Toc237684918"/>
      <w:r w:rsidR="00A3640B">
        <w:lastRenderedPageBreak/>
        <w:t>Introduction</w:t>
      </w:r>
      <w:bookmarkEnd w:id="1"/>
    </w:p>
    <w:p w14:paraId="0F4540AE" w14:textId="77777777" w:rsidR="00666500" w:rsidRDefault="00666500" w:rsidP="007A15A8">
      <w:r w:rsidRPr="00666500">
        <w:t xml:space="preserve">More than thirty years working across software validation, regulatory compliance, quality systems and digital transformation have exposed me to leadership in technically complex and highly regulated life-science environments. Trust, integrity and the responsibility to speak up when something appears wrong are fundamental expectations within this environment and have provided a consistent foundation throughout my professional career. </w:t>
      </w:r>
    </w:p>
    <w:p w14:paraId="3673E0E8" w14:textId="6ECF17B1" w:rsidR="00666500" w:rsidRPr="00666500" w:rsidRDefault="00666500" w:rsidP="007A15A8">
      <w:r w:rsidRPr="00666500">
        <w:t>During that time, I progressed from engineering expert to technical leadership roles then into positions requiring me to lead teams, influence senior stakeholders and deliver organisational change, often without relying on formal authority. These experiences shaped how I understood leadership, but many of the assumptions underpinning my approach developed through experience and instinct rather than deliberate reflection.</w:t>
      </w:r>
    </w:p>
    <w:p w14:paraId="54DCA1AE" w14:textId="697EF54C" w:rsidR="0086391F" w:rsidRDefault="00666500" w:rsidP="007A15A8">
      <w:pPr>
        <w:rPr>
          <w:rFonts w:eastAsiaTheme="majorEastAsia"/>
          <w:b/>
          <w:bCs/>
        </w:rPr>
      </w:pPr>
      <w:r w:rsidRPr="00666500">
        <w:t>The Leadership in Practice module provided an opportunity to examine those assumptions critically. Through four reflective journals, I explored how different experiences shaped my leadership behaviours, values and identity, and how leadership theory could help explain both the strengths and limitations of my established approach. This portfolio draws those reflections together through analysis of a significant leadership experience, its relationship with academic theory, my evolving leadership identity and the lessons I will carry into future practice as a global business leader.</w:t>
      </w:r>
      <w:r w:rsidR="0086391F">
        <w:br w:type="page"/>
      </w:r>
    </w:p>
    <w:p w14:paraId="2F33821A" w14:textId="77777777" w:rsidR="006B4C72" w:rsidRDefault="006B4C72" w:rsidP="00421990">
      <w:pPr>
        <w:pStyle w:val="Heading1"/>
      </w:pPr>
      <w:bookmarkStart w:id="2" w:name="_Toc237684919"/>
      <w:bookmarkEnd w:id="0"/>
      <w:r>
        <w:lastRenderedPageBreak/>
        <w:t>Summary Analysis and Results</w:t>
      </w:r>
      <w:bookmarkEnd w:id="2"/>
    </w:p>
    <w:p w14:paraId="6612FCE1" w14:textId="50B635CE" w:rsidR="00C84F66" w:rsidRDefault="00002929">
      <w:r w:rsidRPr="00002929">
        <w:t>This section examines a global compliance audit programme at Novartis that required me to reconsider the relationship between delegation, control and accountability. The significance of the experience was not simply that an underperforming service was recovered, but that I had to move temporarily from programme leadership into functional operational control before the conditions existed for me to step back again</w:t>
      </w:r>
      <w:r>
        <w:t>.</w:t>
      </w:r>
    </w:p>
    <w:p w14:paraId="017C30FD" w14:textId="77777777" w:rsidR="00C84F66" w:rsidRDefault="00000000">
      <w:pPr>
        <w:pStyle w:val="Heading2"/>
      </w:pPr>
      <w:bookmarkStart w:id="3" w:name="_Toc237684920"/>
      <w:r>
        <w:t>Leadership Context</w:t>
      </w:r>
      <w:bookmarkEnd w:id="3"/>
    </w:p>
    <w:p w14:paraId="6BB8C200" w14:textId="77777777" w:rsidR="00002929" w:rsidRPr="00002929" w:rsidRDefault="00002929" w:rsidP="007A15A8">
      <w:r w:rsidRPr="00002929">
        <w:t>As Lead Programme Compliance Auditor, I was responsible for delivering compliance audits across more than 400 global locations. Approximately 50 contingent auditors were provided through Cognizant and organised across regional teams. The programme had been established in response to increased customer and regulatory audit findings, so consistent execution was essential: the audits needed to identify comparable weaknesses, support remediation and demonstrate that the organisation was regaining control.</w:t>
      </w:r>
    </w:p>
    <w:p w14:paraId="28C72BC3" w14:textId="6CEACEB9" w:rsidR="00C84F66" w:rsidRPr="00002929" w:rsidRDefault="00002929" w:rsidP="007A15A8">
      <w:r w:rsidRPr="00002929">
        <w:t xml:space="preserve">My role was to lead the programme and assure its outcomes, while Cognizant management initially directed the auditors' day-to-day delivery. This </w:t>
      </w:r>
      <w:r w:rsidR="00BA1B4E" w:rsidRPr="00002929">
        <w:t>provided</w:t>
      </w:r>
      <w:r w:rsidRPr="00002929">
        <w:t xml:space="preserve"> an appropriate separation between client accountability and supplier management. In practice, however, it created distance between the global programme intent and the way audits were performed locally</w:t>
      </w:r>
      <w:r>
        <w:t>.</w:t>
      </w:r>
    </w:p>
    <w:p w14:paraId="7BE69F81" w14:textId="77777777" w:rsidR="00C84F66" w:rsidRDefault="00000000">
      <w:pPr>
        <w:pStyle w:val="Heading2"/>
      </w:pPr>
      <w:bookmarkStart w:id="4" w:name="_Toc237684921"/>
      <w:r>
        <w:t>Leadership Challenge</w:t>
      </w:r>
      <w:bookmarkEnd w:id="4"/>
    </w:p>
    <w:p w14:paraId="15EC70B0" w14:textId="77777777" w:rsidR="00002929" w:rsidRPr="00002929" w:rsidRDefault="00002929" w:rsidP="007A15A8">
      <w:r w:rsidRPr="00002929">
        <w:t xml:space="preserve">Audit execution became inconsistent and, in some regions, incorrect. Regional managers were allowing local management preferences to influence how the corporate audit process was interpreted and </w:t>
      </w:r>
      <w:r w:rsidRPr="00002929">
        <w:lastRenderedPageBreak/>
        <w:t>applied. As a result, the same programme was effectively operating through different regional versions. This was particularly serious because a global compliance recovery programme depends upon common standards, reliable evidence and findings that can be compared across locations.</w:t>
      </w:r>
    </w:p>
    <w:p w14:paraId="7042360A" w14:textId="167BE5CB" w:rsidR="00C84F66" w:rsidRPr="00002929" w:rsidRDefault="00002929" w:rsidP="007A15A8">
      <w:r w:rsidRPr="00002929">
        <w:t xml:space="preserve">My initial assumption had been that defining the process and delegating delivery through an experienced partner would be sufficient. I had retained accountability for the </w:t>
      </w:r>
      <w:r w:rsidR="00BA1B4E" w:rsidRPr="00002929">
        <w:t>programme but</w:t>
      </w:r>
      <w:r w:rsidRPr="00002929">
        <w:t xml:space="preserve"> had not maintained enough visibility of how leadership was being exercised within the supplier structure. The problem therefore exposed not only ineffective service management, but a weakness in my own governance: I had delegated operational control without creating adequate mechanisms to identify divergence early.</w:t>
      </w:r>
    </w:p>
    <w:p w14:paraId="37201AC4" w14:textId="77777777" w:rsidR="00C84F66" w:rsidRDefault="00000000">
      <w:pPr>
        <w:pStyle w:val="Heading2"/>
      </w:pPr>
      <w:bookmarkStart w:id="5" w:name="_Toc237684922"/>
      <w:r>
        <w:t>Actions and Decision-Making</w:t>
      </w:r>
      <w:bookmarkEnd w:id="5"/>
    </w:p>
    <w:p w14:paraId="4C6DEE85" w14:textId="2BF8EA76" w:rsidR="00002929" w:rsidRPr="00002929" w:rsidRDefault="00002929" w:rsidP="007A15A8">
      <w:r w:rsidRPr="00002929">
        <w:t xml:space="preserve">Once the scale of the problem was clear, </w:t>
      </w:r>
      <w:r w:rsidR="00BA1B4E" w:rsidRPr="00BA1B4E">
        <w:t>I temporarily realigned my leadership focus from programme-level oversight to operational delivery</w:t>
      </w:r>
      <w:r w:rsidRPr="00BA1B4E">
        <w:t>. I reduced the Cognizant</w:t>
      </w:r>
      <w:r w:rsidRPr="00002929">
        <w:t xml:space="preserve"> management team's involvement to account management and assumed functional ownership of service delivery. This did not make the auditors my direct reports, but it gave me direct responsibility for aligning how their work was performed. I introduced weekly alignment and training sessions for the entire audit team, including the regional managers, and created a direct route through which auditors could raise questions, test interpretations and receive day-to-day support.</w:t>
      </w:r>
    </w:p>
    <w:p w14:paraId="1B7BC220" w14:textId="74094CCC" w:rsidR="00C84F66" w:rsidRPr="00002929" w:rsidRDefault="00002929" w:rsidP="007A15A8">
      <w:r w:rsidRPr="00002929">
        <w:t xml:space="preserve">The intervention combined support with firmer boundaries. I clarified which elements of the corporate process were non-negotiable while still allowing legitimate local context to be considered. One regional manager continued to reinterpret the programme according to his own preferences and refused to follow the agreed corporate process. I required his removal from the programme. This was an extreme </w:t>
      </w:r>
      <w:r w:rsidRPr="00002929">
        <w:lastRenderedPageBreak/>
        <w:t>decision and not one I took lightly, but continued deviation would have undermined the recovery objective and the credibility of the wider audit programme</w:t>
      </w:r>
      <w:r>
        <w:t>.</w:t>
      </w:r>
    </w:p>
    <w:p w14:paraId="75D2FC3F" w14:textId="77777777" w:rsidR="00C84F66" w:rsidRDefault="00000000">
      <w:pPr>
        <w:pStyle w:val="Heading2"/>
      </w:pPr>
      <w:bookmarkStart w:id="6" w:name="_Toc237684923"/>
      <w:r>
        <w:t>Outcomes and Reflective Analysis</w:t>
      </w:r>
      <w:bookmarkEnd w:id="6"/>
    </w:p>
    <w:p w14:paraId="7DAC6621" w14:textId="77777777" w:rsidR="00002929" w:rsidRPr="00002929" w:rsidRDefault="00002929" w:rsidP="007A15A8">
      <w:r w:rsidRPr="00002929">
        <w:t>Audit quality and consistency improved through common direction, training and practical support. The change also affected regional team dynamics. With the previous management barrier removed, auditors became more connected to the wider programme and more willing to raise concerns, test interpretations and suggest improvements. This reinforced my view that the problem was not simply individual performance, but leadership conditions that had constrained engagement and constructive challenge.</w:t>
      </w:r>
    </w:p>
    <w:p w14:paraId="59D70C7A" w14:textId="77777777" w:rsidR="00002929" w:rsidRPr="00002929" w:rsidRDefault="00002929" w:rsidP="007A15A8">
      <w:r w:rsidRPr="00002929">
        <w:t>Findings became more reliable and useful for remediation, while incoming customer and regulatory findings in the same areas reduced. Once the teams were aligned and capable of delivering consistently, I relinquished direct functional control and returned to programme leadership.</w:t>
      </w:r>
    </w:p>
    <w:p w14:paraId="2A069457" w14:textId="77777777" w:rsidR="00002929" w:rsidRPr="00002929" w:rsidRDefault="00002929" w:rsidP="007A15A8">
      <w:r w:rsidRPr="00002929">
        <w:t>The intervention carried relational cost, particularly with Cognizant account management, but preserving that relationship could not take precedence over organisational responsibility. I would not change the decision to intervene or remove the resistant manager. I would, however, become involved earlier in selecting regional leaders, establish clearer decision rights and introduce alignment checks from the outset.</w:t>
      </w:r>
    </w:p>
    <w:p w14:paraId="0E55B3B3" w14:textId="0646F942" w:rsidR="00C84F66" w:rsidRPr="00211BA1" w:rsidRDefault="00002929" w:rsidP="007A15A8">
      <w:r w:rsidRPr="00002929">
        <w:t xml:space="preserve">The central lesson was that responsibility can be distributed, but accountability cannot be outsourced. Ancona argues that leadership increasingly depends upon recognising individual limitations and drawing upon complementary capabilities across others. My experience adds an important qualification: </w:t>
      </w:r>
      <w:r w:rsidRPr="00002929">
        <w:lastRenderedPageBreak/>
        <w:t>distributed delivery still requires shared purpose, capable leadership, visible boundaries and timely intervention when autonomy becomes divergence</w:t>
      </w:r>
      <w:sdt>
        <w:sdtPr>
          <w:id w:val="-471521807"/>
          <w:citation/>
        </w:sdtPr>
        <w:sdtContent>
          <w:r w:rsidR="00F57D0A" w:rsidRPr="00F57D0A">
            <w:fldChar w:fldCharType="begin"/>
          </w:r>
          <w:r w:rsidR="00270456">
            <w:instrText xml:space="preserve">CITATION Anc07 \l 2057 </w:instrText>
          </w:r>
          <w:r w:rsidR="00F57D0A" w:rsidRPr="00F57D0A">
            <w:fldChar w:fldCharType="separate"/>
          </w:r>
          <w:r w:rsidR="00270456">
            <w:rPr>
              <w:noProof/>
            </w:rPr>
            <w:t xml:space="preserve"> (Ancona, et al., 2007)</w:t>
          </w:r>
          <w:r w:rsidR="00F57D0A" w:rsidRPr="00F57D0A">
            <w:fldChar w:fldCharType="end"/>
          </w:r>
        </w:sdtContent>
      </w:sdt>
      <w:r w:rsidR="00666500">
        <w:t>.</w:t>
      </w:r>
    </w:p>
    <w:p w14:paraId="08DB91A1" w14:textId="77777777" w:rsidR="002059F1" w:rsidRDefault="002059F1" w:rsidP="002059F1">
      <w:pPr>
        <w:pStyle w:val="Heading1"/>
        <w:rPr>
          <w:rFonts w:ascii="Times New Roman" w:hAnsi="Times New Roman" w:cs="Times New Roman"/>
        </w:rPr>
      </w:pPr>
      <w:bookmarkStart w:id="7" w:name="_Toc237684924"/>
      <w:r>
        <w:t>Connection with Academic Content</w:t>
      </w:r>
      <w:bookmarkEnd w:id="7"/>
    </w:p>
    <w:p w14:paraId="6A6E786C" w14:textId="77777777" w:rsidR="00C725B1" w:rsidRDefault="00C725B1" w:rsidP="00C725B1">
      <w:pPr>
        <w:pStyle w:val="Heading2"/>
      </w:pPr>
      <w:bookmarkStart w:id="8" w:name="_Toc237684925"/>
      <w:r w:rsidRPr="00C725B1">
        <w:t>Leadership Beyond Expertise</w:t>
      </w:r>
      <w:bookmarkEnd w:id="8"/>
    </w:p>
    <w:p w14:paraId="2B0EA426" w14:textId="5EC4DD6F" w:rsidR="00E10E91" w:rsidRDefault="00E10E91" w:rsidP="00692ED8">
      <w:r>
        <w:t xml:space="preserve">The experience analysed in Section 2 challenged assumptions developed through years of professional practice, but experience alone did not explain why my leadership approach had changed. I recognised that technical expertise and decisive problem-solving were becoming insufficient in increasingly complex </w:t>
      </w:r>
      <w:r w:rsidR="00BA1B4E">
        <w:t>environments but</w:t>
      </w:r>
      <w:r>
        <w:t xml:space="preserve"> initially interpreted this as a practical adjustment rather than a change in how I understood leadership </w:t>
      </w:r>
      <w:sdt>
        <w:sdtPr>
          <w:id w:val="-754127702"/>
          <w:citation/>
        </w:sdtPr>
        <w:sdtContent>
          <w:r w:rsidR="00767D67">
            <w:fldChar w:fldCharType="begin"/>
          </w:r>
          <w:r w:rsidR="00270456">
            <w:rPr>
              <w:rStyle w:val="Strong"/>
            </w:rPr>
            <w:instrText xml:space="preserve">CITATION Uhl07 \l 2057 </w:instrText>
          </w:r>
          <w:r w:rsidR="00767D67">
            <w:fldChar w:fldCharType="separate"/>
          </w:r>
          <w:r w:rsidR="00270456">
            <w:rPr>
              <w:noProof/>
            </w:rPr>
            <w:t>(Uhl-Bien, et al., 2007)</w:t>
          </w:r>
          <w:r w:rsidR="00767D67">
            <w:fldChar w:fldCharType="end"/>
          </w:r>
        </w:sdtContent>
      </w:sdt>
      <w:r w:rsidR="00767D67">
        <w:t>.</w:t>
      </w:r>
    </w:p>
    <w:p w14:paraId="6BBC0245" w14:textId="3B9AB33C" w:rsidR="00E10E91" w:rsidRDefault="00E10E91" w:rsidP="00692ED8">
      <w:r>
        <w:t xml:space="preserve">Leadership theory provided a different lens. It revealed that my reliance on expertise reflected an underlying assumption that leadership value came primarily from the individual leader's knowledge, judgement and ability to provide direction. Academic learning challenged this by presenting leadership as something that can also emerge through relationships, interaction and the combined capabilities of others </w:t>
      </w:r>
      <w:sdt>
        <w:sdtPr>
          <w:id w:val="-615901485"/>
          <w:citation/>
        </w:sdtPr>
        <w:sdtContent>
          <w:r w:rsidR="00767D67">
            <w:fldChar w:fldCharType="begin"/>
          </w:r>
          <w:r w:rsidR="00270456">
            <w:rPr>
              <w:rStyle w:val="Strong"/>
            </w:rPr>
            <w:instrText xml:space="preserve">CITATION Den12 \l 2057 </w:instrText>
          </w:r>
          <w:r w:rsidR="00767D67">
            <w:fldChar w:fldCharType="separate"/>
          </w:r>
          <w:r w:rsidR="00270456">
            <w:rPr>
              <w:noProof/>
            </w:rPr>
            <w:t>(Denis, et al., 2012)</w:t>
          </w:r>
          <w:r w:rsidR="00767D67">
            <w:fldChar w:fldCharType="end"/>
          </w:r>
        </w:sdtContent>
      </w:sdt>
      <w:r w:rsidR="00767D67">
        <w:t>.</w:t>
      </w:r>
    </w:p>
    <w:p w14:paraId="26B00150" w14:textId="400044E8" w:rsidR="00E10E91" w:rsidRDefault="00E10E91" w:rsidP="00692ED8">
      <w:r>
        <w:t xml:space="preserve">Theory therefore did not invalidate the expertise underpinning my professional credibility; it helped me understand its limitations as a leadership model. I began to see expertise as one resource within leadership rather than its defining characteristic. Two concepts particularly influenced this thinking: complexity leadership, which explained why individual expertise becomes insufficient as organisational complexity increases, and distributed leadership, which demonstrated how leadership capability can extend beyond the individual leader </w:t>
      </w:r>
      <w:sdt>
        <w:sdtPr>
          <w:id w:val="-1415777631"/>
          <w:citation/>
        </w:sdtPr>
        <w:sdtContent>
          <w:r w:rsidR="00767D67">
            <w:fldChar w:fldCharType="begin"/>
          </w:r>
          <w:r w:rsidR="00270456">
            <w:instrText xml:space="preserve">CITATION Anc07 \l 2057 </w:instrText>
          </w:r>
          <w:r w:rsidR="00767D67">
            <w:fldChar w:fldCharType="separate"/>
          </w:r>
          <w:r w:rsidR="00270456">
            <w:rPr>
              <w:noProof/>
            </w:rPr>
            <w:t>(Ancona, et al., 2007)</w:t>
          </w:r>
          <w:r w:rsidR="00767D67">
            <w:fldChar w:fldCharType="end"/>
          </w:r>
        </w:sdtContent>
      </w:sdt>
      <w:r>
        <w:rPr>
          <w:rStyle w:val="Strong"/>
        </w:rPr>
        <w:t>.</w:t>
      </w:r>
    </w:p>
    <w:p w14:paraId="492F116F" w14:textId="77777777" w:rsidR="00525880" w:rsidRDefault="00B77797" w:rsidP="00C26741">
      <w:pPr>
        <w:pStyle w:val="Heading2"/>
      </w:pPr>
      <w:bookmarkStart w:id="9" w:name="_Toc237684926"/>
      <w:r w:rsidRPr="00B77797">
        <w:lastRenderedPageBreak/>
        <w:t>Complexity Leadership</w:t>
      </w:r>
      <w:bookmarkEnd w:id="9"/>
    </w:p>
    <w:p w14:paraId="2DBCB215" w14:textId="68B96520" w:rsidR="001B38C2" w:rsidRDefault="001B38C2" w:rsidP="00692ED8">
      <w:r>
        <w:t xml:space="preserve">As my professional responsibilities became more interconnected and knowledge-intensive, </w:t>
      </w:r>
      <w:r w:rsidR="00BA1B4E">
        <w:t>approaches</w:t>
      </w:r>
      <w:r>
        <w:t xml:space="preserve"> based primarily on expertise, authority and control could not accommodate the range of knowledge required to address complex organisational challenges. Uhl-Bien, Marion and McKelvey distinguish traditional leadership based on formal authority and control from leadership that enables adaptive responses to emerge through interaction across networks of expertise </w:t>
      </w:r>
      <w:sdt>
        <w:sdtPr>
          <w:id w:val="1391614068"/>
          <w:citation/>
        </w:sdtPr>
        <w:sdtContent>
          <w:r w:rsidR="00767D67">
            <w:fldChar w:fldCharType="begin"/>
          </w:r>
          <w:r w:rsidR="00270456">
            <w:rPr>
              <w:rStyle w:val="Strong"/>
            </w:rPr>
            <w:instrText xml:space="preserve">CITATION Uhl07 \l 2057 </w:instrText>
          </w:r>
          <w:r w:rsidR="00767D67">
            <w:fldChar w:fldCharType="separate"/>
          </w:r>
          <w:r w:rsidR="00270456">
            <w:rPr>
              <w:noProof/>
            </w:rPr>
            <w:t>(Uhl-Bien, et al., 2007)</w:t>
          </w:r>
          <w:r w:rsidR="00767D67">
            <w:fldChar w:fldCharType="end"/>
          </w:r>
        </w:sdtContent>
      </w:sdt>
      <w:r>
        <w:rPr>
          <w:rStyle w:val="Strong"/>
        </w:rPr>
        <w:t>.</w:t>
      </w:r>
      <w:r>
        <w:t xml:space="preserve"> This challenged my assumption that increasing complexity required the leader to provide greater certainty. Instead, I began to understand that complexity can make reliance on any single individual's knowledge less effective.</w:t>
      </w:r>
    </w:p>
    <w:p w14:paraId="3B08928A" w14:textId="67EF8B98" w:rsidR="001B38C2" w:rsidRDefault="001B38C2" w:rsidP="00692ED8">
      <w:r>
        <w:t xml:space="preserve">This perspective helped me reinterpret the experience discussed in Section 2. The knowledge required to create sustainable change was distributed across people with different scientific, technical, operational and regulatory perspectives. My contribution therefore became less about resolving that complexity personally and more about creating conditions in which those perspectives could interact productively </w:t>
      </w:r>
      <w:sdt>
        <w:sdtPr>
          <w:id w:val="934559222"/>
          <w:citation/>
        </w:sdtPr>
        <w:sdtContent>
          <w:r w:rsidR="00CD7892">
            <w:fldChar w:fldCharType="begin"/>
          </w:r>
          <w:r w:rsidR="00270456">
            <w:rPr>
              <w:rStyle w:val="Strong"/>
            </w:rPr>
            <w:instrText xml:space="preserve">CITATION Bäc19 \l 2057 </w:instrText>
          </w:r>
          <w:r w:rsidR="00CD7892">
            <w:fldChar w:fldCharType="separate"/>
          </w:r>
          <w:r w:rsidR="00270456">
            <w:rPr>
              <w:noProof/>
            </w:rPr>
            <w:t>(Bäcklander, 2019)</w:t>
          </w:r>
          <w:r w:rsidR="00CD7892">
            <w:fldChar w:fldCharType="end"/>
          </w:r>
        </w:sdtContent>
      </w:sdt>
      <w:r w:rsidR="00CD7892">
        <w:t xml:space="preserve">. </w:t>
      </w:r>
      <w:r>
        <w:t>Listening, facilitating challenge and enabling shared problem-solving were not alternatives to leadership, but ways of exercising it.</w:t>
      </w:r>
    </w:p>
    <w:p w14:paraId="52EA99D7" w14:textId="77777777" w:rsidR="001B38C2" w:rsidRDefault="001B38C2" w:rsidP="00692ED8">
      <w:r>
        <w:t>However, this does not remove the need for direction or accountability. Within regulated environments, some requirements are non-negotiable and decisions may affect compliance, quality and patient safety. My learning has therefore been to distinguish between providing necessary boundaries and unnecessarily controlling how people operate within them.</w:t>
      </w:r>
    </w:p>
    <w:p w14:paraId="0D1CA18E" w14:textId="38FFB155" w:rsidR="001B38C2" w:rsidRDefault="001B38C2" w:rsidP="00692ED8">
      <w:r>
        <w:t>Complexity Leadership refined rather than replaced my previous understanding: expertise and direction remain important, but their effective use depends upon contextual judgement</w:t>
      </w:r>
      <w:r w:rsidR="00767D67">
        <w:t xml:space="preserve"> </w:t>
      </w:r>
      <w:sdt>
        <w:sdtPr>
          <w:id w:val="1276837955"/>
          <w:citation/>
        </w:sdtPr>
        <w:sdtContent>
          <w:r w:rsidR="00767D67">
            <w:fldChar w:fldCharType="begin"/>
          </w:r>
          <w:r w:rsidR="00270456">
            <w:instrText xml:space="preserve">CITATION Yuk10 \l 2057 </w:instrText>
          </w:r>
          <w:r w:rsidR="00767D67">
            <w:fldChar w:fldCharType="separate"/>
          </w:r>
          <w:r w:rsidR="00270456">
            <w:rPr>
              <w:noProof/>
            </w:rPr>
            <w:t>(Yukl &amp; Mahsud, 2010)</w:t>
          </w:r>
          <w:r w:rsidR="00767D67">
            <w:fldChar w:fldCharType="end"/>
          </w:r>
        </w:sdtContent>
      </w:sdt>
      <w:r>
        <w:rPr>
          <w:rStyle w:val="Strong"/>
        </w:rPr>
        <w:t>.</w:t>
      </w:r>
    </w:p>
    <w:p w14:paraId="1E6E6CE6" w14:textId="77777777" w:rsidR="002F5BD0" w:rsidRPr="002F5BD0" w:rsidRDefault="002F5BD0" w:rsidP="002F5BD0">
      <w:pPr>
        <w:pStyle w:val="Heading2"/>
      </w:pPr>
      <w:bookmarkStart w:id="10" w:name="_Toc237684927"/>
      <w:r w:rsidRPr="002F5BD0">
        <w:lastRenderedPageBreak/>
        <w:t>Distributed Leadership and the Incomplete Leader</w:t>
      </w:r>
      <w:bookmarkEnd w:id="10"/>
    </w:p>
    <w:p w14:paraId="0D5482C2" w14:textId="77E30E51" w:rsidR="002C4E9C" w:rsidRDefault="002C4E9C" w:rsidP="00692ED8">
      <w:r>
        <w:t>Distributed leadership further challenged my assumption that leadership responsibility implied possessing the answers. Denis, Langley and Sergi describe leadership as potentially distributed across individuals and relationships rather than concentrated in a single formal leader</w:t>
      </w:r>
      <w:r w:rsidR="00767D67">
        <w:t xml:space="preserve"> </w:t>
      </w:r>
      <w:sdt>
        <w:sdtPr>
          <w:id w:val="474499496"/>
          <w:citation/>
        </w:sdtPr>
        <w:sdtContent>
          <w:r w:rsidR="00767D67">
            <w:fldChar w:fldCharType="begin"/>
          </w:r>
          <w:r w:rsidR="00270456">
            <w:instrText xml:space="preserve">CITATION Den12 \l 2057 </w:instrText>
          </w:r>
          <w:r w:rsidR="00767D67">
            <w:fldChar w:fldCharType="separate"/>
          </w:r>
          <w:r w:rsidR="00270456">
            <w:rPr>
              <w:noProof/>
            </w:rPr>
            <w:t>(Denis, et al., 2012)</w:t>
          </w:r>
          <w:r w:rsidR="00767D67">
            <w:fldChar w:fldCharType="end"/>
          </w:r>
        </w:sdtContent>
      </w:sdt>
      <w:r>
        <w:rPr>
          <w:rStyle w:val="Strong"/>
        </w:rPr>
        <w:t>.</w:t>
      </w:r>
      <w:r>
        <w:t xml:space="preserve"> Ancona’s concept of the incomplete leader developed this further by recognising that effective leaders do not need to possess every capability </w:t>
      </w:r>
      <w:r w:rsidR="00BA1B4E">
        <w:t>themselves but</w:t>
      </w:r>
      <w:r>
        <w:t xml:space="preserve"> can draw upon complementary strengths across others </w:t>
      </w:r>
      <w:sdt>
        <w:sdtPr>
          <w:id w:val="-299381933"/>
          <w:citation/>
        </w:sdtPr>
        <w:sdtContent>
          <w:r w:rsidR="00767D67">
            <w:fldChar w:fldCharType="begin"/>
          </w:r>
          <w:r w:rsidR="00270456">
            <w:rPr>
              <w:rStyle w:val="Strong"/>
            </w:rPr>
            <w:instrText xml:space="preserve">CITATION Anc07 \l 2057 </w:instrText>
          </w:r>
          <w:r w:rsidR="00767D67">
            <w:fldChar w:fldCharType="separate"/>
          </w:r>
          <w:r w:rsidR="00270456">
            <w:rPr>
              <w:noProof/>
            </w:rPr>
            <w:t>(Ancona, et al., 2007)</w:t>
          </w:r>
          <w:r w:rsidR="00767D67">
            <w:fldChar w:fldCharType="end"/>
          </w:r>
        </w:sdtContent>
      </w:sdt>
      <w:r>
        <w:rPr>
          <w:rStyle w:val="Strong"/>
        </w:rPr>
        <w:t>.</w:t>
      </w:r>
    </w:p>
    <w:p w14:paraId="7E28FFB9" w14:textId="5DF88ADC" w:rsidR="002C4E9C" w:rsidRDefault="002C4E9C" w:rsidP="00692ED8">
      <w:r>
        <w:t xml:space="preserve">This resonated strongly with my experience of leading through influence rather than authority. In complex programmes, the knowledge required to make effective decisions rarely resides with one individual. I increasingly recognised that my responsibility was not to compensate for this by becoming expert in everything, but to connect people with different expertise, create conditions for constructive challenge and enable collective judgement </w:t>
      </w:r>
      <w:sdt>
        <w:sdtPr>
          <w:id w:val="-508756859"/>
          <w:citation/>
        </w:sdtPr>
        <w:sdtContent>
          <w:r w:rsidR="00B82E13">
            <w:fldChar w:fldCharType="begin"/>
          </w:r>
          <w:r w:rsidR="00270456">
            <w:rPr>
              <w:rStyle w:val="Strong"/>
            </w:rPr>
            <w:instrText xml:space="preserve">CITATION Rae16 \l 2057 </w:instrText>
          </w:r>
          <w:r w:rsidR="00B82E13">
            <w:fldChar w:fldCharType="separate"/>
          </w:r>
          <w:r w:rsidR="00270456">
            <w:rPr>
              <w:noProof/>
            </w:rPr>
            <w:t>(Raelin, 2016)</w:t>
          </w:r>
          <w:r w:rsidR="00B82E13">
            <w:fldChar w:fldCharType="end"/>
          </w:r>
        </w:sdtContent>
      </w:sdt>
      <w:r>
        <w:rPr>
          <w:rStyle w:val="Strong"/>
        </w:rPr>
        <w:t>.</w:t>
      </w:r>
    </w:p>
    <w:p w14:paraId="05E765B4" w14:textId="77777777" w:rsidR="002C4E9C" w:rsidRDefault="002C4E9C" w:rsidP="00692ED8">
      <w:r>
        <w:t>This required a different interpretation of accountability. Distributing leadership does not mean distributing accountability indiscriminately or stepping away from difficult decisions. Within regulated environments, I may remain accountable for ensuring that appropriate standards and boundaries are maintained. The distinction is that accountability does not require me to control every contribution or provide every solution.</w:t>
      </w:r>
    </w:p>
    <w:p w14:paraId="193569DC" w14:textId="77777777" w:rsidR="002C4E9C" w:rsidRDefault="002C4E9C" w:rsidP="00692ED8">
      <w:r>
        <w:t xml:space="preserve">The incomplete leader therefore provided a useful challenge to my earlier leadership identity. Acknowledging the limits of my own expertise is not a leadership weakness; it enables me to use the capabilities of others more deliberately while retaining responsibility for the environment in which decisions are made. </w:t>
      </w:r>
    </w:p>
    <w:p w14:paraId="312ACAA1" w14:textId="77777777" w:rsidR="00512124" w:rsidRPr="00512124" w:rsidRDefault="00512124" w:rsidP="00512124">
      <w:pPr>
        <w:pStyle w:val="Heading2"/>
      </w:pPr>
      <w:bookmarkStart w:id="11" w:name="_Toc237684928"/>
      <w:r w:rsidRPr="00512124">
        <w:lastRenderedPageBreak/>
        <w:t>Integrating Theory into Leadership Practice</w:t>
      </w:r>
      <w:bookmarkEnd w:id="11"/>
    </w:p>
    <w:p w14:paraId="1A35D7C1" w14:textId="77777777" w:rsidR="00F82970" w:rsidRPr="007A15A8" w:rsidRDefault="00F82970" w:rsidP="007A15A8">
      <w:bookmarkStart w:id="12" w:name="_Toc235259702"/>
      <w:r w:rsidRPr="007A15A8">
        <w:t>Complexity and distributed leadership have not given me a replacement leadership style; they have made my choices more deliberate. Previously, I adapted intuitively between direction, facilitation and influence. Theory has helped me understand why different approaches are appropriate in different circumstances.</w:t>
      </w:r>
    </w:p>
    <w:p w14:paraId="1EA2CF59" w14:textId="7DFE904C" w:rsidR="00F82970" w:rsidRPr="007A15A8" w:rsidRDefault="00F82970" w:rsidP="007A15A8">
      <w:r w:rsidRPr="007A15A8">
        <w:t xml:space="preserve">I now recognise leadership as contextual rather than fixed </w:t>
      </w:r>
      <w:sdt>
        <w:sdtPr>
          <w:id w:val="-1840850901"/>
          <w:citation/>
        </w:sdtPr>
        <w:sdtContent>
          <w:r w:rsidR="007A15A8">
            <w:fldChar w:fldCharType="begin"/>
          </w:r>
          <w:r w:rsidR="00270456">
            <w:instrText xml:space="preserve">CITATION Yuk10 \l 2057 </w:instrText>
          </w:r>
          <w:r w:rsidR="007A15A8">
            <w:fldChar w:fldCharType="separate"/>
          </w:r>
          <w:r w:rsidR="00270456">
            <w:rPr>
              <w:noProof/>
            </w:rPr>
            <w:t>(Yukl &amp; Mahsud, 2010)</w:t>
          </w:r>
          <w:r w:rsidR="007A15A8">
            <w:fldChar w:fldCharType="end"/>
          </w:r>
        </w:sdtContent>
      </w:sdt>
      <w:r w:rsidR="00D97B0B">
        <w:t>,</w:t>
      </w:r>
      <w:r w:rsidR="007A15A8">
        <w:t xml:space="preserve"> </w:t>
      </w:r>
      <w:r w:rsidRPr="007A15A8">
        <w:t>reflecting a more flexible and adaptive approach to leadership. The Cognizant experience illustrates this: when the delivery model became ineffective, I moved temporarily from programme leadership into operational involvement, then relinquished that control once alignment and capability were restored. Effective leadership therefore requires a dynamic approach: knowing when to intervene, when to relinquish control and when to create space for others to lead.</w:t>
      </w:r>
    </w:p>
    <w:p w14:paraId="4CF0DDFB" w14:textId="0CB2A8FF" w:rsidR="00BA0DAC" w:rsidRPr="007A15A8" w:rsidRDefault="00F82970" w:rsidP="007A15A8">
      <w:r w:rsidRPr="007A15A8">
        <w:t>This self-awareness also exposes a continuing risk. Under pressure, professional credibility can draw me back towards providing answers. Continued reflection is therefore necessary to distinguish intervention that adds leadership value from behaviour reinforced by previous professional success</w:t>
      </w:r>
      <w:r w:rsidR="007A15A8" w:rsidRPr="007A15A8">
        <w:t xml:space="preserve"> </w:t>
      </w:r>
      <w:sdt>
        <w:sdtPr>
          <w:id w:val="948662117"/>
          <w:citation/>
        </w:sdtPr>
        <w:sdtContent>
          <w:r w:rsidR="00B82E13" w:rsidRPr="007A15A8">
            <w:fldChar w:fldCharType="begin"/>
          </w:r>
          <w:r w:rsidR="0005324D">
            <w:rPr>
              <w:rStyle w:val="Strong"/>
            </w:rPr>
            <w:instrText xml:space="preserve">CITATION Sch83 \l 2057 </w:instrText>
          </w:r>
          <w:r w:rsidR="00B82E13" w:rsidRPr="007A15A8">
            <w:fldChar w:fldCharType="separate"/>
          </w:r>
          <w:r w:rsidR="00270456">
            <w:rPr>
              <w:noProof/>
            </w:rPr>
            <w:t>(Schön, 1983)</w:t>
          </w:r>
          <w:r w:rsidR="00B82E13" w:rsidRPr="007A15A8">
            <w:fldChar w:fldCharType="end"/>
          </w:r>
        </w:sdtContent>
      </w:sdt>
      <w:r w:rsidR="00BA0DAC" w:rsidRPr="007A15A8">
        <w:rPr>
          <w:rStyle w:val="Strong"/>
        </w:rPr>
        <w:t>.</w:t>
      </w:r>
    </w:p>
    <w:p w14:paraId="4F80B48F" w14:textId="77777777" w:rsidR="00421990" w:rsidRDefault="00421990">
      <w:pPr>
        <w:spacing w:before="0" w:beforeAutospacing="0" w:after="200" w:afterAutospacing="0" w:line="276" w:lineRule="auto"/>
        <w:rPr>
          <w:rFonts w:eastAsiaTheme="majorEastAsia"/>
          <w:b/>
          <w:bCs/>
        </w:rPr>
      </w:pPr>
      <w:r>
        <w:br w:type="page"/>
      </w:r>
    </w:p>
    <w:p w14:paraId="179BABA4" w14:textId="77777777" w:rsidR="002059F1" w:rsidRDefault="002059F1" w:rsidP="00D45C4A">
      <w:pPr>
        <w:pStyle w:val="Heading1"/>
        <w:rPr>
          <w:rFonts w:ascii="Times New Roman" w:hAnsi="Times New Roman" w:cs="Times New Roman"/>
        </w:rPr>
      </w:pPr>
      <w:bookmarkStart w:id="13" w:name="_Toc237684929"/>
      <w:r>
        <w:lastRenderedPageBreak/>
        <w:t>Summary of Leadership Identity</w:t>
      </w:r>
      <w:bookmarkEnd w:id="13"/>
    </w:p>
    <w:p w14:paraId="4A147650" w14:textId="77777777" w:rsidR="008E5F59" w:rsidRDefault="008E5F59" w:rsidP="008E5F59">
      <w:pPr>
        <w:pStyle w:val="Heading2"/>
      </w:pPr>
      <w:bookmarkStart w:id="14" w:name="_Toc237684930"/>
      <w:r w:rsidRPr="008E5F59">
        <w:t>Leadership Identity Statement</w:t>
      </w:r>
      <w:bookmarkEnd w:id="14"/>
    </w:p>
    <w:p w14:paraId="0E0BBCB3" w14:textId="77777777" w:rsidR="003C605F" w:rsidRDefault="003C605F" w:rsidP="00692ED8">
      <w:r>
        <w:t>I now define myself as a leader who creates the conditions for others to contribute, develop and take ownership rather than measuring leadership through personal expertise or authority. My approach is grounded in trust, integrity, openness and respect for the capability of others, while recognising that leadership also requires accountability, judgement and direction when circumstances demand it.</w:t>
      </w:r>
    </w:p>
    <w:p w14:paraId="7352C623" w14:textId="45F88FB8" w:rsidR="003C605F" w:rsidRDefault="003C605F" w:rsidP="00692ED8">
      <w:r>
        <w:t xml:space="preserve">Central to this identity is the belief that leadership should leave people, teams and organisations more capable and confident. I increasingly judge my effectiveness not only by what is delivered, but by the capability and ownership developed through the process. This represents an evolution from an earlier professional identity in which credibility was closely associated with having the answers; I now see expertise as something to be applied according to context rather than as the basis of leadership itself </w:t>
      </w:r>
      <w:sdt>
        <w:sdtPr>
          <w:id w:val="2097587945"/>
          <w:citation/>
        </w:sdtPr>
        <w:sdtContent>
          <w:r w:rsidR="00B82E13">
            <w:fldChar w:fldCharType="begin"/>
          </w:r>
          <w:r w:rsidR="00270456">
            <w:rPr>
              <w:rStyle w:val="Strong"/>
            </w:rPr>
            <w:instrText xml:space="preserve">CITATION Day071 \l 2057 </w:instrText>
          </w:r>
          <w:r w:rsidR="00B82E13">
            <w:fldChar w:fldCharType="separate"/>
          </w:r>
          <w:r w:rsidR="00270456">
            <w:rPr>
              <w:noProof/>
            </w:rPr>
            <w:t>(Day &amp; Harrison, 2007)</w:t>
          </w:r>
          <w:r w:rsidR="00B82E13">
            <w:fldChar w:fldCharType="end"/>
          </w:r>
        </w:sdtContent>
      </w:sdt>
      <w:r w:rsidR="00B82E13">
        <w:t>.</w:t>
      </w:r>
    </w:p>
    <w:p w14:paraId="498825E0" w14:textId="77777777" w:rsidR="003C605F" w:rsidRDefault="003C605F" w:rsidP="00692ED8">
      <w:r>
        <w:t xml:space="preserve">I do not regard this identity as fixed. Reflection has made me more conscious of both the strengths I bring and the behaviours I need to manage, particularly my tendency under pressure to revert to the technical expert. My leadership identity therefore reflects who I am now while remaining open to continued development. </w:t>
      </w:r>
    </w:p>
    <w:p w14:paraId="0721D147" w14:textId="77777777" w:rsidR="00B2757D" w:rsidRDefault="00B2757D" w:rsidP="00B2757D">
      <w:pPr>
        <w:pStyle w:val="Heading2"/>
      </w:pPr>
      <w:bookmarkStart w:id="15" w:name="_Toc237684931"/>
      <w:r w:rsidRPr="00B2757D">
        <w:t>Core Leadership Values</w:t>
      </w:r>
      <w:bookmarkEnd w:id="15"/>
    </w:p>
    <w:p w14:paraId="79234F95" w14:textId="55DC6112" w:rsidR="00211BA1" w:rsidRPr="00211BA1" w:rsidRDefault="00211BA1" w:rsidP="007A15A8">
      <w:r w:rsidRPr="00211BA1">
        <w:t xml:space="preserve">My ethical leadership position is grounded in trust, integrity, openness and respect, the values against which I increasingly test my leadership decisions </w:t>
      </w:r>
      <w:sdt>
        <w:sdtPr>
          <w:id w:val="-174887111"/>
          <w:citation/>
        </w:sdtPr>
        <w:sdtContent>
          <w:r w:rsidR="007A15A8">
            <w:fldChar w:fldCharType="begin"/>
          </w:r>
          <w:r w:rsidR="00270456">
            <w:instrText xml:space="preserve">CITATION Sal18 \l 2057 </w:instrText>
          </w:r>
          <w:r w:rsidR="007A15A8">
            <w:fldChar w:fldCharType="separate"/>
          </w:r>
          <w:r w:rsidR="00270456">
            <w:rPr>
              <w:noProof/>
            </w:rPr>
            <w:t>(Salovaara &amp; Bathurst, 2018)</w:t>
          </w:r>
          <w:r w:rsidR="007A15A8">
            <w:fldChar w:fldCharType="end"/>
          </w:r>
        </w:sdtContent>
      </w:sdt>
      <w:r w:rsidR="007A15A8">
        <w:t xml:space="preserve">. </w:t>
      </w:r>
      <w:r w:rsidRPr="00211BA1">
        <w:t xml:space="preserve">For me, ethical leadership also requires accountability for both decisions and their consequences, including a willingness to </w:t>
      </w:r>
      <w:r w:rsidRPr="00211BA1">
        <w:lastRenderedPageBreak/>
        <w:t>challenge practices I believe are wrong even where doing so creates professional or commercial tension. Integrity therefore requires consistency between what I expect from others and how I behave, particularly when decisions are difficult or inconvenient.</w:t>
      </w:r>
    </w:p>
    <w:p w14:paraId="5AB0ED8E" w14:textId="77777777" w:rsidR="00211BA1" w:rsidRPr="00211BA1" w:rsidRDefault="00211BA1" w:rsidP="007A15A8">
      <w:r w:rsidRPr="00211BA1">
        <w:t>Trust requires more than delegation; it means giving people meaningful ownership while remaining available to support, challenge and intervene when necessary.</w:t>
      </w:r>
    </w:p>
    <w:p w14:paraId="5096461D" w14:textId="3798C0AF" w:rsidR="00211BA1" w:rsidRPr="00211BA1" w:rsidRDefault="00211BA1" w:rsidP="007A15A8">
      <w:r w:rsidRPr="00211BA1">
        <w:t>Openness is reflected in my willingness to listen, acknowledge when I do not have the answer and allow my thinking to be challenged</w:t>
      </w:r>
      <w:sdt>
        <w:sdtPr>
          <w:id w:val="167140562"/>
          <w:citation/>
        </w:sdtPr>
        <w:sdtContent>
          <w:r w:rsidR="007A15A8">
            <w:fldChar w:fldCharType="begin"/>
          </w:r>
          <w:r w:rsidR="00270456">
            <w:instrText xml:space="preserve">CITATION DeH16 \l 2057 </w:instrText>
          </w:r>
          <w:r w:rsidR="007A15A8">
            <w:fldChar w:fldCharType="separate"/>
          </w:r>
          <w:r w:rsidR="00270456">
            <w:rPr>
              <w:noProof/>
            </w:rPr>
            <w:t xml:space="preserve"> (De Haan, 2016)</w:t>
          </w:r>
          <w:r w:rsidR="007A15A8">
            <w:fldChar w:fldCharType="end"/>
          </w:r>
        </w:sdtContent>
      </w:sdt>
      <w:r w:rsidRPr="00211BA1">
        <w:t>. Earlier in my career, admitting uncertainty could feel inconsistent with the credibility expected of a technical leader. I now regard it as important in creating an environment where others can contribute their expertise without waiting for direction.</w:t>
      </w:r>
    </w:p>
    <w:p w14:paraId="21B0C313" w14:textId="5EA41DDD" w:rsidR="00AB6064" w:rsidRPr="00211BA1" w:rsidRDefault="00211BA1" w:rsidP="007A15A8">
      <w:r w:rsidRPr="00211BA1">
        <w:t>Respect connects these values to my wider leadership philosophy. If I respect the capability of others, I must give them space to exercise it, including accepting approaches that differ from mine. These values do not remove responsibility for difficult decisions; they influence how decisions are reached, communicated and owned. The challenge is maintaining them when pressure makes control, certainty or personal intervention appear easier.</w:t>
      </w:r>
      <w:r w:rsidR="00AB6064">
        <w:t xml:space="preserve"> </w:t>
      </w:r>
    </w:p>
    <w:p w14:paraId="153864E1" w14:textId="77777777" w:rsidR="00B62585" w:rsidRDefault="00B84C81" w:rsidP="00DA5E99">
      <w:pPr>
        <w:pStyle w:val="Heading2"/>
      </w:pPr>
      <w:bookmarkStart w:id="16" w:name="_Toc237684932"/>
      <w:r>
        <w:t>Strengths</w:t>
      </w:r>
      <w:bookmarkEnd w:id="16"/>
    </w:p>
    <w:p w14:paraId="63C06968" w14:textId="5F1DF4F6" w:rsidR="00F82970" w:rsidRPr="00F82970" w:rsidRDefault="00F82970" w:rsidP="00F82970">
      <w:r w:rsidRPr="00F82970">
        <w:t xml:space="preserve">One of my principal leadership strengths is the credibility developed through extensive technical and regulatory experience. It enables me to understand complex problems, communicate effectively with specialists and provide direction when required. I have learned, however, that credibility creates greater value when it enables discussion rather than closes it down. Being recognised as an expert gives my contribution </w:t>
      </w:r>
      <w:r w:rsidR="00BA1B4E" w:rsidRPr="00F82970">
        <w:t>weight but</w:t>
      </w:r>
      <w:r w:rsidRPr="00F82970">
        <w:t xml:space="preserve"> can also give my perspective disproportionate influence </w:t>
      </w:r>
      <w:sdt>
        <w:sdtPr>
          <w:id w:val="170300337"/>
          <w:citation/>
        </w:sdtPr>
        <w:sdtContent>
          <w:r w:rsidR="007A15A8">
            <w:fldChar w:fldCharType="begin"/>
          </w:r>
          <w:r w:rsidR="00270456">
            <w:instrText xml:space="preserve">CITATION Emp20 \l 2057 </w:instrText>
          </w:r>
          <w:r w:rsidR="007A15A8">
            <w:fldChar w:fldCharType="separate"/>
          </w:r>
          <w:r w:rsidR="00270456">
            <w:rPr>
              <w:noProof/>
            </w:rPr>
            <w:t>(Empson, 2020)</w:t>
          </w:r>
          <w:r w:rsidR="007A15A8">
            <w:fldChar w:fldCharType="end"/>
          </w:r>
        </w:sdtContent>
      </w:sdt>
      <w:r w:rsidRPr="00F82970">
        <w:t>.</w:t>
      </w:r>
    </w:p>
    <w:p w14:paraId="6798A7CD" w14:textId="77777777" w:rsidR="00F82970" w:rsidRPr="00F82970" w:rsidRDefault="00F82970" w:rsidP="00F82970">
      <w:r w:rsidRPr="00F82970">
        <w:lastRenderedPageBreak/>
        <w:t>A second strength is contextual judgement. Experience across different organisations, cultures and leadership situations has made me comfortable adapting how I lead rather than relying on a preferred approach. Reflection has made these choices more deliberate: whether to direct, facilitate, challenge or step back increasingly depends upon what the situation and people require.</w:t>
      </w:r>
    </w:p>
    <w:p w14:paraId="04D4388E" w14:textId="4F4267C3" w:rsidR="00E608F3" w:rsidRDefault="00F82970" w:rsidP="00F82970">
      <w:r w:rsidRPr="00F82970">
        <w:t xml:space="preserve">My strongest capability may be influencing through relationships rather than authority. Listening, building trust and connecting technical, regulatory and organisational perspectives have enabled me to create alignment across teams where I held no formal authority. I increasingly recognise that these strengths are interdependent, as illustrated in </w:t>
      </w:r>
      <w:r w:rsidRPr="00F82970">
        <w:fldChar w:fldCharType="begin"/>
      </w:r>
      <w:r w:rsidRPr="00F82970">
        <w:instrText xml:space="preserve"> REF _Ref237679519 \h  \* MERGEFORMAT </w:instrText>
      </w:r>
      <w:r w:rsidRPr="00F82970">
        <w:fldChar w:fldCharType="separate"/>
      </w:r>
      <w:r w:rsidRPr="00F82970">
        <w:rPr>
          <w:rFonts w:ascii="Calibri" w:hAnsi="Calibri" w:cs="Calibri"/>
        </w:rPr>
        <w:t xml:space="preserve">Figure </w:t>
      </w:r>
      <w:r w:rsidRPr="00F82970">
        <w:rPr>
          <w:rFonts w:ascii="Calibri" w:hAnsi="Calibri" w:cs="Calibri"/>
          <w:noProof/>
        </w:rPr>
        <w:t>1</w:t>
      </w:r>
      <w:r w:rsidRPr="00F82970">
        <w:fldChar w:fldCharType="end"/>
      </w:r>
      <w:r w:rsidRPr="00F82970">
        <w:t>. Credibility may create the opportunity to influence, but relationships determine whether that influence is accepted, while contextual judgement determines how it should be exercised. Their value therefore lies less in possessing them individually than in applying them appropriately without allowing one, particularly expertise, to dominate.</w:t>
      </w:r>
    </w:p>
    <w:p w14:paraId="2F15E593" w14:textId="5C1BC94A" w:rsidR="00F82970" w:rsidRPr="00F82970" w:rsidRDefault="00F82970" w:rsidP="00F82970">
      <w:pPr>
        <w:pStyle w:val="Caption"/>
        <w:keepNext/>
        <w:spacing w:before="0" w:beforeAutospacing="0" w:after="0" w:afterAutospacing="0" w:line="240" w:lineRule="auto"/>
        <w:jc w:val="center"/>
        <w:rPr>
          <w:rFonts w:ascii="Calibri" w:hAnsi="Calibri" w:cs="Calibri"/>
          <w:color w:val="auto"/>
          <w:sz w:val="22"/>
          <w:szCs w:val="22"/>
        </w:rPr>
      </w:pPr>
      <w:bookmarkStart w:id="17" w:name="_Ref237679519"/>
      <w:r w:rsidRPr="00F82970">
        <w:rPr>
          <w:rFonts w:ascii="Calibri" w:hAnsi="Calibri" w:cs="Calibri"/>
          <w:color w:val="auto"/>
          <w:sz w:val="22"/>
          <w:szCs w:val="22"/>
        </w:rPr>
        <w:t xml:space="preserve">Figure </w:t>
      </w:r>
      <w:r w:rsidRPr="00F82970">
        <w:rPr>
          <w:rFonts w:ascii="Calibri" w:hAnsi="Calibri" w:cs="Calibri"/>
          <w:color w:val="auto"/>
          <w:sz w:val="22"/>
          <w:szCs w:val="22"/>
        </w:rPr>
        <w:fldChar w:fldCharType="begin"/>
      </w:r>
      <w:r w:rsidRPr="00F82970">
        <w:rPr>
          <w:rFonts w:ascii="Calibri" w:hAnsi="Calibri" w:cs="Calibri"/>
          <w:color w:val="auto"/>
          <w:sz w:val="22"/>
          <w:szCs w:val="22"/>
        </w:rPr>
        <w:instrText xml:space="preserve"> SEQ Figure \* ARABIC </w:instrText>
      </w:r>
      <w:r w:rsidRPr="00F82970">
        <w:rPr>
          <w:rFonts w:ascii="Calibri" w:hAnsi="Calibri" w:cs="Calibri"/>
          <w:color w:val="auto"/>
          <w:sz w:val="22"/>
          <w:szCs w:val="22"/>
        </w:rPr>
        <w:fldChar w:fldCharType="separate"/>
      </w:r>
      <w:r w:rsidRPr="00F82970">
        <w:rPr>
          <w:rFonts w:ascii="Calibri" w:hAnsi="Calibri" w:cs="Calibri"/>
          <w:noProof/>
          <w:color w:val="auto"/>
          <w:sz w:val="22"/>
          <w:szCs w:val="22"/>
        </w:rPr>
        <w:t>1</w:t>
      </w:r>
      <w:r w:rsidRPr="00F82970">
        <w:rPr>
          <w:rFonts w:ascii="Calibri" w:hAnsi="Calibri" w:cs="Calibri"/>
          <w:color w:val="auto"/>
          <w:sz w:val="22"/>
          <w:szCs w:val="22"/>
        </w:rPr>
        <w:fldChar w:fldCharType="end"/>
      </w:r>
      <w:bookmarkEnd w:id="17"/>
      <w:r w:rsidRPr="00F82970">
        <w:rPr>
          <w:rFonts w:ascii="Calibri" w:hAnsi="Calibri" w:cs="Calibri"/>
          <w:color w:val="auto"/>
          <w:sz w:val="22"/>
          <w:szCs w:val="22"/>
        </w:rPr>
        <w:t xml:space="preserve"> - Interrelationship of my leadership </w:t>
      </w:r>
      <w:r w:rsidR="00BA1B4E" w:rsidRPr="00F82970">
        <w:rPr>
          <w:rFonts w:ascii="Calibri" w:hAnsi="Calibri" w:cs="Calibri"/>
          <w:color w:val="auto"/>
          <w:sz w:val="22"/>
          <w:szCs w:val="22"/>
        </w:rPr>
        <w:t>strengths.</w:t>
      </w:r>
    </w:p>
    <w:p w14:paraId="2CF38359" w14:textId="1151A897" w:rsidR="00F82970" w:rsidRDefault="00F82970" w:rsidP="00F82970">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4BD63FA" wp14:editId="6A8E39AD">
            <wp:extent cx="5943600" cy="2181225"/>
            <wp:effectExtent l="0" t="0" r="0" b="9525"/>
            <wp:docPr id="5250768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76816" name="Picture 525076816"/>
                    <pic:cNvPicPr/>
                  </pic:nvPicPr>
                  <pic:blipFill rotWithShape="1">
                    <a:blip r:embed="rId9"/>
                    <a:srcRect t="23919" b="10876"/>
                    <a:stretch>
                      <a:fillRect/>
                    </a:stretch>
                  </pic:blipFill>
                  <pic:spPr bwMode="auto">
                    <a:xfrm>
                      <a:off x="0" y="0"/>
                      <a:ext cx="5943600" cy="2181225"/>
                    </a:xfrm>
                    <a:prstGeom prst="rect">
                      <a:avLst/>
                    </a:prstGeom>
                    <a:ln>
                      <a:noFill/>
                    </a:ln>
                    <a:extLst>
                      <a:ext uri="{53640926-AAD7-44D8-BBD7-CCE9431645EC}">
                        <a14:shadowObscured xmlns:a14="http://schemas.microsoft.com/office/drawing/2010/main"/>
                      </a:ext>
                    </a:extLst>
                  </pic:spPr>
                </pic:pic>
              </a:graphicData>
            </a:graphic>
          </wp:inline>
        </w:drawing>
      </w:r>
    </w:p>
    <w:p w14:paraId="5C8A4B45" w14:textId="77777777" w:rsidR="00B201CC" w:rsidRPr="00B201CC" w:rsidRDefault="00B201CC" w:rsidP="00B201CC">
      <w:pPr>
        <w:pStyle w:val="Heading2"/>
      </w:pPr>
      <w:bookmarkStart w:id="18" w:name="_Toc237684933"/>
      <w:r w:rsidRPr="00B201CC">
        <w:lastRenderedPageBreak/>
        <w:t>Development Areas</w:t>
      </w:r>
      <w:bookmarkEnd w:id="18"/>
    </w:p>
    <w:bookmarkEnd w:id="12"/>
    <w:p w14:paraId="40766BEF" w14:textId="77777777" w:rsidR="00365405" w:rsidRDefault="00365405" w:rsidP="00692ED8">
      <w:r>
        <w:t>My principal development area arises from one of my established strengths. Technical expertise and decisiveness have contributed significantly to my professional success, but under pressure my instinct can still be to step in, provide the answer and take greater control. While this may resolve an immediate problem efficiently, repeated intervention can restrict opportunities for others to exercise judgement, build confidence and develop capability.</w:t>
      </w:r>
    </w:p>
    <w:p w14:paraId="1A178FCF" w14:textId="47170644" w:rsidR="00365405" w:rsidRDefault="00365405" w:rsidP="00692ED8">
      <w:r>
        <w:t>The challenge is not to suppress expertise or become reluctant to intervene, but to recognise when intervention is genuinely</w:t>
      </w:r>
      <w:r w:rsidR="00003D79">
        <w:t xml:space="preserve"> necessary</w:t>
      </w:r>
      <w:r>
        <w:t xml:space="preserve"> </w:t>
      </w:r>
      <w:sdt>
        <w:sdtPr>
          <w:id w:val="1931390942"/>
          <w:citation/>
        </w:sdtPr>
        <w:sdtContent>
          <w:r w:rsidR="00B82E13">
            <w:fldChar w:fldCharType="begin"/>
          </w:r>
          <w:r w:rsidR="0005324D">
            <w:instrText xml:space="preserve">CITATION Hei09 \l 2057 </w:instrText>
          </w:r>
          <w:r w:rsidR="00B82E13">
            <w:fldChar w:fldCharType="separate"/>
          </w:r>
          <w:r w:rsidR="00270456">
            <w:rPr>
              <w:noProof/>
            </w:rPr>
            <w:t>(Heifetz, et al., 2009)</w:t>
          </w:r>
          <w:r w:rsidR="00B82E13">
            <w:fldChar w:fldCharType="end"/>
          </w:r>
        </w:sdtContent>
      </w:sdt>
      <w:r w:rsidR="00B82E13">
        <w:t xml:space="preserve">. </w:t>
      </w:r>
      <w:r>
        <w:t>I need to distinguish situations where risk, urgency or accountability require direction from those where stepping in reflects my own preference for certainty or pace. This requires greater tolerance of approaches that differ from mine and acceptance that developing capability may sometimes be less efficient in the short term.</w:t>
      </w:r>
    </w:p>
    <w:p w14:paraId="14F4C5D4" w14:textId="4ECA961C" w:rsidR="00421990" w:rsidRDefault="00365405" w:rsidP="00421990">
      <w:r>
        <w:t xml:space="preserve">A further priority is seeking challenge to my own judgement. Seniority and professional credibility may make others less likely to question my perspective, particularly when I express it confidently. </w:t>
      </w:r>
      <w:r w:rsidR="00A3417D">
        <w:t xml:space="preserve">I </w:t>
      </w:r>
      <w:r w:rsidR="00A3417D" w:rsidRPr="00A3417D">
        <w:t>therefore need to create opportunities for constructive challenge rather than assume silence represents agreement. This requires psychological safety, where people feel able to question established views, acknowledge uncertainty and contribute without fear of interpersonal consequences</w:t>
      </w:r>
      <w:sdt>
        <w:sdtPr>
          <w:id w:val="745085362"/>
          <w:citation/>
        </w:sdtPr>
        <w:sdtContent>
          <w:r w:rsidR="00D56D81">
            <w:fldChar w:fldCharType="begin"/>
          </w:r>
          <w:r w:rsidR="00270456">
            <w:instrText xml:space="preserve">CITATION Edm99 \l 2057 </w:instrText>
          </w:r>
          <w:r w:rsidR="00D56D81">
            <w:fldChar w:fldCharType="separate"/>
          </w:r>
          <w:r w:rsidR="00270456">
            <w:rPr>
              <w:noProof/>
            </w:rPr>
            <w:t xml:space="preserve"> (Edmondson, 1999)</w:t>
          </w:r>
          <w:r w:rsidR="00D56D81">
            <w:fldChar w:fldCharType="end"/>
          </w:r>
        </w:sdtContent>
      </w:sdt>
      <w:r w:rsidR="00A3417D" w:rsidRPr="00A3417D">
        <w:t>.</w:t>
      </w:r>
    </w:p>
    <w:p w14:paraId="33C14AC7" w14:textId="4D010842" w:rsidR="00F82970" w:rsidRDefault="00F82970" w:rsidP="00421990">
      <w:r w:rsidRPr="00F82970">
        <w:t xml:space="preserve">These development areas expose an important tension within my leadership identity: the strengths that enable me to add value can also restrict the contribution of others when applied without sufficient self-awareness. My development is therefore not about acquiring an entirely different set of leadership </w:t>
      </w:r>
      <w:r w:rsidR="00BA1B4E" w:rsidRPr="00F82970">
        <w:t>capabilities but</w:t>
      </w:r>
      <w:r w:rsidRPr="00F82970">
        <w:t xml:space="preserve"> learning to regulate those I already possess more deliberately. I need to judge my </w:t>
      </w:r>
      <w:r w:rsidRPr="00F82970">
        <w:lastRenderedPageBreak/>
        <w:t>leadership not simply by whether my intervention improves an immediate outcome, but by whether it also strengthens the capability and confidence of others.</w:t>
      </w:r>
    </w:p>
    <w:p w14:paraId="0D561063" w14:textId="77777777" w:rsidR="00421990" w:rsidRDefault="00421990">
      <w:pPr>
        <w:spacing w:before="0" w:beforeAutospacing="0" w:after="200" w:afterAutospacing="0" w:line="276" w:lineRule="auto"/>
        <w:rPr>
          <w:rFonts w:eastAsiaTheme="majorEastAsia"/>
          <w:b/>
          <w:bCs/>
        </w:rPr>
      </w:pPr>
    </w:p>
    <w:p w14:paraId="39BF6C8C" w14:textId="77777777" w:rsidR="002059F1" w:rsidRDefault="002059F1" w:rsidP="00421990">
      <w:pPr>
        <w:pStyle w:val="Heading1"/>
        <w:rPr>
          <w:rFonts w:ascii="Times New Roman" w:hAnsi="Times New Roman" w:cs="Times New Roman"/>
        </w:rPr>
      </w:pPr>
      <w:bookmarkStart w:id="19" w:name="_Toc237684934"/>
      <w:r>
        <w:t>Summary of Lessons Learned</w:t>
      </w:r>
      <w:bookmarkEnd w:id="19"/>
    </w:p>
    <w:p w14:paraId="7FB414BE" w14:textId="77777777" w:rsidR="002059F1" w:rsidRDefault="002059F1" w:rsidP="002059F1">
      <w:pPr>
        <w:pStyle w:val="Heading2"/>
      </w:pPr>
      <w:bookmarkStart w:id="20" w:name="_Toc237684935"/>
      <w:r>
        <w:t>Leadership Philosophy</w:t>
      </w:r>
      <w:bookmarkEnd w:id="20"/>
    </w:p>
    <w:p w14:paraId="3A8CADB7" w14:textId="7A1E88FA" w:rsidR="00B618C7" w:rsidRDefault="00B618C7" w:rsidP="00692ED8">
      <w:r>
        <w:t>The most significant outcome of this reflective journey has been recognising that effective leadership is not defined by a particular style, but by the judgement to understand what people, circumstances and outcomes require</w:t>
      </w:r>
      <w:sdt>
        <w:sdtPr>
          <w:id w:val="-891423777"/>
          <w:citation/>
        </w:sdtPr>
        <w:sdtContent>
          <w:r w:rsidR="00B82E13">
            <w:fldChar w:fldCharType="begin"/>
          </w:r>
          <w:r w:rsidR="00270456">
            <w:instrText xml:space="preserve">CITATION Alv19 \l 2057 </w:instrText>
          </w:r>
          <w:r w:rsidR="00B82E13">
            <w:fldChar w:fldCharType="separate"/>
          </w:r>
          <w:r w:rsidR="00270456">
            <w:rPr>
              <w:noProof/>
            </w:rPr>
            <w:t xml:space="preserve"> (Alvesson, 2019)</w:t>
          </w:r>
          <w:r w:rsidR="00B82E13">
            <w:fldChar w:fldCharType="end"/>
          </w:r>
        </w:sdtContent>
      </w:sdt>
      <w:r w:rsidR="00B82E13">
        <w:t>.</w:t>
      </w:r>
      <w:r>
        <w:t xml:space="preserve"> The module has not fundamentally changed my values; rather, it has made me more conscious of how I apply them. Integrity, accountability and technical excellence remain important, but their leadership value depends upon how effectively they support the contribution and development of others.</w:t>
      </w:r>
    </w:p>
    <w:p w14:paraId="41F12683" w14:textId="77777777" w:rsidR="00B618C7" w:rsidRDefault="00B618C7" w:rsidP="00692ED8">
      <w:r>
        <w:t>What has challenged me most is recognising that behaviours responsible for much of my professional success can also constrain my effectiveness when applied without regard to context. Expertise and decisiveness remain strengths, but reflection has clarified that their value lies in knowing when to use them directly and when to create space for others to exercise their own judgement.</w:t>
      </w:r>
    </w:p>
    <w:p w14:paraId="5B5F520B" w14:textId="08FBAE3E" w:rsidR="00B618C7" w:rsidRDefault="00B618C7" w:rsidP="00692ED8">
      <w:r>
        <w:t>My leadership philosophy is therefore increasingly centred on enabling capability rather than demonstrating individual expertise</w:t>
      </w:r>
      <w:sdt>
        <w:sdtPr>
          <w:id w:val="-1429113912"/>
          <w:citation/>
        </w:sdtPr>
        <w:sdtContent>
          <w:r w:rsidR="00B82E13">
            <w:fldChar w:fldCharType="begin"/>
          </w:r>
          <w:r w:rsidR="00270456">
            <w:instrText xml:space="preserve">CITATION Anc07 \l 2057 </w:instrText>
          </w:r>
          <w:r w:rsidR="00B82E13">
            <w:fldChar w:fldCharType="separate"/>
          </w:r>
          <w:r w:rsidR="00270456">
            <w:rPr>
              <w:noProof/>
            </w:rPr>
            <w:t xml:space="preserve"> (Ancona, et al., 2007)</w:t>
          </w:r>
          <w:r w:rsidR="00B82E13">
            <w:fldChar w:fldCharType="end"/>
          </w:r>
        </w:sdtContent>
      </w:sdt>
      <w:r w:rsidR="00B82E13">
        <w:t>.</w:t>
      </w:r>
      <w:r>
        <w:t xml:space="preserve"> I want to provide clarity where it is needed, create challenge where it is valuable and establish sufficient trust for others to take meaningful ownership. Ultimately, I judge leadership not only by what is achieved, but by what remains afterwards: </w:t>
      </w:r>
      <w:r>
        <w:lastRenderedPageBreak/>
        <w:t>stronger capability, greater confidence and people better equipped to lead without depending upon my continued involvement.</w:t>
      </w:r>
    </w:p>
    <w:p w14:paraId="72DB63C2" w14:textId="77777777" w:rsidR="002059F1" w:rsidRDefault="002059F1" w:rsidP="002059F1">
      <w:pPr>
        <w:pStyle w:val="Heading2"/>
      </w:pPr>
      <w:bookmarkStart w:id="21" w:name="_Toc237684936"/>
      <w:r>
        <w:t>Future Leadership Practice</w:t>
      </w:r>
      <w:bookmarkEnd w:id="21"/>
    </w:p>
    <w:p w14:paraId="7E6879C8" w14:textId="1D457E0A" w:rsidR="00211BA1" w:rsidRPr="00211BA1" w:rsidRDefault="00211BA1" w:rsidP="007A15A8">
      <w:r w:rsidRPr="00211BA1">
        <w:t>My future development is structured around three sequential and interdependent priorities. The first is strengthening contextual leadership judgement: becoming more deliberate in recognising what circumstances require of me, whether that is providing direction, facilitating, challenging or creating space for others. This requires reflection to become part of how I lead rather than something undertaken primarily after significant experiences</w:t>
      </w:r>
      <w:sdt>
        <w:sdtPr>
          <w:id w:val="-1689062230"/>
          <w:citation/>
        </w:sdtPr>
        <w:sdtContent>
          <w:r w:rsidR="007A15A8">
            <w:fldChar w:fldCharType="begin"/>
          </w:r>
          <w:r w:rsidR="0005324D">
            <w:instrText xml:space="preserve">CITATION Sch83 \l 2057 </w:instrText>
          </w:r>
          <w:r w:rsidR="007A15A8">
            <w:fldChar w:fldCharType="separate"/>
          </w:r>
          <w:r w:rsidR="00270456">
            <w:rPr>
              <w:noProof/>
            </w:rPr>
            <w:t xml:space="preserve"> (Schön, 1983)</w:t>
          </w:r>
          <w:r w:rsidR="007A15A8">
            <w:fldChar w:fldCharType="end"/>
          </w:r>
        </w:sdtContent>
      </w:sdt>
      <w:r w:rsidRPr="00211BA1">
        <w:t>.</w:t>
      </w:r>
    </w:p>
    <w:p w14:paraId="0914F967" w14:textId="031755E5" w:rsidR="00211BA1" w:rsidRPr="00211BA1" w:rsidRDefault="00211BA1" w:rsidP="007A15A8">
      <w:r w:rsidRPr="00211BA1">
        <w:t xml:space="preserve">The second priority is creating the conditions for challenge and ownership. Greater contextual judgement should enable me to recognise when my expertise, seniority or preference for certainty may unintentionally restrict the contribution of others. I therefore need to seek challenge actively, particularly from people whose expertise or perspective differs from my </w:t>
      </w:r>
      <w:r w:rsidR="00BA1B4E" w:rsidRPr="00211BA1">
        <w:t>own and</w:t>
      </w:r>
      <w:r w:rsidRPr="00211BA1">
        <w:t xml:space="preserve"> treat disagreement as an opportunity to test my judgement rather than something to resolve quickly.</w:t>
      </w:r>
    </w:p>
    <w:p w14:paraId="04B08EC2" w14:textId="132EB3B9" w:rsidR="00211BA1" w:rsidRPr="00211BA1" w:rsidRDefault="00211BA1" w:rsidP="007A15A8">
      <w:r w:rsidRPr="00211BA1">
        <w:t xml:space="preserve">The third priority is developing sustainable leadership capability in others. Leadership should </w:t>
      </w:r>
      <w:r w:rsidR="00BA1B4E" w:rsidRPr="00211BA1">
        <w:t>reduce</w:t>
      </w:r>
      <w:r w:rsidRPr="00211BA1">
        <w:t xml:space="preserve"> rather than reinforce dependence on the individual leader. I want to develop people who are increasingly capable of exercising judgement, challenging established thinking and leading independently, including developing those capable of eventually replacing me.</w:t>
      </w:r>
    </w:p>
    <w:p w14:paraId="04614DA5" w14:textId="77777777" w:rsidR="00211BA1" w:rsidRPr="00211BA1" w:rsidRDefault="00211BA1" w:rsidP="007A15A8">
      <w:r w:rsidRPr="00211BA1">
        <w:t xml:space="preserve">These priorities are sequential but do not represent an endpoint. They form part of a continuing cycle in which experience and reflection inform reassessment and expose the next priorities for my </w:t>
      </w:r>
      <w:r w:rsidRPr="00211BA1">
        <w:lastRenderedPageBreak/>
        <w:t>development. Progress through one cycle should therefore create the basis for another, rather than suggest that leadership development can ever be considered complete.</w:t>
      </w:r>
    </w:p>
    <w:p w14:paraId="23EC6A04" w14:textId="5252169A" w:rsidR="00211BA1" w:rsidRPr="00211BA1" w:rsidRDefault="00211BA1" w:rsidP="007A15A8">
      <w:r w:rsidRPr="00211BA1">
        <w:t>This will become increasingly important as artificial intelligence, advanced digital technologies and new ways of working reshape highly regulated industries. Leading in this environment will require balancing innovation with governance, ethical judgement and regulatory responsibility</w:t>
      </w:r>
      <w:sdt>
        <w:sdtPr>
          <w:id w:val="-300847764"/>
          <w:citation/>
        </w:sdtPr>
        <w:sdtContent>
          <w:r w:rsidR="007A15A8">
            <w:fldChar w:fldCharType="begin"/>
          </w:r>
          <w:r w:rsidR="00270456">
            <w:instrText xml:space="preserve">CITATION Ste23 \l 2057 </w:instrText>
          </w:r>
          <w:r w:rsidR="007A15A8">
            <w:fldChar w:fldCharType="separate"/>
          </w:r>
          <w:r w:rsidR="00270456">
            <w:rPr>
              <w:noProof/>
            </w:rPr>
            <w:t xml:space="preserve"> (Steele &amp; Bratton, 2026)</w:t>
          </w:r>
          <w:r w:rsidR="007A15A8">
            <w:fldChar w:fldCharType="end"/>
          </w:r>
        </w:sdtContent>
      </w:sdt>
      <w:r w:rsidRPr="00211BA1">
        <w:t>. I cannot expect to possess all the expertise these challenges require; my contribution will increasingly depend upon connecting multidisciplinary knowledge, establishing appropriate boundaries and enabling others to exercise leadership within them.</w:t>
      </w:r>
    </w:p>
    <w:p w14:paraId="3EAB42F0" w14:textId="22251152" w:rsidR="00CB7AE6" w:rsidRPr="00211BA1" w:rsidRDefault="00211BA1" w:rsidP="007A15A8">
      <w:r w:rsidRPr="00211BA1">
        <w:t>My development will therefore remain an iterative process of judgement, action, reflection and adjustment. I will judge progress not simply by my own effectiveness, but by whether my leadership creates greater capability around me: people increasingly able to challenge, decide and lead without depending upon my continued involvement</w:t>
      </w:r>
      <w:r>
        <w:t>.</w:t>
      </w:r>
    </w:p>
    <w:p w14:paraId="4B33C615" w14:textId="77777777" w:rsidR="00421990" w:rsidRDefault="00421990">
      <w:pPr>
        <w:spacing w:before="0" w:beforeAutospacing="0" w:after="200" w:afterAutospacing="0" w:line="276" w:lineRule="auto"/>
        <w:rPr>
          <w:rFonts w:eastAsiaTheme="majorEastAsia"/>
          <w:b/>
          <w:bCs/>
        </w:rPr>
      </w:pPr>
      <w:r>
        <w:br w:type="page"/>
      </w:r>
    </w:p>
    <w:p w14:paraId="1C42E5C1" w14:textId="77777777" w:rsidR="001E2467" w:rsidRDefault="001E2467" w:rsidP="001E2467">
      <w:pPr>
        <w:pStyle w:val="Heading1"/>
        <w:rPr>
          <w:rFonts w:ascii="Times New Roman" w:hAnsi="Times New Roman" w:cs="Times New Roman"/>
        </w:rPr>
      </w:pPr>
      <w:bookmarkStart w:id="22" w:name="_Toc237684937"/>
      <w:r>
        <w:lastRenderedPageBreak/>
        <w:t>Conclusion</w:t>
      </w:r>
      <w:bookmarkEnd w:id="22"/>
    </w:p>
    <w:p w14:paraId="264A692D" w14:textId="3E600187" w:rsidR="00211BA1" w:rsidRPr="00211BA1" w:rsidRDefault="00892BCB" w:rsidP="007A15A8">
      <w:r w:rsidRPr="00892BCB">
        <w:t xml:space="preserve">The Leadership in Practice module and associated reflective activities have transformed </w:t>
      </w:r>
      <w:r w:rsidR="00211BA1" w:rsidRPr="00211BA1">
        <w:t xml:space="preserve"> a largely experience-based understanding of leadership into a more conscious and critically informed philosophy. Reflection on my practice, supported by leadership theory, has challenged the assumption that experience, expertise and accountability necessarily require the leader to remain central to decisions and solutions. Instead, I now understand effective leadership as requiring the judgement to determine when to provide direction and when to create the conditions for others to contribute, develop and lead.</w:t>
      </w:r>
    </w:p>
    <w:p w14:paraId="15E5FD5B" w14:textId="45B0949E" w:rsidR="00F44CA9" w:rsidRPr="00211BA1" w:rsidRDefault="00211BA1" w:rsidP="007A15A8">
      <w:r w:rsidRPr="00211BA1">
        <w:t xml:space="preserve">The most important change is therefore not a rejection of the leadership approach developed throughout my career, but greater awareness of its strengths, limitations and appropriate application. I remain committed to integrity, accountability and professional credibility, while becoming more deliberate about creating trust, challenge and shared ownership. My continuing measure of leadership success will be both the outcomes achieved and the capability that </w:t>
      </w:r>
      <w:proofErr w:type="gramStart"/>
      <w:r w:rsidR="00BA1B4E" w:rsidRPr="00211BA1">
        <w:t>remains</w:t>
      </w:r>
      <w:r w:rsidR="00892BCB">
        <w:t>:</w:t>
      </w:r>
      <w:proofErr w:type="gramEnd"/>
      <w:r w:rsidRPr="00211BA1">
        <w:t xml:space="preserve"> whether people and teams are stronger, more confident and increasingly able to lead without depending upon my continued involvement.</w:t>
      </w:r>
    </w:p>
    <w:p w14:paraId="33355A0F" w14:textId="77777777" w:rsidR="00A17C21" w:rsidRDefault="00A17C21" w:rsidP="00F44CA9">
      <w:pPr>
        <w:rPr>
          <w:rFonts w:eastAsiaTheme="majorEastAsia"/>
          <w:b/>
          <w:bCs/>
        </w:rPr>
      </w:pPr>
      <w:r>
        <w:rPr>
          <w:rFonts w:eastAsiaTheme="majorEastAsia"/>
          <w:b/>
          <w:bCs/>
        </w:rPr>
        <w:br w:type="page"/>
      </w:r>
    </w:p>
    <w:bookmarkStart w:id="23" w:name="_Toc237684938" w:displacedByCustomXml="next"/>
    <w:sdt>
      <w:sdtPr>
        <w:rPr>
          <w:rFonts w:eastAsia="Times New Roman"/>
          <w:b w:val="0"/>
          <w:bCs w:val="0"/>
        </w:rPr>
        <w:id w:val="783162466"/>
        <w:docPartObj>
          <w:docPartGallery w:val="Bibliographies"/>
          <w:docPartUnique/>
        </w:docPartObj>
      </w:sdtPr>
      <w:sdtContent>
        <w:p w14:paraId="20CCCEAA" w14:textId="77777777" w:rsidR="003E22E2" w:rsidRDefault="003E22E2">
          <w:pPr>
            <w:pStyle w:val="Heading1"/>
          </w:pPr>
          <w:r>
            <w:t>References</w:t>
          </w:r>
          <w:bookmarkEnd w:id="23"/>
        </w:p>
        <w:sdt>
          <w:sdtPr>
            <w:rPr>
              <w:i w:val="0"/>
              <w:iCs w:val="0"/>
              <w:noProof w:val="0"/>
            </w:rPr>
            <w:id w:val="-573587230"/>
            <w:bibliography/>
          </w:sdtPr>
          <w:sdtContent>
            <w:p w14:paraId="602A1990" w14:textId="77777777" w:rsidR="00270456" w:rsidRDefault="003E22E2" w:rsidP="00270456">
              <w:pPr>
                <w:pStyle w:val="Bibliography"/>
                <w:rPr>
                  <w:sz w:val="24"/>
                  <w:szCs w:val="24"/>
                </w:rPr>
              </w:pPr>
              <w:r>
                <w:rPr>
                  <w:noProof w:val="0"/>
                </w:rPr>
                <w:fldChar w:fldCharType="begin"/>
              </w:r>
              <w:r>
                <w:instrText xml:space="preserve"> BIBLIOGRAPHY </w:instrText>
              </w:r>
              <w:r>
                <w:rPr>
                  <w:noProof w:val="0"/>
                </w:rPr>
                <w:fldChar w:fldCharType="separate"/>
              </w:r>
              <w:r w:rsidR="00270456">
                <w:t xml:space="preserve">Alvesson, M., 2019. Leadership: Convergence and divergence in leadership relations. </w:t>
              </w:r>
              <w:r w:rsidR="00270456">
                <w:rPr>
                  <w:i w:val="0"/>
                  <w:iCs w:val="0"/>
                </w:rPr>
                <w:t xml:space="preserve">Journal of Management Inquiry, </w:t>
              </w:r>
              <w:r w:rsidR="00270456">
                <w:t>28(3), pp. 319-334.</w:t>
              </w:r>
            </w:p>
            <w:p w14:paraId="4A238480" w14:textId="77777777" w:rsidR="00270456" w:rsidRDefault="00270456" w:rsidP="00270456">
              <w:pPr>
                <w:pStyle w:val="Bibliography"/>
              </w:pPr>
              <w:r>
                <w:t xml:space="preserve">Ancona, D., Malone, T. W., Orlikowski, W. J. &amp; Senge, P. M., 2007. In Praise of the Incomplete Leader. </w:t>
              </w:r>
              <w:r>
                <w:rPr>
                  <w:i w:val="0"/>
                  <w:iCs w:val="0"/>
                </w:rPr>
                <w:t xml:space="preserve">Harvard Business Review, </w:t>
              </w:r>
              <w:r>
                <w:t>85(2), pp. 92-100.</w:t>
              </w:r>
            </w:p>
            <w:p w14:paraId="4F9EFE83" w14:textId="77777777" w:rsidR="00270456" w:rsidRDefault="00270456" w:rsidP="00270456">
              <w:pPr>
                <w:pStyle w:val="Bibliography"/>
              </w:pPr>
              <w:r>
                <w:t xml:space="preserve">Bäcklander, G., 2019. Doing complexity leadership theory: How agile coaches at Spotify practise enabling leadership. </w:t>
              </w:r>
              <w:r>
                <w:rPr>
                  <w:i w:val="0"/>
                  <w:iCs w:val="0"/>
                </w:rPr>
                <w:t xml:space="preserve">Creativity and Innovation Management, </w:t>
              </w:r>
              <w:r>
                <w:t>28(1), pp. 42-60.</w:t>
              </w:r>
            </w:p>
            <w:p w14:paraId="2196C387" w14:textId="77777777" w:rsidR="00270456" w:rsidRDefault="00270456" w:rsidP="00270456">
              <w:pPr>
                <w:pStyle w:val="Bibliography"/>
              </w:pPr>
              <w:r>
                <w:t xml:space="preserve">Day, D. &amp; Harrison, M. M., 2007. A multilevel, identity-based approach to leadership development. </w:t>
              </w:r>
              <w:r>
                <w:rPr>
                  <w:i w:val="0"/>
                  <w:iCs w:val="0"/>
                </w:rPr>
                <w:t xml:space="preserve">Human Resource Management Review, </w:t>
              </w:r>
              <w:r>
                <w:t>17(4), pp. 360-373.</w:t>
              </w:r>
            </w:p>
            <w:p w14:paraId="2FD7E703" w14:textId="77777777" w:rsidR="00270456" w:rsidRDefault="00270456" w:rsidP="00270456">
              <w:pPr>
                <w:pStyle w:val="Bibliography"/>
              </w:pPr>
              <w:r>
                <w:t xml:space="preserve">De Haan, E., 2016. The leadership shadow: How to recognise and avoid derailment, hubris and overdrive. </w:t>
              </w:r>
              <w:r>
                <w:rPr>
                  <w:i w:val="0"/>
                  <w:iCs w:val="0"/>
                </w:rPr>
                <w:t xml:space="preserve">Leadership, </w:t>
              </w:r>
              <w:r>
                <w:t>12(4), pp. 504-512.</w:t>
              </w:r>
            </w:p>
            <w:p w14:paraId="08C6372F" w14:textId="77777777" w:rsidR="00270456" w:rsidRDefault="00270456" w:rsidP="00270456">
              <w:pPr>
                <w:pStyle w:val="Bibliography"/>
              </w:pPr>
              <w:r>
                <w:t xml:space="preserve">Denis, J. L., Langley, A. &amp; Sergi, V., 2012. Leadership in the plural. </w:t>
              </w:r>
              <w:r>
                <w:rPr>
                  <w:i w:val="0"/>
                  <w:iCs w:val="0"/>
                </w:rPr>
                <w:t xml:space="preserve">The Academy of Management Annals, </w:t>
              </w:r>
              <w:r>
                <w:t>6(1), pp. 211-283.</w:t>
              </w:r>
            </w:p>
            <w:p w14:paraId="373FB86D" w14:textId="77777777" w:rsidR="00270456" w:rsidRDefault="00270456" w:rsidP="00270456">
              <w:pPr>
                <w:pStyle w:val="Bibliography"/>
              </w:pPr>
              <w:r>
                <w:t xml:space="preserve">Edmondson, A., 1999. Psychological safety and learning behavior in work teams. </w:t>
              </w:r>
              <w:r>
                <w:rPr>
                  <w:i w:val="0"/>
                  <w:iCs w:val="0"/>
                </w:rPr>
                <w:t xml:space="preserve">Administrative Science Quarterly, </w:t>
              </w:r>
              <w:r>
                <w:t>44(2), pp. 350-383.</w:t>
              </w:r>
            </w:p>
            <w:p w14:paraId="229309D6" w14:textId="77777777" w:rsidR="00270456" w:rsidRDefault="00270456" w:rsidP="00270456">
              <w:pPr>
                <w:pStyle w:val="Bibliography"/>
              </w:pPr>
              <w:r>
                <w:t xml:space="preserve">Empson, L., 2020. Ambiguous authority and hidden hierarchy: Collective leadership in an elite professional service firm. </w:t>
              </w:r>
              <w:r>
                <w:rPr>
                  <w:i w:val="0"/>
                  <w:iCs w:val="0"/>
                </w:rPr>
                <w:t xml:space="preserve">Leadership, </w:t>
              </w:r>
              <w:r>
                <w:t>16(1), pp. 62-86.</w:t>
              </w:r>
            </w:p>
            <w:p w14:paraId="7DED2138" w14:textId="77777777" w:rsidR="00270456" w:rsidRDefault="00270456" w:rsidP="00270456">
              <w:pPr>
                <w:pStyle w:val="Bibliography"/>
              </w:pPr>
              <w:r>
                <w:t xml:space="preserve">Heifetz, R. A., Grashow, A. &amp; Linsky, M., 2009. </w:t>
              </w:r>
              <w:r>
                <w:rPr>
                  <w:i w:val="0"/>
                  <w:iCs w:val="0"/>
                </w:rPr>
                <w:t xml:space="preserve">The Practice of Adaptive Leadership: Tools and Tactics for Changing Your Organization and the World. </w:t>
              </w:r>
              <w:r>
                <w:t>Boston, MA: Harvard Business Press.</w:t>
              </w:r>
            </w:p>
            <w:p w14:paraId="0D205051" w14:textId="77777777" w:rsidR="00270456" w:rsidRDefault="00270456" w:rsidP="00270456">
              <w:pPr>
                <w:pStyle w:val="Bibliography"/>
              </w:pPr>
              <w:r>
                <w:t xml:space="preserve">Raelin, J., 2016. Imagine there are no leaders: Reframing leadership as collaborative agency. </w:t>
              </w:r>
              <w:r>
                <w:rPr>
                  <w:i w:val="0"/>
                  <w:iCs w:val="0"/>
                </w:rPr>
                <w:t xml:space="preserve">Leadership, </w:t>
              </w:r>
              <w:r>
                <w:t>12(2), pp. 131-158.</w:t>
              </w:r>
            </w:p>
            <w:p w14:paraId="2BB5E75A" w14:textId="77777777" w:rsidR="00270456" w:rsidRDefault="00270456" w:rsidP="00270456">
              <w:pPr>
                <w:pStyle w:val="Bibliography"/>
              </w:pPr>
              <w:r>
                <w:t xml:space="preserve">Salovaara, P. &amp; Bathurst, R., 2018. Power-with leadership practices: An unfinished business. </w:t>
              </w:r>
              <w:r>
                <w:rPr>
                  <w:i w:val="0"/>
                  <w:iCs w:val="0"/>
                </w:rPr>
                <w:t xml:space="preserve">Leadership, </w:t>
              </w:r>
              <w:r>
                <w:t>14(2), pp. 179-202.</w:t>
              </w:r>
            </w:p>
            <w:p w14:paraId="7C793CCF" w14:textId="77777777" w:rsidR="00270456" w:rsidRDefault="00270456" w:rsidP="00270456">
              <w:pPr>
                <w:pStyle w:val="Bibliography"/>
              </w:pPr>
              <w:r>
                <w:t xml:space="preserve">Schön, D., 1983. </w:t>
              </w:r>
              <w:r>
                <w:rPr>
                  <w:i w:val="0"/>
                  <w:iCs w:val="0"/>
                </w:rPr>
                <w:t xml:space="preserve">The Reflective Practitioner: How Professionals Think in Action. </w:t>
              </w:r>
              <w:r>
                <w:t>New York: Basic Books.</w:t>
              </w:r>
            </w:p>
            <w:p w14:paraId="521EDE97" w14:textId="77777777" w:rsidR="00270456" w:rsidRDefault="00270456" w:rsidP="00270456">
              <w:pPr>
                <w:pStyle w:val="Bibliography"/>
              </w:pPr>
              <w:r>
                <w:t xml:space="preserve">Steele, L. &amp; Bratton, J., 2026. Artificial intelligence and leadership. In: J. Bratton, ed. </w:t>
              </w:r>
              <w:r>
                <w:rPr>
                  <w:i w:val="0"/>
                  <w:iCs w:val="0"/>
                </w:rPr>
                <w:t xml:space="preserve">Organizational Leadership. </w:t>
              </w:r>
              <w:r>
                <w:t>3 ed. London: Sage Publications Ltd., pp. 292-311.</w:t>
              </w:r>
            </w:p>
            <w:p w14:paraId="054E1768" w14:textId="77777777" w:rsidR="00270456" w:rsidRDefault="00270456" w:rsidP="00270456">
              <w:pPr>
                <w:pStyle w:val="Bibliography"/>
              </w:pPr>
              <w:r>
                <w:t xml:space="preserve">Uhl-Bien, M., Marion, R. &amp; McKelvey, B., 2007. Complexity Leadership Theory: Shifting leadership from the industrial age to the knowledge era. </w:t>
              </w:r>
              <w:r>
                <w:rPr>
                  <w:i w:val="0"/>
                  <w:iCs w:val="0"/>
                </w:rPr>
                <w:t xml:space="preserve">The Leadership Quarterly, </w:t>
              </w:r>
              <w:r>
                <w:t>18(4), pp. 298-318.</w:t>
              </w:r>
            </w:p>
            <w:p w14:paraId="1FE4AE60" w14:textId="77777777" w:rsidR="00270456" w:rsidRDefault="00270456" w:rsidP="00270456">
              <w:pPr>
                <w:pStyle w:val="Bibliography"/>
              </w:pPr>
              <w:r>
                <w:t xml:space="preserve">Yukl, G. &amp; Mahsud, R., 2010. Why flexible and adaptive leadership is essential. </w:t>
              </w:r>
              <w:r>
                <w:rPr>
                  <w:i w:val="0"/>
                  <w:iCs w:val="0"/>
                </w:rPr>
                <w:t xml:space="preserve">Consulting Psychology Journal: Practice and Research, </w:t>
              </w:r>
              <w:r>
                <w:t>62(2), pp. 81-93.</w:t>
              </w:r>
            </w:p>
            <w:p w14:paraId="28109A3F" w14:textId="77777777" w:rsidR="003E22E2" w:rsidRDefault="003E22E2" w:rsidP="00270456">
              <w:r>
                <w:rPr>
                  <w:b/>
                  <w:bCs/>
                  <w:noProof/>
                </w:rPr>
                <w:fldChar w:fldCharType="end"/>
              </w:r>
            </w:p>
          </w:sdtContent>
        </w:sdt>
      </w:sdtContent>
    </w:sdt>
    <w:sectPr w:rsidR="003E22E2" w:rsidSect="007065B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71E3A" w14:textId="77777777" w:rsidR="007D32C5" w:rsidRDefault="007D32C5" w:rsidP="00FB6471">
      <w:r>
        <w:separator/>
      </w:r>
    </w:p>
  </w:endnote>
  <w:endnote w:type="continuationSeparator" w:id="0">
    <w:p w14:paraId="21E95B98" w14:textId="77777777" w:rsidR="007D32C5" w:rsidRDefault="007D32C5" w:rsidP="00FB6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83BC8" w14:textId="77777777" w:rsidR="00225D66" w:rsidRDefault="00225D66">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FA9F7" w14:textId="77777777" w:rsidR="007D32C5" w:rsidRDefault="007D32C5" w:rsidP="00FB6471">
      <w:r>
        <w:separator/>
      </w:r>
    </w:p>
  </w:footnote>
  <w:footnote w:type="continuationSeparator" w:id="0">
    <w:p w14:paraId="3D7E9602" w14:textId="77777777" w:rsidR="007D32C5" w:rsidRDefault="007D32C5" w:rsidP="00FB6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1507" w14:textId="77777777" w:rsidR="00B42669" w:rsidRPr="00606969" w:rsidRDefault="00B42669" w:rsidP="00AC5E82">
    <w:pPr>
      <w:pStyle w:val="Header"/>
      <w:spacing w:before="120" w:beforeAutospacing="0" w:after="120" w:afterAutospacing="0" w:line="240" w:lineRule="auto"/>
    </w:pPr>
    <w:r w:rsidRPr="00606969">
      <w:t>Simon Gillis</w:t>
    </w:r>
  </w:p>
  <w:p w14:paraId="782995FD" w14:textId="77777777" w:rsidR="00B42669" w:rsidRDefault="00B42669" w:rsidP="00AC5E82">
    <w:pPr>
      <w:pStyle w:val="Header"/>
      <w:spacing w:before="120" w:beforeAutospacing="0" w:after="120" w:afterAutospacing="0" w:line="240" w:lineRule="auto"/>
    </w:pPr>
    <w:r w:rsidRPr="00606969">
      <w:t>MBA Artificial Intelligence – SG70</w:t>
    </w:r>
    <w:r w:rsidR="00225D66">
      <w:t xml:space="preserve">14 </w:t>
    </w:r>
    <w:r w:rsidR="00225D66" w:rsidRPr="00225D66">
      <w:t>Leadership in Practice</w:t>
    </w:r>
  </w:p>
  <w:p w14:paraId="6E6C1334" w14:textId="77777777" w:rsidR="00B42669" w:rsidRDefault="009D7419" w:rsidP="00AC5E82">
    <w:pPr>
      <w:pStyle w:val="Header"/>
      <w:pBdr>
        <w:bottom w:val="single" w:sz="6" w:space="1" w:color="auto"/>
      </w:pBdr>
      <w:spacing w:before="120" w:beforeAutospacing="0" w:after="120" w:afterAutospacing="0" w:line="240" w:lineRule="auto"/>
    </w:pPr>
    <w:r>
      <w:t xml:space="preserve">Final </w:t>
    </w:r>
    <w:r w:rsidR="00B42669" w:rsidRPr="00606969">
      <w:t xml:space="preserve">Assignment  - </w:t>
    </w:r>
    <w:r w:rsidR="00225D66" w:rsidRPr="00225D66">
      <w:t>Leadership Reflection Portfolio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8B1848"/>
    <w:multiLevelType w:val="multilevel"/>
    <w:tmpl w:val="6CD0D5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DCB6E04"/>
    <w:multiLevelType w:val="hybridMultilevel"/>
    <w:tmpl w:val="3B6CFBEA"/>
    <w:lvl w:ilvl="0" w:tplc="0D1C6A0E">
      <w:start w:val="1"/>
      <w:numFmt w:val="decimal"/>
      <w:pStyle w:val="AppendixL1"/>
      <w:lvlText w:val="Appendix %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1F11ED"/>
    <w:multiLevelType w:val="hybridMultilevel"/>
    <w:tmpl w:val="E8824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F27498"/>
    <w:multiLevelType w:val="hybridMultilevel"/>
    <w:tmpl w:val="9992F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C387C"/>
    <w:multiLevelType w:val="multilevel"/>
    <w:tmpl w:val="39FC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3683020">
    <w:abstractNumId w:val="8"/>
  </w:num>
  <w:num w:numId="2" w16cid:durableId="597296199">
    <w:abstractNumId w:val="6"/>
  </w:num>
  <w:num w:numId="3" w16cid:durableId="433743468">
    <w:abstractNumId w:val="5"/>
  </w:num>
  <w:num w:numId="4" w16cid:durableId="2139445335">
    <w:abstractNumId w:val="4"/>
  </w:num>
  <w:num w:numId="5" w16cid:durableId="1875462920">
    <w:abstractNumId w:val="7"/>
  </w:num>
  <w:num w:numId="6" w16cid:durableId="68698689">
    <w:abstractNumId w:val="3"/>
  </w:num>
  <w:num w:numId="7" w16cid:durableId="586420871">
    <w:abstractNumId w:val="2"/>
  </w:num>
  <w:num w:numId="8" w16cid:durableId="1565484319">
    <w:abstractNumId w:val="1"/>
  </w:num>
  <w:num w:numId="9" w16cid:durableId="819073537">
    <w:abstractNumId w:val="0"/>
  </w:num>
  <w:num w:numId="10" w16cid:durableId="292834820">
    <w:abstractNumId w:val="12"/>
  </w:num>
  <w:num w:numId="11" w16cid:durableId="559288564">
    <w:abstractNumId w:val="9"/>
  </w:num>
  <w:num w:numId="12" w16cid:durableId="864832777">
    <w:abstractNumId w:val="9"/>
  </w:num>
  <w:num w:numId="13" w16cid:durableId="1017926834">
    <w:abstractNumId w:val="13"/>
  </w:num>
  <w:num w:numId="14" w16cid:durableId="726413692">
    <w:abstractNumId w:val="10"/>
  </w:num>
  <w:num w:numId="15" w16cid:durableId="1952468611">
    <w:abstractNumId w:val="11"/>
  </w:num>
  <w:num w:numId="16" w16cid:durableId="6458226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929"/>
    <w:rsid w:val="00003D79"/>
    <w:rsid w:val="00016963"/>
    <w:rsid w:val="00023C69"/>
    <w:rsid w:val="00034616"/>
    <w:rsid w:val="000370B6"/>
    <w:rsid w:val="000503CF"/>
    <w:rsid w:val="00050CE9"/>
    <w:rsid w:val="0005324D"/>
    <w:rsid w:val="00055E50"/>
    <w:rsid w:val="00057F9B"/>
    <w:rsid w:val="0006063C"/>
    <w:rsid w:val="00067F0E"/>
    <w:rsid w:val="00072ACE"/>
    <w:rsid w:val="00073767"/>
    <w:rsid w:val="00076165"/>
    <w:rsid w:val="00081B24"/>
    <w:rsid w:val="00082B4E"/>
    <w:rsid w:val="00087D15"/>
    <w:rsid w:val="00093811"/>
    <w:rsid w:val="000A38A2"/>
    <w:rsid w:val="000A6FF0"/>
    <w:rsid w:val="000B1EFC"/>
    <w:rsid w:val="000B303A"/>
    <w:rsid w:val="000B456D"/>
    <w:rsid w:val="000C34A9"/>
    <w:rsid w:val="000C3C07"/>
    <w:rsid w:val="000C5414"/>
    <w:rsid w:val="000C5C44"/>
    <w:rsid w:val="000C6A4C"/>
    <w:rsid w:val="000C6F79"/>
    <w:rsid w:val="000D48A2"/>
    <w:rsid w:val="000D64D1"/>
    <w:rsid w:val="000D7480"/>
    <w:rsid w:val="000E11A4"/>
    <w:rsid w:val="000E187A"/>
    <w:rsid w:val="000E1D0C"/>
    <w:rsid w:val="000E2398"/>
    <w:rsid w:val="000E59EC"/>
    <w:rsid w:val="000E7284"/>
    <w:rsid w:val="000F06B9"/>
    <w:rsid w:val="000F2CF9"/>
    <w:rsid w:val="00100DBC"/>
    <w:rsid w:val="00103CCD"/>
    <w:rsid w:val="001042B5"/>
    <w:rsid w:val="0010639E"/>
    <w:rsid w:val="00106FE8"/>
    <w:rsid w:val="001117E4"/>
    <w:rsid w:val="001128E7"/>
    <w:rsid w:val="001137B4"/>
    <w:rsid w:val="00114859"/>
    <w:rsid w:val="00117073"/>
    <w:rsid w:val="001174A9"/>
    <w:rsid w:val="00117899"/>
    <w:rsid w:val="00120FF1"/>
    <w:rsid w:val="00122C9B"/>
    <w:rsid w:val="00125112"/>
    <w:rsid w:val="00126D1E"/>
    <w:rsid w:val="001346BA"/>
    <w:rsid w:val="001378EC"/>
    <w:rsid w:val="00142943"/>
    <w:rsid w:val="001433B5"/>
    <w:rsid w:val="001443F4"/>
    <w:rsid w:val="00147669"/>
    <w:rsid w:val="00147CEA"/>
    <w:rsid w:val="0015074B"/>
    <w:rsid w:val="00155F08"/>
    <w:rsid w:val="00156970"/>
    <w:rsid w:val="0016475B"/>
    <w:rsid w:val="0016560C"/>
    <w:rsid w:val="00165D9E"/>
    <w:rsid w:val="00167E80"/>
    <w:rsid w:val="00170FBD"/>
    <w:rsid w:val="001722FB"/>
    <w:rsid w:val="001745B1"/>
    <w:rsid w:val="0018072C"/>
    <w:rsid w:val="0018441B"/>
    <w:rsid w:val="00187950"/>
    <w:rsid w:val="00193850"/>
    <w:rsid w:val="00197C15"/>
    <w:rsid w:val="001A34AB"/>
    <w:rsid w:val="001A34F5"/>
    <w:rsid w:val="001B38C2"/>
    <w:rsid w:val="001B5609"/>
    <w:rsid w:val="001B5BF9"/>
    <w:rsid w:val="001B77F6"/>
    <w:rsid w:val="001B7C3C"/>
    <w:rsid w:val="001D0F1E"/>
    <w:rsid w:val="001D4D2D"/>
    <w:rsid w:val="001D7C0A"/>
    <w:rsid w:val="001E2467"/>
    <w:rsid w:val="001F1D6B"/>
    <w:rsid w:val="001F4AF4"/>
    <w:rsid w:val="001F57F1"/>
    <w:rsid w:val="001F5D19"/>
    <w:rsid w:val="001F76A2"/>
    <w:rsid w:val="002059F1"/>
    <w:rsid w:val="0021129E"/>
    <w:rsid w:val="00211BA1"/>
    <w:rsid w:val="00214F60"/>
    <w:rsid w:val="00220A0C"/>
    <w:rsid w:val="00220F27"/>
    <w:rsid w:val="002211D7"/>
    <w:rsid w:val="00221342"/>
    <w:rsid w:val="00224664"/>
    <w:rsid w:val="00225D66"/>
    <w:rsid w:val="002301E9"/>
    <w:rsid w:val="00230D4A"/>
    <w:rsid w:val="002338E0"/>
    <w:rsid w:val="00234B8A"/>
    <w:rsid w:val="00235925"/>
    <w:rsid w:val="00236C4A"/>
    <w:rsid w:val="00243E72"/>
    <w:rsid w:val="0025799C"/>
    <w:rsid w:val="002606E2"/>
    <w:rsid w:val="0026661C"/>
    <w:rsid w:val="00270456"/>
    <w:rsid w:val="00275499"/>
    <w:rsid w:val="00276C44"/>
    <w:rsid w:val="00277D11"/>
    <w:rsid w:val="002831EA"/>
    <w:rsid w:val="00285DF5"/>
    <w:rsid w:val="00292DC6"/>
    <w:rsid w:val="0029639D"/>
    <w:rsid w:val="002972B6"/>
    <w:rsid w:val="002A0A86"/>
    <w:rsid w:val="002A14D7"/>
    <w:rsid w:val="002A3AEB"/>
    <w:rsid w:val="002A58D6"/>
    <w:rsid w:val="002A7DC9"/>
    <w:rsid w:val="002C1103"/>
    <w:rsid w:val="002C2D60"/>
    <w:rsid w:val="002C4E9C"/>
    <w:rsid w:val="002D4129"/>
    <w:rsid w:val="002D4FF3"/>
    <w:rsid w:val="002D5AEB"/>
    <w:rsid w:val="002D7DCA"/>
    <w:rsid w:val="002E0A35"/>
    <w:rsid w:val="002E2628"/>
    <w:rsid w:val="002F24C1"/>
    <w:rsid w:val="002F5BD0"/>
    <w:rsid w:val="003038B6"/>
    <w:rsid w:val="00304956"/>
    <w:rsid w:val="00324444"/>
    <w:rsid w:val="00326F90"/>
    <w:rsid w:val="00327760"/>
    <w:rsid w:val="00337F42"/>
    <w:rsid w:val="0034406F"/>
    <w:rsid w:val="00355328"/>
    <w:rsid w:val="0035589F"/>
    <w:rsid w:val="0036254A"/>
    <w:rsid w:val="00362E3F"/>
    <w:rsid w:val="00365405"/>
    <w:rsid w:val="003727DB"/>
    <w:rsid w:val="003766F2"/>
    <w:rsid w:val="0037727A"/>
    <w:rsid w:val="003813D9"/>
    <w:rsid w:val="00383492"/>
    <w:rsid w:val="00384F4F"/>
    <w:rsid w:val="00392B07"/>
    <w:rsid w:val="003A6DAF"/>
    <w:rsid w:val="003A772D"/>
    <w:rsid w:val="003B53E4"/>
    <w:rsid w:val="003C33CB"/>
    <w:rsid w:val="003C3BB9"/>
    <w:rsid w:val="003C605F"/>
    <w:rsid w:val="003D4642"/>
    <w:rsid w:val="003D464C"/>
    <w:rsid w:val="003D5AA3"/>
    <w:rsid w:val="003D6E68"/>
    <w:rsid w:val="003D7FB1"/>
    <w:rsid w:val="003E027E"/>
    <w:rsid w:val="003E22E2"/>
    <w:rsid w:val="003E261E"/>
    <w:rsid w:val="003E6B48"/>
    <w:rsid w:val="003E73B7"/>
    <w:rsid w:val="003F10CA"/>
    <w:rsid w:val="003F3027"/>
    <w:rsid w:val="003F52E0"/>
    <w:rsid w:val="003F7F0D"/>
    <w:rsid w:val="00401741"/>
    <w:rsid w:val="00403435"/>
    <w:rsid w:val="0041300A"/>
    <w:rsid w:val="00413BD5"/>
    <w:rsid w:val="00421990"/>
    <w:rsid w:val="004233C6"/>
    <w:rsid w:val="0042449E"/>
    <w:rsid w:val="004326B7"/>
    <w:rsid w:val="004331BF"/>
    <w:rsid w:val="0043349C"/>
    <w:rsid w:val="00434A98"/>
    <w:rsid w:val="00436BCB"/>
    <w:rsid w:val="0043745B"/>
    <w:rsid w:val="00444BE8"/>
    <w:rsid w:val="0044709C"/>
    <w:rsid w:val="00447EEA"/>
    <w:rsid w:val="00450437"/>
    <w:rsid w:val="004522A8"/>
    <w:rsid w:val="00454300"/>
    <w:rsid w:val="0045709E"/>
    <w:rsid w:val="004579BB"/>
    <w:rsid w:val="00464E3B"/>
    <w:rsid w:val="004667B2"/>
    <w:rsid w:val="0046697A"/>
    <w:rsid w:val="004713E1"/>
    <w:rsid w:val="004757DC"/>
    <w:rsid w:val="00476F2E"/>
    <w:rsid w:val="00484206"/>
    <w:rsid w:val="004849DD"/>
    <w:rsid w:val="0049342E"/>
    <w:rsid w:val="00494BB0"/>
    <w:rsid w:val="00496398"/>
    <w:rsid w:val="00496D31"/>
    <w:rsid w:val="004A01C8"/>
    <w:rsid w:val="004A3620"/>
    <w:rsid w:val="004A3782"/>
    <w:rsid w:val="004A5AEF"/>
    <w:rsid w:val="004A7E43"/>
    <w:rsid w:val="004B4CFD"/>
    <w:rsid w:val="004B5A74"/>
    <w:rsid w:val="004B5D0B"/>
    <w:rsid w:val="004C1030"/>
    <w:rsid w:val="004C1469"/>
    <w:rsid w:val="004C7697"/>
    <w:rsid w:val="004D6AD6"/>
    <w:rsid w:val="004E296A"/>
    <w:rsid w:val="004F132A"/>
    <w:rsid w:val="004F1B5C"/>
    <w:rsid w:val="004F508E"/>
    <w:rsid w:val="00500B7B"/>
    <w:rsid w:val="00500FD2"/>
    <w:rsid w:val="005019C4"/>
    <w:rsid w:val="00503FCF"/>
    <w:rsid w:val="0050469D"/>
    <w:rsid w:val="00505190"/>
    <w:rsid w:val="00507508"/>
    <w:rsid w:val="00510D01"/>
    <w:rsid w:val="00512124"/>
    <w:rsid w:val="0051232D"/>
    <w:rsid w:val="005256D1"/>
    <w:rsid w:val="00525880"/>
    <w:rsid w:val="005414C5"/>
    <w:rsid w:val="00541DB9"/>
    <w:rsid w:val="00542BD5"/>
    <w:rsid w:val="00547134"/>
    <w:rsid w:val="00560F9A"/>
    <w:rsid w:val="005624E9"/>
    <w:rsid w:val="005635E7"/>
    <w:rsid w:val="0056497F"/>
    <w:rsid w:val="00565835"/>
    <w:rsid w:val="005702E9"/>
    <w:rsid w:val="005708E8"/>
    <w:rsid w:val="00577310"/>
    <w:rsid w:val="00581299"/>
    <w:rsid w:val="00581AA4"/>
    <w:rsid w:val="00581C77"/>
    <w:rsid w:val="005930F1"/>
    <w:rsid w:val="00593A15"/>
    <w:rsid w:val="005946B3"/>
    <w:rsid w:val="00596E3E"/>
    <w:rsid w:val="005A4B4B"/>
    <w:rsid w:val="005A6FB3"/>
    <w:rsid w:val="005B1710"/>
    <w:rsid w:val="005B4DBB"/>
    <w:rsid w:val="005B730A"/>
    <w:rsid w:val="005C11E6"/>
    <w:rsid w:val="005C43E4"/>
    <w:rsid w:val="005C4EA0"/>
    <w:rsid w:val="005C68ED"/>
    <w:rsid w:val="005C7C3A"/>
    <w:rsid w:val="005D0430"/>
    <w:rsid w:val="005D0B29"/>
    <w:rsid w:val="005D3B33"/>
    <w:rsid w:val="005E3854"/>
    <w:rsid w:val="005E448E"/>
    <w:rsid w:val="005F3CE2"/>
    <w:rsid w:val="005F57D3"/>
    <w:rsid w:val="00606969"/>
    <w:rsid w:val="00614D6D"/>
    <w:rsid w:val="00622369"/>
    <w:rsid w:val="00622FAD"/>
    <w:rsid w:val="00625373"/>
    <w:rsid w:val="006257CA"/>
    <w:rsid w:val="0062694A"/>
    <w:rsid w:val="00626A3E"/>
    <w:rsid w:val="006279C9"/>
    <w:rsid w:val="0063091A"/>
    <w:rsid w:val="006337BD"/>
    <w:rsid w:val="0063466B"/>
    <w:rsid w:val="00634793"/>
    <w:rsid w:val="00634F84"/>
    <w:rsid w:val="0063686A"/>
    <w:rsid w:val="00640382"/>
    <w:rsid w:val="00643396"/>
    <w:rsid w:val="00646524"/>
    <w:rsid w:val="00650BC3"/>
    <w:rsid w:val="0065226E"/>
    <w:rsid w:val="0065267E"/>
    <w:rsid w:val="00653672"/>
    <w:rsid w:val="00654AE9"/>
    <w:rsid w:val="00661A02"/>
    <w:rsid w:val="00662C71"/>
    <w:rsid w:val="00666500"/>
    <w:rsid w:val="0066754F"/>
    <w:rsid w:val="006677A4"/>
    <w:rsid w:val="0067099D"/>
    <w:rsid w:val="00676D5B"/>
    <w:rsid w:val="006829B5"/>
    <w:rsid w:val="0068330B"/>
    <w:rsid w:val="00683419"/>
    <w:rsid w:val="00686AAA"/>
    <w:rsid w:val="00692ED8"/>
    <w:rsid w:val="00693E57"/>
    <w:rsid w:val="006A045C"/>
    <w:rsid w:val="006A295D"/>
    <w:rsid w:val="006A63B1"/>
    <w:rsid w:val="006B282D"/>
    <w:rsid w:val="006B4C72"/>
    <w:rsid w:val="006B7D7A"/>
    <w:rsid w:val="006C386E"/>
    <w:rsid w:val="006D0A16"/>
    <w:rsid w:val="006D2BEF"/>
    <w:rsid w:val="006D3DF2"/>
    <w:rsid w:val="006D5271"/>
    <w:rsid w:val="006D56B8"/>
    <w:rsid w:val="006D6624"/>
    <w:rsid w:val="006E016A"/>
    <w:rsid w:val="006E38B2"/>
    <w:rsid w:val="006E3AB1"/>
    <w:rsid w:val="006E3FA5"/>
    <w:rsid w:val="006E52E9"/>
    <w:rsid w:val="00703CEF"/>
    <w:rsid w:val="007065B2"/>
    <w:rsid w:val="00711CFE"/>
    <w:rsid w:val="00716F7E"/>
    <w:rsid w:val="00722520"/>
    <w:rsid w:val="007257CD"/>
    <w:rsid w:val="00726A64"/>
    <w:rsid w:val="00731338"/>
    <w:rsid w:val="0073611F"/>
    <w:rsid w:val="00736169"/>
    <w:rsid w:val="00736841"/>
    <w:rsid w:val="00743894"/>
    <w:rsid w:val="00743D46"/>
    <w:rsid w:val="00744512"/>
    <w:rsid w:val="007458AD"/>
    <w:rsid w:val="007505DA"/>
    <w:rsid w:val="00753E1B"/>
    <w:rsid w:val="007542C1"/>
    <w:rsid w:val="00754705"/>
    <w:rsid w:val="0075761D"/>
    <w:rsid w:val="007627F4"/>
    <w:rsid w:val="00764BD9"/>
    <w:rsid w:val="00766800"/>
    <w:rsid w:val="00767D67"/>
    <w:rsid w:val="00771BCB"/>
    <w:rsid w:val="00772787"/>
    <w:rsid w:val="00773501"/>
    <w:rsid w:val="007801F9"/>
    <w:rsid w:val="00783200"/>
    <w:rsid w:val="00786E5E"/>
    <w:rsid w:val="0078748A"/>
    <w:rsid w:val="007A09D9"/>
    <w:rsid w:val="007A15A8"/>
    <w:rsid w:val="007C2099"/>
    <w:rsid w:val="007C4422"/>
    <w:rsid w:val="007D32C5"/>
    <w:rsid w:val="007D6AF0"/>
    <w:rsid w:val="007E2F25"/>
    <w:rsid w:val="007E503B"/>
    <w:rsid w:val="007F57DF"/>
    <w:rsid w:val="007F6B1A"/>
    <w:rsid w:val="00800927"/>
    <w:rsid w:val="008012FE"/>
    <w:rsid w:val="00801461"/>
    <w:rsid w:val="00804243"/>
    <w:rsid w:val="00807231"/>
    <w:rsid w:val="008175FB"/>
    <w:rsid w:val="00821BD2"/>
    <w:rsid w:val="0082250B"/>
    <w:rsid w:val="008230CD"/>
    <w:rsid w:val="00823AFD"/>
    <w:rsid w:val="00832652"/>
    <w:rsid w:val="00836932"/>
    <w:rsid w:val="00836CCE"/>
    <w:rsid w:val="0085332C"/>
    <w:rsid w:val="00855BA9"/>
    <w:rsid w:val="0085796C"/>
    <w:rsid w:val="0086391F"/>
    <w:rsid w:val="00865B41"/>
    <w:rsid w:val="00867BF8"/>
    <w:rsid w:val="00870FF6"/>
    <w:rsid w:val="0087414C"/>
    <w:rsid w:val="0088073F"/>
    <w:rsid w:val="00880FB1"/>
    <w:rsid w:val="00881E43"/>
    <w:rsid w:val="0088209B"/>
    <w:rsid w:val="008843E6"/>
    <w:rsid w:val="00886506"/>
    <w:rsid w:val="00892BCB"/>
    <w:rsid w:val="00895D89"/>
    <w:rsid w:val="008966F2"/>
    <w:rsid w:val="008A0E0D"/>
    <w:rsid w:val="008A303E"/>
    <w:rsid w:val="008A331F"/>
    <w:rsid w:val="008A58B2"/>
    <w:rsid w:val="008A6EF7"/>
    <w:rsid w:val="008C564C"/>
    <w:rsid w:val="008C5859"/>
    <w:rsid w:val="008C5927"/>
    <w:rsid w:val="008D3D6C"/>
    <w:rsid w:val="008E0DCC"/>
    <w:rsid w:val="008E36EA"/>
    <w:rsid w:val="008E5F11"/>
    <w:rsid w:val="008E5F59"/>
    <w:rsid w:val="008E7021"/>
    <w:rsid w:val="00901F62"/>
    <w:rsid w:val="00902251"/>
    <w:rsid w:val="00905C36"/>
    <w:rsid w:val="0091606E"/>
    <w:rsid w:val="0092391E"/>
    <w:rsid w:val="00924D00"/>
    <w:rsid w:val="00924FD0"/>
    <w:rsid w:val="0092726E"/>
    <w:rsid w:val="0093096C"/>
    <w:rsid w:val="00931F25"/>
    <w:rsid w:val="0093525F"/>
    <w:rsid w:val="009368EB"/>
    <w:rsid w:val="009376B8"/>
    <w:rsid w:val="009427E8"/>
    <w:rsid w:val="00947397"/>
    <w:rsid w:val="0095039A"/>
    <w:rsid w:val="00951526"/>
    <w:rsid w:val="0095347A"/>
    <w:rsid w:val="0095670E"/>
    <w:rsid w:val="009569BA"/>
    <w:rsid w:val="009611AE"/>
    <w:rsid w:val="009621B1"/>
    <w:rsid w:val="009650FA"/>
    <w:rsid w:val="00970ABC"/>
    <w:rsid w:val="00974261"/>
    <w:rsid w:val="00974FD8"/>
    <w:rsid w:val="00977012"/>
    <w:rsid w:val="00982C87"/>
    <w:rsid w:val="00982E26"/>
    <w:rsid w:val="00991C0E"/>
    <w:rsid w:val="009927A7"/>
    <w:rsid w:val="00996590"/>
    <w:rsid w:val="009A1077"/>
    <w:rsid w:val="009A2B12"/>
    <w:rsid w:val="009A6481"/>
    <w:rsid w:val="009B06AE"/>
    <w:rsid w:val="009B2115"/>
    <w:rsid w:val="009B6A9A"/>
    <w:rsid w:val="009B7475"/>
    <w:rsid w:val="009D7419"/>
    <w:rsid w:val="009E3BFE"/>
    <w:rsid w:val="009E4B54"/>
    <w:rsid w:val="009E69FB"/>
    <w:rsid w:val="009F114A"/>
    <w:rsid w:val="009F2D67"/>
    <w:rsid w:val="009F4D8F"/>
    <w:rsid w:val="009F52D3"/>
    <w:rsid w:val="00A04463"/>
    <w:rsid w:val="00A04C7D"/>
    <w:rsid w:val="00A0597C"/>
    <w:rsid w:val="00A06F72"/>
    <w:rsid w:val="00A14721"/>
    <w:rsid w:val="00A17C21"/>
    <w:rsid w:val="00A252B9"/>
    <w:rsid w:val="00A3417D"/>
    <w:rsid w:val="00A36331"/>
    <w:rsid w:val="00A3640B"/>
    <w:rsid w:val="00A3646A"/>
    <w:rsid w:val="00A37207"/>
    <w:rsid w:val="00A5372C"/>
    <w:rsid w:val="00A5410A"/>
    <w:rsid w:val="00A559A1"/>
    <w:rsid w:val="00A57C79"/>
    <w:rsid w:val="00A60D03"/>
    <w:rsid w:val="00A61EE6"/>
    <w:rsid w:val="00A62D81"/>
    <w:rsid w:val="00A63DF3"/>
    <w:rsid w:val="00A66136"/>
    <w:rsid w:val="00A7152B"/>
    <w:rsid w:val="00A81A61"/>
    <w:rsid w:val="00A82295"/>
    <w:rsid w:val="00A93973"/>
    <w:rsid w:val="00A9479D"/>
    <w:rsid w:val="00A97CE0"/>
    <w:rsid w:val="00AA1D8D"/>
    <w:rsid w:val="00AA40CB"/>
    <w:rsid w:val="00AA5BA1"/>
    <w:rsid w:val="00AB131D"/>
    <w:rsid w:val="00AB3D52"/>
    <w:rsid w:val="00AB4080"/>
    <w:rsid w:val="00AB6064"/>
    <w:rsid w:val="00AB7FC2"/>
    <w:rsid w:val="00AC15BD"/>
    <w:rsid w:val="00AC3F4D"/>
    <w:rsid w:val="00AC4D07"/>
    <w:rsid w:val="00AC5E82"/>
    <w:rsid w:val="00AD41A9"/>
    <w:rsid w:val="00AD49DF"/>
    <w:rsid w:val="00AE1970"/>
    <w:rsid w:val="00AE2566"/>
    <w:rsid w:val="00AE385F"/>
    <w:rsid w:val="00AF682B"/>
    <w:rsid w:val="00B05A07"/>
    <w:rsid w:val="00B060A7"/>
    <w:rsid w:val="00B0771A"/>
    <w:rsid w:val="00B14406"/>
    <w:rsid w:val="00B201CC"/>
    <w:rsid w:val="00B202BC"/>
    <w:rsid w:val="00B23BE9"/>
    <w:rsid w:val="00B2757D"/>
    <w:rsid w:val="00B31DC6"/>
    <w:rsid w:val="00B35E89"/>
    <w:rsid w:val="00B42669"/>
    <w:rsid w:val="00B44A21"/>
    <w:rsid w:val="00B47730"/>
    <w:rsid w:val="00B50D56"/>
    <w:rsid w:val="00B5469C"/>
    <w:rsid w:val="00B55EEB"/>
    <w:rsid w:val="00B618C7"/>
    <w:rsid w:val="00B62585"/>
    <w:rsid w:val="00B64295"/>
    <w:rsid w:val="00B65A57"/>
    <w:rsid w:val="00B67456"/>
    <w:rsid w:val="00B77797"/>
    <w:rsid w:val="00B77EBE"/>
    <w:rsid w:val="00B82E13"/>
    <w:rsid w:val="00B840EF"/>
    <w:rsid w:val="00B8413B"/>
    <w:rsid w:val="00B84C81"/>
    <w:rsid w:val="00B94159"/>
    <w:rsid w:val="00B9753E"/>
    <w:rsid w:val="00BA0DAC"/>
    <w:rsid w:val="00BA1B4E"/>
    <w:rsid w:val="00BA7A4B"/>
    <w:rsid w:val="00BB1163"/>
    <w:rsid w:val="00BB4EC7"/>
    <w:rsid w:val="00BB7578"/>
    <w:rsid w:val="00BC1750"/>
    <w:rsid w:val="00BC1D4E"/>
    <w:rsid w:val="00BC259C"/>
    <w:rsid w:val="00BC56BA"/>
    <w:rsid w:val="00BC58D0"/>
    <w:rsid w:val="00BD4865"/>
    <w:rsid w:val="00BD717C"/>
    <w:rsid w:val="00BE2EF7"/>
    <w:rsid w:val="00BE595F"/>
    <w:rsid w:val="00C01BAE"/>
    <w:rsid w:val="00C0250E"/>
    <w:rsid w:val="00C04420"/>
    <w:rsid w:val="00C11546"/>
    <w:rsid w:val="00C21E38"/>
    <w:rsid w:val="00C26741"/>
    <w:rsid w:val="00C30525"/>
    <w:rsid w:val="00C348BA"/>
    <w:rsid w:val="00C400A7"/>
    <w:rsid w:val="00C428E6"/>
    <w:rsid w:val="00C44349"/>
    <w:rsid w:val="00C50542"/>
    <w:rsid w:val="00C5125F"/>
    <w:rsid w:val="00C54930"/>
    <w:rsid w:val="00C604E8"/>
    <w:rsid w:val="00C60DF4"/>
    <w:rsid w:val="00C636DB"/>
    <w:rsid w:val="00C725B1"/>
    <w:rsid w:val="00C74229"/>
    <w:rsid w:val="00C803DB"/>
    <w:rsid w:val="00C814FD"/>
    <w:rsid w:val="00C84F66"/>
    <w:rsid w:val="00C9013A"/>
    <w:rsid w:val="00C917A0"/>
    <w:rsid w:val="00C9370E"/>
    <w:rsid w:val="00CA0A2D"/>
    <w:rsid w:val="00CA390D"/>
    <w:rsid w:val="00CA639E"/>
    <w:rsid w:val="00CB0664"/>
    <w:rsid w:val="00CB1416"/>
    <w:rsid w:val="00CB32A6"/>
    <w:rsid w:val="00CB69E8"/>
    <w:rsid w:val="00CB7363"/>
    <w:rsid w:val="00CB74FE"/>
    <w:rsid w:val="00CB7AE6"/>
    <w:rsid w:val="00CC085F"/>
    <w:rsid w:val="00CC2165"/>
    <w:rsid w:val="00CC4019"/>
    <w:rsid w:val="00CC57BB"/>
    <w:rsid w:val="00CD7400"/>
    <w:rsid w:val="00CD7892"/>
    <w:rsid w:val="00CE4ABF"/>
    <w:rsid w:val="00CE508F"/>
    <w:rsid w:val="00CF10A4"/>
    <w:rsid w:val="00CF27B8"/>
    <w:rsid w:val="00D01816"/>
    <w:rsid w:val="00D02849"/>
    <w:rsid w:val="00D10F96"/>
    <w:rsid w:val="00D11EB2"/>
    <w:rsid w:val="00D20493"/>
    <w:rsid w:val="00D315E0"/>
    <w:rsid w:val="00D328FD"/>
    <w:rsid w:val="00D33EFB"/>
    <w:rsid w:val="00D34DA9"/>
    <w:rsid w:val="00D4198F"/>
    <w:rsid w:val="00D41FA3"/>
    <w:rsid w:val="00D454DC"/>
    <w:rsid w:val="00D45C1B"/>
    <w:rsid w:val="00D45C4A"/>
    <w:rsid w:val="00D47233"/>
    <w:rsid w:val="00D54A60"/>
    <w:rsid w:val="00D56D57"/>
    <w:rsid w:val="00D56D81"/>
    <w:rsid w:val="00D650A0"/>
    <w:rsid w:val="00D76164"/>
    <w:rsid w:val="00D81201"/>
    <w:rsid w:val="00D82EC6"/>
    <w:rsid w:val="00D9072F"/>
    <w:rsid w:val="00D91BE6"/>
    <w:rsid w:val="00D961D8"/>
    <w:rsid w:val="00D976D7"/>
    <w:rsid w:val="00D97B0B"/>
    <w:rsid w:val="00DA148B"/>
    <w:rsid w:val="00DA39A6"/>
    <w:rsid w:val="00DA3D61"/>
    <w:rsid w:val="00DB34B9"/>
    <w:rsid w:val="00DB5691"/>
    <w:rsid w:val="00DC30B4"/>
    <w:rsid w:val="00DC42DD"/>
    <w:rsid w:val="00DD05A5"/>
    <w:rsid w:val="00DD32BD"/>
    <w:rsid w:val="00DD47D2"/>
    <w:rsid w:val="00DD48CD"/>
    <w:rsid w:val="00DE1EDF"/>
    <w:rsid w:val="00DE4C4C"/>
    <w:rsid w:val="00DE7105"/>
    <w:rsid w:val="00E01877"/>
    <w:rsid w:val="00E04256"/>
    <w:rsid w:val="00E04727"/>
    <w:rsid w:val="00E05F5D"/>
    <w:rsid w:val="00E10524"/>
    <w:rsid w:val="00E10E91"/>
    <w:rsid w:val="00E305E7"/>
    <w:rsid w:val="00E30D9A"/>
    <w:rsid w:val="00E3164D"/>
    <w:rsid w:val="00E405F4"/>
    <w:rsid w:val="00E40D24"/>
    <w:rsid w:val="00E4261C"/>
    <w:rsid w:val="00E43B36"/>
    <w:rsid w:val="00E43DB7"/>
    <w:rsid w:val="00E608F3"/>
    <w:rsid w:val="00E62EFA"/>
    <w:rsid w:val="00E73B60"/>
    <w:rsid w:val="00E749CD"/>
    <w:rsid w:val="00E75660"/>
    <w:rsid w:val="00E76B3C"/>
    <w:rsid w:val="00E81B0A"/>
    <w:rsid w:val="00E90B33"/>
    <w:rsid w:val="00E935FA"/>
    <w:rsid w:val="00E9453E"/>
    <w:rsid w:val="00EA0E5A"/>
    <w:rsid w:val="00EA636D"/>
    <w:rsid w:val="00EA7A50"/>
    <w:rsid w:val="00EA7BD7"/>
    <w:rsid w:val="00EB5A46"/>
    <w:rsid w:val="00EB5AD2"/>
    <w:rsid w:val="00EB66C7"/>
    <w:rsid w:val="00EC11C8"/>
    <w:rsid w:val="00EC63E7"/>
    <w:rsid w:val="00EC6416"/>
    <w:rsid w:val="00ED2F01"/>
    <w:rsid w:val="00ED38F0"/>
    <w:rsid w:val="00EE0615"/>
    <w:rsid w:val="00EE527F"/>
    <w:rsid w:val="00EE5866"/>
    <w:rsid w:val="00EF0A4C"/>
    <w:rsid w:val="00EF1CC4"/>
    <w:rsid w:val="00EF5E56"/>
    <w:rsid w:val="00EF62C7"/>
    <w:rsid w:val="00F05544"/>
    <w:rsid w:val="00F07EEB"/>
    <w:rsid w:val="00F14022"/>
    <w:rsid w:val="00F14F9F"/>
    <w:rsid w:val="00F21962"/>
    <w:rsid w:val="00F24148"/>
    <w:rsid w:val="00F243FB"/>
    <w:rsid w:val="00F246FE"/>
    <w:rsid w:val="00F33CAF"/>
    <w:rsid w:val="00F35A1C"/>
    <w:rsid w:val="00F35FFC"/>
    <w:rsid w:val="00F43562"/>
    <w:rsid w:val="00F44CA9"/>
    <w:rsid w:val="00F55212"/>
    <w:rsid w:val="00F57BFB"/>
    <w:rsid w:val="00F57D0A"/>
    <w:rsid w:val="00F57DFE"/>
    <w:rsid w:val="00F64DEF"/>
    <w:rsid w:val="00F72A54"/>
    <w:rsid w:val="00F8004B"/>
    <w:rsid w:val="00F8030E"/>
    <w:rsid w:val="00F82970"/>
    <w:rsid w:val="00F83976"/>
    <w:rsid w:val="00F931EB"/>
    <w:rsid w:val="00FA0D6E"/>
    <w:rsid w:val="00FA56BD"/>
    <w:rsid w:val="00FB609D"/>
    <w:rsid w:val="00FB6471"/>
    <w:rsid w:val="00FB6D58"/>
    <w:rsid w:val="00FB7DCE"/>
    <w:rsid w:val="00FC0ED7"/>
    <w:rsid w:val="00FC1C68"/>
    <w:rsid w:val="00FC693F"/>
    <w:rsid w:val="00FC6AB2"/>
    <w:rsid w:val="00FC75D5"/>
    <w:rsid w:val="00FE2846"/>
    <w:rsid w:val="00FE72CC"/>
    <w:rsid w:val="00FF1534"/>
    <w:rsid w:val="00FF26ED"/>
    <w:rsid w:val="00FF7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40D908"/>
  <w14:defaultImageDpi w14:val="330"/>
  <w15:docId w15:val="{A1D82A92-0B5C-485C-887C-D24A5188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9DF"/>
    <w:pPr>
      <w:spacing w:before="100" w:beforeAutospacing="1" w:after="100" w:afterAutospacing="1" w:line="480" w:lineRule="auto"/>
    </w:pPr>
    <w:rPr>
      <w:rFonts w:asciiTheme="majorHAnsi" w:eastAsia="Times New Roman" w:hAnsiTheme="majorHAnsi" w:cstheme="majorHAnsi"/>
      <w:lang w:val="en-GB" w:eastAsia="en-GB"/>
    </w:rPr>
  </w:style>
  <w:style w:type="paragraph" w:styleId="Heading1">
    <w:name w:val="heading 1"/>
    <w:basedOn w:val="Normal"/>
    <w:next w:val="Normal"/>
    <w:link w:val="Heading1Char"/>
    <w:uiPriority w:val="9"/>
    <w:qFormat/>
    <w:rsid w:val="006E38B2"/>
    <w:pPr>
      <w:keepNext/>
      <w:keepLines/>
      <w:numPr>
        <w:numId w:val="11"/>
      </w:numPr>
      <w:ind w:left="431" w:hanging="431"/>
      <w:outlineLvl w:val="0"/>
    </w:pPr>
    <w:rPr>
      <w:rFonts w:eastAsiaTheme="majorEastAsia"/>
      <w:b/>
      <w:bCs/>
    </w:rPr>
  </w:style>
  <w:style w:type="paragraph" w:styleId="Heading2">
    <w:name w:val="heading 2"/>
    <w:basedOn w:val="Normal"/>
    <w:next w:val="Normal"/>
    <w:link w:val="Heading2Char"/>
    <w:uiPriority w:val="9"/>
    <w:unhideWhenUsed/>
    <w:qFormat/>
    <w:rsid w:val="001F1D6B"/>
    <w:pPr>
      <w:keepNext/>
      <w:keepLines/>
      <w:numPr>
        <w:ilvl w:val="1"/>
        <w:numId w:val="11"/>
      </w:numPr>
      <w:spacing w:before="120" w:beforeAutospacing="0" w:after="120" w:afterAutospacing="0"/>
      <w:outlineLvl w:val="1"/>
    </w:pPr>
    <w:rPr>
      <w:rFonts w:eastAsiaTheme="majorEastAsia" w:cstheme="majorBidi"/>
      <w:b/>
      <w:bCs/>
    </w:rPr>
  </w:style>
  <w:style w:type="paragraph" w:styleId="Heading3">
    <w:name w:val="heading 3"/>
    <w:basedOn w:val="Normal"/>
    <w:next w:val="Normal"/>
    <w:link w:val="Heading3Char"/>
    <w:uiPriority w:val="9"/>
    <w:unhideWhenUsed/>
    <w:qFormat/>
    <w:rsid w:val="000F06B9"/>
    <w:pPr>
      <w:keepNext/>
      <w:keepLines/>
      <w:numPr>
        <w:ilvl w:val="2"/>
        <w:numId w:val="11"/>
      </w:numPr>
      <w:spacing w:before="200" w:after="0"/>
      <w:outlineLvl w:val="2"/>
    </w:pPr>
    <w:rPr>
      <w:rFonts w:eastAsiaTheme="majorEastAsia"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FC693F"/>
    <w:pPr>
      <w:keepNext/>
      <w:keepLines/>
      <w:numPr>
        <w:ilvl w:val="3"/>
        <w:numId w:val="11"/>
      </w:numPr>
      <w:spacing w:before="200" w:after="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numPr>
        <w:ilvl w:val="4"/>
        <w:numId w:val="1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numPr>
        <w:ilvl w:val="5"/>
        <w:numId w:val="11"/>
      </w:numPr>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numPr>
        <w:ilvl w:val="6"/>
        <w:numId w:val="11"/>
      </w:numPr>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numPr>
        <w:ilvl w:val="7"/>
        <w:numId w:val="11"/>
      </w:numPr>
      <w:spacing w:before="200" w:after="0"/>
      <w:outlineLvl w:val="7"/>
    </w:pPr>
    <w:rPr>
      <w:rFonts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numPr>
        <w:ilvl w:val="8"/>
        <w:numId w:val="11"/>
      </w:numPr>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6E38B2"/>
    <w:rPr>
      <w:rFonts w:asciiTheme="majorHAnsi" w:eastAsiaTheme="majorEastAsia" w:hAnsiTheme="majorHAnsi" w:cstheme="majorHAnsi"/>
      <w:b/>
      <w:bCs/>
      <w:lang w:val="en-GB" w:eastAsia="en-GB"/>
    </w:rPr>
  </w:style>
  <w:style w:type="character" w:customStyle="1" w:styleId="Heading2Char">
    <w:name w:val="Heading 2 Char"/>
    <w:basedOn w:val="DefaultParagraphFont"/>
    <w:link w:val="Heading2"/>
    <w:uiPriority w:val="9"/>
    <w:rsid w:val="001F1D6B"/>
    <w:rPr>
      <w:rFonts w:asciiTheme="majorHAnsi" w:eastAsiaTheme="majorEastAsia" w:hAnsiTheme="majorHAnsi" w:cstheme="majorBidi"/>
      <w:b/>
      <w:bCs/>
      <w:lang w:val="en-GB" w:eastAsia="en-GB"/>
    </w:rPr>
  </w:style>
  <w:style w:type="character" w:customStyle="1" w:styleId="Heading3Char">
    <w:name w:val="Heading 3 Char"/>
    <w:basedOn w:val="DefaultParagraphFont"/>
    <w:link w:val="Heading3"/>
    <w:uiPriority w:val="9"/>
    <w:rsid w:val="000F06B9"/>
    <w:rPr>
      <w:rFonts w:asciiTheme="majorHAnsi" w:eastAsiaTheme="majorEastAsia" w:hAnsiTheme="majorHAnsi" w:cstheme="majorBidi"/>
      <w:b/>
      <w:bCs/>
      <w:color w:val="4F81BD" w:themeColor="accent1"/>
      <w:sz w:val="24"/>
      <w:szCs w:val="24"/>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6E3FA5"/>
    <w:pPr>
      <w:numPr>
        <w:numId w:val="0"/>
      </w:num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2">
    <w:name w:val="toc 2"/>
    <w:basedOn w:val="Normal"/>
    <w:next w:val="Normal"/>
    <w:autoRedefine/>
    <w:uiPriority w:val="39"/>
    <w:unhideWhenUsed/>
    <w:rsid w:val="00AD49DF"/>
    <w:pPr>
      <w:spacing w:before="0" w:beforeAutospacing="0" w:after="0" w:afterAutospacing="0" w:line="240" w:lineRule="auto"/>
      <w:ind w:left="221"/>
    </w:pPr>
  </w:style>
  <w:style w:type="paragraph" w:styleId="TOC1">
    <w:name w:val="toc 1"/>
    <w:basedOn w:val="Normal"/>
    <w:next w:val="Normal"/>
    <w:autoRedefine/>
    <w:uiPriority w:val="39"/>
    <w:unhideWhenUsed/>
    <w:rsid w:val="005F3CE2"/>
    <w:pPr>
      <w:tabs>
        <w:tab w:val="left" w:pos="567"/>
        <w:tab w:val="right" w:pos="9356"/>
      </w:tabs>
      <w:spacing w:before="120" w:beforeAutospacing="0" w:after="120" w:afterAutospacing="0" w:line="240" w:lineRule="auto"/>
    </w:pPr>
  </w:style>
  <w:style w:type="character" w:styleId="Hyperlink">
    <w:name w:val="Hyperlink"/>
    <w:basedOn w:val="DefaultParagraphFont"/>
    <w:uiPriority w:val="99"/>
    <w:unhideWhenUsed/>
    <w:rsid w:val="006D5271"/>
    <w:rPr>
      <w:rFonts w:eastAsiaTheme="majorEastAsia"/>
      <w:noProof/>
      <w:color w:val="0000FF" w:themeColor="hyperlink"/>
      <w:u w:val="single"/>
    </w:rPr>
  </w:style>
  <w:style w:type="paragraph" w:styleId="NormalWeb">
    <w:name w:val="Normal (Web)"/>
    <w:basedOn w:val="Normal"/>
    <w:uiPriority w:val="99"/>
    <w:unhideWhenUsed/>
    <w:rsid w:val="000F06B9"/>
    <w:rPr>
      <w:rFonts w:ascii="Times New Roman" w:hAnsi="Times New Roman" w:cs="Times New Roman"/>
      <w:sz w:val="24"/>
      <w:szCs w:val="24"/>
    </w:rPr>
  </w:style>
  <w:style w:type="paragraph" w:styleId="TOC3">
    <w:name w:val="toc 3"/>
    <w:basedOn w:val="Normal"/>
    <w:next w:val="Normal"/>
    <w:autoRedefine/>
    <w:uiPriority w:val="39"/>
    <w:unhideWhenUsed/>
    <w:rsid w:val="006D5271"/>
    <w:pPr>
      <w:spacing w:before="0" w:beforeAutospacing="0" w:after="0" w:afterAutospacing="0"/>
      <w:ind w:left="442"/>
    </w:pPr>
  </w:style>
  <w:style w:type="table" w:styleId="ListTable3-Accent3">
    <w:name w:val="List Table 3 Accent 3"/>
    <w:basedOn w:val="TableNormal"/>
    <w:uiPriority w:val="48"/>
    <w:rsid w:val="009F4D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AppendixL1">
    <w:name w:val="Appendix L1"/>
    <w:basedOn w:val="Heading1"/>
    <w:qFormat/>
    <w:rsid w:val="00B42669"/>
    <w:pPr>
      <w:numPr>
        <w:numId w:val="14"/>
      </w:numPr>
    </w:pPr>
  </w:style>
  <w:style w:type="paragraph" w:styleId="Bibliography">
    <w:name w:val="Bibliography"/>
    <w:basedOn w:val="Normal"/>
    <w:next w:val="Normal"/>
    <w:uiPriority w:val="37"/>
    <w:unhideWhenUsed/>
    <w:rsid w:val="00AD49DF"/>
    <w:pPr>
      <w:spacing w:before="120" w:beforeAutospacing="0" w:after="120" w:afterAutospacing="0" w:line="240" w:lineRule="auto"/>
    </w:pPr>
    <w:rPr>
      <w:i/>
      <w:iCs/>
      <w:noProof/>
    </w:rPr>
  </w:style>
  <w:style w:type="paragraph" w:styleId="Revision">
    <w:name w:val="Revision"/>
    <w:hidden/>
    <w:uiPriority w:val="99"/>
    <w:semiHidden/>
    <w:rsid w:val="007801F9"/>
    <w:pPr>
      <w:spacing w:after="0" w:line="240" w:lineRule="auto"/>
    </w:pPr>
    <w:rPr>
      <w:rFonts w:asciiTheme="majorHAnsi" w:eastAsia="Times New Roman" w:hAnsiTheme="majorHAnsi" w:cstheme="majorHAnsi"/>
      <w:lang w:val="en-GB" w:eastAsia="en-GB"/>
    </w:rPr>
  </w:style>
  <w:style w:type="character" w:styleId="UnresolvedMention">
    <w:name w:val="Unresolved Mention"/>
    <w:basedOn w:val="DefaultParagraphFont"/>
    <w:uiPriority w:val="99"/>
    <w:semiHidden/>
    <w:unhideWhenUsed/>
    <w:rsid w:val="002606E2"/>
    <w:rPr>
      <w:color w:val="605E5C"/>
      <w:shd w:val="clear" w:color="auto" w:fill="E1DFDD"/>
    </w:rPr>
  </w:style>
  <w:style w:type="paragraph" w:customStyle="1" w:styleId="isselectedend">
    <w:name w:val="isselectedend"/>
    <w:basedOn w:val="Normal"/>
    <w:rsid w:val="00067F0E"/>
    <w:rPr>
      <w:rFonts w:ascii="Times New Roman" w:hAnsi="Times New Roman" w:cs="Times New Roman"/>
      <w:sz w:val="24"/>
      <w:szCs w:val="24"/>
    </w:rPr>
  </w:style>
  <w:style w:type="paragraph" w:customStyle="1" w:styleId="pdq2pgselectionanchorcontainer">
    <w:name w:val="pdq2pg_selectionanchorcontainer"/>
    <w:basedOn w:val="Normal"/>
    <w:rsid w:val="00B8413B"/>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AC5E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77">
      <w:bodyDiv w:val="1"/>
      <w:marLeft w:val="0"/>
      <w:marRight w:val="0"/>
      <w:marTop w:val="0"/>
      <w:marBottom w:val="0"/>
      <w:divBdr>
        <w:top w:val="none" w:sz="0" w:space="0" w:color="auto"/>
        <w:left w:val="none" w:sz="0" w:space="0" w:color="auto"/>
        <w:bottom w:val="none" w:sz="0" w:space="0" w:color="auto"/>
        <w:right w:val="none" w:sz="0" w:space="0" w:color="auto"/>
      </w:divBdr>
    </w:div>
    <w:div w:id="3484003">
      <w:bodyDiv w:val="1"/>
      <w:marLeft w:val="0"/>
      <w:marRight w:val="0"/>
      <w:marTop w:val="0"/>
      <w:marBottom w:val="0"/>
      <w:divBdr>
        <w:top w:val="none" w:sz="0" w:space="0" w:color="auto"/>
        <w:left w:val="none" w:sz="0" w:space="0" w:color="auto"/>
        <w:bottom w:val="none" w:sz="0" w:space="0" w:color="auto"/>
        <w:right w:val="none" w:sz="0" w:space="0" w:color="auto"/>
      </w:divBdr>
    </w:div>
    <w:div w:id="6098094">
      <w:bodyDiv w:val="1"/>
      <w:marLeft w:val="0"/>
      <w:marRight w:val="0"/>
      <w:marTop w:val="0"/>
      <w:marBottom w:val="0"/>
      <w:divBdr>
        <w:top w:val="none" w:sz="0" w:space="0" w:color="auto"/>
        <w:left w:val="none" w:sz="0" w:space="0" w:color="auto"/>
        <w:bottom w:val="none" w:sz="0" w:space="0" w:color="auto"/>
        <w:right w:val="none" w:sz="0" w:space="0" w:color="auto"/>
      </w:divBdr>
    </w:div>
    <w:div w:id="6446820">
      <w:bodyDiv w:val="1"/>
      <w:marLeft w:val="0"/>
      <w:marRight w:val="0"/>
      <w:marTop w:val="0"/>
      <w:marBottom w:val="0"/>
      <w:divBdr>
        <w:top w:val="none" w:sz="0" w:space="0" w:color="auto"/>
        <w:left w:val="none" w:sz="0" w:space="0" w:color="auto"/>
        <w:bottom w:val="none" w:sz="0" w:space="0" w:color="auto"/>
        <w:right w:val="none" w:sz="0" w:space="0" w:color="auto"/>
      </w:divBdr>
    </w:div>
    <w:div w:id="8532303">
      <w:bodyDiv w:val="1"/>
      <w:marLeft w:val="0"/>
      <w:marRight w:val="0"/>
      <w:marTop w:val="0"/>
      <w:marBottom w:val="0"/>
      <w:divBdr>
        <w:top w:val="none" w:sz="0" w:space="0" w:color="auto"/>
        <w:left w:val="none" w:sz="0" w:space="0" w:color="auto"/>
        <w:bottom w:val="none" w:sz="0" w:space="0" w:color="auto"/>
        <w:right w:val="none" w:sz="0" w:space="0" w:color="auto"/>
      </w:divBdr>
    </w:div>
    <w:div w:id="9652403">
      <w:bodyDiv w:val="1"/>
      <w:marLeft w:val="0"/>
      <w:marRight w:val="0"/>
      <w:marTop w:val="0"/>
      <w:marBottom w:val="0"/>
      <w:divBdr>
        <w:top w:val="none" w:sz="0" w:space="0" w:color="auto"/>
        <w:left w:val="none" w:sz="0" w:space="0" w:color="auto"/>
        <w:bottom w:val="none" w:sz="0" w:space="0" w:color="auto"/>
        <w:right w:val="none" w:sz="0" w:space="0" w:color="auto"/>
      </w:divBdr>
    </w:div>
    <w:div w:id="11418478">
      <w:bodyDiv w:val="1"/>
      <w:marLeft w:val="0"/>
      <w:marRight w:val="0"/>
      <w:marTop w:val="0"/>
      <w:marBottom w:val="0"/>
      <w:divBdr>
        <w:top w:val="none" w:sz="0" w:space="0" w:color="auto"/>
        <w:left w:val="none" w:sz="0" w:space="0" w:color="auto"/>
        <w:bottom w:val="none" w:sz="0" w:space="0" w:color="auto"/>
        <w:right w:val="none" w:sz="0" w:space="0" w:color="auto"/>
      </w:divBdr>
    </w:div>
    <w:div w:id="11805500">
      <w:bodyDiv w:val="1"/>
      <w:marLeft w:val="0"/>
      <w:marRight w:val="0"/>
      <w:marTop w:val="0"/>
      <w:marBottom w:val="0"/>
      <w:divBdr>
        <w:top w:val="none" w:sz="0" w:space="0" w:color="auto"/>
        <w:left w:val="none" w:sz="0" w:space="0" w:color="auto"/>
        <w:bottom w:val="none" w:sz="0" w:space="0" w:color="auto"/>
        <w:right w:val="none" w:sz="0" w:space="0" w:color="auto"/>
      </w:divBdr>
    </w:div>
    <w:div w:id="12193370">
      <w:bodyDiv w:val="1"/>
      <w:marLeft w:val="0"/>
      <w:marRight w:val="0"/>
      <w:marTop w:val="0"/>
      <w:marBottom w:val="0"/>
      <w:divBdr>
        <w:top w:val="none" w:sz="0" w:space="0" w:color="auto"/>
        <w:left w:val="none" w:sz="0" w:space="0" w:color="auto"/>
        <w:bottom w:val="none" w:sz="0" w:space="0" w:color="auto"/>
        <w:right w:val="none" w:sz="0" w:space="0" w:color="auto"/>
      </w:divBdr>
    </w:div>
    <w:div w:id="13196635">
      <w:bodyDiv w:val="1"/>
      <w:marLeft w:val="0"/>
      <w:marRight w:val="0"/>
      <w:marTop w:val="0"/>
      <w:marBottom w:val="0"/>
      <w:divBdr>
        <w:top w:val="none" w:sz="0" w:space="0" w:color="auto"/>
        <w:left w:val="none" w:sz="0" w:space="0" w:color="auto"/>
        <w:bottom w:val="none" w:sz="0" w:space="0" w:color="auto"/>
        <w:right w:val="none" w:sz="0" w:space="0" w:color="auto"/>
      </w:divBdr>
    </w:div>
    <w:div w:id="15469290">
      <w:bodyDiv w:val="1"/>
      <w:marLeft w:val="0"/>
      <w:marRight w:val="0"/>
      <w:marTop w:val="0"/>
      <w:marBottom w:val="0"/>
      <w:divBdr>
        <w:top w:val="none" w:sz="0" w:space="0" w:color="auto"/>
        <w:left w:val="none" w:sz="0" w:space="0" w:color="auto"/>
        <w:bottom w:val="none" w:sz="0" w:space="0" w:color="auto"/>
        <w:right w:val="none" w:sz="0" w:space="0" w:color="auto"/>
      </w:divBdr>
    </w:div>
    <w:div w:id="17391794">
      <w:bodyDiv w:val="1"/>
      <w:marLeft w:val="0"/>
      <w:marRight w:val="0"/>
      <w:marTop w:val="0"/>
      <w:marBottom w:val="0"/>
      <w:divBdr>
        <w:top w:val="none" w:sz="0" w:space="0" w:color="auto"/>
        <w:left w:val="none" w:sz="0" w:space="0" w:color="auto"/>
        <w:bottom w:val="none" w:sz="0" w:space="0" w:color="auto"/>
        <w:right w:val="none" w:sz="0" w:space="0" w:color="auto"/>
      </w:divBdr>
    </w:div>
    <w:div w:id="18363927">
      <w:bodyDiv w:val="1"/>
      <w:marLeft w:val="0"/>
      <w:marRight w:val="0"/>
      <w:marTop w:val="0"/>
      <w:marBottom w:val="0"/>
      <w:divBdr>
        <w:top w:val="none" w:sz="0" w:space="0" w:color="auto"/>
        <w:left w:val="none" w:sz="0" w:space="0" w:color="auto"/>
        <w:bottom w:val="none" w:sz="0" w:space="0" w:color="auto"/>
        <w:right w:val="none" w:sz="0" w:space="0" w:color="auto"/>
      </w:divBdr>
    </w:div>
    <w:div w:id="22904638">
      <w:bodyDiv w:val="1"/>
      <w:marLeft w:val="0"/>
      <w:marRight w:val="0"/>
      <w:marTop w:val="0"/>
      <w:marBottom w:val="0"/>
      <w:divBdr>
        <w:top w:val="none" w:sz="0" w:space="0" w:color="auto"/>
        <w:left w:val="none" w:sz="0" w:space="0" w:color="auto"/>
        <w:bottom w:val="none" w:sz="0" w:space="0" w:color="auto"/>
        <w:right w:val="none" w:sz="0" w:space="0" w:color="auto"/>
      </w:divBdr>
    </w:div>
    <w:div w:id="23020122">
      <w:bodyDiv w:val="1"/>
      <w:marLeft w:val="0"/>
      <w:marRight w:val="0"/>
      <w:marTop w:val="0"/>
      <w:marBottom w:val="0"/>
      <w:divBdr>
        <w:top w:val="none" w:sz="0" w:space="0" w:color="auto"/>
        <w:left w:val="none" w:sz="0" w:space="0" w:color="auto"/>
        <w:bottom w:val="none" w:sz="0" w:space="0" w:color="auto"/>
        <w:right w:val="none" w:sz="0" w:space="0" w:color="auto"/>
      </w:divBdr>
    </w:div>
    <w:div w:id="23754744">
      <w:bodyDiv w:val="1"/>
      <w:marLeft w:val="0"/>
      <w:marRight w:val="0"/>
      <w:marTop w:val="0"/>
      <w:marBottom w:val="0"/>
      <w:divBdr>
        <w:top w:val="none" w:sz="0" w:space="0" w:color="auto"/>
        <w:left w:val="none" w:sz="0" w:space="0" w:color="auto"/>
        <w:bottom w:val="none" w:sz="0" w:space="0" w:color="auto"/>
        <w:right w:val="none" w:sz="0" w:space="0" w:color="auto"/>
      </w:divBdr>
    </w:div>
    <w:div w:id="24596519">
      <w:bodyDiv w:val="1"/>
      <w:marLeft w:val="0"/>
      <w:marRight w:val="0"/>
      <w:marTop w:val="0"/>
      <w:marBottom w:val="0"/>
      <w:divBdr>
        <w:top w:val="none" w:sz="0" w:space="0" w:color="auto"/>
        <w:left w:val="none" w:sz="0" w:space="0" w:color="auto"/>
        <w:bottom w:val="none" w:sz="0" w:space="0" w:color="auto"/>
        <w:right w:val="none" w:sz="0" w:space="0" w:color="auto"/>
      </w:divBdr>
    </w:div>
    <w:div w:id="25100511">
      <w:bodyDiv w:val="1"/>
      <w:marLeft w:val="0"/>
      <w:marRight w:val="0"/>
      <w:marTop w:val="0"/>
      <w:marBottom w:val="0"/>
      <w:divBdr>
        <w:top w:val="none" w:sz="0" w:space="0" w:color="auto"/>
        <w:left w:val="none" w:sz="0" w:space="0" w:color="auto"/>
        <w:bottom w:val="none" w:sz="0" w:space="0" w:color="auto"/>
        <w:right w:val="none" w:sz="0" w:space="0" w:color="auto"/>
      </w:divBdr>
    </w:div>
    <w:div w:id="25840755">
      <w:bodyDiv w:val="1"/>
      <w:marLeft w:val="0"/>
      <w:marRight w:val="0"/>
      <w:marTop w:val="0"/>
      <w:marBottom w:val="0"/>
      <w:divBdr>
        <w:top w:val="none" w:sz="0" w:space="0" w:color="auto"/>
        <w:left w:val="none" w:sz="0" w:space="0" w:color="auto"/>
        <w:bottom w:val="none" w:sz="0" w:space="0" w:color="auto"/>
        <w:right w:val="none" w:sz="0" w:space="0" w:color="auto"/>
      </w:divBdr>
    </w:div>
    <w:div w:id="27724130">
      <w:bodyDiv w:val="1"/>
      <w:marLeft w:val="0"/>
      <w:marRight w:val="0"/>
      <w:marTop w:val="0"/>
      <w:marBottom w:val="0"/>
      <w:divBdr>
        <w:top w:val="none" w:sz="0" w:space="0" w:color="auto"/>
        <w:left w:val="none" w:sz="0" w:space="0" w:color="auto"/>
        <w:bottom w:val="none" w:sz="0" w:space="0" w:color="auto"/>
        <w:right w:val="none" w:sz="0" w:space="0" w:color="auto"/>
      </w:divBdr>
    </w:div>
    <w:div w:id="27874786">
      <w:bodyDiv w:val="1"/>
      <w:marLeft w:val="0"/>
      <w:marRight w:val="0"/>
      <w:marTop w:val="0"/>
      <w:marBottom w:val="0"/>
      <w:divBdr>
        <w:top w:val="none" w:sz="0" w:space="0" w:color="auto"/>
        <w:left w:val="none" w:sz="0" w:space="0" w:color="auto"/>
        <w:bottom w:val="none" w:sz="0" w:space="0" w:color="auto"/>
        <w:right w:val="none" w:sz="0" w:space="0" w:color="auto"/>
      </w:divBdr>
    </w:div>
    <w:div w:id="30227848">
      <w:bodyDiv w:val="1"/>
      <w:marLeft w:val="0"/>
      <w:marRight w:val="0"/>
      <w:marTop w:val="0"/>
      <w:marBottom w:val="0"/>
      <w:divBdr>
        <w:top w:val="none" w:sz="0" w:space="0" w:color="auto"/>
        <w:left w:val="none" w:sz="0" w:space="0" w:color="auto"/>
        <w:bottom w:val="none" w:sz="0" w:space="0" w:color="auto"/>
        <w:right w:val="none" w:sz="0" w:space="0" w:color="auto"/>
      </w:divBdr>
    </w:div>
    <w:div w:id="30611938">
      <w:bodyDiv w:val="1"/>
      <w:marLeft w:val="0"/>
      <w:marRight w:val="0"/>
      <w:marTop w:val="0"/>
      <w:marBottom w:val="0"/>
      <w:divBdr>
        <w:top w:val="none" w:sz="0" w:space="0" w:color="auto"/>
        <w:left w:val="none" w:sz="0" w:space="0" w:color="auto"/>
        <w:bottom w:val="none" w:sz="0" w:space="0" w:color="auto"/>
        <w:right w:val="none" w:sz="0" w:space="0" w:color="auto"/>
      </w:divBdr>
    </w:div>
    <w:div w:id="30811999">
      <w:bodyDiv w:val="1"/>
      <w:marLeft w:val="0"/>
      <w:marRight w:val="0"/>
      <w:marTop w:val="0"/>
      <w:marBottom w:val="0"/>
      <w:divBdr>
        <w:top w:val="none" w:sz="0" w:space="0" w:color="auto"/>
        <w:left w:val="none" w:sz="0" w:space="0" w:color="auto"/>
        <w:bottom w:val="none" w:sz="0" w:space="0" w:color="auto"/>
        <w:right w:val="none" w:sz="0" w:space="0" w:color="auto"/>
      </w:divBdr>
    </w:div>
    <w:div w:id="31152230">
      <w:bodyDiv w:val="1"/>
      <w:marLeft w:val="0"/>
      <w:marRight w:val="0"/>
      <w:marTop w:val="0"/>
      <w:marBottom w:val="0"/>
      <w:divBdr>
        <w:top w:val="none" w:sz="0" w:space="0" w:color="auto"/>
        <w:left w:val="none" w:sz="0" w:space="0" w:color="auto"/>
        <w:bottom w:val="none" w:sz="0" w:space="0" w:color="auto"/>
        <w:right w:val="none" w:sz="0" w:space="0" w:color="auto"/>
      </w:divBdr>
    </w:div>
    <w:div w:id="32196431">
      <w:bodyDiv w:val="1"/>
      <w:marLeft w:val="0"/>
      <w:marRight w:val="0"/>
      <w:marTop w:val="0"/>
      <w:marBottom w:val="0"/>
      <w:divBdr>
        <w:top w:val="none" w:sz="0" w:space="0" w:color="auto"/>
        <w:left w:val="none" w:sz="0" w:space="0" w:color="auto"/>
        <w:bottom w:val="none" w:sz="0" w:space="0" w:color="auto"/>
        <w:right w:val="none" w:sz="0" w:space="0" w:color="auto"/>
      </w:divBdr>
    </w:div>
    <w:div w:id="32464775">
      <w:bodyDiv w:val="1"/>
      <w:marLeft w:val="0"/>
      <w:marRight w:val="0"/>
      <w:marTop w:val="0"/>
      <w:marBottom w:val="0"/>
      <w:divBdr>
        <w:top w:val="none" w:sz="0" w:space="0" w:color="auto"/>
        <w:left w:val="none" w:sz="0" w:space="0" w:color="auto"/>
        <w:bottom w:val="none" w:sz="0" w:space="0" w:color="auto"/>
        <w:right w:val="none" w:sz="0" w:space="0" w:color="auto"/>
      </w:divBdr>
    </w:div>
    <w:div w:id="32652719">
      <w:bodyDiv w:val="1"/>
      <w:marLeft w:val="0"/>
      <w:marRight w:val="0"/>
      <w:marTop w:val="0"/>
      <w:marBottom w:val="0"/>
      <w:divBdr>
        <w:top w:val="none" w:sz="0" w:space="0" w:color="auto"/>
        <w:left w:val="none" w:sz="0" w:space="0" w:color="auto"/>
        <w:bottom w:val="none" w:sz="0" w:space="0" w:color="auto"/>
        <w:right w:val="none" w:sz="0" w:space="0" w:color="auto"/>
      </w:divBdr>
    </w:div>
    <w:div w:id="33384844">
      <w:bodyDiv w:val="1"/>
      <w:marLeft w:val="0"/>
      <w:marRight w:val="0"/>
      <w:marTop w:val="0"/>
      <w:marBottom w:val="0"/>
      <w:divBdr>
        <w:top w:val="none" w:sz="0" w:space="0" w:color="auto"/>
        <w:left w:val="none" w:sz="0" w:space="0" w:color="auto"/>
        <w:bottom w:val="none" w:sz="0" w:space="0" w:color="auto"/>
        <w:right w:val="none" w:sz="0" w:space="0" w:color="auto"/>
      </w:divBdr>
    </w:div>
    <w:div w:id="34040264">
      <w:bodyDiv w:val="1"/>
      <w:marLeft w:val="0"/>
      <w:marRight w:val="0"/>
      <w:marTop w:val="0"/>
      <w:marBottom w:val="0"/>
      <w:divBdr>
        <w:top w:val="none" w:sz="0" w:space="0" w:color="auto"/>
        <w:left w:val="none" w:sz="0" w:space="0" w:color="auto"/>
        <w:bottom w:val="none" w:sz="0" w:space="0" w:color="auto"/>
        <w:right w:val="none" w:sz="0" w:space="0" w:color="auto"/>
      </w:divBdr>
    </w:div>
    <w:div w:id="34737373">
      <w:bodyDiv w:val="1"/>
      <w:marLeft w:val="0"/>
      <w:marRight w:val="0"/>
      <w:marTop w:val="0"/>
      <w:marBottom w:val="0"/>
      <w:divBdr>
        <w:top w:val="none" w:sz="0" w:space="0" w:color="auto"/>
        <w:left w:val="none" w:sz="0" w:space="0" w:color="auto"/>
        <w:bottom w:val="none" w:sz="0" w:space="0" w:color="auto"/>
        <w:right w:val="none" w:sz="0" w:space="0" w:color="auto"/>
      </w:divBdr>
    </w:div>
    <w:div w:id="34934074">
      <w:bodyDiv w:val="1"/>
      <w:marLeft w:val="0"/>
      <w:marRight w:val="0"/>
      <w:marTop w:val="0"/>
      <w:marBottom w:val="0"/>
      <w:divBdr>
        <w:top w:val="none" w:sz="0" w:space="0" w:color="auto"/>
        <w:left w:val="none" w:sz="0" w:space="0" w:color="auto"/>
        <w:bottom w:val="none" w:sz="0" w:space="0" w:color="auto"/>
        <w:right w:val="none" w:sz="0" w:space="0" w:color="auto"/>
      </w:divBdr>
    </w:div>
    <w:div w:id="36051454">
      <w:bodyDiv w:val="1"/>
      <w:marLeft w:val="0"/>
      <w:marRight w:val="0"/>
      <w:marTop w:val="0"/>
      <w:marBottom w:val="0"/>
      <w:divBdr>
        <w:top w:val="none" w:sz="0" w:space="0" w:color="auto"/>
        <w:left w:val="none" w:sz="0" w:space="0" w:color="auto"/>
        <w:bottom w:val="none" w:sz="0" w:space="0" w:color="auto"/>
        <w:right w:val="none" w:sz="0" w:space="0" w:color="auto"/>
      </w:divBdr>
    </w:div>
    <w:div w:id="36510166">
      <w:bodyDiv w:val="1"/>
      <w:marLeft w:val="0"/>
      <w:marRight w:val="0"/>
      <w:marTop w:val="0"/>
      <w:marBottom w:val="0"/>
      <w:divBdr>
        <w:top w:val="none" w:sz="0" w:space="0" w:color="auto"/>
        <w:left w:val="none" w:sz="0" w:space="0" w:color="auto"/>
        <w:bottom w:val="none" w:sz="0" w:space="0" w:color="auto"/>
        <w:right w:val="none" w:sz="0" w:space="0" w:color="auto"/>
      </w:divBdr>
    </w:div>
    <w:div w:id="37124937">
      <w:bodyDiv w:val="1"/>
      <w:marLeft w:val="0"/>
      <w:marRight w:val="0"/>
      <w:marTop w:val="0"/>
      <w:marBottom w:val="0"/>
      <w:divBdr>
        <w:top w:val="none" w:sz="0" w:space="0" w:color="auto"/>
        <w:left w:val="none" w:sz="0" w:space="0" w:color="auto"/>
        <w:bottom w:val="none" w:sz="0" w:space="0" w:color="auto"/>
        <w:right w:val="none" w:sz="0" w:space="0" w:color="auto"/>
      </w:divBdr>
    </w:div>
    <w:div w:id="37168911">
      <w:bodyDiv w:val="1"/>
      <w:marLeft w:val="0"/>
      <w:marRight w:val="0"/>
      <w:marTop w:val="0"/>
      <w:marBottom w:val="0"/>
      <w:divBdr>
        <w:top w:val="none" w:sz="0" w:space="0" w:color="auto"/>
        <w:left w:val="none" w:sz="0" w:space="0" w:color="auto"/>
        <w:bottom w:val="none" w:sz="0" w:space="0" w:color="auto"/>
        <w:right w:val="none" w:sz="0" w:space="0" w:color="auto"/>
      </w:divBdr>
    </w:div>
    <w:div w:id="40597463">
      <w:bodyDiv w:val="1"/>
      <w:marLeft w:val="0"/>
      <w:marRight w:val="0"/>
      <w:marTop w:val="0"/>
      <w:marBottom w:val="0"/>
      <w:divBdr>
        <w:top w:val="none" w:sz="0" w:space="0" w:color="auto"/>
        <w:left w:val="none" w:sz="0" w:space="0" w:color="auto"/>
        <w:bottom w:val="none" w:sz="0" w:space="0" w:color="auto"/>
        <w:right w:val="none" w:sz="0" w:space="0" w:color="auto"/>
      </w:divBdr>
    </w:div>
    <w:div w:id="41295345">
      <w:bodyDiv w:val="1"/>
      <w:marLeft w:val="0"/>
      <w:marRight w:val="0"/>
      <w:marTop w:val="0"/>
      <w:marBottom w:val="0"/>
      <w:divBdr>
        <w:top w:val="none" w:sz="0" w:space="0" w:color="auto"/>
        <w:left w:val="none" w:sz="0" w:space="0" w:color="auto"/>
        <w:bottom w:val="none" w:sz="0" w:space="0" w:color="auto"/>
        <w:right w:val="none" w:sz="0" w:space="0" w:color="auto"/>
      </w:divBdr>
    </w:div>
    <w:div w:id="41708694">
      <w:bodyDiv w:val="1"/>
      <w:marLeft w:val="0"/>
      <w:marRight w:val="0"/>
      <w:marTop w:val="0"/>
      <w:marBottom w:val="0"/>
      <w:divBdr>
        <w:top w:val="none" w:sz="0" w:space="0" w:color="auto"/>
        <w:left w:val="none" w:sz="0" w:space="0" w:color="auto"/>
        <w:bottom w:val="none" w:sz="0" w:space="0" w:color="auto"/>
        <w:right w:val="none" w:sz="0" w:space="0" w:color="auto"/>
      </w:divBdr>
    </w:div>
    <w:div w:id="41946103">
      <w:bodyDiv w:val="1"/>
      <w:marLeft w:val="0"/>
      <w:marRight w:val="0"/>
      <w:marTop w:val="0"/>
      <w:marBottom w:val="0"/>
      <w:divBdr>
        <w:top w:val="none" w:sz="0" w:space="0" w:color="auto"/>
        <w:left w:val="none" w:sz="0" w:space="0" w:color="auto"/>
        <w:bottom w:val="none" w:sz="0" w:space="0" w:color="auto"/>
        <w:right w:val="none" w:sz="0" w:space="0" w:color="auto"/>
      </w:divBdr>
    </w:div>
    <w:div w:id="46103629">
      <w:bodyDiv w:val="1"/>
      <w:marLeft w:val="0"/>
      <w:marRight w:val="0"/>
      <w:marTop w:val="0"/>
      <w:marBottom w:val="0"/>
      <w:divBdr>
        <w:top w:val="none" w:sz="0" w:space="0" w:color="auto"/>
        <w:left w:val="none" w:sz="0" w:space="0" w:color="auto"/>
        <w:bottom w:val="none" w:sz="0" w:space="0" w:color="auto"/>
        <w:right w:val="none" w:sz="0" w:space="0" w:color="auto"/>
      </w:divBdr>
    </w:div>
    <w:div w:id="46415089">
      <w:bodyDiv w:val="1"/>
      <w:marLeft w:val="0"/>
      <w:marRight w:val="0"/>
      <w:marTop w:val="0"/>
      <w:marBottom w:val="0"/>
      <w:divBdr>
        <w:top w:val="none" w:sz="0" w:space="0" w:color="auto"/>
        <w:left w:val="none" w:sz="0" w:space="0" w:color="auto"/>
        <w:bottom w:val="none" w:sz="0" w:space="0" w:color="auto"/>
        <w:right w:val="none" w:sz="0" w:space="0" w:color="auto"/>
      </w:divBdr>
    </w:div>
    <w:div w:id="47412662">
      <w:bodyDiv w:val="1"/>
      <w:marLeft w:val="0"/>
      <w:marRight w:val="0"/>
      <w:marTop w:val="0"/>
      <w:marBottom w:val="0"/>
      <w:divBdr>
        <w:top w:val="none" w:sz="0" w:space="0" w:color="auto"/>
        <w:left w:val="none" w:sz="0" w:space="0" w:color="auto"/>
        <w:bottom w:val="none" w:sz="0" w:space="0" w:color="auto"/>
        <w:right w:val="none" w:sz="0" w:space="0" w:color="auto"/>
      </w:divBdr>
    </w:div>
    <w:div w:id="48190462">
      <w:bodyDiv w:val="1"/>
      <w:marLeft w:val="0"/>
      <w:marRight w:val="0"/>
      <w:marTop w:val="0"/>
      <w:marBottom w:val="0"/>
      <w:divBdr>
        <w:top w:val="none" w:sz="0" w:space="0" w:color="auto"/>
        <w:left w:val="none" w:sz="0" w:space="0" w:color="auto"/>
        <w:bottom w:val="none" w:sz="0" w:space="0" w:color="auto"/>
        <w:right w:val="none" w:sz="0" w:space="0" w:color="auto"/>
      </w:divBdr>
    </w:div>
    <w:div w:id="49350702">
      <w:bodyDiv w:val="1"/>
      <w:marLeft w:val="0"/>
      <w:marRight w:val="0"/>
      <w:marTop w:val="0"/>
      <w:marBottom w:val="0"/>
      <w:divBdr>
        <w:top w:val="none" w:sz="0" w:space="0" w:color="auto"/>
        <w:left w:val="none" w:sz="0" w:space="0" w:color="auto"/>
        <w:bottom w:val="none" w:sz="0" w:space="0" w:color="auto"/>
        <w:right w:val="none" w:sz="0" w:space="0" w:color="auto"/>
      </w:divBdr>
    </w:div>
    <w:div w:id="50621691">
      <w:bodyDiv w:val="1"/>
      <w:marLeft w:val="0"/>
      <w:marRight w:val="0"/>
      <w:marTop w:val="0"/>
      <w:marBottom w:val="0"/>
      <w:divBdr>
        <w:top w:val="none" w:sz="0" w:space="0" w:color="auto"/>
        <w:left w:val="none" w:sz="0" w:space="0" w:color="auto"/>
        <w:bottom w:val="none" w:sz="0" w:space="0" w:color="auto"/>
        <w:right w:val="none" w:sz="0" w:space="0" w:color="auto"/>
      </w:divBdr>
    </w:div>
    <w:div w:id="52891002">
      <w:bodyDiv w:val="1"/>
      <w:marLeft w:val="0"/>
      <w:marRight w:val="0"/>
      <w:marTop w:val="0"/>
      <w:marBottom w:val="0"/>
      <w:divBdr>
        <w:top w:val="none" w:sz="0" w:space="0" w:color="auto"/>
        <w:left w:val="none" w:sz="0" w:space="0" w:color="auto"/>
        <w:bottom w:val="none" w:sz="0" w:space="0" w:color="auto"/>
        <w:right w:val="none" w:sz="0" w:space="0" w:color="auto"/>
      </w:divBdr>
    </w:div>
    <w:div w:id="53088440">
      <w:bodyDiv w:val="1"/>
      <w:marLeft w:val="0"/>
      <w:marRight w:val="0"/>
      <w:marTop w:val="0"/>
      <w:marBottom w:val="0"/>
      <w:divBdr>
        <w:top w:val="none" w:sz="0" w:space="0" w:color="auto"/>
        <w:left w:val="none" w:sz="0" w:space="0" w:color="auto"/>
        <w:bottom w:val="none" w:sz="0" w:space="0" w:color="auto"/>
        <w:right w:val="none" w:sz="0" w:space="0" w:color="auto"/>
      </w:divBdr>
    </w:div>
    <w:div w:id="56560637">
      <w:bodyDiv w:val="1"/>
      <w:marLeft w:val="0"/>
      <w:marRight w:val="0"/>
      <w:marTop w:val="0"/>
      <w:marBottom w:val="0"/>
      <w:divBdr>
        <w:top w:val="none" w:sz="0" w:space="0" w:color="auto"/>
        <w:left w:val="none" w:sz="0" w:space="0" w:color="auto"/>
        <w:bottom w:val="none" w:sz="0" w:space="0" w:color="auto"/>
        <w:right w:val="none" w:sz="0" w:space="0" w:color="auto"/>
      </w:divBdr>
    </w:div>
    <w:div w:id="58673784">
      <w:bodyDiv w:val="1"/>
      <w:marLeft w:val="0"/>
      <w:marRight w:val="0"/>
      <w:marTop w:val="0"/>
      <w:marBottom w:val="0"/>
      <w:divBdr>
        <w:top w:val="none" w:sz="0" w:space="0" w:color="auto"/>
        <w:left w:val="none" w:sz="0" w:space="0" w:color="auto"/>
        <w:bottom w:val="none" w:sz="0" w:space="0" w:color="auto"/>
        <w:right w:val="none" w:sz="0" w:space="0" w:color="auto"/>
      </w:divBdr>
    </w:div>
    <w:div w:id="61148428">
      <w:bodyDiv w:val="1"/>
      <w:marLeft w:val="0"/>
      <w:marRight w:val="0"/>
      <w:marTop w:val="0"/>
      <w:marBottom w:val="0"/>
      <w:divBdr>
        <w:top w:val="none" w:sz="0" w:space="0" w:color="auto"/>
        <w:left w:val="none" w:sz="0" w:space="0" w:color="auto"/>
        <w:bottom w:val="none" w:sz="0" w:space="0" w:color="auto"/>
        <w:right w:val="none" w:sz="0" w:space="0" w:color="auto"/>
      </w:divBdr>
    </w:div>
    <w:div w:id="61291447">
      <w:bodyDiv w:val="1"/>
      <w:marLeft w:val="0"/>
      <w:marRight w:val="0"/>
      <w:marTop w:val="0"/>
      <w:marBottom w:val="0"/>
      <w:divBdr>
        <w:top w:val="none" w:sz="0" w:space="0" w:color="auto"/>
        <w:left w:val="none" w:sz="0" w:space="0" w:color="auto"/>
        <w:bottom w:val="none" w:sz="0" w:space="0" w:color="auto"/>
        <w:right w:val="none" w:sz="0" w:space="0" w:color="auto"/>
      </w:divBdr>
    </w:div>
    <w:div w:id="64954747">
      <w:bodyDiv w:val="1"/>
      <w:marLeft w:val="0"/>
      <w:marRight w:val="0"/>
      <w:marTop w:val="0"/>
      <w:marBottom w:val="0"/>
      <w:divBdr>
        <w:top w:val="none" w:sz="0" w:space="0" w:color="auto"/>
        <w:left w:val="none" w:sz="0" w:space="0" w:color="auto"/>
        <w:bottom w:val="none" w:sz="0" w:space="0" w:color="auto"/>
        <w:right w:val="none" w:sz="0" w:space="0" w:color="auto"/>
      </w:divBdr>
    </w:div>
    <w:div w:id="66269051">
      <w:bodyDiv w:val="1"/>
      <w:marLeft w:val="0"/>
      <w:marRight w:val="0"/>
      <w:marTop w:val="0"/>
      <w:marBottom w:val="0"/>
      <w:divBdr>
        <w:top w:val="none" w:sz="0" w:space="0" w:color="auto"/>
        <w:left w:val="none" w:sz="0" w:space="0" w:color="auto"/>
        <w:bottom w:val="none" w:sz="0" w:space="0" w:color="auto"/>
        <w:right w:val="none" w:sz="0" w:space="0" w:color="auto"/>
      </w:divBdr>
    </w:div>
    <w:div w:id="66339810">
      <w:bodyDiv w:val="1"/>
      <w:marLeft w:val="0"/>
      <w:marRight w:val="0"/>
      <w:marTop w:val="0"/>
      <w:marBottom w:val="0"/>
      <w:divBdr>
        <w:top w:val="none" w:sz="0" w:space="0" w:color="auto"/>
        <w:left w:val="none" w:sz="0" w:space="0" w:color="auto"/>
        <w:bottom w:val="none" w:sz="0" w:space="0" w:color="auto"/>
        <w:right w:val="none" w:sz="0" w:space="0" w:color="auto"/>
      </w:divBdr>
    </w:div>
    <w:div w:id="66458589">
      <w:bodyDiv w:val="1"/>
      <w:marLeft w:val="0"/>
      <w:marRight w:val="0"/>
      <w:marTop w:val="0"/>
      <w:marBottom w:val="0"/>
      <w:divBdr>
        <w:top w:val="none" w:sz="0" w:space="0" w:color="auto"/>
        <w:left w:val="none" w:sz="0" w:space="0" w:color="auto"/>
        <w:bottom w:val="none" w:sz="0" w:space="0" w:color="auto"/>
        <w:right w:val="none" w:sz="0" w:space="0" w:color="auto"/>
      </w:divBdr>
    </w:div>
    <w:div w:id="68424209">
      <w:bodyDiv w:val="1"/>
      <w:marLeft w:val="0"/>
      <w:marRight w:val="0"/>
      <w:marTop w:val="0"/>
      <w:marBottom w:val="0"/>
      <w:divBdr>
        <w:top w:val="none" w:sz="0" w:space="0" w:color="auto"/>
        <w:left w:val="none" w:sz="0" w:space="0" w:color="auto"/>
        <w:bottom w:val="none" w:sz="0" w:space="0" w:color="auto"/>
        <w:right w:val="none" w:sz="0" w:space="0" w:color="auto"/>
      </w:divBdr>
    </w:div>
    <w:div w:id="68773339">
      <w:bodyDiv w:val="1"/>
      <w:marLeft w:val="0"/>
      <w:marRight w:val="0"/>
      <w:marTop w:val="0"/>
      <w:marBottom w:val="0"/>
      <w:divBdr>
        <w:top w:val="none" w:sz="0" w:space="0" w:color="auto"/>
        <w:left w:val="none" w:sz="0" w:space="0" w:color="auto"/>
        <w:bottom w:val="none" w:sz="0" w:space="0" w:color="auto"/>
        <w:right w:val="none" w:sz="0" w:space="0" w:color="auto"/>
      </w:divBdr>
    </w:div>
    <w:div w:id="68843350">
      <w:bodyDiv w:val="1"/>
      <w:marLeft w:val="0"/>
      <w:marRight w:val="0"/>
      <w:marTop w:val="0"/>
      <w:marBottom w:val="0"/>
      <w:divBdr>
        <w:top w:val="none" w:sz="0" w:space="0" w:color="auto"/>
        <w:left w:val="none" w:sz="0" w:space="0" w:color="auto"/>
        <w:bottom w:val="none" w:sz="0" w:space="0" w:color="auto"/>
        <w:right w:val="none" w:sz="0" w:space="0" w:color="auto"/>
      </w:divBdr>
    </w:div>
    <w:div w:id="69013213">
      <w:bodyDiv w:val="1"/>
      <w:marLeft w:val="0"/>
      <w:marRight w:val="0"/>
      <w:marTop w:val="0"/>
      <w:marBottom w:val="0"/>
      <w:divBdr>
        <w:top w:val="none" w:sz="0" w:space="0" w:color="auto"/>
        <w:left w:val="none" w:sz="0" w:space="0" w:color="auto"/>
        <w:bottom w:val="none" w:sz="0" w:space="0" w:color="auto"/>
        <w:right w:val="none" w:sz="0" w:space="0" w:color="auto"/>
      </w:divBdr>
    </w:div>
    <w:div w:id="70855555">
      <w:bodyDiv w:val="1"/>
      <w:marLeft w:val="0"/>
      <w:marRight w:val="0"/>
      <w:marTop w:val="0"/>
      <w:marBottom w:val="0"/>
      <w:divBdr>
        <w:top w:val="none" w:sz="0" w:space="0" w:color="auto"/>
        <w:left w:val="none" w:sz="0" w:space="0" w:color="auto"/>
        <w:bottom w:val="none" w:sz="0" w:space="0" w:color="auto"/>
        <w:right w:val="none" w:sz="0" w:space="0" w:color="auto"/>
      </w:divBdr>
    </w:div>
    <w:div w:id="75980628">
      <w:bodyDiv w:val="1"/>
      <w:marLeft w:val="0"/>
      <w:marRight w:val="0"/>
      <w:marTop w:val="0"/>
      <w:marBottom w:val="0"/>
      <w:divBdr>
        <w:top w:val="none" w:sz="0" w:space="0" w:color="auto"/>
        <w:left w:val="none" w:sz="0" w:space="0" w:color="auto"/>
        <w:bottom w:val="none" w:sz="0" w:space="0" w:color="auto"/>
        <w:right w:val="none" w:sz="0" w:space="0" w:color="auto"/>
      </w:divBdr>
    </w:div>
    <w:div w:id="76094839">
      <w:bodyDiv w:val="1"/>
      <w:marLeft w:val="0"/>
      <w:marRight w:val="0"/>
      <w:marTop w:val="0"/>
      <w:marBottom w:val="0"/>
      <w:divBdr>
        <w:top w:val="none" w:sz="0" w:space="0" w:color="auto"/>
        <w:left w:val="none" w:sz="0" w:space="0" w:color="auto"/>
        <w:bottom w:val="none" w:sz="0" w:space="0" w:color="auto"/>
        <w:right w:val="none" w:sz="0" w:space="0" w:color="auto"/>
      </w:divBdr>
    </w:div>
    <w:div w:id="76951418">
      <w:bodyDiv w:val="1"/>
      <w:marLeft w:val="0"/>
      <w:marRight w:val="0"/>
      <w:marTop w:val="0"/>
      <w:marBottom w:val="0"/>
      <w:divBdr>
        <w:top w:val="none" w:sz="0" w:space="0" w:color="auto"/>
        <w:left w:val="none" w:sz="0" w:space="0" w:color="auto"/>
        <w:bottom w:val="none" w:sz="0" w:space="0" w:color="auto"/>
        <w:right w:val="none" w:sz="0" w:space="0" w:color="auto"/>
      </w:divBdr>
    </w:div>
    <w:div w:id="78530003">
      <w:bodyDiv w:val="1"/>
      <w:marLeft w:val="0"/>
      <w:marRight w:val="0"/>
      <w:marTop w:val="0"/>
      <w:marBottom w:val="0"/>
      <w:divBdr>
        <w:top w:val="none" w:sz="0" w:space="0" w:color="auto"/>
        <w:left w:val="none" w:sz="0" w:space="0" w:color="auto"/>
        <w:bottom w:val="none" w:sz="0" w:space="0" w:color="auto"/>
        <w:right w:val="none" w:sz="0" w:space="0" w:color="auto"/>
      </w:divBdr>
    </w:div>
    <w:div w:id="78985817">
      <w:bodyDiv w:val="1"/>
      <w:marLeft w:val="0"/>
      <w:marRight w:val="0"/>
      <w:marTop w:val="0"/>
      <w:marBottom w:val="0"/>
      <w:divBdr>
        <w:top w:val="none" w:sz="0" w:space="0" w:color="auto"/>
        <w:left w:val="none" w:sz="0" w:space="0" w:color="auto"/>
        <w:bottom w:val="none" w:sz="0" w:space="0" w:color="auto"/>
        <w:right w:val="none" w:sz="0" w:space="0" w:color="auto"/>
      </w:divBdr>
    </w:div>
    <w:div w:id="79789549">
      <w:bodyDiv w:val="1"/>
      <w:marLeft w:val="0"/>
      <w:marRight w:val="0"/>
      <w:marTop w:val="0"/>
      <w:marBottom w:val="0"/>
      <w:divBdr>
        <w:top w:val="none" w:sz="0" w:space="0" w:color="auto"/>
        <w:left w:val="none" w:sz="0" w:space="0" w:color="auto"/>
        <w:bottom w:val="none" w:sz="0" w:space="0" w:color="auto"/>
        <w:right w:val="none" w:sz="0" w:space="0" w:color="auto"/>
      </w:divBdr>
    </w:div>
    <w:div w:id="84310197">
      <w:bodyDiv w:val="1"/>
      <w:marLeft w:val="0"/>
      <w:marRight w:val="0"/>
      <w:marTop w:val="0"/>
      <w:marBottom w:val="0"/>
      <w:divBdr>
        <w:top w:val="none" w:sz="0" w:space="0" w:color="auto"/>
        <w:left w:val="none" w:sz="0" w:space="0" w:color="auto"/>
        <w:bottom w:val="none" w:sz="0" w:space="0" w:color="auto"/>
        <w:right w:val="none" w:sz="0" w:space="0" w:color="auto"/>
      </w:divBdr>
    </w:div>
    <w:div w:id="86775039">
      <w:bodyDiv w:val="1"/>
      <w:marLeft w:val="0"/>
      <w:marRight w:val="0"/>
      <w:marTop w:val="0"/>
      <w:marBottom w:val="0"/>
      <w:divBdr>
        <w:top w:val="none" w:sz="0" w:space="0" w:color="auto"/>
        <w:left w:val="none" w:sz="0" w:space="0" w:color="auto"/>
        <w:bottom w:val="none" w:sz="0" w:space="0" w:color="auto"/>
        <w:right w:val="none" w:sz="0" w:space="0" w:color="auto"/>
      </w:divBdr>
    </w:div>
    <w:div w:id="90123058">
      <w:bodyDiv w:val="1"/>
      <w:marLeft w:val="0"/>
      <w:marRight w:val="0"/>
      <w:marTop w:val="0"/>
      <w:marBottom w:val="0"/>
      <w:divBdr>
        <w:top w:val="none" w:sz="0" w:space="0" w:color="auto"/>
        <w:left w:val="none" w:sz="0" w:space="0" w:color="auto"/>
        <w:bottom w:val="none" w:sz="0" w:space="0" w:color="auto"/>
        <w:right w:val="none" w:sz="0" w:space="0" w:color="auto"/>
      </w:divBdr>
    </w:div>
    <w:div w:id="90200788">
      <w:bodyDiv w:val="1"/>
      <w:marLeft w:val="0"/>
      <w:marRight w:val="0"/>
      <w:marTop w:val="0"/>
      <w:marBottom w:val="0"/>
      <w:divBdr>
        <w:top w:val="none" w:sz="0" w:space="0" w:color="auto"/>
        <w:left w:val="none" w:sz="0" w:space="0" w:color="auto"/>
        <w:bottom w:val="none" w:sz="0" w:space="0" w:color="auto"/>
        <w:right w:val="none" w:sz="0" w:space="0" w:color="auto"/>
      </w:divBdr>
    </w:div>
    <w:div w:id="90442065">
      <w:bodyDiv w:val="1"/>
      <w:marLeft w:val="0"/>
      <w:marRight w:val="0"/>
      <w:marTop w:val="0"/>
      <w:marBottom w:val="0"/>
      <w:divBdr>
        <w:top w:val="none" w:sz="0" w:space="0" w:color="auto"/>
        <w:left w:val="none" w:sz="0" w:space="0" w:color="auto"/>
        <w:bottom w:val="none" w:sz="0" w:space="0" w:color="auto"/>
        <w:right w:val="none" w:sz="0" w:space="0" w:color="auto"/>
      </w:divBdr>
    </w:div>
    <w:div w:id="90971486">
      <w:bodyDiv w:val="1"/>
      <w:marLeft w:val="0"/>
      <w:marRight w:val="0"/>
      <w:marTop w:val="0"/>
      <w:marBottom w:val="0"/>
      <w:divBdr>
        <w:top w:val="none" w:sz="0" w:space="0" w:color="auto"/>
        <w:left w:val="none" w:sz="0" w:space="0" w:color="auto"/>
        <w:bottom w:val="none" w:sz="0" w:space="0" w:color="auto"/>
        <w:right w:val="none" w:sz="0" w:space="0" w:color="auto"/>
      </w:divBdr>
    </w:div>
    <w:div w:id="93283175">
      <w:bodyDiv w:val="1"/>
      <w:marLeft w:val="0"/>
      <w:marRight w:val="0"/>
      <w:marTop w:val="0"/>
      <w:marBottom w:val="0"/>
      <w:divBdr>
        <w:top w:val="none" w:sz="0" w:space="0" w:color="auto"/>
        <w:left w:val="none" w:sz="0" w:space="0" w:color="auto"/>
        <w:bottom w:val="none" w:sz="0" w:space="0" w:color="auto"/>
        <w:right w:val="none" w:sz="0" w:space="0" w:color="auto"/>
      </w:divBdr>
    </w:div>
    <w:div w:id="93598959">
      <w:bodyDiv w:val="1"/>
      <w:marLeft w:val="0"/>
      <w:marRight w:val="0"/>
      <w:marTop w:val="0"/>
      <w:marBottom w:val="0"/>
      <w:divBdr>
        <w:top w:val="none" w:sz="0" w:space="0" w:color="auto"/>
        <w:left w:val="none" w:sz="0" w:space="0" w:color="auto"/>
        <w:bottom w:val="none" w:sz="0" w:space="0" w:color="auto"/>
        <w:right w:val="none" w:sz="0" w:space="0" w:color="auto"/>
      </w:divBdr>
    </w:div>
    <w:div w:id="93937193">
      <w:bodyDiv w:val="1"/>
      <w:marLeft w:val="0"/>
      <w:marRight w:val="0"/>
      <w:marTop w:val="0"/>
      <w:marBottom w:val="0"/>
      <w:divBdr>
        <w:top w:val="none" w:sz="0" w:space="0" w:color="auto"/>
        <w:left w:val="none" w:sz="0" w:space="0" w:color="auto"/>
        <w:bottom w:val="none" w:sz="0" w:space="0" w:color="auto"/>
        <w:right w:val="none" w:sz="0" w:space="0" w:color="auto"/>
      </w:divBdr>
    </w:div>
    <w:div w:id="95250011">
      <w:bodyDiv w:val="1"/>
      <w:marLeft w:val="0"/>
      <w:marRight w:val="0"/>
      <w:marTop w:val="0"/>
      <w:marBottom w:val="0"/>
      <w:divBdr>
        <w:top w:val="none" w:sz="0" w:space="0" w:color="auto"/>
        <w:left w:val="none" w:sz="0" w:space="0" w:color="auto"/>
        <w:bottom w:val="none" w:sz="0" w:space="0" w:color="auto"/>
        <w:right w:val="none" w:sz="0" w:space="0" w:color="auto"/>
      </w:divBdr>
    </w:div>
    <w:div w:id="97993650">
      <w:bodyDiv w:val="1"/>
      <w:marLeft w:val="0"/>
      <w:marRight w:val="0"/>
      <w:marTop w:val="0"/>
      <w:marBottom w:val="0"/>
      <w:divBdr>
        <w:top w:val="none" w:sz="0" w:space="0" w:color="auto"/>
        <w:left w:val="none" w:sz="0" w:space="0" w:color="auto"/>
        <w:bottom w:val="none" w:sz="0" w:space="0" w:color="auto"/>
        <w:right w:val="none" w:sz="0" w:space="0" w:color="auto"/>
      </w:divBdr>
    </w:div>
    <w:div w:id="100614580">
      <w:bodyDiv w:val="1"/>
      <w:marLeft w:val="0"/>
      <w:marRight w:val="0"/>
      <w:marTop w:val="0"/>
      <w:marBottom w:val="0"/>
      <w:divBdr>
        <w:top w:val="none" w:sz="0" w:space="0" w:color="auto"/>
        <w:left w:val="none" w:sz="0" w:space="0" w:color="auto"/>
        <w:bottom w:val="none" w:sz="0" w:space="0" w:color="auto"/>
        <w:right w:val="none" w:sz="0" w:space="0" w:color="auto"/>
      </w:divBdr>
    </w:div>
    <w:div w:id="101191638">
      <w:bodyDiv w:val="1"/>
      <w:marLeft w:val="0"/>
      <w:marRight w:val="0"/>
      <w:marTop w:val="0"/>
      <w:marBottom w:val="0"/>
      <w:divBdr>
        <w:top w:val="none" w:sz="0" w:space="0" w:color="auto"/>
        <w:left w:val="none" w:sz="0" w:space="0" w:color="auto"/>
        <w:bottom w:val="none" w:sz="0" w:space="0" w:color="auto"/>
        <w:right w:val="none" w:sz="0" w:space="0" w:color="auto"/>
      </w:divBdr>
    </w:div>
    <w:div w:id="102002231">
      <w:bodyDiv w:val="1"/>
      <w:marLeft w:val="0"/>
      <w:marRight w:val="0"/>
      <w:marTop w:val="0"/>
      <w:marBottom w:val="0"/>
      <w:divBdr>
        <w:top w:val="none" w:sz="0" w:space="0" w:color="auto"/>
        <w:left w:val="none" w:sz="0" w:space="0" w:color="auto"/>
        <w:bottom w:val="none" w:sz="0" w:space="0" w:color="auto"/>
        <w:right w:val="none" w:sz="0" w:space="0" w:color="auto"/>
      </w:divBdr>
    </w:div>
    <w:div w:id="102766593">
      <w:bodyDiv w:val="1"/>
      <w:marLeft w:val="0"/>
      <w:marRight w:val="0"/>
      <w:marTop w:val="0"/>
      <w:marBottom w:val="0"/>
      <w:divBdr>
        <w:top w:val="none" w:sz="0" w:space="0" w:color="auto"/>
        <w:left w:val="none" w:sz="0" w:space="0" w:color="auto"/>
        <w:bottom w:val="none" w:sz="0" w:space="0" w:color="auto"/>
        <w:right w:val="none" w:sz="0" w:space="0" w:color="auto"/>
      </w:divBdr>
    </w:div>
    <w:div w:id="103307516">
      <w:bodyDiv w:val="1"/>
      <w:marLeft w:val="0"/>
      <w:marRight w:val="0"/>
      <w:marTop w:val="0"/>
      <w:marBottom w:val="0"/>
      <w:divBdr>
        <w:top w:val="none" w:sz="0" w:space="0" w:color="auto"/>
        <w:left w:val="none" w:sz="0" w:space="0" w:color="auto"/>
        <w:bottom w:val="none" w:sz="0" w:space="0" w:color="auto"/>
        <w:right w:val="none" w:sz="0" w:space="0" w:color="auto"/>
      </w:divBdr>
    </w:div>
    <w:div w:id="104203020">
      <w:bodyDiv w:val="1"/>
      <w:marLeft w:val="0"/>
      <w:marRight w:val="0"/>
      <w:marTop w:val="0"/>
      <w:marBottom w:val="0"/>
      <w:divBdr>
        <w:top w:val="none" w:sz="0" w:space="0" w:color="auto"/>
        <w:left w:val="none" w:sz="0" w:space="0" w:color="auto"/>
        <w:bottom w:val="none" w:sz="0" w:space="0" w:color="auto"/>
        <w:right w:val="none" w:sz="0" w:space="0" w:color="auto"/>
      </w:divBdr>
    </w:div>
    <w:div w:id="105390056">
      <w:bodyDiv w:val="1"/>
      <w:marLeft w:val="0"/>
      <w:marRight w:val="0"/>
      <w:marTop w:val="0"/>
      <w:marBottom w:val="0"/>
      <w:divBdr>
        <w:top w:val="none" w:sz="0" w:space="0" w:color="auto"/>
        <w:left w:val="none" w:sz="0" w:space="0" w:color="auto"/>
        <w:bottom w:val="none" w:sz="0" w:space="0" w:color="auto"/>
        <w:right w:val="none" w:sz="0" w:space="0" w:color="auto"/>
      </w:divBdr>
    </w:div>
    <w:div w:id="106047151">
      <w:bodyDiv w:val="1"/>
      <w:marLeft w:val="0"/>
      <w:marRight w:val="0"/>
      <w:marTop w:val="0"/>
      <w:marBottom w:val="0"/>
      <w:divBdr>
        <w:top w:val="none" w:sz="0" w:space="0" w:color="auto"/>
        <w:left w:val="none" w:sz="0" w:space="0" w:color="auto"/>
        <w:bottom w:val="none" w:sz="0" w:space="0" w:color="auto"/>
        <w:right w:val="none" w:sz="0" w:space="0" w:color="auto"/>
      </w:divBdr>
    </w:div>
    <w:div w:id="107238162">
      <w:bodyDiv w:val="1"/>
      <w:marLeft w:val="0"/>
      <w:marRight w:val="0"/>
      <w:marTop w:val="0"/>
      <w:marBottom w:val="0"/>
      <w:divBdr>
        <w:top w:val="none" w:sz="0" w:space="0" w:color="auto"/>
        <w:left w:val="none" w:sz="0" w:space="0" w:color="auto"/>
        <w:bottom w:val="none" w:sz="0" w:space="0" w:color="auto"/>
        <w:right w:val="none" w:sz="0" w:space="0" w:color="auto"/>
      </w:divBdr>
    </w:div>
    <w:div w:id="108790712">
      <w:bodyDiv w:val="1"/>
      <w:marLeft w:val="0"/>
      <w:marRight w:val="0"/>
      <w:marTop w:val="0"/>
      <w:marBottom w:val="0"/>
      <w:divBdr>
        <w:top w:val="none" w:sz="0" w:space="0" w:color="auto"/>
        <w:left w:val="none" w:sz="0" w:space="0" w:color="auto"/>
        <w:bottom w:val="none" w:sz="0" w:space="0" w:color="auto"/>
        <w:right w:val="none" w:sz="0" w:space="0" w:color="auto"/>
      </w:divBdr>
    </w:div>
    <w:div w:id="108864596">
      <w:bodyDiv w:val="1"/>
      <w:marLeft w:val="0"/>
      <w:marRight w:val="0"/>
      <w:marTop w:val="0"/>
      <w:marBottom w:val="0"/>
      <w:divBdr>
        <w:top w:val="none" w:sz="0" w:space="0" w:color="auto"/>
        <w:left w:val="none" w:sz="0" w:space="0" w:color="auto"/>
        <w:bottom w:val="none" w:sz="0" w:space="0" w:color="auto"/>
        <w:right w:val="none" w:sz="0" w:space="0" w:color="auto"/>
      </w:divBdr>
    </w:div>
    <w:div w:id="109012553">
      <w:bodyDiv w:val="1"/>
      <w:marLeft w:val="0"/>
      <w:marRight w:val="0"/>
      <w:marTop w:val="0"/>
      <w:marBottom w:val="0"/>
      <w:divBdr>
        <w:top w:val="none" w:sz="0" w:space="0" w:color="auto"/>
        <w:left w:val="none" w:sz="0" w:space="0" w:color="auto"/>
        <w:bottom w:val="none" w:sz="0" w:space="0" w:color="auto"/>
        <w:right w:val="none" w:sz="0" w:space="0" w:color="auto"/>
      </w:divBdr>
    </w:div>
    <w:div w:id="113065528">
      <w:bodyDiv w:val="1"/>
      <w:marLeft w:val="0"/>
      <w:marRight w:val="0"/>
      <w:marTop w:val="0"/>
      <w:marBottom w:val="0"/>
      <w:divBdr>
        <w:top w:val="none" w:sz="0" w:space="0" w:color="auto"/>
        <w:left w:val="none" w:sz="0" w:space="0" w:color="auto"/>
        <w:bottom w:val="none" w:sz="0" w:space="0" w:color="auto"/>
        <w:right w:val="none" w:sz="0" w:space="0" w:color="auto"/>
      </w:divBdr>
    </w:div>
    <w:div w:id="113253475">
      <w:bodyDiv w:val="1"/>
      <w:marLeft w:val="0"/>
      <w:marRight w:val="0"/>
      <w:marTop w:val="0"/>
      <w:marBottom w:val="0"/>
      <w:divBdr>
        <w:top w:val="none" w:sz="0" w:space="0" w:color="auto"/>
        <w:left w:val="none" w:sz="0" w:space="0" w:color="auto"/>
        <w:bottom w:val="none" w:sz="0" w:space="0" w:color="auto"/>
        <w:right w:val="none" w:sz="0" w:space="0" w:color="auto"/>
      </w:divBdr>
    </w:div>
    <w:div w:id="115610827">
      <w:bodyDiv w:val="1"/>
      <w:marLeft w:val="0"/>
      <w:marRight w:val="0"/>
      <w:marTop w:val="0"/>
      <w:marBottom w:val="0"/>
      <w:divBdr>
        <w:top w:val="none" w:sz="0" w:space="0" w:color="auto"/>
        <w:left w:val="none" w:sz="0" w:space="0" w:color="auto"/>
        <w:bottom w:val="none" w:sz="0" w:space="0" w:color="auto"/>
        <w:right w:val="none" w:sz="0" w:space="0" w:color="auto"/>
      </w:divBdr>
    </w:div>
    <w:div w:id="116459628">
      <w:bodyDiv w:val="1"/>
      <w:marLeft w:val="0"/>
      <w:marRight w:val="0"/>
      <w:marTop w:val="0"/>
      <w:marBottom w:val="0"/>
      <w:divBdr>
        <w:top w:val="none" w:sz="0" w:space="0" w:color="auto"/>
        <w:left w:val="none" w:sz="0" w:space="0" w:color="auto"/>
        <w:bottom w:val="none" w:sz="0" w:space="0" w:color="auto"/>
        <w:right w:val="none" w:sz="0" w:space="0" w:color="auto"/>
      </w:divBdr>
    </w:div>
    <w:div w:id="117139543">
      <w:bodyDiv w:val="1"/>
      <w:marLeft w:val="0"/>
      <w:marRight w:val="0"/>
      <w:marTop w:val="0"/>
      <w:marBottom w:val="0"/>
      <w:divBdr>
        <w:top w:val="none" w:sz="0" w:space="0" w:color="auto"/>
        <w:left w:val="none" w:sz="0" w:space="0" w:color="auto"/>
        <w:bottom w:val="none" w:sz="0" w:space="0" w:color="auto"/>
        <w:right w:val="none" w:sz="0" w:space="0" w:color="auto"/>
      </w:divBdr>
    </w:div>
    <w:div w:id="118455256">
      <w:bodyDiv w:val="1"/>
      <w:marLeft w:val="0"/>
      <w:marRight w:val="0"/>
      <w:marTop w:val="0"/>
      <w:marBottom w:val="0"/>
      <w:divBdr>
        <w:top w:val="none" w:sz="0" w:space="0" w:color="auto"/>
        <w:left w:val="none" w:sz="0" w:space="0" w:color="auto"/>
        <w:bottom w:val="none" w:sz="0" w:space="0" w:color="auto"/>
        <w:right w:val="none" w:sz="0" w:space="0" w:color="auto"/>
      </w:divBdr>
    </w:div>
    <w:div w:id="119543000">
      <w:bodyDiv w:val="1"/>
      <w:marLeft w:val="0"/>
      <w:marRight w:val="0"/>
      <w:marTop w:val="0"/>
      <w:marBottom w:val="0"/>
      <w:divBdr>
        <w:top w:val="none" w:sz="0" w:space="0" w:color="auto"/>
        <w:left w:val="none" w:sz="0" w:space="0" w:color="auto"/>
        <w:bottom w:val="none" w:sz="0" w:space="0" w:color="auto"/>
        <w:right w:val="none" w:sz="0" w:space="0" w:color="auto"/>
      </w:divBdr>
    </w:div>
    <w:div w:id="119543923">
      <w:bodyDiv w:val="1"/>
      <w:marLeft w:val="0"/>
      <w:marRight w:val="0"/>
      <w:marTop w:val="0"/>
      <w:marBottom w:val="0"/>
      <w:divBdr>
        <w:top w:val="none" w:sz="0" w:space="0" w:color="auto"/>
        <w:left w:val="none" w:sz="0" w:space="0" w:color="auto"/>
        <w:bottom w:val="none" w:sz="0" w:space="0" w:color="auto"/>
        <w:right w:val="none" w:sz="0" w:space="0" w:color="auto"/>
      </w:divBdr>
    </w:div>
    <w:div w:id="125397466">
      <w:bodyDiv w:val="1"/>
      <w:marLeft w:val="0"/>
      <w:marRight w:val="0"/>
      <w:marTop w:val="0"/>
      <w:marBottom w:val="0"/>
      <w:divBdr>
        <w:top w:val="none" w:sz="0" w:space="0" w:color="auto"/>
        <w:left w:val="none" w:sz="0" w:space="0" w:color="auto"/>
        <w:bottom w:val="none" w:sz="0" w:space="0" w:color="auto"/>
        <w:right w:val="none" w:sz="0" w:space="0" w:color="auto"/>
      </w:divBdr>
    </w:div>
    <w:div w:id="127014971">
      <w:bodyDiv w:val="1"/>
      <w:marLeft w:val="0"/>
      <w:marRight w:val="0"/>
      <w:marTop w:val="0"/>
      <w:marBottom w:val="0"/>
      <w:divBdr>
        <w:top w:val="none" w:sz="0" w:space="0" w:color="auto"/>
        <w:left w:val="none" w:sz="0" w:space="0" w:color="auto"/>
        <w:bottom w:val="none" w:sz="0" w:space="0" w:color="auto"/>
        <w:right w:val="none" w:sz="0" w:space="0" w:color="auto"/>
      </w:divBdr>
    </w:div>
    <w:div w:id="127403350">
      <w:bodyDiv w:val="1"/>
      <w:marLeft w:val="0"/>
      <w:marRight w:val="0"/>
      <w:marTop w:val="0"/>
      <w:marBottom w:val="0"/>
      <w:divBdr>
        <w:top w:val="none" w:sz="0" w:space="0" w:color="auto"/>
        <w:left w:val="none" w:sz="0" w:space="0" w:color="auto"/>
        <w:bottom w:val="none" w:sz="0" w:space="0" w:color="auto"/>
        <w:right w:val="none" w:sz="0" w:space="0" w:color="auto"/>
      </w:divBdr>
    </w:div>
    <w:div w:id="128212269">
      <w:bodyDiv w:val="1"/>
      <w:marLeft w:val="0"/>
      <w:marRight w:val="0"/>
      <w:marTop w:val="0"/>
      <w:marBottom w:val="0"/>
      <w:divBdr>
        <w:top w:val="none" w:sz="0" w:space="0" w:color="auto"/>
        <w:left w:val="none" w:sz="0" w:space="0" w:color="auto"/>
        <w:bottom w:val="none" w:sz="0" w:space="0" w:color="auto"/>
        <w:right w:val="none" w:sz="0" w:space="0" w:color="auto"/>
      </w:divBdr>
    </w:div>
    <w:div w:id="128673660">
      <w:bodyDiv w:val="1"/>
      <w:marLeft w:val="0"/>
      <w:marRight w:val="0"/>
      <w:marTop w:val="0"/>
      <w:marBottom w:val="0"/>
      <w:divBdr>
        <w:top w:val="none" w:sz="0" w:space="0" w:color="auto"/>
        <w:left w:val="none" w:sz="0" w:space="0" w:color="auto"/>
        <w:bottom w:val="none" w:sz="0" w:space="0" w:color="auto"/>
        <w:right w:val="none" w:sz="0" w:space="0" w:color="auto"/>
      </w:divBdr>
    </w:div>
    <w:div w:id="129789005">
      <w:bodyDiv w:val="1"/>
      <w:marLeft w:val="0"/>
      <w:marRight w:val="0"/>
      <w:marTop w:val="0"/>
      <w:marBottom w:val="0"/>
      <w:divBdr>
        <w:top w:val="none" w:sz="0" w:space="0" w:color="auto"/>
        <w:left w:val="none" w:sz="0" w:space="0" w:color="auto"/>
        <w:bottom w:val="none" w:sz="0" w:space="0" w:color="auto"/>
        <w:right w:val="none" w:sz="0" w:space="0" w:color="auto"/>
      </w:divBdr>
    </w:div>
    <w:div w:id="130831718">
      <w:bodyDiv w:val="1"/>
      <w:marLeft w:val="0"/>
      <w:marRight w:val="0"/>
      <w:marTop w:val="0"/>
      <w:marBottom w:val="0"/>
      <w:divBdr>
        <w:top w:val="none" w:sz="0" w:space="0" w:color="auto"/>
        <w:left w:val="none" w:sz="0" w:space="0" w:color="auto"/>
        <w:bottom w:val="none" w:sz="0" w:space="0" w:color="auto"/>
        <w:right w:val="none" w:sz="0" w:space="0" w:color="auto"/>
      </w:divBdr>
    </w:div>
    <w:div w:id="139002420">
      <w:bodyDiv w:val="1"/>
      <w:marLeft w:val="0"/>
      <w:marRight w:val="0"/>
      <w:marTop w:val="0"/>
      <w:marBottom w:val="0"/>
      <w:divBdr>
        <w:top w:val="none" w:sz="0" w:space="0" w:color="auto"/>
        <w:left w:val="none" w:sz="0" w:space="0" w:color="auto"/>
        <w:bottom w:val="none" w:sz="0" w:space="0" w:color="auto"/>
        <w:right w:val="none" w:sz="0" w:space="0" w:color="auto"/>
      </w:divBdr>
    </w:div>
    <w:div w:id="140854582">
      <w:bodyDiv w:val="1"/>
      <w:marLeft w:val="0"/>
      <w:marRight w:val="0"/>
      <w:marTop w:val="0"/>
      <w:marBottom w:val="0"/>
      <w:divBdr>
        <w:top w:val="none" w:sz="0" w:space="0" w:color="auto"/>
        <w:left w:val="none" w:sz="0" w:space="0" w:color="auto"/>
        <w:bottom w:val="none" w:sz="0" w:space="0" w:color="auto"/>
        <w:right w:val="none" w:sz="0" w:space="0" w:color="auto"/>
      </w:divBdr>
    </w:div>
    <w:div w:id="141773161">
      <w:bodyDiv w:val="1"/>
      <w:marLeft w:val="0"/>
      <w:marRight w:val="0"/>
      <w:marTop w:val="0"/>
      <w:marBottom w:val="0"/>
      <w:divBdr>
        <w:top w:val="none" w:sz="0" w:space="0" w:color="auto"/>
        <w:left w:val="none" w:sz="0" w:space="0" w:color="auto"/>
        <w:bottom w:val="none" w:sz="0" w:space="0" w:color="auto"/>
        <w:right w:val="none" w:sz="0" w:space="0" w:color="auto"/>
      </w:divBdr>
    </w:div>
    <w:div w:id="142044818">
      <w:bodyDiv w:val="1"/>
      <w:marLeft w:val="0"/>
      <w:marRight w:val="0"/>
      <w:marTop w:val="0"/>
      <w:marBottom w:val="0"/>
      <w:divBdr>
        <w:top w:val="none" w:sz="0" w:space="0" w:color="auto"/>
        <w:left w:val="none" w:sz="0" w:space="0" w:color="auto"/>
        <w:bottom w:val="none" w:sz="0" w:space="0" w:color="auto"/>
        <w:right w:val="none" w:sz="0" w:space="0" w:color="auto"/>
      </w:divBdr>
    </w:div>
    <w:div w:id="142508021">
      <w:bodyDiv w:val="1"/>
      <w:marLeft w:val="0"/>
      <w:marRight w:val="0"/>
      <w:marTop w:val="0"/>
      <w:marBottom w:val="0"/>
      <w:divBdr>
        <w:top w:val="none" w:sz="0" w:space="0" w:color="auto"/>
        <w:left w:val="none" w:sz="0" w:space="0" w:color="auto"/>
        <w:bottom w:val="none" w:sz="0" w:space="0" w:color="auto"/>
        <w:right w:val="none" w:sz="0" w:space="0" w:color="auto"/>
      </w:divBdr>
    </w:div>
    <w:div w:id="143397266">
      <w:bodyDiv w:val="1"/>
      <w:marLeft w:val="0"/>
      <w:marRight w:val="0"/>
      <w:marTop w:val="0"/>
      <w:marBottom w:val="0"/>
      <w:divBdr>
        <w:top w:val="none" w:sz="0" w:space="0" w:color="auto"/>
        <w:left w:val="none" w:sz="0" w:space="0" w:color="auto"/>
        <w:bottom w:val="none" w:sz="0" w:space="0" w:color="auto"/>
        <w:right w:val="none" w:sz="0" w:space="0" w:color="auto"/>
      </w:divBdr>
    </w:div>
    <w:div w:id="143859847">
      <w:bodyDiv w:val="1"/>
      <w:marLeft w:val="0"/>
      <w:marRight w:val="0"/>
      <w:marTop w:val="0"/>
      <w:marBottom w:val="0"/>
      <w:divBdr>
        <w:top w:val="none" w:sz="0" w:space="0" w:color="auto"/>
        <w:left w:val="none" w:sz="0" w:space="0" w:color="auto"/>
        <w:bottom w:val="none" w:sz="0" w:space="0" w:color="auto"/>
        <w:right w:val="none" w:sz="0" w:space="0" w:color="auto"/>
      </w:divBdr>
    </w:div>
    <w:div w:id="144669647">
      <w:bodyDiv w:val="1"/>
      <w:marLeft w:val="0"/>
      <w:marRight w:val="0"/>
      <w:marTop w:val="0"/>
      <w:marBottom w:val="0"/>
      <w:divBdr>
        <w:top w:val="none" w:sz="0" w:space="0" w:color="auto"/>
        <w:left w:val="none" w:sz="0" w:space="0" w:color="auto"/>
        <w:bottom w:val="none" w:sz="0" w:space="0" w:color="auto"/>
        <w:right w:val="none" w:sz="0" w:space="0" w:color="auto"/>
      </w:divBdr>
    </w:div>
    <w:div w:id="145241512">
      <w:bodyDiv w:val="1"/>
      <w:marLeft w:val="0"/>
      <w:marRight w:val="0"/>
      <w:marTop w:val="0"/>
      <w:marBottom w:val="0"/>
      <w:divBdr>
        <w:top w:val="none" w:sz="0" w:space="0" w:color="auto"/>
        <w:left w:val="none" w:sz="0" w:space="0" w:color="auto"/>
        <w:bottom w:val="none" w:sz="0" w:space="0" w:color="auto"/>
        <w:right w:val="none" w:sz="0" w:space="0" w:color="auto"/>
      </w:divBdr>
    </w:div>
    <w:div w:id="145708116">
      <w:bodyDiv w:val="1"/>
      <w:marLeft w:val="0"/>
      <w:marRight w:val="0"/>
      <w:marTop w:val="0"/>
      <w:marBottom w:val="0"/>
      <w:divBdr>
        <w:top w:val="none" w:sz="0" w:space="0" w:color="auto"/>
        <w:left w:val="none" w:sz="0" w:space="0" w:color="auto"/>
        <w:bottom w:val="none" w:sz="0" w:space="0" w:color="auto"/>
        <w:right w:val="none" w:sz="0" w:space="0" w:color="auto"/>
      </w:divBdr>
    </w:div>
    <w:div w:id="146172420">
      <w:bodyDiv w:val="1"/>
      <w:marLeft w:val="0"/>
      <w:marRight w:val="0"/>
      <w:marTop w:val="0"/>
      <w:marBottom w:val="0"/>
      <w:divBdr>
        <w:top w:val="none" w:sz="0" w:space="0" w:color="auto"/>
        <w:left w:val="none" w:sz="0" w:space="0" w:color="auto"/>
        <w:bottom w:val="none" w:sz="0" w:space="0" w:color="auto"/>
        <w:right w:val="none" w:sz="0" w:space="0" w:color="auto"/>
      </w:divBdr>
    </w:div>
    <w:div w:id="146243398">
      <w:bodyDiv w:val="1"/>
      <w:marLeft w:val="0"/>
      <w:marRight w:val="0"/>
      <w:marTop w:val="0"/>
      <w:marBottom w:val="0"/>
      <w:divBdr>
        <w:top w:val="none" w:sz="0" w:space="0" w:color="auto"/>
        <w:left w:val="none" w:sz="0" w:space="0" w:color="auto"/>
        <w:bottom w:val="none" w:sz="0" w:space="0" w:color="auto"/>
        <w:right w:val="none" w:sz="0" w:space="0" w:color="auto"/>
      </w:divBdr>
    </w:div>
    <w:div w:id="147596995">
      <w:bodyDiv w:val="1"/>
      <w:marLeft w:val="0"/>
      <w:marRight w:val="0"/>
      <w:marTop w:val="0"/>
      <w:marBottom w:val="0"/>
      <w:divBdr>
        <w:top w:val="none" w:sz="0" w:space="0" w:color="auto"/>
        <w:left w:val="none" w:sz="0" w:space="0" w:color="auto"/>
        <w:bottom w:val="none" w:sz="0" w:space="0" w:color="auto"/>
        <w:right w:val="none" w:sz="0" w:space="0" w:color="auto"/>
      </w:divBdr>
    </w:div>
    <w:div w:id="147676460">
      <w:bodyDiv w:val="1"/>
      <w:marLeft w:val="0"/>
      <w:marRight w:val="0"/>
      <w:marTop w:val="0"/>
      <w:marBottom w:val="0"/>
      <w:divBdr>
        <w:top w:val="none" w:sz="0" w:space="0" w:color="auto"/>
        <w:left w:val="none" w:sz="0" w:space="0" w:color="auto"/>
        <w:bottom w:val="none" w:sz="0" w:space="0" w:color="auto"/>
        <w:right w:val="none" w:sz="0" w:space="0" w:color="auto"/>
      </w:divBdr>
    </w:div>
    <w:div w:id="148249209">
      <w:bodyDiv w:val="1"/>
      <w:marLeft w:val="0"/>
      <w:marRight w:val="0"/>
      <w:marTop w:val="0"/>
      <w:marBottom w:val="0"/>
      <w:divBdr>
        <w:top w:val="none" w:sz="0" w:space="0" w:color="auto"/>
        <w:left w:val="none" w:sz="0" w:space="0" w:color="auto"/>
        <w:bottom w:val="none" w:sz="0" w:space="0" w:color="auto"/>
        <w:right w:val="none" w:sz="0" w:space="0" w:color="auto"/>
      </w:divBdr>
    </w:div>
    <w:div w:id="148251287">
      <w:bodyDiv w:val="1"/>
      <w:marLeft w:val="0"/>
      <w:marRight w:val="0"/>
      <w:marTop w:val="0"/>
      <w:marBottom w:val="0"/>
      <w:divBdr>
        <w:top w:val="none" w:sz="0" w:space="0" w:color="auto"/>
        <w:left w:val="none" w:sz="0" w:space="0" w:color="auto"/>
        <w:bottom w:val="none" w:sz="0" w:space="0" w:color="auto"/>
        <w:right w:val="none" w:sz="0" w:space="0" w:color="auto"/>
      </w:divBdr>
    </w:div>
    <w:div w:id="153224639">
      <w:bodyDiv w:val="1"/>
      <w:marLeft w:val="0"/>
      <w:marRight w:val="0"/>
      <w:marTop w:val="0"/>
      <w:marBottom w:val="0"/>
      <w:divBdr>
        <w:top w:val="none" w:sz="0" w:space="0" w:color="auto"/>
        <w:left w:val="none" w:sz="0" w:space="0" w:color="auto"/>
        <w:bottom w:val="none" w:sz="0" w:space="0" w:color="auto"/>
        <w:right w:val="none" w:sz="0" w:space="0" w:color="auto"/>
      </w:divBdr>
    </w:div>
    <w:div w:id="153491877">
      <w:bodyDiv w:val="1"/>
      <w:marLeft w:val="0"/>
      <w:marRight w:val="0"/>
      <w:marTop w:val="0"/>
      <w:marBottom w:val="0"/>
      <w:divBdr>
        <w:top w:val="none" w:sz="0" w:space="0" w:color="auto"/>
        <w:left w:val="none" w:sz="0" w:space="0" w:color="auto"/>
        <w:bottom w:val="none" w:sz="0" w:space="0" w:color="auto"/>
        <w:right w:val="none" w:sz="0" w:space="0" w:color="auto"/>
      </w:divBdr>
    </w:div>
    <w:div w:id="155152960">
      <w:bodyDiv w:val="1"/>
      <w:marLeft w:val="0"/>
      <w:marRight w:val="0"/>
      <w:marTop w:val="0"/>
      <w:marBottom w:val="0"/>
      <w:divBdr>
        <w:top w:val="none" w:sz="0" w:space="0" w:color="auto"/>
        <w:left w:val="none" w:sz="0" w:space="0" w:color="auto"/>
        <w:bottom w:val="none" w:sz="0" w:space="0" w:color="auto"/>
        <w:right w:val="none" w:sz="0" w:space="0" w:color="auto"/>
      </w:divBdr>
    </w:div>
    <w:div w:id="158622733">
      <w:bodyDiv w:val="1"/>
      <w:marLeft w:val="0"/>
      <w:marRight w:val="0"/>
      <w:marTop w:val="0"/>
      <w:marBottom w:val="0"/>
      <w:divBdr>
        <w:top w:val="none" w:sz="0" w:space="0" w:color="auto"/>
        <w:left w:val="none" w:sz="0" w:space="0" w:color="auto"/>
        <w:bottom w:val="none" w:sz="0" w:space="0" w:color="auto"/>
        <w:right w:val="none" w:sz="0" w:space="0" w:color="auto"/>
      </w:divBdr>
    </w:div>
    <w:div w:id="159123389">
      <w:bodyDiv w:val="1"/>
      <w:marLeft w:val="0"/>
      <w:marRight w:val="0"/>
      <w:marTop w:val="0"/>
      <w:marBottom w:val="0"/>
      <w:divBdr>
        <w:top w:val="none" w:sz="0" w:space="0" w:color="auto"/>
        <w:left w:val="none" w:sz="0" w:space="0" w:color="auto"/>
        <w:bottom w:val="none" w:sz="0" w:space="0" w:color="auto"/>
        <w:right w:val="none" w:sz="0" w:space="0" w:color="auto"/>
      </w:divBdr>
    </w:div>
    <w:div w:id="159393430">
      <w:bodyDiv w:val="1"/>
      <w:marLeft w:val="0"/>
      <w:marRight w:val="0"/>
      <w:marTop w:val="0"/>
      <w:marBottom w:val="0"/>
      <w:divBdr>
        <w:top w:val="none" w:sz="0" w:space="0" w:color="auto"/>
        <w:left w:val="none" w:sz="0" w:space="0" w:color="auto"/>
        <w:bottom w:val="none" w:sz="0" w:space="0" w:color="auto"/>
        <w:right w:val="none" w:sz="0" w:space="0" w:color="auto"/>
      </w:divBdr>
    </w:div>
    <w:div w:id="160895677">
      <w:bodyDiv w:val="1"/>
      <w:marLeft w:val="0"/>
      <w:marRight w:val="0"/>
      <w:marTop w:val="0"/>
      <w:marBottom w:val="0"/>
      <w:divBdr>
        <w:top w:val="none" w:sz="0" w:space="0" w:color="auto"/>
        <w:left w:val="none" w:sz="0" w:space="0" w:color="auto"/>
        <w:bottom w:val="none" w:sz="0" w:space="0" w:color="auto"/>
        <w:right w:val="none" w:sz="0" w:space="0" w:color="auto"/>
      </w:divBdr>
    </w:div>
    <w:div w:id="162860489">
      <w:bodyDiv w:val="1"/>
      <w:marLeft w:val="0"/>
      <w:marRight w:val="0"/>
      <w:marTop w:val="0"/>
      <w:marBottom w:val="0"/>
      <w:divBdr>
        <w:top w:val="none" w:sz="0" w:space="0" w:color="auto"/>
        <w:left w:val="none" w:sz="0" w:space="0" w:color="auto"/>
        <w:bottom w:val="none" w:sz="0" w:space="0" w:color="auto"/>
        <w:right w:val="none" w:sz="0" w:space="0" w:color="auto"/>
      </w:divBdr>
    </w:div>
    <w:div w:id="162863070">
      <w:bodyDiv w:val="1"/>
      <w:marLeft w:val="0"/>
      <w:marRight w:val="0"/>
      <w:marTop w:val="0"/>
      <w:marBottom w:val="0"/>
      <w:divBdr>
        <w:top w:val="none" w:sz="0" w:space="0" w:color="auto"/>
        <w:left w:val="none" w:sz="0" w:space="0" w:color="auto"/>
        <w:bottom w:val="none" w:sz="0" w:space="0" w:color="auto"/>
        <w:right w:val="none" w:sz="0" w:space="0" w:color="auto"/>
      </w:divBdr>
    </w:div>
    <w:div w:id="163590600">
      <w:bodyDiv w:val="1"/>
      <w:marLeft w:val="0"/>
      <w:marRight w:val="0"/>
      <w:marTop w:val="0"/>
      <w:marBottom w:val="0"/>
      <w:divBdr>
        <w:top w:val="none" w:sz="0" w:space="0" w:color="auto"/>
        <w:left w:val="none" w:sz="0" w:space="0" w:color="auto"/>
        <w:bottom w:val="none" w:sz="0" w:space="0" w:color="auto"/>
        <w:right w:val="none" w:sz="0" w:space="0" w:color="auto"/>
      </w:divBdr>
    </w:div>
    <w:div w:id="163710368">
      <w:bodyDiv w:val="1"/>
      <w:marLeft w:val="0"/>
      <w:marRight w:val="0"/>
      <w:marTop w:val="0"/>
      <w:marBottom w:val="0"/>
      <w:divBdr>
        <w:top w:val="none" w:sz="0" w:space="0" w:color="auto"/>
        <w:left w:val="none" w:sz="0" w:space="0" w:color="auto"/>
        <w:bottom w:val="none" w:sz="0" w:space="0" w:color="auto"/>
        <w:right w:val="none" w:sz="0" w:space="0" w:color="auto"/>
      </w:divBdr>
    </w:div>
    <w:div w:id="164636912">
      <w:bodyDiv w:val="1"/>
      <w:marLeft w:val="0"/>
      <w:marRight w:val="0"/>
      <w:marTop w:val="0"/>
      <w:marBottom w:val="0"/>
      <w:divBdr>
        <w:top w:val="none" w:sz="0" w:space="0" w:color="auto"/>
        <w:left w:val="none" w:sz="0" w:space="0" w:color="auto"/>
        <w:bottom w:val="none" w:sz="0" w:space="0" w:color="auto"/>
        <w:right w:val="none" w:sz="0" w:space="0" w:color="auto"/>
      </w:divBdr>
    </w:div>
    <w:div w:id="164710910">
      <w:bodyDiv w:val="1"/>
      <w:marLeft w:val="0"/>
      <w:marRight w:val="0"/>
      <w:marTop w:val="0"/>
      <w:marBottom w:val="0"/>
      <w:divBdr>
        <w:top w:val="none" w:sz="0" w:space="0" w:color="auto"/>
        <w:left w:val="none" w:sz="0" w:space="0" w:color="auto"/>
        <w:bottom w:val="none" w:sz="0" w:space="0" w:color="auto"/>
        <w:right w:val="none" w:sz="0" w:space="0" w:color="auto"/>
      </w:divBdr>
    </w:div>
    <w:div w:id="166215892">
      <w:bodyDiv w:val="1"/>
      <w:marLeft w:val="0"/>
      <w:marRight w:val="0"/>
      <w:marTop w:val="0"/>
      <w:marBottom w:val="0"/>
      <w:divBdr>
        <w:top w:val="none" w:sz="0" w:space="0" w:color="auto"/>
        <w:left w:val="none" w:sz="0" w:space="0" w:color="auto"/>
        <w:bottom w:val="none" w:sz="0" w:space="0" w:color="auto"/>
        <w:right w:val="none" w:sz="0" w:space="0" w:color="auto"/>
      </w:divBdr>
    </w:div>
    <w:div w:id="167982263">
      <w:bodyDiv w:val="1"/>
      <w:marLeft w:val="0"/>
      <w:marRight w:val="0"/>
      <w:marTop w:val="0"/>
      <w:marBottom w:val="0"/>
      <w:divBdr>
        <w:top w:val="none" w:sz="0" w:space="0" w:color="auto"/>
        <w:left w:val="none" w:sz="0" w:space="0" w:color="auto"/>
        <w:bottom w:val="none" w:sz="0" w:space="0" w:color="auto"/>
        <w:right w:val="none" w:sz="0" w:space="0" w:color="auto"/>
      </w:divBdr>
    </w:div>
    <w:div w:id="168059867">
      <w:bodyDiv w:val="1"/>
      <w:marLeft w:val="0"/>
      <w:marRight w:val="0"/>
      <w:marTop w:val="0"/>
      <w:marBottom w:val="0"/>
      <w:divBdr>
        <w:top w:val="none" w:sz="0" w:space="0" w:color="auto"/>
        <w:left w:val="none" w:sz="0" w:space="0" w:color="auto"/>
        <w:bottom w:val="none" w:sz="0" w:space="0" w:color="auto"/>
        <w:right w:val="none" w:sz="0" w:space="0" w:color="auto"/>
      </w:divBdr>
    </w:div>
    <w:div w:id="168755348">
      <w:bodyDiv w:val="1"/>
      <w:marLeft w:val="0"/>
      <w:marRight w:val="0"/>
      <w:marTop w:val="0"/>
      <w:marBottom w:val="0"/>
      <w:divBdr>
        <w:top w:val="none" w:sz="0" w:space="0" w:color="auto"/>
        <w:left w:val="none" w:sz="0" w:space="0" w:color="auto"/>
        <w:bottom w:val="none" w:sz="0" w:space="0" w:color="auto"/>
        <w:right w:val="none" w:sz="0" w:space="0" w:color="auto"/>
      </w:divBdr>
    </w:div>
    <w:div w:id="170686158">
      <w:bodyDiv w:val="1"/>
      <w:marLeft w:val="0"/>
      <w:marRight w:val="0"/>
      <w:marTop w:val="0"/>
      <w:marBottom w:val="0"/>
      <w:divBdr>
        <w:top w:val="none" w:sz="0" w:space="0" w:color="auto"/>
        <w:left w:val="none" w:sz="0" w:space="0" w:color="auto"/>
        <w:bottom w:val="none" w:sz="0" w:space="0" w:color="auto"/>
        <w:right w:val="none" w:sz="0" w:space="0" w:color="auto"/>
      </w:divBdr>
    </w:div>
    <w:div w:id="170721516">
      <w:bodyDiv w:val="1"/>
      <w:marLeft w:val="0"/>
      <w:marRight w:val="0"/>
      <w:marTop w:val="0"/>
      <w:marBottom w:val="0"/>
      <w:divBdr>
        <w:top w:val="none" w:sz="0" w:space="0" w:color="auto"/>
        <w:left w:val="none" w:sz="0" w:space="0" w:color="auto"/>
        <w:bottom w:val="none" w:sz="0" w:space="0" w:color="auto"/>
        <w:right w:val="none" w:sz="0" w:space="0" w:color="auto"/>
      </w:divBdr>
    </w:div>
    <w:div w:id="171845077">
      <w:bodyDiv w:val="1"/>
      <w:marLeft w:val="0"/>
      <w:marRight w:val="0"/>
      <w:marTop w:val="0"/>
      <w:marBottom w:val="0"/>
      <w:divBdr>
        <w:top w:val="none" w:sz="0" w:space="0" w:color="auto"/>
        <w:left w:val="none" w:sz="0" w:space="0" w:color="auto"/>
        <w:bottom w:val="none" w:sz="0" w:space="0" w:color="auto"/>
        <w:right w:val="none" w:sz="0" w:space="0" w:color="auto"/>
      </w:divBdr>
    </w:div>
    <w:div w:id="173736108">
      <w:bodyDiv w:val="1"/>
      <w:marLeft w:val="0"/>
      <w:marRight w:val="0"/>
      <w:marTop w:val="0"/>
      <w:marBottom w:val="0"/>
      <w:divBdr>
        <w:top w:val="none" w:sz="0" w:space="0" w:color="auto"/>
        <w:left w:val="none" w:sz="0" w:space="0" w:color="auto"/>
        <w:bottom w:val="none" w:sz="0" w:space="0" w:color="auto"/>
        <w:right w:val="none" w:sz="0" w:space="0" w:color="auto"/>
      </w:divBdr>
    </w:div>
    <w:div w:id="175313327">
      <w:bodyDiv w:val="1"/>
      <w:marLeft w:val="0"/>
      <w:marRight w:val="0"/>
      <w:marTop w:val="0"/>
      <w:marBottom w:val="0"/>
      <w:divBdr>
        <w:top w:val="none" w:sz="0" w:space="0" w:color="auto"/>
        <w:left w:val="none" w:sz="0" w:space="0" w:color="auto"/>
        <w:bottom w:val="none" w:sz="0" w:space="0" w:color="auto"/>
        <w:right w:val="none" w:sz="0" w:space="0" w:color="auto"/>
      </w:divBdr>
    </w:div>
    <w:div w:id="175702736">
      <w:bodyDiv w:val="1"/>
      <w:marLeft w:val="0"/>
      <w:marRight w:val="0"/>
      <w:marTop w:val="0"/>
      <w:marBottom w:val="0"/>
      <w:divBdr>
        <w:top w:val="none" w:sz="0" w:space="0" w:color="auto"/>
        <w:left w:val="none" w:sz="0" w:space="0" w:color="auto"/>
        <w:bottom w:val="none" w:sz="0" w:space="0" w:color="auto"/>
        <w:right w:val="none" w:sz="0" w:space="0" w:color="auto"/>
      </w:divBdr>
    </w:div>
    <w:div w:id="176189175">
      <w:bodyDiv w:val="1"/>
      <w:marLeft w:val="0"/>
      <w:marRight w:val="0"/>
      <w:marTop w:val="0"/>
      <w:marBottom w:val="0"/>
      <w:divBdr>
        <w:top w:val="none" w:sz="0" w:space="0" w:color="auto"/>
        <w:left w:val="none" w:sz="0" w:space="0" w:color="auto"/>
        <w:bottom w:val="none" w:sz="0" w:space="0" w:color="auto"/>
        <w:right w:val="none" w:sz="0" w:space="0" w:color="auto"/>
      </w:divBdr>
    </w:div>
    <w:div w:id="176700036">
      <w:bodyDiv w:val="1"/>
      <w:marLeft w:val="0"/>
      <w:marRight w:val="0"/>
      <w:marTop w:val="0"/>
      <w:marBottom w:val="0"/>
      <w:divBdr>
        <w:top w:val="none" w:sz="0" w:space="0" w:color="auto"/>
        <w:left w:val="none" w:sz="0" w:space="0" w:color="auto"/>
        <w:bottom w:val="none" w:sz="0" w:space="0" w:color="auto"/>
        <w:right w:val="none" w:sz="0" w:space="0" w:color="auto"/>
      </w:divBdr>
    </w:div>
    <w:div w:id="177042965">
      <w:bodyDiv w:val="1"/>
      <w:marLeft w:val="0"/>
      <w:marRight w:val="0"/>
      <w:marTop w:val="0"/>
      <w:marBottom w:val="0"/>
      <w:divBdr>
        <w:top w:val="none" w:sz="0" w:space="0" w:color="auto"/>
        <w:left w:val="none" w:sz="0" w:space="0" w:color="auto"/>
        <w:bottom w:val="none" w:sz="0" w:space="0" w:color="auto"/>
        <w:right w:val="none" w:sz="0" w:space="0" w:color="auto"/>
      </w:divBdr>
    </w:div>
    <w:div w:id="177089918">
      <w:bodyDiv w:val="1"/>
      <w:marLeft w:val="0"/>
      <w:marRight w:val="0"/>
      <w:marTop w:val="0"/>
      <w:marBottom w:val="0"/>
      <w:divBdr>
        <w:top w:val="none" w:sz="0" w:space="0" w:color="auto"/>
        <w:left w:val="none" w:sz="0" w:space="0" w:color="auto"/>
        <w:bottom w:val="none" w:sz="0" w:space="0" w:color="auto"/>
        <w:right w:val="none" w:sz="0" w:space="0" w:color="auto"/>
      </w:divBdr>
    </w:div>
    <w:div w:id="179859655">
      <w:bodyDiv w:val="1"/>
      <w:marLeft w:val="0"/>
      <w:marRight w:val="0"/>
      <w:marTop w:val="0"/>
      <w:marBottom w:val="0"/>
      <w:divBdr>
        <w:top w:val="none" w:sz="0" w:space="0" w:color="auto"/>
        <w:left w:val="none" w:sz="0" w:space="0" w:color="auto"/>
        <w:bottom w:val="none" w:sz="0" w:space="0" w:color="auto"/>
        <w:right w:val="none" w:sz="0" w:space="0" w:color="auto"/>
      </w:divBdr>
    </w:div>
    <w:div w:id="180441232">
      <w:bodyDiv w:val="1"/>
      <w:marLeft w:val="0"/>
      <w:marRight w:val="0"/>
      <w:marTop w:val="0"/>
      <w:marBottom w:val="0"/>
      <w:divBdr>
        <w:top w:val="none" w:sz="0" w:space="0" w:color="auto"/>
        <w:left w:val="none" w:sz="0" w:space="0" w:color="auto"/>
        <w:bottom w:val="none" w:sz="0" w:space="0" w:color="auto"/>
        <w:right w:val="none" w:sz="0" w:space="0" w:color="auto"/>
      </w:divBdr>
    </w:div>
    <w:div w:id="181482776">
      <w:bodyDiv w:val="1"/>
      <w:marLeft w:val="0"/>
      <w:marRight w:val="0"/>
      <w:marTop w:val="0"/>
      <w:marBottom w:val="0"/>
      <w:divBdr>
        <w:top w:val="none" w:sz="0" w:space="0" w:color="auto"/>
        <w:left w:val="none" w:sz="0" w:space="0" w:color="auto"/>
        <w:bottom w:val="none" w:sz="0" w:space="0" w:color="auto"/>
        <w:right w:val="none" w:sz="0" w:space="0" w:color="auto"/>
      </w:divBdr>
    </w:div>
    <w:div w:id="182204566">
      <w:bodyDiv w:val="1"/>
      <w:marLeft w:val="0"/>
      <w:marRight w:val="0"/>
      <w:marTop w:val="0"/>
      <w:marBottom w:val="0"/>
      <w:divBdr>
        <w:top w:val="none" w:sz="0" w:space="0" w:color="auto"/>
        <w:left w:val="none" w:sz="0" w:space="0" w:color="auto"/>
        <w:bottom w:val="none" w:sz="0" w:space="0" w:color="auto"/>
        <w:right w:val="none" w:sz="0" w:space="0" w:color="auto"/>
      </w:divBdr>
    </w:div>
    <w:div w:id="182596606">
      <w:bodyDiv w:val="1"/>
      <w:marLeft w:val="0"/>
      <w:marRight w:val="0"/>
      <w:marTop w:val="0"/>
      <w:marBottom w:val="0"/>
      <w:divBdr>
        <w:top w:val="none" w:sz="0" w:space="0" w:color="auto"/>
        <w:left w:val="none" w:sz="0" w:space="0" w:color="auto"/>
        <w:bottom w:val="none" w:sz="0" w:space="0" w:color="auto"/>
        <w:right w:val="none" w:sz="0" w:space="0" w:color="auto"/>
      </w:divBdr>
    </w:div>
    <w:div w:id="183640714">
      <w:bodyDiv w:val="1"/>
      <w:marLeft w:val="0"/>
      <w:marRight w:val="0"/>
      <w:marTop w:val="0"/>
      <w:marBottom w:val="0"/>
      <w:divBdr>
        <w:top w:val="none" w:sz="0" w:space="0" w:color="auto"/>
        <w:left w:val="none" w:sz="0" w:space="0" w:color="auto"/>
        <w:bottom w:val="none" w:sz="0" w:space="0" w:color="auto"/>
        <w:right w:val="none" w:sz="0" w:space="0" w:color="auto"/>
      </w:divBdr>
    </w:div>
    <w:div w:id="183834129">
      <w:bodyDiv w:val="1"/>
      <w:marLeft w:val="0"/>
      <w:marRight w:val="0"/>
      <w:marTop w:val="0"/>
      <w:marBottom w:val="0"/>
      <w:divBdr>
        <w:top w:val="none" w:sz="0" w:space="0" w:color="auto"/>
        <w:left w:val="none" w:sz="0" w:space="0" w:color="auto"/>
        <w:bottom w:val="none" w:sz="0" w:space="0" w:color="auto"/>
        <w:right w:val="none" w:sz="0" w:space="0" w:color="auto"/>
      </w:divBdr>
    </w:div>
    <w:div w:id="184174189">
      <w:bodyDiv w:val="1"/>
      <w:marLeft w:val="0"/>
      <w:marRight w:val="0"/>
      <w:marTop w:val="0"/>
      <w:marBottom w:val="0"/>
      <w:divBdr>
        <w:top w:val="none" w:sz="0" w:space="0" w:color="auto"/>
        <w:left w:val="none" w:sz="0" w:space="0" w:color="auto"/>
        <w:bottom w:val="none" w:sz="0" w:space="0" w:color="auto"/>
        <w:right w:val="none" w:sz="0" w:space="0" w:color="auto"/>
      </w:divBdr>
    </w:div>
    <w:div w:id="185876071">
      <w:bodyDiv w:val="1"/>
      <w:marLeft w:val="0"/>
      <w:marRight w:val="0"/>
      <w:marTop w:val="0"/>
      <w:marBottom w:val="0"/>
      <w:divBdr>
        <w:top w:val="none" w:sz="0" w:space="0" w:color="auto"/>
        <w:left w:val="none" w:sz="0" w:space="0" w:color="auto"/>
        <w:bottom w:val="none" w:sz="0" w:space="0" w:color="auto"/>
        <w:right w:val="none" w:sz="0" w:space="0" w:color="auto"/>
      </w:divBdr>
    </w:div>
    <w:div w:id="187068678">
      <w:bodyDiv w:val="1"/>
      <w:marLeft w:val="0"/>
      <w:marRight w:val="0"/>
      <w:marTop w:val="0"/>
      <w:marBottom w:val="0"/>
      <w:divBdr>
        <w:top w:val="none" w:sz="0" w:space="0" w:color="auto"/>
        <w:left w:val="none" w:sz="0" w:space="0" w:color="auto"/>
        <w:bottom w:val="none" w:sz="0" w:space="0" w:color="auto"/>
        <w:right w:val="none" w:sz="0" w:space="0" w:color="auto"/>
      </w:divBdr>
    </w:div>
    <w:div w:id="189881308">
      <w:bodyDiv w:val="1"/>
      <w:marLeft w:val="0"/>
      <w:marRight w:val="0"/>
      <w:marTop w:val="0"/>
      <w:marBottom w:val="0"/>
      <w:divBdr>
        <w:top w:val="none" w:sz="0" w:space="0" w:color="auto"/>
        <w:left w:val="none" w:sz="0" w:space="0" w:color="auto"/>
        <w:bottom w:val="none" w:sz="0" w:space="0" w:color="auto"/>
        <w:right w:val="none" w:sz="0" w:space="0" w:color="auto"/>
      </w:divBdr>
    </w:div>
    <w:div w:id="192229184">
      <w:bodyDiv w:val="1"/>
      <w:marLeft w:val="0"/>
      <w:marRight w:val="0"/>
      <w:marTop w:val="0"/>
      <w:marBottom w:val="0"/>
      <w:divBdr>
        <w:top w:val="none" w:sz="0" w:space="0" w:color="auto"/>
        <w:left w:val="none" w:sz="0" w:space="0" w:color="auto"/>
        <w:bottom w:val="none" w:sz="0" w:space="0" w:color="auto"/>
        <w:right w:val="none" w:sz="0" w:space="0" w:color="auto"/>
      </w:divBdr>
    </w:div>
    <w:div w:id="193202488">
      <w:bodyDiv w:val="1"/>
      <w:marLeft w:val="0"/>
      <w:marRight w:val="0"/>
      <w:marTop w:val="0"/>
      <w:marBottom w:val="0"/>
      <w:divBdr>
        <w:top w:val="none" w:sz="0" w:space="0" w:color="auto"/>
        <w:left w:val="none" w:sz="0" w:space="0" w:color="auto"/>
        <w:bottom w:val="none" w:sz="0" w:space="0" w:color="auto"/>
        <w:right w:val="none" w:sz="0" w:space="0" w:color="auto"/>
      </w:divBdr>
    </w:div>
    <w:div w:id="195043454">
      <w:bodyDiv w:val="1"/>
      <w:marLeft w:val="0"/>
      <w:marRight w:val="0"/>
      <w:marTop w:val="0"/>
      <w:marBottom w:val="0"/>
      <w:divBdr>
        <w:top w:val="none" w:sz="0" w:space="0" w:color="auto"/>
        <w:left w:val="none" w:sz="0" w:space="0" w:color="auto"/>
        <w:bottom w:val="none" w:sz="0" w:space="0" w:color="auto"/>
        <w:right w:val="none" w:sz="0" w:space="0" w:color="auto"/>
      </w:divBdr>
    </w:div>
    <w:div w:id="195311991">
      <w:bodyDiv w:val="1"/>
      <w:marLeft w:val="0"/>
      <w:marRight w:val="0"/>
      <w:marTop w:val="0"/>
      <w:marBottom w:val="0"/>
      <w:divBdr>
        <w:top w:val="none" w:sz="0" w:space="0" w:color="auto"/>
        <w:left w:val="none" w:sz="0" w:space="0" w:color="auto"/>
        <w:bottom w:val="none" w:sz="0" w:space="0" w:color="auto"/>
        <w:right w:val="none" w:sz="0" w:space="0" w:color="auto"/>
      </w:divBdr>
    </w:div>
    <w:div w:id="196820412">
      <w:bodyDiv w:val="1"/>
      <w:marLeft w:val="0"/>
      <w:marRight w:val="0"/>
      <w:marTop w:val="0"/>
      <w:marBottom w:val="0"/>
      <w:divBdr>
        <w:top w:val="none" w:sz="0" w:space="0" w:color="auto"/>
        <w:left w:val="none" w:sz="0" w:space="0" w:color="auto"/>
        <w:bottom w:val="none" w:sz="0" w:space="0" w:color="auto"/>
        <w:right w:val="none" w:sz="0" w:space="0" w:color="auto"/>
      </w:divBdr>
    </w:div>
    <w:div w:id="197206407">
      <w:bodyDiv w:val="1"/>
      <w:marLeft w:val="0"/>
      <w:marRight w:val="0"/>
      <w:marTop w:val="0"/>
      <w:marBottom w:val="0"/>
      <w:divBdr>
        <w:top w:val="none" w:sz="0" w:space="0" w:color="auto"/>
        <w:left w:val="none" w:sz="0" w:space="0" w:color="auto"/>
        <w:bottom w:val="none" w:sz="0" w:space="0" w:color="auto"/>
        <w:right w:val="none" w:sz="0" w:space="0" w:color="auto"/>
      </w:divBdr>
    </w:div>
    <w:div w:id="197547512">
      <w:bodyDiv w:val="1"/>
      <w:marLeft w:val="0"/>
      <w:marRight w:val="0"/>
      <w:marTop w:val="0"/>
      <w:marBottom w:val="0"/>
      <w:divBdr>
        <w:top w:val="none" w:sz="0" w:space="0" w:color="auto"/>
        <w:left w:val="none" w:sz="0" w:space="0" w:color="auto"/>
        <w:bottom w:val="none" w:sz="0" w:space="0" w:color="auto"/>
        <w:right w:val="none" w:sz="0" w:space="0" w:color="auto"/>
      </w:divBdr>
    </w:div>
    <w:div w:id="198443842">
      <w:bodyDiv w:val="1"/>
      <w:marLeft w:val="0"/>
      <w:marRight w:val="0"/>
      <w:marTop w:val="0"/>
      <w:marBottom w:val="0"/>
      <w:divBdr>
        <w:top w:val="none" w:sz="0" w:space="0" w:color="auto"/>
        <w:left w:val="none" w:sz="0" w:space="0" w:color="auto"/>
        <w:bottom w:val="none" w:sz="0" w:space="0" w:color="auto"/>
        <w:right w:val="none" w:sz="0" w:space="0" w:color="auto"/>
      </w:divBdr>
    </w:div>
    <w:div w:id="200635553">
      <w:bodyDiv w:val="1"/>
      <w:marLeft w:val="0"/>
      <w:marRight w:val="0"/>
      <w:marTop w:val="0"/>
      <w:marBottom w:val="0"/>
      <w:divBdr>
        <w:top w:val="none" w:sz="0" w:space="0" w:color="auto"/>
        <w:left w:val="none" w:sz="0" w:space="0" w:color="auto"/>
        <w:bottom w:val="none" w:sz="0" w:space="0" w:color="auto"/>
        <w:right w:val="none" w:sz="0" w:space="0" w:color="auto"/>
      </w:divBdr>
    </w:div>
    <w:div w:id="202718182">
      <w:bodyDiv w:val="1"/>
      <w:marLeft w:val="0"/>
      <w:marRight w:val="0"/>
      <w:marTop w:val="0"/>
      <w:marBottom w:val="0"/>
      <w:divBdr>
        <w:top w:val="none" w:sz="0" w:space="0" w:color="auto"/>
        <w:left w:val="none" w:sz="0" w:space="0" w:color="auto"/>
        <w:bottom w:val="none" w:sz="0" w:space="0" w:color="auto"/>
        <w:right w:val="none" w:sz="0" w:space="0" w:color="auto"/>
      </w:divBdr>
    </w:div>
    <w:div w:id="206334190">
      <w:bodyDiv w:val="1"/>
      <w:marLeft w:val="0"/>
      <w:marRight w:val="0"/>
      <w:marTop w:val="0"/>
      <w:marBottom w:val="0"/>
      <w:divBdr>
        <w:top w:val="none" w:sz="0" w:space="0" w:color="auto"/>
        <w:left w:val="none" w:sz="0" w:space="0" w:color="auto"/>
        <w:bottom w:val="none" w:sz="0" w:space="0" w:color="auto"/>
        <w:right w:val="none" w:sz="0" w:space="0" w:color="auto"/>
      </w:divBdr>
    </w:div>
    <w:div w:id="207685506">
      <w:bodyDiv w:val="1"/>
      <w:marLeft w:val="0"/>
      <w:marRight w:val="0"/>
      <w:marTop w:val="0"/>
      <w:marBottom w:val="0"/>
      <w:divBdr>
        <w:top w:val="none" w:sz="0" w:space="0" w:color="auto"/>
        <w:left w:val="none" w:sz="0" w:space="0" w:color="auto"/>
        <w:bottom w:val="none" w:sz="0" w:space="0" w:color="auto"/>
        <w:right w:val="none" w:sz="0" w:space="0" w:color="auto"/>
      </w:divBdr>
    </w:div>
    <w:div w:id="208537294">
      <w:bodyDiv w:val="1"/>
      <w:marLeft w:val="0"/>
      <w:marRight w:val="0"/>
      <w:marTop w:val="0"/>
      <w:marBottom w:val="0"/>
      <w:divBdr>
        <w:top w:val="none" w:sz="0" w:space="0" w:color="auto"/>
        <w:left w:val="none" w:sz="0" w:space="0" w:color="auto"/>
        <w:bottom w:val="none" w:sz="0" w:space="0" w:color="auto"/>
        <w:right w:val="none" w:sz="0" w:space="0" w:color="auto"/>
      </w:divBdr>
    </w:div>
    <w:div w:id="212086014">
      <w:bodyDiv w:val="1"/>
      <w:marLeft w:val="0"/>
      <w:marRight w:val="0"/>
      <w:marTop w:val="0"/>
      <w:marBottom w:val="0"/>
      <w:divBdr>
        <w:top w:val="none" w:sz="0" w:space="0" w:color="auto"/>
        <w:left w:val="none" w:sz="0" w:space="0" w:color="auto"/>
        <w:bottom w:val="none" w:sz="0" w:space="0" w:color="auto"/>
        <w:right w:val="none" w:sz="0" w:space="0" w:color="auto"/>
      </w:divBdr>
    </w:div>
    <w:div w:id="212159385">
      <w:bodyDiv w:val="1"/>
      <w:marLeft w:val="0"/>
      <w:marRight w:val="0"/>
      <w:marTop w:val="0"/>
      <w:marBottom w:val="0"/>
      <w:divBdr>
        <w:top w:val="none" w:sz="0" w:space="0" w:color="auto"/>
        <w:left w:val="none" w:sz="0" w:space="0" w:color="auto"/>
        <w:bottom w:val="none" w:sz="0" w:space="0" w:color="auto"/>
        <w:right w:val="none" w:sz="0" w:space="0" w:color="auto"/>
      </w:divBdr>
    </w:div>
    <w:div w:id="213464812">
      <w:bodyDiv w:val="1"/>
      <w:marLeft w:val="0"/>
      <w:marRight w:val="0"/>
      <w:marTop w:val="0"/>
      <w:marBottom w:val="0"/>
      <w:divBdr>
        <w:top w:val="none" w:sz="0" w:space="0" w:color="auto"/>
        <w:left w:val="none" w:sz="0" w:space="0" w:color="auto"/>
        <w:bottom w:val="none" w:sz="0" w:space="0" w:color="auto"/>
        <w:right w:val="none" w:sz="0" w:space="0" w:color="auto"/>
      </w:divBdr>
    </w:div>
    <w:div w:id="213782056">
      <w:bodyDiv w:val="1"/>
      <w:marLeft w:val="0"/>
      <w:marRight w:val="0"/>
      <w:marTop w:val="0"/>
      <w:marBottom w:val="0"/>
      <w:divBdr>
        <w:top w:val="none" w:sz="0" w:space="0" w:color="auto"/>
        <w:left w:val="none" w:sz="0" w:space="0" w:color="auto"/>
        <w:bottom w:val="none" w:sz="0" w:space="0" w:color="auto"/>
        <w:right w:val="none" w:sz="0" w:space="0" w:color="auto"/>
      </w:divBdr>
    </w:div>
    <w:div w:id="214657704">
      <w:bodyDiv w:val="1"/>
      <w:marLeft w:val="0"/>
      <w:marRight w:val="0"/>
      <w:marTop w:val="0"/>
      <w:marBottom w:val="0"/>
      <w:divBdr>
        <w:top w:val="none" w:sz="0" w:space="0" w:color="auto"/>
        <w:left w:val="none" w:sz="0" w:space="0" w:color="auto"/>
        <w:bottom w:val="none" w:sz="0" w:space="0" w:color="auto"/>
        <w:right w:val="none" w:sz="0" w:space="0" w:color="auto"/>
      </w:divBdr>
    </w:div>
    <w:div w:id="214659861">
      <w:bodyDiv w:val="1"/>
      <w:marLeft w:val="0"/>
      <w:marRight w:val="0"/>
      <w:marTop w:val="0"/>
      <w:marBottom w:val="0"/>
      <w:divBdr>
        <w:top w:val="none" w:sz="0" w:space="0" w:color="auto"/>
        <w:left w:val="none" w:sz="0" w:space="0" w:color="auto"/>
        <w:bottom w:val="none" w:sz="0" w:space="0" w:color="auto"/>
        <w:right w:val="none" w:sz="0" w:space="0" w:color="auto"/>
      </w:divBdr>
    </w:div>
    <w:div w:id="214969150">
      <w:bodyDiv w:val="1"/>
      <w:marLeft w:val="0"/>
      <w:marRight w:val="0"/>
      <w:marTop w:val="0"/>
      <w:marBottom w:val="0"/>
      <w:divBdr>
        <w:top w:val="none" w:sz="0" w:space="0" w:color="auto"/>
        <w:left w:val="none" w:sz="0" w:space="0" w:color="auto"/>
        <w:bottom w:val="none" w:sz="0" w:space="0" w:color="auto"/>
        <w:right w:val="none" w:sz="0" w:space="0" w:color="auto"/>
      </w:divBdr>
    </w:div>
    <w:div w:id="215972186">
      <w:bodyDiv w:val="1"/>
      <w:marLeft w:val="0"/>
      <w:marRight w:val="0"/>
      <w:marTop w:val="0"/>
      <w:marBottom w:val="0"/>
      <w:divBdr>
        <w:top w:val="none" w:sz="0" w:space="0" w:color="auto"/>
        <w:left w:val="none" w:sz="0" w:space="0" w:color="auto"/>
        <w:bottom w:val="none" w:sz="0" w:space="0" w:color="auto"/>
        <w:right w:val="none" w:sz="0" w:space="0" w:color="auto"/>
      </w:divBdr>
    </w:div>
    <w:div w:id="216598191">
      <w:bodyDiv w:val="1"/>
      <w:marLeft w:val="0"/>
      <w:marRight w:val="0"/>
      <w:marTop w:val="0"/>
      <w:marBottom w:val="0"/>
      <w:divBdr>
        <w:top w:val="none" w:sz="0" w:space="0" w:color="auto"/>
        <w:left w:val="none" w:sz="0" w:space="0" w:color="auto"/>
        <w:bottom w:val="none" w:sz="0" w:space="0" w:color="auto"/>
        <w:right w:val="none" w:sz="0" w:space="0" w:color="auto"/>
      </w:divBdr>
    </w:div>
    <w:div w:id="217210576">
      <w:bodyDiv w:val="1"/>
      <w:marLeft w:val="0"/>
      <w:marRight w:val="0"/>
      <w:marTop w:val="0"/>
      <w:marBottom w:val="0"/>
      <w:divBdr>
        <w:top w:val="none" w:sz="0" w:space="0" w:color="auto"/>
        <w:left w:val="none" w:sz="0" w:space="0" w:color="auto"/>
        <w:bottom w:val="none" w:sz="0" w:space="0" w:color="auto"/>
        <w:right w:val="none" w:sz="0" w:space="0" w:color="auto"/>
      </w:divBdr>
    </w:div>
    <w:div w:id="217866316">
      <w:bodyDiv w:val="1"/>
      <w:marLeft w:val="0"/>
      <w:marRight w:val="0"/>
      <w:marTop w:val="0"/>
      <w:marBottom w:val="0"/>
      <w:divBdr>
        <w:top w:val="none" w:sz="0" w:space="0" w:color="auto"/>
        <w:left w:val="none" w:sz="0" w:space="0" w:color="auto"/>
        <w:bottom w:val="none" w:sz="0" w:space="0" w:color="auto"/>
        <w:right w:val="none" w:sz="0" w:space="0" w:color="auto"/>
      </w:divBdr>
    </w:div>
    <w:div w:id="219753631">
      <w:bodyDiv w:val="1"/>
      <w:marLeft w:val="0"/>
      <w:marRight w:val="0"/>
      <w:marTop w:val="0"/>
      <w:marBottom w:val="0"/>
      <w:divBdr>
        <w:top w:val="none" w:sz="0" w:space="0" w:color="auto"/>
        <w:left w:val="none" w:sz="0" w:space="0" w:color="auto"/>
        <w:bottom w:val="none" w:sz="0" w:space="0" w:color="auto"/>
        <w:right w:val="none" w:sz="0" w:space="0" w:color="auto"/>
      </w:divBdr>
    </w:div>
    <w:div w:id="221446941">
      <w:bodyDiv w:val="1"/>
      <w:marLeft w:val="0"/>
      <w:marRight w:val="0"/>
      <w:marTop w:val="0"/>
      <w:marBottom w:val="0"/>
      <w:divBdr>
        <w:top w:val="none" w:sz="0" w:space="0" w:color="auto"/>
        <w:left w:val="none" w:sz="0" w:space="0" w:color="auto"/>
        <w:bottom w:val="none" w:sz="0" w:space="0" w:color="auto"/>
        <w:right w:val="none" w:sz="0" w:space="0" w:color="auto"/>
      </w:divBdr>
    </w:div>
    <w:div w:id="222257691">
      <w:bodyDiv w:val="1"/>
      <w:marLeft w:val="0"/>
      <w:marRight w:val="0"/>
      <w:marTop w:val="0"/>
      <w:marBottom w:val="0"/>
      <w:divBdr>
        <w:top w:val="none" w:sz="0" w:space="0" w:color="auto"/>
        <w:left w:val="none" w:sz="0" w:space="0" w:color="auto"/>
        <w:bottom w:val="none" w:sz="0" w:space="0" w:color="auto"/>
        <w:right w:val="none" w:sz="0" w:space="0" w:color="auto"/>
      </w:divBdr>
    </w:div>
    <w:div w:id="222450866">
      <w:bodyDiv w:val="1"/>
      <w:marLeft w:val="0"/>
      <w:marRight w:val="0"/>
      <w:marTop w:val="0"/>
      <w:marBottom w:val="0"/>
      <w:divBdr>
        <w:top w:val="none" w:sz="0" w:space="0" w:color="auto"/>
        <w:left w:val="none" w:sz="0" w:space="0" w:color="auto"/>
        <w:bottom w:val="none" w:sz="0" w:space="0" w:color="auto"/>
        <w:right w:val="none" w:sz="0" w:space="0" w:color="auto"/>
      </w:divBdr>
    </w:div>
    <w:div w:id="222640359">
      <w:bodyDiv w:val="1"/>
      <w:marLeft w:val="0"/>
      <w:marRight w:val="0"/>
      <w:marTop w:val="0"/>
      <w:marBottom w:val="0"/>
      <w:divBdr>
        <w:top w:val="none" w:sz="0" w:space="0" w:color="auto"/>
        <w:left w:val="none" w:sz="0" w:space="0" w:color="auto"/>
        <w:bottom w:val="none" w:sz="0" w:space="0" w:color="auto"/>
        <w:right w:val="none" w:sz="0" w:space="0" w:color="auto"/>
      </w:divBdr>
    </w:div>
    <w:div w:id="224604191">
      <w:bodyDiv w:val="1"/>
      <w:marLeft w:val="0"/>
      <w:marRight w:val="0"/>
      <w:marTop w:val="0"/>
      <w:marBottom w:val="0"/>
      <w:divBdr>
        <w:top w:val="none" w:sz="0" w:space="0" w:color="auto"/>
        <w:left w:val="none" w:sz="0" w:space="0" w:color="auto"/>
        <w:bottom w:val="none" w:sz="0" w:space="0" w:color="auto"/>
        <w:right w:val="none" w:sz="0" w:space="0" w:color="auto"/>
      </w:divBdr>
    </w:div>
    <w:div w:id="225334298">
      <w:bodyDiv w:val="1"/>
      <w:marLeft w:val="0"/>
      <w:marRight w:val="0"/>
      <w:marTop w:val="0"/>
      <w:marBottom w:val="0"/>
      <w:divBdr>
        <w:top w:val="none" w:sz="0" w:space="0" w:color="auto"/>
        <w:left w:val="none" w:sz="0" w:space="0" w:color="auto"/>
        <w:bottom w:val="none" w:sz="0" w:space="0" w:color="auto"/>
        <w:right w:val="none" w:sz="0" w:space="0" w:color="auto"/>
      </w:divBdr>
    </w:div>
    <w:div w:id="226456518">
      <w:bodyDiv w:val="1"/>
      <w:marLeft w:val="0"/>
      <w:marRight w:val="0"/>
      <w:marTop w:val="0"/>
      <w:marBottom w:val="0"/>
      <w:divBdr>
        <w:top w:val="none" w:sz="0" w:space="0" w:color="auto"/>
        <w:left w:val="none" w:sz="0" w:space="0" w:color="auto"/>
        <w:bottom w:val="none" w:sz="0" w:space="0" w:color="auto"/>
        <w:right w:val="none" w:sz="0" w:space="0" w:color="auto"/>
      </w:divBdr>
    </w:div>
    <w:div w:id="227569000">
      <w:bodyDiv w:val="1"/>
      <w:marLeft w:val="0"/>
      <w:marRight w:val="0"/>
      <w:marTop w:val="0"/>
      <w:marBottom w:val="0"/>
      <w:divBdr>
        <w:top w:val="none" w:sz="0" w:space="0" w:color="auto"/>
        <w:left w:val="none" w:sz="0" w:space="0" w:color="auto"/>
        <w:bottom w:val="none" w:sz="0" w:space="0" w:color="auto"/>
        <w:right w:val="none" w:sz="0" w:space="0" w:color="auto"/>
      </w:divBdr>
    </w:div>
    <w:div w:id="228424485">
      <w:bodyDiv w:val="1"/>
      <w:marLeft w:val="0"/>
      <w:marRight w:val="0"/>
      <w:marTop w:val="0"/>
      <w:marBottom w:val="0"/>
      <w:divBdr>
        <w:top w:val="none" w:sz="0" w:space="0" w:color="auto"/>
        <w:left w:val="none" w:sz="0" w:space="0" w:color="auto"/>
        <w:bottom w:val="none" w:sz="0" w:space="0" w:color="auto"/>
        <w:right w:val="none" w:sz="0" w:space="0" w:color="auto"/>
      </w:divBdr>
    </w:div>
    <w:div w:id="229461917">
      <w:bodyDiv w:val="1"/>
      <w:marLeft w:val="0"/>
      <w:marRight w:val="0"/>
      <w:marTop w:val="0"/>
      <w:marBottom w:val="0"/>
      <w:divBdr>
        <w:top w:val="none" w:sz="0" w:space="0" w:color="auto"/>
        <w:left w:val="none" w:sz="0" w:space="0" w:color="auto"/>
        <w:bottom w:val="none" w:sz="0" w:space="0" w:color="auto"/>
        <w:right w:val="none" w:sz="0" w:space="0" w:color="auto"/>
      </w:divBdr>
    </w:div>
    <w:div w:id="232661807">
      <w:bodyDiv w:val="1"/>
      <w:marLeft w:val="0"/>
      <w:marRight w:val="0"/>
      <w:marTop w:val="0"/>
      <w:marBottom w:val="0"/>
      <w:divBdr>
        <w:top w:val="none" w:sz="0" w:space="0" w:color="auto"/>
        <w:left w:val="none" w:sz="0" w:space="0" w:color="auto"/>
        <w:bottom w:val="none" w:sz="0" w:space="0" w:color="auto"/>
        <w:right w:val="none" w:sz="0" w:space="0" w:color="auto"/>
      </w:divBdr>
    </w:div>
    <w:div w:id="236139182">
      <w:bodyDiv w:val="1"/>
      <w:marLeft w:val="0"/>
      <w:marRight w:val="0"/>
      <w:marTop w:val="0"/>
      <w:marBottom w:val="0"/>
      <w:divBdr>
        <w:top w:val="none" w:sz="0" w:space="0" w:color="auto"/>
        <w:left w:val="none" w:sz="0" w:space="0" w:color="auto"/>
        <w:bottom w:val="none" w:sz="0" w:space="0" w:color="auto"/>
        <w:right w:val="none" w:sz="0" w:space="0" w:color="auto"/>
      </w:divBdr>
    </w:div>
    <w:div w:id="237597083">
      <w:bodyDiv w:val="1"/>
      <w:marLeft w:val="0"/>
      <w:marRight w:val="0"/>
      <w:marTop w:val="0"/>
      <w:marBottom w:val="0"/>
      <w:divBdr>
        <w:top w:val="none" w:sz="0" w:space="0" w:color="auto"/>
        <w:left w:val="none" w:sz="0" w:space="0" w:color="auto"/>
        <w:bottom w:val="none" w:sz="0" w:space="0" w:color="auto"/>
        <w:right w:val="none" w:sz="0" w:space="0" w:color="auto"/>
      </w:divBdr>
    </w:div>
    <w:div w:id="238828973">
      <w:bodyDiv w:val="1"/>
      <w:marLeft w:val="0"/>
      <w:marRight w:val="0"/>
      <w:marTop w:val="0"/>
      <w:marBottom w:val="0"/>
      <w:divBdr>
        <w:top w:val="none" w:sz="0" w:space="0" w:color="auto"/>
        <w:left w:val="none" w:sz="0" w:space="0" w:color="auto"/>
        <w:bottom w:val="none" w:sz="0" w:space="0" w:color="auto"/>
        <w:right w:val="none" w:sz="0" w:space="0" w:color="auto"/>
      </w:divBdr>
    </w:div>
    <w:div w:id="239874588">
      <w:bodyDiv w:val="1"/>
      <w:marLeft w:val="0"/>
      <w:marRight w:val="0"/>
      <w:marTop w:val="0"/>
      <w:marBottom w:val="0"/>
      <w:divBdr>
        <w:top w:val="none" w:sz="0" w:space="0" w:color="auto"/>
        <w:left w:val="none" w:sz="0" w:space="0" w:color="auto"/>
        <w:bottom w:val="none" w:sz="0" w:space="0" w:color="auto"/>
        <w:right w:val="none" w:sz="0" w:space="0" w:color="auto"/>
      </w:divBdr>
    </w:div>
    <w:div w:id="240795264">
      <w:bodyDiv w:val="1"/>
      <w:marLeft w:val="0"/>
      <w:marRight w:val="0"/>
      <w:marTop w:val="0"/>
      <w:marBottom w:val="0"/>
      <w:divBdr>
        <w:top w:val="none" w:sz="0" w:space="0" w:color="auto"/>
        <w:left w:val="none" w:sz="0" w:space="0" w:color="auto"/>
        <w:bottom w:val="none" w:sz="0" w:space="0" w:color="auto"/>
        <w:right w:val="none" w:sz="0" w:space="0" w:color="auto"/>
      </w:divBdr>
    </w:div>
    <w:div w:id="241645283">
      <w:bodyDiv w:val="1"/>
      <w:marLeft w:val="0"/>
      <w:marRight w:val="0"/>
      <w:marTop w:val="0"/>
      <w:marBottom w:val="0"/>
      <w:divBdr>
        <w:top w:val="none" w:sz="0" w:space="0" w:color="auto"/>
        <w:left w:val="none" w:sz="0" w:space="0" w:color="auto"/>
        <w:bottom w:val="none" w:sz="0" w:space="0" w:color="auto"/>
        <w:right w:val="none" w:sz="0" w:space="0" w:color="auto"/>
      </w:divBdr>
    </w:div>
    <w:div w:id="242028869">
      <w:bodyDiv w:val="1"/>
      <w:marLeft w:val="0"/>
      <w:marRight w:val="0"/>
      <w:marTop w:val="0"/>
      <w:marBottom w:val="0"/>
      <w:divBdr>
        <w:top w:val="none" w:sz="0" w:space="0" w:color="auto"/>
        <w:left w:val="none" w:sz="0" w:space="0" w:color="auto"/>
        <w:bottom w:val="none" w:sz="0" w:space="0" w:color="auto"/>
        <w:right w:val="none" w:sz="0" w:space="0" w:color="auto"/>
      </w:divBdr>
    </w:div>
    <w:div w:id="243689847">
      <w:bodyDiv w:val="1"/>
      <w:marLeft w:val="0"/>
      <w:marRight w:val="0"/>
      <w:marTop w:val="0"/>
      <w:marBottom w:val="0"/>
      <w:divBdr>
        <w:top w:val="none" w:sz="0" w:space="0" w:color="auto"/>
        <w:left w:val="none" w:sz="0" w:space="0" w:color="auto"/>
        <w:bottom w:val="none" w:sz="0" w:space="0" w:color="auto"/>
        <w:right w:val="none" w:sz="0" w:space="0" w:color="auto"/>
      </w:divBdr>
    </w:div>
    <w:div w:id="244074612">
      <w:bodyDiv w:val="1"/>
      <w:marLeft w:val="0"/>
      <w:marRight w:val="0"/>
      <w:marTop w:val="0"/>
      <w:marBottom w:val="0"/>
      <w:divBdr>
        <w:top w:val="none" w:sz="0" w:space="0" w:color="auto"/>
        <w:left w:val="none" w:sz="0" w:space="0" w:color="auto"/>
        <w:bottom w:val="none" w:sz="0" w:space="0" w:color="auto"/>
        <w:right w:val="none" w:sz="0" w:space="0" w:color="auto"/>
      </w:divBdr>
    </w:div>
    <w:div w:id="244389322">
      <w:bodyDiv w:val="1"/>
      <w:marLeft w:val="0"/>
      <w:marRight w:val="0"/>
      <w:marTop w:val="0"/>
      <w:marBottom w:val="0"/>
      <w:divBdr>
        <w:top w:val="none" w:sz="0" w:space="0" w:color="auto"/>
        <w:left w:val="none" w:sz="0" w:space="0" w:color="auto"/>
        <w:bottom w:val="none" w:sz="0" w:space="0" w:color="auto"/>
        <w:right w:val="none" w:sz="0" w:space="0" w:color="auto"/>
      </w:divBdr>
    </w:div>
    <w:div w:id="245697412">
      <w:bodyDiv w:val="1"/>
      <w:marLeft w:val="0"/>
      <w:marRight w:val="0"/>
      <w:marTop w:val="0"/>
      <w:marBottom w:val="0"/>
      <w:divBdr>
        <w:top w:val="none" w:sz="0" w:space="0" w:color="auto"/>
        <w:left w:val="none" w:sz="0" w:space="0" w:color="auto"/>
        <w:bottom w:val="none" w:sz="0" w:space="0" w:color="auto"/>
        <w:right w:val="none" w:sz="0" w:space="0" w:color="auto"/>
      </w:divBdr>
    </w:div>
    <w:div w:id="249779138">
      <w:bodyDiv w:val="1"/>
      <w:marLeft w:val="0"/>
      <w:marRight w:val="0"/>
      <w:marTop w:val="0"/>
      <w:marBottom w:val="0"/>
      <w:divBdr>
        <w:top w:val="none" w:sz="0" w:space="0" w:color="auto"/>
        <w:left w:val="none" w:sz="0" w:space="0" w:color="auto"/>
        <w:bottom w:val="none" w:sz="0" w:space="0" w:color="auto"/>
        <w:right w:val="none" w:sz="0" w:space="0" w:color="auto"/>
      </w:divBdr>
    </w:div>
    <w:div w:id="249893331">
      <w:bodyDiv w:val="1"/>
      <w:marLeft w:val="0"/>
      <w:marRight w:val="0"/>
      <w:marTop w:val="0"/>
      <w:marBottom w:val="0"/>
      <w:divBdr>
        <w:top w:val="none" w:sz="0" w:space="0" w:color="auto"/>
        <w:left w:val="none" w:sz="0" w:space="0" w:color="auto"/>
        <w:bottom w:val="none" w:sz="0" w:space="0" w:color="auto"/>
        <w:right w:val="none" w:sz="0" w:space="0" w:color="auto"/>
      </w:divBdr>
    </w:div>
    <w:div w:id="252710739">
      <w:bodyDiv w:val="1"/>
      <w:marLeft w:val="0"/>
      <w:marRight w:val="0"/>
      <w:marTop w:val="0"/>
      <w:marBottom w:val="0"/>
      <w:divBdr>
        <w:top w:val="none" w:sz="0" w:space="0" w:color="auto"/>
        <w:left w:val="none" w:sz="0" w:space="0" w:color="auto"/>
        <w:bottom w:val="none" w:sz="0" w:space="0" w:color="auto"/>
        <w:right w:val="none" w:sz="0" w:space="0" w:color="auto"/>
      </w:divBdr>
    </w:div>
    <w:div w:id="257953285">
      <w:bodyDiv w:val="1"/>
      <w:marLeft w:val="0"/>
      <w:marRight w:val="0"/>
      <w:marTop w:val="0"/>
      <w:marBottom w:val="0"/>
      <w:divBdr>
        <w:top w:val="none" w:sz="0" w:space="0" w:color="auto"/>
        <w:left w:val="none" w:sz="0" w:space="0" w:color="auto"/>
        <w:bottom w:val="none" w:sz="0" w:space="0" w:color="auto"/>
        <w:right w:val="none" w:sz="0" w:space="0" w:color="auto"/>
      </w:divBdr>
    </w:div>
    <w:div w:id="258683814">
      <w:bodyDiv w:val="1"/>
      <w:marLeft w:val="0"/>
      <w:marRight w:val="0"/>
      <w:marTop w:val="0"/>
      <w:marBottom w:val="0"/>
      <w:divBdr>
        <w:top w:val="none" w:sz="0" w:space="0" w:color="auto"/>
        <w:left w:val="none" w:sz="0" w:space="0" w:color="auto"/>
        <w:bottom w:val="none" w:sz="0" w:space="0" w:color="auto"/>
        <w:right w:val="none" w:sz="0" w:space="0" w:color="auto"/>
      </w:divBdr>
    </w:div>
    <w:div w:id="258758055">
      <w:bodyDiv w:val="1"/>
      <w:marLeft w:val="0"/>
      <w:marRight w:val="0"/>
      <w:marTop w:val="0"/>
      <w:marBottom w:val="0"/>
      <w:divBdr>
        <w:top w:val="none" w:sz="0" w:space="0" w:color="auto"/>
        <w:left w:val="none" w:sz="0" w:space="0" w:color="auto"/>
        <w:bottom w:val="none" w:sz="0" w:space="0" w:color="auto"/>
        <w:right w:val="none" w:sz="0" w:space="0" w:color="auto"/>
      </w:divBdr>
    </w:div>
    <w:div w:id="260647994">
      <w:bodyDiv w:val="1"/>
      <w:marLeft w:val="0"/>
      <w:marRight w:val="0"/>
      <w:marTop w:val="0"/>
      <w:marBottom w:val="0"/>
      <w:divBdr>
        <w:top w:val="none" w:sz="0" w:space="0" w:color="auto"/>
        <w:left w:val="none" w:sz="0" w:space="0" w:color="auto"/>
        <w:bottom w:val="none" w:sz="0" w:space="0" w:color="auto"/>
        <w:right w:val="none" w:sz="0" w:space="0" w:color="auto"/>
      </w:divBdr>
    </w:div>
    <w:div w:id="260797605">
      <w:bodyDiv w:val="1"/>
      <w:marLeft w:val="0"/>
      <w:marRight w:val="0"/>
      <w:marTop w:val="0"/>
      <w:marBottom w:val="0"/>
      <w:divBdr>
        <w:top w:val="none" w:sz="0" w:space="0" w:color="auto"/>
        <w:left w:val="none" w:sz="0" w:space="0" w:color="auto"/>
        <w:bottom w:val="none" w:sz="0" w:space="0" w:color="auto"/>
        <w:right w:val="none" w:sz="0" w:space="0" w:color="auto"/>
      </w:divBdr>
    </w:div>
    <w:div w:id="262419851">
      <w:bodyDiv w:val="1"/>
      <w:marLeft w:val="0"/>
      <w:marRight w:val="0"/>
      <w:marTop w:val="0"/>
      <w:marBottom w:val="0"/>
      <w:divBdr>
        <w:top w:val="none" w:sz="0" w:space="0" w:color="auto"/>
        <w:left w:val="none" w:sz="0" w:space="0" w:color="auto"/>
        <w:bottom w:val="none" w:sz="0" w:space="0" w:color="auto"/>
        <w:right w:val="none" w:sz="0" w:space="0" w:color="auto"/>
      </w:divBdr>
    </w:div>
    <w:div w:id="264459620">
      <w:bodyDiv w:val="1"/>
      <w:marLeft w:val="0"/>
      <w:marRight w:val="0"/>
      <w:marTop w:val="0"/>
      <w:marBottom w:val="0"/>
      <w:divBdr>
        <w:top w:val="none" w:sz="0" w:space="0" w:color="auto"/>
        <w:left w:val="none" w:sz="0" w:space="0" w:color="auto"/>
        <w:bottom w:val="none" w:sz="0" w:space="0" w:color="auto"/>
        <w:right w:val="none" w:sz="0" w:space="0" w:color="auto"/>
      </w:divBdr>
    </w:div>
    <w:div w:id="265427829">
      <w:bodyDiv w:val="1"/>
      <w:marLeft w:val="0"/>
      <w:marRight w:val="0"/>
      <w:marTop w:val="0"/>
      <w:marBottom w:val="0"/>
      <w:divBdr>
        <w:top w:val="none" w:sz="0" w:space="0" w:color="auto"/>
        <w:left w:val="none" w:sz="0" w:space="0" w:color="auto"/>
        <w:bottom w:val="none" w:sz="0" w:space="0" w:color="auto"/>
        <w:right w:val="none" w:sz="0" w:space="0" w:color="auto"/>
      </w:divBdr>
    </w:div>
    <w:div w:id="267196919">
      <w:bodyDiv w:val="1"/>
      <w:marLeft w:val="0"/>
      <w:marRight w:val="0"/>
      <w:marTop w:val="0"/>
      <w:marBottom w:val="0"/>
      <w:divBdr>
        <w:top w:val="none" w:sz="0" w:space="0" w:color="auto"/>
        <w:left w:val="none" w:sz="0" w:space="0" w:color="auto"/>
        <w:bottom w:val="none" w:sz="0" w:space="0" w:color="auto"/>
        <w:right w:val="none" w:sz="0" w:space="0" w:color="auto"/>
      </w:divBdr>
    </w:div>
    <w:div w:id="269704510">
      <w:bodyDiv w:val="1"/>
      <w:marLeft w:val="0"/>
      <w:marRight w:val="0"/>
      <w:marTop w:val="0"/>
      <w:marBottom w:val="0"/>
      <w:divBdr>
        <w:top w:val="none" w:sz="0" w:space="0" w:color="auto"/>
        <w:left w:val="none" w:sz="0" w:space="0" w:color="auto"/>
        <w:bottom w:val="none" w:sz="0" w:space="0" w:color="auto"/>
        <w:right w:val="none" w:sz="0" w:space="0" w:color="auto"/>
      </w:divBdr>
    </w:div>
    <w:div w:id="270861540">
      <w:bodyDiv w:val="1"/>
      <w:marLeft w:val="0"/>
      <w:marRight w:val="0"/>
      <w:marTop w:val="0"/>
      <w:marBottom w:val="0"/>
      <w:divBdr>
        <w:top w:val="none" w:sz="0" w:space="0" w:color="auto"/>
        <w:left w:val="none" w:sz="0" w:space="0" w:color="auto"/>
        <w:bottom w:val="none" w:sz="0" w:space="0" w:color="auto"/>
        <w:right w:val="none" w:sz="0" w:space="0" w:color="auto"/>
      </w:divBdr>
    </w:div>
    <w:div w:id="273250871">
      <w:bodyDiv w:val="1"/>
      <w:marLeft w:val="0"/>
      <w:marRight w:val="0"/>
      <w:marTop w:val="0"/>
      <w:marBottom w:val="0"/>
      <w:divBdr>
        <w:top w:val="none" w:sz="0" w:space="0" w:color="auto"/>
        <w:left w:val="none" w:sz="0" w:space="0" w:color="auto"/>
        <w:bottom w:val="none" w:sz="0" w:space="0" w:color="auto"/>
        <w:right w:val="none" w:sz="0" w:space="0" w:color="auto"/>
      </w:divBdr>
    </w:div>
    <w:div w:id="273562203">
      <w:bodyDiv w:val="1"/>
      <w:marLeft w:val="0"/>
      <w:marRight w:val="0"/>
      <w:marTop w:val="0"/>
      <w:marBottom w:val="0"/>
      <w:divBdr>
        <w:top w:val="none" w:sz="0" w:space="0" w:color="auto"/>
        <w:left w:val="none" w:sz="0" w:space="0" w:color="auto"/>
        <w:bottom w:val="none" w:sz="0" w:space="0" w:color="auto"/>
        <w:right w:val="none" w:sz="0" w:space="0" w:color="auto"/>
      </w:divBdr>
    </w:div>
    <w:div w:id="273901924">
      <w:bodyDiv w:val="1"/>
      <w:marLeft w:val="0"/>
      <w:marRight w:val="0"/>
      <w:marTop w:val="0"/>
      <w:marBottom w:val="0"/>
      <w:divBdr>
        <w:top w:val="none" w:sz="0" w:space="0" w:color="auto"/>
        <w:left w:val="none" w:sz="0" w:space="0" w:color="auto"/>
        <w:bottom w:val="none" w:sz="0" w:space="0" w:color="auto"/>
        <w:right w:val="none" w:sz="0" w:space="0" w:color="auto"/>
      </w:divBdr>
    </w:div>
    <w:div w:id="278682606">
      <w:bodyDiv w:val="1"/>
      <w:marLeft w:val="0"/>
      <w:marRight w:val="0"/>
      <w:marTop w:val="0"/>
      <w:marBottom w:val="0"/>
      <w:divBdr>
        <w:top w:val="none" w:sz="0" w:space="0" w:color="auto"/>
        <w:left w:val="none" w:sz="0" w:space="0" w:color="auto"/>
        <w:bottom w:val="none" w:sz="0" w:space="0" w:color="auto"/>
        <w:right w:val="none" w:sz="0" w:space="0" w:color="auto"/>
      </w:divBdr>
    </w:div>
    <w:div w:id="280769882">
      <w:bodyDiv w:val="1"/>
      <w:marLeft w:val="0"/>
      <w:marRight w:val="0"/>
      <w:marTop w:val="0"/>
      <w:marBottom w:val="0"/>
      <w:divBdr>
        <w:top w:val="none" w:sz="0" w:space="0" w:color="auto"/>
        <w:left w:val="none" w:sz="0" w:space="0" w:color="auto"/>
        <w:bottom w:val="none" w:sz="0" w:space="0" w:color="auto"/>
        <w:right w:val="none" w:sz="0" w:space="0" w:color="auto"/>
      </w:divBdr>
    </w:div>
    <w:div w:id="281882663">
      <w:bodyDiv w:val="1"/>
      <w:marLeft w:val="0"/>
      <w:marRight w:val="0"/>
      <w:marTop w:val="0"/>
      <w:marBottom w:val="0"/>
      <w:divBdr>
        <w:top w:val="none" w:sz="0" w:space="0" w:color="auto"/>
        <w:left w:val="none" w:sz="0" w:space="0" w:color="auto"/>
        <w:bottom w:val="none" w:sz="0" w:space="0" w:color="auto"/>
        <w:right w:val="none" w:sz="0" w:space="0" w:color="auto"/>
      </w:divBdr>
    </w:div>
    <w:div w:id="282155351">
      <w:bodyDiv w:val="1"/>
      <w:marLeft w:val="0"/>
      <w:marRight w:val="0"/>
      <w:marTop w:val="0"/>
      <w:marBottom w:val="0"/>
      <w:divBdr>
        <w:top w:val="none" w:sz="0" w:space="0" w:color="auto"/>
        <w:left w:val="none" w:sz="0" w:space="0" w:color="auto"/>
        <w:bottom w:val="none" w:sz="0" w:space="0" w:color="auto"/>
        <w:right w:val="none" w:sz="0" w:space="0" w:color="auto"/>
      </w:divBdr>
    </w:div>
    <w:div w:id="282157034">
      <w:bodyDiv w:val="1"/>
      <w:marLeft w:val="0"/>
      <w:marRight w:val="0"/>
      <w:marTop w:val="0"/>
      <w:marBottom w:val="0"/>
      <w:divBdr>
        <w:top w:val="none" w:sz="0" w:space="0" w:color="auto"/>
        <w:left w:val="none" w:sz="0" w:space="0" w:color="auto"/>
        <w:bottom w:val="none" w:sz="0" w:space="0" w:color="auto"/>
        <w:right w:val="none" w:sz="0" w:space="0" w:color="auto"/>
      </w:divBdr>
    </w:div>
    <w:div w:id="282612025">
      <w:bodyDiv w:val="1"/>
      <w:marLeft w:val="0"/>
      <w:marRight w:val="0"/>
      <w:marTop w:val="0"/>
      <w:marBottom w:val="0"/>
      <w:divBdr>
        <w:top w:val="none" w:sz="0" w:space="0" w:color="auto"/>
        <w:left w:val="none" w:sz="0" w:space="0" w:color="auto"/>
        <w:bottom w:val="none" w:sz="0" w:space="0" w:color="auto"/>
        <w:right w:val="none" w:sz="0" w:space="0" w:color="auto"/>
      </w:divBdr>
    </w:div>
    <w:div w:id="284624223">
      <w:bodyDiv w:val="1"/>
      <w:marLeft w:val="0"/>
      <w:marRight w:val="0"/>
      <w:marTop w:val="0"/>
      <w:marBottom w:val="0"/>
      <w:divBdr>
        <w:top w:val="none" w:sz="0" w:space="0" w:color="auto"/>
        <w:left w:val="none" w:sz="0" w:space="0" w:color="auto"/>
        <w:bottom w:val="none" w:sz="0" w:space="0" w:color="auto"/>
        <w:right w:val="none" w:sz="0" w:space="0" w:color="auto"/>
      </w:divBdr>
    </w:div>
    <w:div w:id="284819676">
      <w:bodyDiv w:val="1"/>
      <w:marLeft w:val="0"/>
      <w:marRight w:val="0"/>
      <w:marTop w:val="0"/>
      <w:marBottom w:val="0"/>
      <w:divBdr>
        <w:top w:val="none" w:sz="0" w:space="0" w:color="auto"/>
        <w:left w:val="none" w:sz="0" w:space="0" w:color="auto"/>
        <w:bottom w:val="none" w:sz="0" w:space="0" w:color="auto"/>
        <w:right w:val="none" w:sz="0" w:space="0" w:color="auto"/>
      </w:divBdr>
    </w:div>
    <w:div w:id="284888692">
      <w:bodyDiv w:val="1"/>
      <w:marLeft w:val="0"/>
      <w:marRight w:val="0"/>
      <w:marTop w:val="0"/>
      <w:marBottom w:val="0"/>
      <w:divBdr>
        <w:top w:val="none" w:sz="0" w:space="0" w:color="auto"/>
        <w:left w:val="none" w:sz="0" w:space="0" w:color="auto"/>
        <w:bottom w:val="none" w:sz="0" w:space="0" w:color="auto"/>
        <w:right w:val="none" w:sz="0" w:space="0" w:color="auto"/>
      </w:divBdr>
    </w:div>
    <w:div w:id="288632574">
      <w:bodyDiv w:val="1"/>
      <w:marLeft w:val="0"/>
      <w:marRight w:val="0"/>
      <w:marTop w:val="0"/>
      <w:marBottom w:val="0"/>
      <w:divBdr>
        <w:top w:val="none" w:sz="0" w:space="0" w:color="auto"/>
        <w:left w:val="none" w:sz="0" w:space="0" w:color="auto"/>
        <w:bottom w:val="none" w:sz="0" w:space="0" w:color="auto"/>
        <w:right w:val="none" w:sz="0" w:space="0" w:color="auto"/>
      </w:divBdr>
    </w:div>
    <w:div w:id="289749578">
      <w:bodyDiv w:val="1"/>
      <w:marLeft w:val="0"/>
      <w:marRight w:val="0"/>
      <w:marTop w:val="0"/>
      <w:marBottom w:val="0"/>
      <w:divBdr>
        <w:top w:val="none" w:sz="0" w:space="0" w:color="auto"/>
        <w:left w:val="none" w:sz="0" w:space="0" w:color="auto"/>
        <w:bottom w:val="none" w:sz="0" w:space="0" w:color="auto"/>
        <w:right w:val="none" w:sz="0" w:space="0" w:color="auto"/>
      </w:divBdr>
    </w:div>
    <w:div w:id="289941547">
      <w:bodyDiv w:val="1"/>
      <w:marLeft w:val="0"/>
      <w:marRight w:val="0"/>
      <w:marTop w:val="0"/>
      <w:marBottom w:val="0"/>
      <w:divBdr>
        <w:top w:val="none" w:sz="0" w:space="0" w:color="auto"/>
        <w:left w:val="none" w:sz="0" w:space="0" w:color="auto"/>
        <w:bottom w:val="none" w:sz="0" w:space="0" w:color="auto"/>
        <w:right w:val="none" w:sz="0" w:space="0" w:color="auto"/>
      </w:divBdr>
    </w:div>
    <w:div w:id="290093227">
      <w:bodyDiv w:val="1"/>
      <w:marLeft w:val="0"/>
      <w:marRight w:val="0"/>
      <w:marTop w:val="0"/>
      <w:marBottom w:val="0"/>
      <w:divBdr>
        <w:top w:val="none" w:sz="0" w:space="0" w:color="auto"/>
        <w:left w:val="none" w:sz="0" w:space="0" w:color="auto"/>
        <w:bottom w:val="none" w:sz="0" w:space="0" w:color="auto"/>
        <w:right w:val="none" w:sz="0" w:space="0" w:color="auto"/>
      </w:divBdr>
    </w:div>
    <w:div w:id="290404478">
      <w:bodyDiv w:val="1"/>
      <w:marLeft w:val="0"/>
      <w:marRight w:val="0"/>
      <w:marTop w:val="0"/>
      <w:marBottom w:val="0"/>
      <w:divBdr>
        <w:top w:val="none" w:sz="0" w:space="0" w:color="auto"/>
        <w:left w:val="none" w:sz="0" w:space="0" w:color="auto"/>
        <w:bottom w:val="none" w:sz="0" w:space="0" w:color="auto"/>
        <w:right w:val="none" w:sz="0" w:space="0" w:color="auto"/>
      </w:divBdr>
    </w:div>
    <w:div w:id="290745848">
      <w:bodyDiv w:val="1"/>
      <w:marLeft w:val="0"/>
      <w:marRight w:val="0"/>
      <w:marTop w:val="0"/>
      <w:marBottom w:val="0"/>
      <w:divBdr>
        <w:top w:val="none" w:sz="0" w:space="0" w:color="auto"/>
        <w:left w:val="none" w:sz="0" w:space="0" w:color="auto"/>
        <w:bottom w:val="none" w:sz="0" w:space="0" w:color="auto"/>
        <w:right w:val="none" w:sz="0" w:space="0" w:color="auto"/>
      </w:divBdr>
    </w:div>
    <w:div w:id="291794856">
      <w:bodyDiv w:val="1"/>
      <w:marLeft w:val="0"/>
      <w:marRight w:val="0"/>
      <w:marTop w:val="0"/>
      <w:marBottom w:val="0"/>
      <w:divBdr>
        <w:top w:val="none" w:sz="0" w:space="0" w:color="auto"/>
        <w:left w:val="none" w:sz="0" w:space="0" w:color="auto"/>
        <w:bottom w:val="none" w:sz="0" w:space="0" w:color="auto"/>
        <w:right w:val="none" w:sz="0" w:space="0" w:color="auto"/>
      </w:divBdr>
    </w:div>
    <w:div w:id="292836283">
      <w:bodyDiv w:val="1"/>
      <w:marLeft w:val="0"/>
      <w:marRight w:val="0"/>
      <w:marTop w:val="0"/>
      <w:marBottom w:val="0"/>
      <w:divBdr>
        <w:top w:val="none" w:sz="0" w:space="0" w:color="auto"/>
        <w:left w:val="none" w:sz="0" w:space="0" w:color="auto"/>
        <w:bottom w:val="none" w:sz="0" w:space="0" w:color="auto"/>
        <w:right w:val="none" w:sz="0" w:space="0" w:color="auto"/>
      </w:divBdr>
    </w:div>
    <w:div w:id="296034158">
      <w:bodyDiv w:val="1"/>
      <w:marLeft w:val="0"/>
      <w:marRight w:val="0"/>
      <w:marTop w:val="0"/>
      <w:marBottom w:val="0"/>
      <w:divBdr>
        <w:top w:val="none" w:sz="0" w:space="0" w:color="auto"/>
        <w:left w:val="none" w:sz="0" w:space="0" w:color="auto"/>
        <w:bottom w:val="none" w:sz="0" w:space="0" w:color="auto"/>
        <w:right w:val="none" w:sz="0" w:space="0" w:color="auto"/>
      </w:divBdr>
    </w:div>
    <w:div w:id="298806456">
      <w:bodyDiv w:val="1"/>
      <w:marLeft w:val="0"/>
      <w:marRight w:val="0"/>
      <w:marTop w:val="0"/>
      <w:marBottom w:val="0"/>
      <w:divBdr>
        <w:top w:val="none" w:sz="0" w:space="0" w:color="auto"/>
        <w:left w:val="none" w:sz="0" w:space="0" w:color="auto"/>
        <w:bottom w:val="none" w:sz="0" w:space="0" w:color="auto"/>
        <w:right w:val="none" w:sz="0" w:space="0" w:color="auto"/>
      </w:divBdr>
    </w:div>
    <w:div w:id="299070546">
      <w:bodyDiv w:val="1"/>
      <w:marLeft w:val="0"/>
      <w:marRight w:val="0"/>
      <w:marTop w:val="0"/>
      <w:marBottom w:val="0"/>
      <w:divBdr>
        <w:top w:val="none" w:sz="0" w:space="0" w:color="auto"/>
        <w:left w:val="none" w:sz="0" w:space="0" w:color="auto"/>
        <w:bottom w:val="none" w:sz="0" w:space="0" w:color="auto"/>
        <w:right w:val="none" w:sz="0" w:space="0" w:color="auto"/>
      </w:divBdr>
    </w:div>
    <w:div w:id="300382963">
      <w:bodyDiv w:val="1"/>
      <w:marLeft w:val="0"/>
      <w:marRight w:val="0"/>
      <w:marTop w:val="0"/>
      <w:marBottom w:val="0"/>
      <w:divBdr>
        <w:top w:val="none" w:sz="0" w:space="0" w:color="auto"/>
        <w:left w:val="none" w:sz="0" w:space="0" w:color="auto"/>
        <w:bottom w:val="none" w:sz="0" w:space="0" w:color="auto"/>
        <w:right w:val="none" w:sz="0" w:space="0" w:color="auto"/>
      </w:divBdr>
    </w:div>
    <w:div w:id="301812466">
      <w:bodyDiv w:val="1"/>
      <w:marLeft w:val="0"/>
      <w:marRight w:val="0"/>
      <w:marTop w:val="0"/>
      <w:marBottom w:val="0"/>
      <w:divBdr>
        <w:top w:val="none" w:sz="0" w:space="0" w:color="auto"/>
        <w:left w:val="none" w:sz="0" w:space="0" w:color="auto"/>
        <w:bottom w:val="none" w:sz="0" w:space="0" w:color="auto"/>
        <w:right w:val="none" w:sz="0" w:space="0" w:color="auto"/>
      </w:divBdr>
    </w:div>
    <w:div w:id="302392021">
      <w:bodyDiv w:val="1"/>
      <w:marLeft w:val="0"/>
      <w:marRight w:val="0"/>
      <w:marTop w:val="0"/>
      <w:marBottom w:val="0"/>
      <w:divBdr>
        <w:top w:val="none" w:sz="0" w:space="0" w:color="auto"/>
        <w:left w:val="none" w:sz="0" w:space="0" w:color="auto"/>
        <w:bottom w:val="none" w:sz="0" w:space="0" w:color="auto"/>
        <w:right w:val="none" w:sz="0" w:space="0" w:color="auto"/>
      </w:divBdr>
    </w:div>
    <w:div w:id="302662084">
      <w:bodyDiv w:val="1"/>
      <w:marLeft w:val="0"/>
      <w:marRight w:val="0"/>
      <w:marTop w:val="0"/>
      <w:marBottom w:val="0"/>
      <w:divBdr>
        <w:top w:val="none" w:sz="0" w:space="0" w:color="auto"/>
        <w:left w:val="none" w:sz="0" w:space="0" w:color="auto"/>
        <w:bottom w:val="none" w:sz="0" w:space="0" w:color="auto"/>
        <w:right w:val="none" w:sz="0" w:space="0" w:color="auto"/>
      </w:divBdr>
    </w:div>
    <w:div w:id="302665509">
      <w:bodyDiv w:val="1"/>
      <w:marLeft w:val="0"/>
      <w:marRight w:val="0"/>
      <w:marTop w:val="0"/>
      <w:marBottom w:val="0"/>
      <w:divBdr>
        <w:top w:val="none" w:sz="0" w:space="0" w:color="auto"/>
        <w:left w:val="none" w:sz="0" w:space="0" w:color="auto"/>
        <w:bottom w:val="none" w:sz="0" w:space="0" w:color="auto"/>
        <w:right w:val="none" w:sz="0" w:space="0" w:color="auto"/>
      </w:divBdr>
    </w:div>
    <w:div w:id="303002547">
      <w:bodyDiv w:val="1"/>
      <w:marLeft w:val="0"/>
      <w:marRight w:val="0"/>
      <w:marTop w:val="0"/>
      <w:marBottom w:val="0"/>
      <w:divBdr>
        <w:top w:val="none" w:sz="0" w:space="0" w:color="auto"/>
        <w:left w:val="none" w:sz="0" w:space="0" w:color="auto"/>
        <w:bottom w:val="none" w:sz="0" w:space="0" w:color="auto"/>
        <w:right w:val="none" w:sz="0" w:space="0" w:color="auto"/>
      </w:divBdr>
    </w:div>
    <w:div w:id="304047884">
      <w:bodyDiv w:val="1"/>
      <w:marLeft w:val="0"/>
      <w:marRight w:val="0"/>
      <w:marTop w:val="0"/>
      <w:marBottom w:val="0"/>
      <w:divBdr>
        <w:top w:val="none" w:sz="0" w:space="0" w:color="auto"/>
        <w:left w:val="none" w:sz="0" w:space="0" w:color="auto"/>
        <w:bottom w:val="none" w:sz="0" w:space="0" w:color="auto"/>
        <w:right w:val="none" w:sz="0" w:space="0" w:color="auto"/>
      </w:divBdr>
    </w:div>
    <w:div w:id="306056736">
      <w:bodyDiv w:val="1"/>
      <w:marLeft w:val="0"/>
      <w:marRight w:val="0"/>
      <w:marTop w:val="0"/>
      <w:marBottom w:val="0"/>
      <w:divBdr>
        <w:top w:val="none" w:sz="0" w:space="0" w:color="auto"/>
        <w:left w:val="none" w:sz="0" w:space="0" w:color="auto"/>
        <w:bottom w:val="none" w:sz="0" w:space="0" w:color="auto"/>
        <w:right w:val="none" w:sz="0" w:space="0" w:color="auto"/>
      </w:divBdr>
    </w:div>
    <w:div w:id="307054942">
      <w:bodyDiv w:val="1"/>
      <w:marLeft w:val="0"/>
      <w:marRight w:val="0"/>
      <w:marTop w:val="0"/>
      <w:marBottom w:val="0"/>
      <w:divBdr>
        <w:top w:val="none" w:sz="0" w:space="0" w:color="auto"/>
        <w:left w:val="none" w:sz="0" w:space="0" w:color="auto"/>
        <w:bottom w:val="none" w:sz="0" w:space="0" w:color="auto"/>
        <w:right w:val="none" w:sz="0" w:space="0" w:color="auto"/>
      </w:divBdr>
    </w:div>
    <w:div w:id="308092659">
      <w:bodyDiv w:val="1"/>
      <w:marLeft w:val="0"/>
      <w:marRight w:val="0"/>
      <w:marTop w:val="0"/>
      <w:marBottom w:val="0"/>
      <w:divBdr>
        <w:top w:val="none" w:sz="0" w:space="0" w:color="auto"/>
        <w:left w:val="none" w:sz="0" w:space="0" w:color="auto"/>
        <w:bottom w:val="none" w:sz="0" w:space="0" w:color="auto"/>
        <w:right w:val="none" w:sz="0" w:space="0" w:color="auto"/>
      </w:divBdr>
    </w:div>
    <w:div w:id="308827639">
      <w:bodyDiv w:val="1"/>
      <w:marLeft w:val="0"/>
      <w:marRight w:val="0"/>
      <w:marTop w:val="0"/>
      <w:marBottom w:val="0"/>
      <w:divBdr>
        <w:top w:val="none" w:sz="0" w:space="0" w:color="auto"/>
        <w:left w:val="none" w:sz="0" w:space="0" w:color="auto"/>
        <w:bottom w:val="none" w:sz="0" w:space="0" w:color="auto"/>
        <w:right w:val="none" w:sz="0" w:space="0" w:color="auto"/>
      </w:divBdr>
    </w:div>
    <w:div w:id="309141497">
      <w:bodyDiv w:val="1"/>
      <w:marLeft w:val="0"/>
      <w:marRight w:val="0"/>
      <w:marTop w:val="0"/>
      <w:marBottom w:val="0"/>
      <w:divBdr>
        <w:top w:val="none" w:sz="0" w:space="0" w:color="auto"/>
        <w:left w:val="none" w:sz="0" w:space="0" w:color="auto"/>
        <w:bottom w:val="none" w:sz="0" w:space="0" w:color="auto"/>
        <w:right w:val="none" w:sz="0" w:space="0" w:color="auto"/>
      </w:divBdr>
    </w:div>
    <w:div w:id="310450242">
      <w:bodyDiv w:val="1"/>
      <w:marLeft w:val="0"/>
      <w:marRight w:val="0"/>
      <w:marTop w:val="0"/>
      <w:marBottom w:val="0"/>
      <w:divBdr>
        <w:top w:val="none" w:sz="0" w:space="0" w:color="auto"/>
        <w:left w:val="none" w:sz="0" w:space="0" w:color="auto"/>
        <w:bottom w:val="none" w:sz="0" w:space="0" w:color="auto"/>
        <w:right w:val="none" w:sz="0" w:space="0" w:color="auto"/>
      </w:divBdr>
    </w:div>
    <w:div w:id="312951513">
      <w:bodyDiv w:val="1"/>
      <w:marLeft w:val="0"/>
      <w:marRight w:val="0"/>
      <w:marTop w:val="0"/>
      <w:marBottom w:val="0"/>
      <w:divBdr>
        <w:top w:val="none" w:sz="0" w:space="0" w:color="auto"/>
        <w:left w:val="none" w:sz="0" w:space="0" w:color="auto"/>
        <w:bottom w:val="none" w:sz="0" w:space="0" w:color="auto"/>
        <w:right w:val="none" w:sz="0" w:space="0" w:color="auto"/>
      </w:divBdr>
    </w:div>
    <w:div w:id="313028433">
      <w:bodyDiv w:val="1"/>
      <w:marLeft w:val="0"/>
      <w:marRight w:val="0"/>
      <w:marTop w:val="0"/>
      <w:marBottom w:val="0"/>
      <w:divBdr>
        <w:top w:val="none" w:sz="0" w:space="0" w:color="auto"/>
        <w:left w:val="none" w:sz="0" w:space="0" w:color="auto"/>
        <w:bottom w:val="none" w:sz="0" w:space="0" w:color="auto"/>
        <w:right w:val="none" w:sz="0" w:space="0" w:color="auto"/>
      </w:divBdr>
    </w:div>
    <w:div w:id="315839531">
      <w:bodyDiv w:val="1"/>
      <w:marLeft w:val="0"/>
      <w:marRight w:val="0"/>
      <w:marTop w:val="0"/>
      <w:marBottom w:val="0"/>
      <w:divBdr>
        <w:top w:val="none" w:sz="0" w:space="0" w:color="auto"/>
        <w:left w:val="none" w:sz="0" w:space="0" w:color="auto"/>
        <w:bottom w:val="none" w:sz="0" w:space="0" w:color="auto"/>
        <w:right w:val="none" w:sz="0" w:space="0" w:color="auto"/>
      </w:divBdr>
    </w:div>
    <w:div w:id="315887123">
      <w:bodyDiv w:val="1"/>
      <w:marLeft w:val="0"/>
      <w:marRight w:val="0"/>
      <w:marTop w:val="0"/>
      <w:marBottom w:val="0"/>
      <w:divBdr>
        <w:top w:val="none" w:sz="0" w:space="0" w:color="auto"/>
        <w:left w:val="none" w:sz="0" w:space="0" w:color="auto"/>
        <w:bottom w:val="none" w:sz="0" w:space="0" w:color="auto"/>
        <w:right w:val="none" w:sz="0" w:space="0" w:color="auto"/>
      </w:divBdr>
    </w:div>
    <w:div w:id="316612714">
      <w:bodyDiv w:val="1"/>
      <w:marLeft w:val="0"/>
      <w:marRight w:val="0"/>
      <w:marTop w:val="0"/>
      <w:marBottom w:val="0"/>
      <w:divBdr>
        <w:top w:val="none" w:sz="0" w:space="0" w:color="auto"/>
        <w:left w:val="none" w:sz="0" w:space="0" w:color="auto"/>
        <w:bottom w:val="none" w:sz="0" w:space="0" w:color="auto"/>
        <w:right w:val="none" w:sz="0" w:space="0" w:color="auto"/>
      </w:divBdr>
    </w:div>
    <w:div w:id="319113500">
      <w:bodyDiv w:val="1"/>
      <w:marLeft w:val="0"/>
      <w:marRight w:val="0"/>
      <w:marTop w:val="0"/>
      <w:marBottom w:val="0"/>
      <w:divBdr>
        <w:top w:val="none" w:sz="0" w:space="0" w:color="auto"/>
        <w:left w:val="none" w:sz="0" w:space="0" w:color="auto"/>
        <w:bottom w:val="none" w:sz="0" w:space="0" w:color="auto"/>
        <w:right w:val="none" w:sz="0" w:space="0" w:color="auto"/>
      </w:divBdr>
    </w:div>
    <w:div w:id="319191155">
      <w:bodyDiv w:val="1"/>
      <w:marLeft w:val="0"/>
      <w:marRight w:val="0"/>
      <w:marTop w:val="0"/>
      <w:marBottom w:val="0"/>
      <w:divBdr>
        <w:top w:val="none" w:sz="0" w:space="0" w:color="auto"/>
        <w:left w:val="none" w:sz="0" w:space="0" w:color="auto"/>
        <w:bottom w:val="none" w:sz="0" w:space="0" w:color="auto"/>
        <w:right w:val="none" w:sz="0" w:space="0" w:color="auto"/>
      </w:divBdr>
    </w:div>
    <w:div w:id="320085156">
      <w:bodyDiv w:val="1"/>
      <w:marLeft w:val="0"/>
      <w:marRight w:val="0"/>
      <w:marTop w:val="0"/>
      <w:marBottom w:val="0"/>
      <w:divBdr>
        <w:top w:val="none" w:sz="0" w:space="0" w:color="auto"/>
        <w:left w:val="none" w:sz="0" w:space="0" w:color="auto"/>
        <w:bottom w:val="none" w:sz="0" w:space="0" w:color="auto"/>
        <w:right w:val="none" w:sz="0" w:space="0" w:color="auto"/>
      </w:divBdr>
    </w:div>
    <w:div w:id="320355532">
      <w:bodyDiv w:val="1"/>
      <w:marLeft w:val="0"/>
      <w:marRight w:val="0"/>
      <w:marTop w:val="0"/>
      <w:marBottom w:val="0"/>
      <w:divBdr>
        <w:top w:val="none" w:sz="0" w:space="0" w:color="auto"/>
        <w:left w:val="none" w:sz="0" w:space="0" w:color="auto"/>
        <w:bottom w:val="none" w:sz="0" w:space="0" w:color="auto"/>
        <w:right w:val="none" w:sz="0" w:space="0" w:color="auto"/>
      </w:divBdr>
    </w:div>
    <w:div w:id="320355992">
      <w:bodyDiv w:val="1"/>
      <w:marLeft w:val="0"/>
      <w:marRight w:val="0"/>
      <w:marTop w:val="0"/>
      <w:marBottom w:val="0"/>
      <w:divBdr>
        <w:top w:val="none" w:sz="0" w:space="0" w:color="auto"/>
        <w:left w:val="none" w:sz="0" w:space="0" w:color="auto"/>
        <w:bottom w:val="none" w:sz="0" w:space="0" w:color="auto"/>
        <w:right w:val="none" w:sz="0" w:space="0" w:color="auto"/>
      </w:divBdr>
    </w:div>
    <w:div w:id="321930633">
      <w:bodyDiv w:val="1"/>
      <w:marLeft w:val="0"/>
      <w:marRight w:val="0"/>
      <w:marTop w:val="0"/>
      <w:marBottom w:val="0"/>
      <w:divBdr>
        <w:top w:val="none" w:sz="0" w:space="0" w:color="auto"/>
        <w:left w:val="none" w:sz="0" w:space="0" w:color="auto"/>
        <w:bottom w:val="none" w:sz="0" w:space="0" w:color="auto"/>
        <w:right w:val="none" w:sz="0" w:space="0" w:color="auto"/>
      </w:divBdr>
    </w:div>
    <w:div w:id="322583123">
      <w:bodyDiv w:val="1"/>
      <w:marLeft w:val="0"/>
      <w:marRight w:val="0"/>
      <w:marTop w:val="0"/>
      <w:marBottom w:val="0"/>
      <w:divBdr>
        <w:top w:val="none" w:sz="0" w:space="0" w:color="auto"/>
        <w:left w:val="none" w:sz="0" w:space="0" w:color="auto"/>
        <w:bottom w:val="none" w:sz="0" w:space="0" w:color="auto"/>
        <w:right w:val="none" w:sz="0" w:space="0" w:color="auto"/>
      </w:divBdr>
    </w:div>
    <w:div w:id="323748699">
      <w:bodyDiv w:val="1"/>
      <w:marLeft w:val="0"/>
      <w:marRight w:val="0"/>
      <w:marTop w:val="0"/>
      <w:marBottom w:val="0"/>
      <w:divBdr>
        <w:top w:val="none" w:sz="0" w:space="0" w:color="auto"/>
        <w:left w:val="none" w:sz="0" w:space="0" w:color="auto"/>
        <w:bottom w:val="none" w:sz="0" w:space="0" w:color="auto"/>
        <w:right w:val="none" w:sz="0" w:space="0" w:color="auto"/>
      </w:divBdr>
    </w:div>
    <w:div w:id="324237906">
      <w:bodyDiv w:val="1"/>
      <w:marLeft w:val="0"/>
      <w:marRight w:val="0"/>
      <w:marTop w:val="0"/>
      <w:marBottom w:val="0"/>
      <w:divBdr>
        <w:top w:val="none" w:sz="0" w:space="0" w:color="auto"/>
        <w:left w:val="none" w:sz="0" w:space="0" w:color="auto"/>
        <w:bottom w:val="none" w:sz="0" w:space="0" w:color="auto"/>
        <w:right w:val="none" w:sz="0" w:space="0" w:color="auto"/>
      </w:divBdr>
    </w:div>
    <w:div w:id="324282380">
      <w:bodyDiv w:val="1"/>
      <w:marLeft w:val="0"/>
      <w:marRight w:val="0"/>
      <w:marTop w:val="0"/>
      <w:marBottom w:val="0"/>
      <w:divBdr>
        <w:top w:val="none" w:sz="0" w:space="0" w:color="auto"/>
        <w:left w:val="none" w:sz="0" w:space="0" w:color="auto"/>
        <w:bottom w:val="none" w:sz="0" w:space="0" w:color="auto"/>
        <w:right w:val="none" w:sz="0" w:space="0" w:color="auto"/>
      </w:divBdr>
    </w:div>
    <w:div w:id="325472962">
      <w:bodyDiv w:val="1"/>
      <w:marLeft w:val="0"/>
      <w:marRight w:val="0"/>
      <w:marTop w:val="0"/>
      <w:marBottom w:val="0"/>
      <w:divBdr>
        <w:top w:val="none" w:sz="0" w:space="0" w:color="auto"/>
        <w:left w:val="none" w:sz="0" w:space="0" w:color="auto"/>
        <w:bottom w:val="none" w:sz="0" w:space="0" w:color="auto"/>
        <w:right w:val="none" w:sz="0" w:space="0" w:color="auto"/>
      </w:divBdr>
    </w:div>
    <w:div w:id="327632645">
      <w:bodyDiv w:val="1"/>
      <w:marLeft w:val="0"/>
      <w:marRight w:val="0"/>
      <w:marTop w:val="0"/>
      <w:marBottom w:val="0"/>
      <w:divBdr>
        <w:top w:val="none" w:sz="0" w:space="0" w:color="auto"/>
        <w:left w:val="none" w:sz="0" w:space="0" w:color="auto"/>
        <w:bottom w:val="none" w:sz="0" w:space="0" w:color="auto"/>
        <w:right w:val="none" w:sz="0" w:space="0" w:color="auto"/>
      </w:divBdr>
    </w:div>
    <w:div w:id="329677060">
      <w:bodyDiv w:val="1"/>
      <w:marLeft w:val="0"/>
      <w:marRight w:val="0"/>
      <w:marTop w:val="0"/>
      <w:marBottom w:val="0"/>
      <w:divBdr>
        <w:top w:val="none" w:sz="0" w:space="0" w:color="auto"/>
        <w:left w:val="none" w:sz="0" w:space="0" w:color="auto"/>
        <w:bottom w:val="none" w:sz="0" w:space="0" w:color="auto"/>
        <w:right w:val="none" w:sz="0" w:space="0" w:color="auto"/>
      </w:divBdr>
    </w:div>
    <w:div w:id="333606116">
      <w:bodyDiv w:val="1"/>
      <w:marLeft w:val="0"/>
      <w:marRight w:val="0"/>
      <w:marTop w:val="0"/>
      <w:marBottom w:val="0"/>
      <w:divBdr>
        <w:top w:val="none" w:sz="0" w:space="0" w:color="auto"/>
        <w:left w:val="none" w:sz="0" w:space="0" w:color="auto"/>
        <w:bottom w:val="none" w:sz="0" w:space="0" w:color="auto"/>
        <w:right w:val="none" w:sz="0" w:space="0" w:color="auto"/>
      </w:divBdr>
    </w:div>
    <w:div w:id="334069581">
      <w:bodyDiv w:val="1"/>
      <w:marLeft w:val="0"/>
      <w:marRight w:val="0"/>
      <w:marTop w:val="0"/>
      <w:marBottom w:val="0"/>
      <w:divBdr>
        <w:top w:val="none" w:sz="0" w:space="0" w:color="auto"/>
        <w:left w:val="none" w:sz="0" w:space="0" w:color="auto"/>
        <w:bottom w:val="none" w:sz="0" w:space="0" w:color="auto"/>
        <w:right w:val="none" w:sz="0" w:space="0" w:color="auto"/>
      </w:divBdr>
    </w:div>
    <w:div w:id="337734410">
      <w:bodyDiv w:val="1"/>
      <w:marLeft w:val="0"/>
      <w:marRight w:val="0"/>
      <w:marTop w:val="0"/>
      <w:marBottom w:val="0"/>
      <w:divBdr>
        <w:top w:val="none" w:sz="0" w:space="0" w:color="auto"/>
        <w:left w:val="none" w:sz="0" w:space="0" w:color="auto"/>
        <w:bottom w:val="none" w:sz="0" w:space="0" w:color="auto"/>
        <w:right w:val="none" w:sz="0" w:space="0" w:color="auto"/>
      </w:divBdr>
    </w:div>
    <w:div w:id="339164474">
      <w:bodyDiv w:val="1"/>
      <w:marLeft w:val="0"/>
      <w:marRight w:val="0"/>
      <w:marTop w:val="0"/>
      <w:marBottom w:val="0"/>
      <w:divBdr>
        <w:top w:val="none" w:sz="0" w:space="0" w:color="auto"/>
        <w:left w:val="none" w:sz="0" w:space="0" w:color="auto"/>
        <w:bottom w:val="none" w:sz="0" w:space="0" w:color="auto"/>
        <w:right w:val="none" w:sz="0" w:space="0" w:color="auto"/>
      </w:divBdr>
    </w:div>
    <w:div w:id="339741364">
      <w:bodyDiv w:val="1"/>
      <w:marLeft w:val="0"/>
      <w:marRight w:val="0"/>
      <w:marTop w:val="0"/>
      <w:marBottom w:val="0"/>
      <w:divBdr>
        <w:top w:val="none" w:sz="0" w:space="0" w:color="auto"/>
        <w:left w:val="none" w:sz="0" w:space="0" w:color="auto"/>
        <w:bottom w:val="none" w:sz="0" w:space="0" w:color="auto"/>
        <w:right w:val="none" w:sz="0" w:space="0" w:color="auto"/>
      </w:divBdr>
    </w:div>
    <w:div w:id="340010841">
      <w:bodyDiv w:val="1"/>
      <w:marLeft w:val="0"/>
      <w:marRight w:val="0"/>
      <w:marTop w:val="0"/>
      <w:marBottom w:val="0"/>
      <w:divBdr>
        <w:top w:val="none" w:sz="0" w:space="0" w:color="auto"/>
        <w:left w:val="none" w:sz="0" w:space="0" w:color="auto"/>
        <w:bottom w:val="none" w:sz="0" w:space="0" w:color="auto"/>
        <w:right w:val="none" w:sz="0" w:space="0" w:color="auto"/>
      </w:divBdr>
    </w:div>
    <w:div w:id="342441808">
      <w:bodyDiv w:val="1"/>
      <w:marLeft w:val="0"/>
      <w:marRight w:val="0"/>
      <w:marTop w:val="0"/>
      <w:marBottom w:val="0"/>
      <w:divBdr>
        <w:top w:val="none" w:sz="0" w:space="0" w:color="auto"/>
        <w:left w:val="none" w:sz="0" w:space="0" w:color="auto"/>
        <w:bottom w:val="none" w:sz="0" w:space="0" w:color="auto"/>
        <w:right w:val="none" w:sz="0" w:space="0" w:color="auto"/>
      </w:divBdr>
    </w:div>
    <w:div w:id="345644903">
      <w:bodyDiv w:val="1"/>
      <w:marLeft w:val="0"/>
      <w:marRight w:val="0"/>
      <w:marTop w:val="0"/>
      <w:marBottom w:val="0"/>
      <w:divBdr>
        <w:top w:val="none" w:sz="0" w:space="0" w:color="auto"/>
        <w:left w:val="none" w:sz="0" w:space="0" w:color="auto"/>
        <w:bottom w:val="none" w:sz="0" w:space="0" w:color="auto"/>
        <w:right w:val="none" w:sz="0" w:space="0" w:color="auto"/>
      </w:divBdr>
    </w:div>
    <w:div w:id="346103400">
      <w:bodyDiv w:val="1"/>
      <w:marLeft w:val="0"/>
      <w:marRight w:val="0"/>
      <w:marTop w:val="0"/>
      <w:marBottom w:val="0"/>
      <w:divBdr>
        <w:top w:val="none" w:sz="0" w:space="0" w:color="auto"/>
        <w:left w:val="none" w:sz="0" w:space="0" w:color="auto"/>
        <w:bottom w:val="none" w:sz="0" w:space="0" w:color="auto"/>
        <w:right w:val="none" w:sz="0" w:space="0" w:color="auto"/>
      </w:divBdr>
    </w:div>
    <w:div w:id="346830629">
      <w:bodyDiv w:val="1"/>
      <w:marLeft w:val="0"/>
      <w:marRight w:val="0"/>
      <w:marTop w:val="0"/>
      <w:marBottom w:val="0"/>
      <w:divBdr>
        <w:top w:val="none" w:sz="0" w:space="0" w:color="auto"/>
        <w:left w:val="none" w:sz="0" w:space="0" w:color="auto"/>
        <w:bottom w:val="none" w:sz="0" w:space="0" w:color="auto"/>
        <w:right w:val="none" w:sz="0" w:space="0" w:color="auto"/>
      </w:divBdr>
    </w:div>
    <w:div w:id="351342767">
      <w:bodyDiv w:val="1"/>
      <w:marLeft w:val="0"/>
      <w:marRight w:val="0"/>
      <w:marTop w:val="0"/>
      <w:marBottom w:val="0"/>
      <w:divBdr>
        <w:top w:val="none" w:sz="0" w:space="0" w:color="auto"/>
        <w:left w:val="none" w:sz="0" w:space="0" w:color="auto"/>
        <w:bottom w:val="none" w:sz="0" w:space="0" w:color="auto"/>
        <w:right w:val="none" w:sz="0" w:space="0" w:color="auto"/>
      </w:divBdr>
    </w:div>
    <w:div w:id="352731250">
      <w:bodyDiv w:val="1"/>
      <w:marLeft w:val="0"/>
      <w:marRight w:val="0"/>
      <w:marTop w:val="0"/>
      <w:marBottom w:val="0"/>
      <w:divBdr>
        <w:top w:val="none" w:sz="0" w:space="0" w:color="auto"/>
        <w:left w:val="none" w:sz="0" w:space="0" w:color="auto"/>
        <w:bottom w:val="none" w:sz="0" w:space="0" w:color="auto"/>
        <w:right w:val="none" w:sz="0" w:space="0" w:color="auto"/>
      </w:divBdr>
    </w:div>
    <w:div w:id="353507118">
      <w:bodyDiv w:val="1"/>
      <w:marLeft w:val="0"/>
      <w:marRight w:val="0"/>
      <w:marTop w:val="0"/>
      <w:marBottom w:val="0"/>
      <w:divBdr>
        <w:top w:val="none" w:sz="0" w:space="0" w:color="auto"/>
        <w:left w:val="none" w:sz="0" w:space="0" w:color="auto"/>
        <w:bottom w:val="none" w:sz="0" w:space="0" w:color="auto"/>
        <w:right w:val="none" w:sz="0" w:space="0" w:color="auto"/>
      </w:divBdr>
    </w:div>
    <w:div w:id="354423653">
      <w:bodyDiv w:val="1"/>
      <w:marLeft w:val="0"/>
      <w:marRight w:val="0"/>
      <w:marTop w:val="0"/>
      <w:marBottom w:val="0"/>
      <w:divBdr>
        <w:top w:val="none" w:sz="0" w:space="0" w:color="auto"/>
        <w:left w:val="none" w:sz="0" w:space="0" w:color="auto"/>
        <w:bottom w:val="none" w:sz="0" w:space="0" w:color="auto"/>
        <w:right w:val="none" w:sz="0" w:space="0" w:color="auto"/>
      </w:divBdr>
    </w:div>
    <w:div w:id="357242757">
      <w:bodyDiv w:val="1"/>
      <w:marLeft w:val="0"/>
      <w:marRight w:val="0"/>
      <w:marTop w:val="0"/>
      <w:marBottom w:val="0"/>
      <w:divBdr>
        <w:top w:val="none" w:sz="0" w:space="0" w:color="auto"/>
        <w:left w:val="none" w:sz="0" w:space="0" w:color="auto"/>
        <w:bottom w:val="none" w:sz="0" w:space="0" w:color="auto"/>
        <w:right w:val="none" w:sz="0" w:space="0" w:color="auto"/>
      </w:divBdr>
    </w:div>
    <w:div w:id="358093433">
      <w:bodyDiv w:val="1"/>
      <w:marLeft w:val="0"/>
      <w:marRight w:val="0"/>
      <w:marTop w:val="0"/>
      <w:marBottom w:val="0"/>
      <w:divBdr>
        <w:top w:val="none" w:sz="0" w:space="0" w:color="auto"/>
        <w:left w:val="none" w:sz="0" w:space="0" w:color="auto"/>
        <w:bottom w:val="none" w:sz="0" w:space="0" w:color="auto"/>
        <w:right w:val="none" w:sz="0" w:space="0" w:color="auto"/>
      </w:divBdr>
    </w:div>
    <w:div w:id="359087338">
      <w:bodyDiv w:val="1"/>
      <w:marLeft w:val="0"/>
      <w:marRight w:val="0"/>
      <w:marTop w:val="0"/>
      <w:marBottom w:val="0"/>
      <w:divBdr>
        <w:top w:val="none" w:sz="0" w:space="0" w:color="auto"/>
        <w:left w:val="none" w:sz="0" w:space="0" w:color="auto"/>
        <w:bottom w:val="none" w:sz="0" w:space="0" w:color="auto"/>
        <w:right w:val="none" w:sz="0" w:space="0" w:color="auto"/>
      </w:divBdr>
    </w:div>
    <w:div w:id="359555440">
      <w:bodyDiv w:val="1"/>
      <w:marLeft w:val="0"/>
      <w:marRight w:val="0"/>
      <w:marTop w:val="0"/>
      <w:marBottom w:val="0"/>
      <w:divBdr>
        <w:top w:val="none" w:sz="0" w:space="0" w:color="auto"/>
        <w:left w:val="none" w:sz="0" w:space="0" w:color="auto"/>
        <w:bottom w:val="none" w:sz="0" w:space="0" w:color="auto"/>
        <w:right w:val="none" w:sz="0" w:space="0" w:color="auto"/>
      </w:divBdr>
    </w:div>
    <w:div w:id="359822191">
      <w:bodyDiv w:val="1"/>
      <w:marLeft w:val="0"/>
      <w:marRight w:val="0"/>
      <w:marTop w:val="0"/>
      <w:marBottom w:val="0"/>
      <w:divBdr>
        <w:top w:val="none" w:sz="0" w:space="0" w:color="auto"/>
        <w:left w:val="none" w:sz="0" w:space="0" w:color="auto"/>
        <w:bottom w:val="none" w:sz="0" w:space="0" w:color="auto"/>
        <w:right w:val="none" w:sz="0" w:space="0" w:color="auto"/>
      </w:divBdr>
    </w:div>
    <w:div w:id="360471851">
      <w:bodyDiv w:val="1"/>
      <w:marLeft w:val="0"/>
      <w:marRight w:val="0"/>
      <w:marTop w:val="0"/>
      <w:marBottom w:val="0"/>
      <w:divBdr>
        <w:top w:val="none" w:sz="0" w:space="0" w:color="auto"/>
        <w:left w:val="none" w:sz="0" w:space="0" w:color="auto"/>
        <w:bottom w:val="none" w:sz="0" w:space="0" w:color="auto"/>
        <w:right w:val="none" w:sz="0" w:space="0" w:color="auto"/>
      </w:divBdr>
    </w:div>
    <w:div w:id="362705119">
      <w:bodyDiv w:val="1"/>
      <w:marLeft w:val="0"/>
      <w:marRight w:val="0"/>
      <w:marTop w:val="0"/>
      <w:marBottom w:val="0"/>
      <w:divBdr>
        <w:top w:val="none" w:sz="0" w:space="0" w:color="auto"/>
        <w:left w:val="none" w:sz="0" w:space="0" w:color="auto"/>
        <w:bottom w:val="none" w:sz="0" w:space="0" w:color="auto"/>
        <w:right w:val="none" w:sz="0" w:space="0" w:color="auto"/>
      </w:divBdr>
    </w:div>
    <w:div w:id="363214623">
      <w:bodyDiv w:val="1"/>
      <w:marLeft w:val="0"/>
      <w:marRight w:val="0"/>
      <w:marTop w:val="0"/>
      <w:marBottom w:val="0"/>
      <w:divBdr>
        <w:top w:val="none" w:sz="0" w:space="0" w:color="auto"/>
        <w:left w:val="none" w:sz="0" w:space="0" w:color="auto"/>
        <w:bottom w:val="none" w:sz="0" w:space="0" w:color="auto"/>
        <w:right w:val="none" w:sz="0" w:space="0" w:color="auto"/>
      </w:divBdr>
    </w:div>
    <w:div w:id="364839497">
      <w:bodyDiv w:val="1"/>
      <w:marLeft w:val="0"/>
      <w:marRight w:val="0"/>
      <w:marTop w:val="0"/>
      <w:marBottom w:val="0"/>
      <w:divBdr>
        <w:top w:val="none" w:sz="0" w:space="0" w:color="auto"/>
        <w:left w:val="none" w:sz="0" w:space="0" w:color="auto"/>
        <w:bottom w:val="none" w:sz="0" w:space="0" w:color="auto"/>
        <w:right w:val="none" w:sz="0" w:space="0" w:color="auto"/>
      </w:divBdr>
    </w:div>
    <w:div w:id="365522174">
      <w:bodyDiv w:val="1"/>
      <w:marLeft w:val="0"/>
      <w:marRight w:val="0"/>
      <w:marTop w:val="0"/>
      <w:marBottom w:val="0"/>
      <w:divBdr>
        <w:top w:val="none" w:sz="0" w:space="0" w:color="auto"/>
        <w:left w:val="none" w:sz="0" w:space="0" w:color="auto"/>
        <w:bottom w:val="none" w:sz="0" w:space="0" w:color="auto"/>
        <w:right w:val="none" w:sz="0" w:space="0" w:color="auto"/>
      </w:divBdr>
    </w:div>
    <w:div w:id="368914796">
      <w:bodyDiv w:val="1"/>
      <w:marLeft w:val="0"/>
      <w:marRight w:val="0"/>
      <w:marTop w:val="0"/>
      <w:marBottom w:val="0"/>
      <w:divBdr>
        <w:top w:val="none" w:sz="0" w:space="0" w:color="auto"/>
        <w:left w:val="none" w:sz="0" w:space="0" w:color="auto"/>
        <w:bottom w:val="none" w:sz="0" w:space="0" w:color="auto"/>
        <w:right w:val="none" w:sz="0" w:space="0" w:color="auto"/>
      </w:divBdr>
    </w:div>
    <w:div w:id="370881929">
      <w:bodyDiv w:val="1"/>
      <w:marLeft w:val="0"/>
      <w:marRight w:val="0"/>
      <w:marTop w:val="0"/>
      <w:marBottom w:val="0"/>
      <w:divBdr>
        <w:top w:val="none" w:sz="0" w:space="0" w:color="auto"/>
        <w:left w:val="none" w:sz="0" w:space="0" w:color="auto"/>
        <w:bottom w:val="none" w:sz="0" w:space="0" w:color="auto"/>
        <w:right w:val="none" w:sz="0" w:space="0" w:color="auto"/>
      </w:divBdr>
    </w:div>
    <w:div w:id="372576688">
      <w:bodyDiv w:val="1"/>
      <w:marLeft w:val="0"/>
      <w:marRight w:val="0"/>
      <w:marTop w:val="0"/>
      <w:marBottom w:val="0"/>
      <w:divBdr>
        <w:top w:val="none" w:sz="0" w:space="0" w:color="auto"/>
        <w:left w:val="none" w:sz="0" w:space="0" w:color="auto"/>
        <w:bottom w:val="none" w:sz="0" w:space="0" w:color="auto"/>
        <w:right w:val="none" w:sz="0" w:space="0" w:color="auto"/>
      </w:divBdr>
    </w:div>
    <w:div w:id="373237047">
      <w:bodyDiv w:val="1"/>
      <w:marLeft w:val="0"/>
      <w:marRight w:val="0"/>
      <w:marTop w:val="0"/>
      <w:marBottom w:val="0"/>
      <w:divBdr>
        <w:top w:val="none" w:sz="0" w:space="0" w:color="auto"/>
        <w:left w:val="none" w:sz="0" w:space="0" w:color="auto"/>
        <w:bottom w:val="none" w:sz="0" w:space="0" w:color="auto"/>
        <w:right w:val="none" w:sz="0" w:space="0" w:color="auto"/>
      </w:divBdr>
    </w:div>
    <w:div w:id="374081896">
      <w:bodyDiv w:val="1"/>
      <w:marLeft w:val="0"/>
      <w:marRight w:val="0"/>
      <w:marTop w:val="0"/>
      <w:marBottom w:val="0"/>
      <w:divBdr>
        <w:top w:val="none" w:sz="0" w:space="0" w:color="auto"/>
        <w:left w:val="none" w:sz="0" w:space="0" w:color="auto"/>
        <w:bottom w:val="none" w:sz="0" w:space="0" w:color="auto"/>
        <w:right w:val="none" w:sz="0" w:space="0" w:color="auto"/>
      </w:divBdr>
    </w:div>
    <w:div w:id="375278885">
      <w:bodyDiv w:val="1"/>
      <w:marLeft w:val="0"/>
      <w:marRight w:val="0"/>
      <w:marTop w:val="0"/>
      <w:marBottom w:val="0"/>
      <w:divBdr>
        <w:top w:val="none" w:sz="0" w:space="0" w:color="auto"/>
        <w:left w:val="none" w:sz="0" w:space="0" w:color="auto"/>
        <w:bottom w:val="none" w:sz="0" w:space="0" w:color="auto"/>
        <w:right w:val="none" w:sz="0" w:space="0" w:color="auto"/>
      </w:divBdr>
    </w:div>
    <w:div w:id="375395899">
      <w:bodyDiv w:val="1"/>
      <w:marLeft w:val="0"/>
      <w:marRight w:val="0"/>
      <w:marTop w:val="0"/>
      <w:marBottom w:val="0"/>
      <w:divBdr>
        <w:top w:val="none" w:sz="0" w:space="0" w:color="auto"/>
        <w:left w:val="none" w:sz="0" w:space="0" w:color="auto"/>
        <w:bottom w:val="none" w:sz="0" w:space="0" w:color="auto"/>
        <w:right w:val="none" w:sz="0" w:space="0" w:color="auto"/>
      </w:divBdr>
    </w:div>
    <w:div w:id="378358356">
      <w:bodyDiv w:val="1"/>
      <w:marLeft w:val="0"/>
      <w:marRight w:val="0"/>
      <w:marTop w:val="0"/>
      <w:marBottom w:val="0"/>
      <w:divBdr>
        <w:top w:val="none" w:sz="0" w:space="0" w:color="auto"/>
        <w:left w:val="none" w:sz="0" w:space="0" w:color="auto"/>
        <w:bottom w:val="none" w:sz="0" w:space="0" w:color="auto"/>
        <w:right w:val="none" w:sz="0" w:space="0" w:color="auto"/>
      </w:divBdr>
    </w:div>
    <w:div w:id="379016138">
      <w:bodyDiv w:val="1"/>
      <w:marLeft w:val="0"/>
      <w:marRight w:val="0"/>
      <w:marTop w:val="0"/>
      <w:marBottom w:val="0"/>
      <w:divBdr>
        <w:top w:val="none" w:sz="0" w:space="0" w:color="auto"/>
        <w:left w:val="none" w:sz="0" w:space="0" w:color="auto"/>
        <w:bottom w:val="none" w:sz="0" w:space="0" w:color="auto"/>
        <w:right w:val="none" w:sz="0" w:space="0" w:color="auto"/>
      </w:divBdr>
    </w:div>
    <w:div w:id="379942456">
      <w:bodyDiv w:val="1"/>
      <w:marLeft w:val="0"/>
      <w:marRight w:val="0"/>
      <w:marTop w:val="0"/>
      <w:marBottom w:val="0"/>
      <w:divBdr>
        <w:top w:val="none" w:sz="0" w:space="0" w:color="auto"/>
        <w:left w:val="none" w:sz="0" w:space="0" w:color="auto"/>
        <w:bottom w:val="none" w:sz="0" w:space="0" w:color="auto"/>
        <w:right w:val="none" w:sz="0" w:space="0" w:color="auto"/>
      </w:divBdr>
    </w:div>
    <w:div w:id="381364301">
      <w:bodyDiv w:val="1"/>
      <w:marLeft w:val="0"/>
      <w:marRight w:val="0"/>
      <w:marTop w:val="0"/>
      <w:marBottom w:val="0"/>
      <w:divBdr>
        <w:top w:val="none" w:sz="0" w:space="0" w:color="auto"/>
        <w:left w:val="none" w:sz="0" w:space="0" w:color="auto"/>
        <w:bottom w:val="none" w:sz="0" w:space="0" w:color="auto"/>
        <w:right w:val="none" w:sz="0" w:space="0" w:color="auto"/>
      </w:divBdr>
    </w:div>
    <w:div w:id="384061266">
      <w:bodyDiv w:val="1"/>
      <w:marLeft w:val="0"/>
      <w:marRight w:val="0"/>
      <w:marTop w:val="0"/>
      <w:marBottom w:val="0"/>
      <w:divBdr>
        <w:top w:val="none" w:sz="0" w:space="0" w:color="auto"/>
        <w:left w:val="none" w:sz="0" w:space="0" w:color="auto"/>
        <w:bottom w:val="none" w:sz="0" w:space="0" w:color="auto"/>
        <w:right w:val="none" w:sz="0" w:space="0" w:color="auto"/>
      </w:divBdr>
    </w:div>
    <w:div w:id="384840027">
      <w:bodyDiv w:val="1"/>
      <w:marLeft w:val="0"/>
      <w:marRight w:val="0"/>
      <w:marTop w:val="0"/>
      <w:marBottom w:val="0"/>
      <w:divBdr>
        <w:top w:val="none" w:sz="0" w:space="0" w:color="auto"/>
        <w:left w:val="none" w:sz="0" w:space="0" w:color="auto"/>
        <w:bottom w:val="none" w:sz="0" w:space="0" w:color="auto"/>
        <w:right w:val="none" w:sz="0" w:space="0" w:color="auto"/>
      </w:divBdr>
    </w:div>
    <w:div w:id="387531558">
      <w:bodyDiv w:val="1"/>
      <w:marLeft w:val="0"/>
      <w:marRight w:val="0"/>
      <w:marTop w:val="0"/>
      <w:marBottom w:val="0"/>
      <w:divBdr>
        <w:top w:val="none" w:sz="0" w:space="0" w:color="auto"/>
        <w:left w:val="none" w:sz="0" w:space="0" w:color="auto"/>
        <w:bottom w:val="none" w:sz="0" w:space="0" w:color="auto"/>
        <w:right w:val="none" w:sz="0" w:space="0" w:color="auto"/>
      </w:divBdr>
    </w:div>
    <w:div w:id="390889241">
      <w:bodyDiv w:val="1"/>
      <w:marLeft w:val="0"/>
      <w:marRight w:val="0"/>
      <w:marTop w:val="0"/>
      <w:marBottom w:val="0"/>
      <w:divBdr>
        <w:top w:val="none" w:sz="0" w:space="0" w:color="auto"/>
        <w:left w:val="none" w:sz="0" w:space="0" w:color="auto"/>
        <w:bottom w:val="none" w:sz="0" w:space="0" w:color="auto"/>
        <w:right w:val="none" w:sz="0" w:space="0" w:color="auto"/>
      </w:divBdr>
    </w:div>
    <w:div w:id="390931224">
      <w:bodyDiv w:val="1"/>
      <w:marLeft w:val="0"/>
      <w:marRight w:val="0"/>
      <w:marTop w:val="0"/>
      <w:marBottom w:val="0"/>
      <w:divBdr>
        <w:top w:val="none" w:sz="0" w:space="0" w:color="auto"/>
        <w:left w:val="none" w:sz="0" w:space="0" w:color="auto"/>
        <w:bottom w:val="none" w:sz="0" w:space="0" w:color="auto"/>
        <w:right w:val="none" w:sz="0" w:space="0" w:color="auto"/>
      </w:divBdr>
    </w:div>
    <w:div w:id="392579546">
      <w:bodyDiv w:val="1"/>
      <w:marLeft w:val="0"/>
      <w:marRight w:val="0"/>
      <w:marTop w:val="0"/>
      <w:marBottom w:val="0"/>
      <w:divBdr>
        <w:top w:val="none" w:sz="0" w:space="0" w:color="auto"/>
        <w:left w:val="none" w:sz="0" w:space="0" w:color="auto"/>
        <w:bottom w:val="none" w:sz="0" w:space="0" w:color="auto"/>
        <w:right w:val="none" w:sz="0" w:space="0" w:color="auto"/>
      </w:divBdr>
    </w:div>
    <w:div w:id="393046426">
      <w:bodyDiv w:val="1"/>
      <w:marLeft w:val="0"/>
      <w:marRight w:val="0"/>
      <w:marTop w:val="0"/>
      <w:marBottom w:val="0"/>
      <w:divBdr>
        <w:top w:val="none" w:sz="0" w:space="0" w:color="auto"/>
        <w:left w:val="none" w:sz="0" w:space="0" w:color="auto"/>
        <w:bottom w:val="none" w:sz="0" w:space="0" w:color="auto"/>
        <w:right w:val="none" w:sz="0" w:space="0" w:color="auto"/>
      </w:divBdr>
    </w:div>
    <w:div w:id="393741107">
      <w:bodyDiv w:val="1"/>
      <w:marLeft w:val="0"/>
      <w:marRight w:val="0"/>
      <w:marTop w:val="0"/>
      <w:marBottom w:val="0"/>
      <w:divBdr>
        <w:top w:val="none" w:sz="0" w:space="0" w:color="auto"/>
        <w:left w:val="none" w:sz="0" w:space="0" w:color="auto"/>
        <w:bottom w:val="none" w:sz="0" w:space="0" w:color="auto"/>
        <w:right w:val="none" w:sz="0" w:space="0" w:color="auto"/>
      </w:divBdr>
    </w:div>
    <w:div w:id="397939659">
      <w:bodyDiv w:val="1"/>
      <w:marLeft w:val="0"/>
      <w:marRight w:val="0"/>
      <w:marTop w:val="0"/>
      <w:marBottom w:val="0"/>
      <w:divBdr>
        <w:top w:val="none" w:sz="0" w:space="0" w:color="auto"/>
        <w:left w:val="none" w:sz="0" w:space="0" w:color="auto"/>
        <w:bottom w:val="none" w:sz="0" w:space="0" w:color="auto"/>
        <w:right w:val="none" w:sz="0" w:space="0" w:color="auto"/>
      </w:divBdr>
    </w:div>
    <w:div w:id="398983889">
      <w:bodyDiv w:val="1"/>
      <w:marLeft w:val="0"/>
      <w:marRight w:val="0"/>
      <w:marTop w:val="0"/>
      <w:marBottom w:val="0"/>
      <w:divBdr>
        <w:top w:val="none" w:sz="0" w:space="0" w:color="auto"/>
        <w:left w:val="none" w:sz="0" w:space="0" w:color="auto"/>
        <w:bottom w:val="none" w:sz="0" w:space="0" w:color="auto"/>
        <w:right w:val="none" w:sz="0" w:space="0" w:color="auto"/>
      </w:divBdr>
    </w:div>
    <w:div w:id="402483222">
      <w:bodyDiv w:val="1"/>
      <w:marLeft w:val="0"/>
      <w:marRight w:val="0"/>
      <w:marTop w:val="0"/>
      <w:marBottom w:val="0"/>
      <w:divBdr>
        <w:top w:val="none" w:sz="0" w:space="0" w:color="auto"/>
        <w:left w:val="none" w:sz="0" w:space="0" w:color="auto"/>
        <w:bottom w:val="none" w:sz="0" w:space="0" w:color="auto"/>
        <w:right w:val="none" w:sz="0" w:space="0" w:color="auto"/>
      </w:divBdr>
    </w:div>
    <w:div w:id="403602809">
      <w:bodyDiv w:val="1"/>
      <w:marLeft w:val="0"/>
      <w:marRight w:val="0"/>
      <w:marTop w:val="0"/>
      <w:marBottom w:val="0"/>
      <w:divBdr>
        <w:top w:val="none" w:sz="0" w:space="0" w:color="auto"/>
        <w:left w:val="none" w:sz="0" w:space="0" w:color="auto"/>
        <w:bottom w:val="none" w:sz="0" w:space="0" w:color="auto"/>
        <w:right w:val="none" w:sz="0" w:space="0" w:color="auto"/>
      </w:divBdr>
    </w:div>
    <w:div w:id="403648684">
      <w:bodyDiv w:val="1"/>
      <w:marLeft w:val="0"/>
      <w:marRight w:val="0"/>
      <w:marTop w:val="0"/>
      <w:marBottom w:val="0"/>
      <w:divBdr>
        <w:top w:val="none" w:sz="0" w:space="0" w:color="auto"/>
        <w:left w:val="none" w:sz="0" w:space="0" w:color="auto"/>
        <w:bottom w:val="none" w:sz="0" w:space="0" w:color="auto"/>
        <w:right w:val="none" w:sz="0" w:space="0" w:color="auto"/>
      </w:divBdr>
    </w:div>
    <w:div w:id="404962443">
      <w:bodyDiv w:val="1"/>
      <w:marLeft w:val="0"/>
      <w:marRight w:val="0"/>
      <w:marTop w:val="0"/>
      <w:marBottom w:val="0"/>
      <w:divBdr>
        <w:top w:val="none" w:sz="0" w:space="0" w:color="auto"/>
        <w:left w:val="none" w:sz="0" w:space="0" w:color="auto"/>
        <w:bottom w:val="none" w:sz="0" w:space="0" w:color="auto"/>
        <w:right w:val="none" w:sz="0" w:space="0" w:color="auto"/>
      </w:divBdr>
    </w:div>
    <w:div w:id="405032045">
      <w:bodyDiv w:val="1"/>
      <w:marLeft w:val="0"/>
      <w:marRight w:val="0"/>
      <w:marTop w:val="0"/>
      <w:marBottom w:val="0"/>
      <w:divBdr>
        <w:top w:val="none" w:sz="0" w:space="0" w:color="auto"/>
        <w:left w:val="none" w:sz="0" w:space="0" w:color="auto"/>
        <w:bottom w:val="none" w:sz="0" w:space="0" w:color="auto"/>
        <w:right w:val="none" w:sz="0" w:space="0" w:color="auto"/>
      </w:divBdr>
    </w:div>
    <w:div w:id="405496382">
      <w:bodyDiv w:val="1"/>
      <w:marLeft w:val="0"/>
      <w:marRight w:val="0"/>
      <w:marTop w:val="0"/>
      <w:marBottom w:val="0"/>
      <w:divBdr>
        <w:top w:val="none" w:sz="0" w:space="0" w:color="auto"/>
        <w:left w:val="none" w:sz="0" w:space="0" w:color="auto"/>
        <w:bottom w:val="none" w:sz="0" w:space="0" w:color="auto"/>
        <w:right w:val="none" w:sz="0" w:space="0" w:color="auto"/>
      </w:divBdr>
    </w:div>
    <w:div w:id="408423757">
      <w:bodyDiv w:val="1"/>
      <w:marLeft w:val="0"/>
      <w:marRight w:val="0"/>
      <w:marTop w:val="0"/>
      <w:marBottom w:val="0"/>
      <w:divBdr>
        <w:top w:val="none" w:sz="0" w:space="0" w:color="auto"/>
        <w:left w:val="none" w:sz="0" w:space="0" w:color="auto"/>
        <w:bottom w:val="none" w:sz="0" w:space="0" w:color="auto"/>
        <w:right w:val="none" w:sz="0" w:space="0" w:color="auto"/>
      </w:divBdr>
    </w:div>
    <w:div w:id="409424224">
      <w:bodyDiv w:val="1"/>
      <w:marLeft w:val="0"/>
      <w:marRight w:val="0"/>
      <w:marTop w:val="0"/>
      <w:marBottom w:val="0"/>
      <w:divBdr>
        <w:top w:val="none" w:sz="0" w:space="0" w:color="auto"/>
        <w:left w:val="none" w:sz="0" w:space="0" w:color="auto"/>
        <w:bottom w:val="none" w:sz="0" w:space="0" w:color="auto"/>
        <w:right w:val="none" w:sz="0" w:space="0" w:color="auto"/>
      </w:divBdr>
    </w:div>
    <w:div w:id="411506532">
      <w:bodyDiv w:val="1"/>
      <w:marLeft w:val="0"/>
      <w:marRight w:val="0"/>
      <w:marTop w:val="0"/>
      <w:marBottom w:val="0"/>
      <w:divBdr>
        <w:top w:val="none" w:sz="0" w:space="0" w:color="auto"/>
        <w:left w:val="none" w:sz="0" w:space="0" w:color="auto"/>
        <w:bottom w:val="none" w:sz="0" w:space="0" w:color="auto"/>
        <w:right w:val="none" w:sz="0" w:space="0" w:color="auto"/>
      </w:divBdr>
    </w:div>
    <w:div w:id="411780996">
      <w:bodyDiv w:val="1"/>
      <w:marLeft w:val="0"/>
      <w:marRight w:val="0"/>
      <w:marTop w:val="0"/>
      <w:marBottom w:val="0"/>
      <w:divBdr>
        <w:top w:val="none" w:sz="0" w:space="0" w:color="auto"/>
        <w:left w:val="none" w:sz="0" w:space="0" w:color="auto"/>
        <w:bottom w:val="none" w:sz="0" w:space="0" w:color="auto"/>
        <w:right w:val="none" w:sz="0" w:space="0" w:color="auto"/>
      </w:divBdr>
    </w:div>
    <w:div w:id="413355796">
      <w:bodyDiv w:val="1"/>
      <w:marLeft w:val="0"/>
      <w:marRight w:val="0"/>
      <w:marTop w:val="0"/>
      <w:marBottom w:val="0"/>
      <w:divBdr>
        <w:top w:val="none" w:sz="0" w:space="0" w:color="auto"/>
        <w:left w:val="none" w:sz="0" w:space="0" w:color="auto"/>
        <w:bottom w:val="none" w:sz="0" w:space="0" w:color="auto"/>
        <w:right w:val="none" w:sz="0" w:space="0" w:color="auto"/>
      </w:divBdr>
    </w:div>
    <w:div w:id="413938600">
      <w:bodyDiv w:val="1"/>
      <w:marLeft w:val="0"/>
      <w:marRight w:val="0"/>
      <w:marTop w:val="0"/>
      <w:marBottom w:val="0"/>
      <w:divBdr>
        <w:top w:val="none" w:sz="0" w:space="0" w:color="auto"/>
        <w:left w:val="none" w:sz="0" w:space="0" w:color="auto"/>
        <w:bottom w:val="none" w:sz="0" w:space="0" w:color="auto"/>
        <w:right w:val="none" w:sz="0" w:space="0" w:color="auto"/>
      </w:divBdr>
    </w:div>
    <w:div w:id="414714679">
      <w:bodyDiv w:val="1"/>
      <w:marLeft w:val="0"/>
      <w:marRight w:val="0"/>
      <w:marTop w:val="0"/>
      <w:marBottom w:val="0"/>
      <w:divBdr>
        <w:top w:val="none" w:sz="0" w:space="0" w:color="auto"/>
        <w:left w:val="none" w:sz="0" w:space="0" w:color="auto"/>
        <w:bottom w:val="none" w:sz="0" w:space="0" w:color="auto"/>
        <w:right w:val="none" w:sz="0" w:space="0" w:color="auto"/>
      </w:divBdr>
    </w:div>
    <w:div w:id="414934573">
      <w:bodyDiv w:val="1"/>
      <w:marLeft w:val="0"/>
      <w:marRight w:val="0"/>
      <w:marTop w:val="0"/>
      <w:marBottom w:val="0"/>
      <w:divBdr>
        <w:top w:val="none" w:sz="0" w:space="0" w:color="auto"/>
        <w:left w:val="none" w:sz="0" w:space="0" w:color="auto"/>
        <w:bottom w:val="none" w:sz="0" w:space="0" w:color="auto"/>
        <w:right w:val="none" w:sz="0" w:space="0" w:color="auto"/>
      </w:divBdr>
    </w:div>
    <w:div w:id="417405661">
      <w:bodyDiv w:val="1"/>
      <w:marLeft w:val="0"/>
      <w:marRight w:val="0"/>
      <w:marTop w:val="0"/>
      <w:marBottom w:val="0"/>
      <w:divBdr>
        <w:top w:val="none" w:sz="0" w:space="0" w:color="auto"/>
        <w:left w:val="none" w:sz="0" w:space="0" w:color="auto"/>
        <w:bottom w:val="none" w:sz="0" w:space="0" w:color="auto"/>
        <w:right w:val="none" w:sz="0" w:space="0" w:color="auto"/>
      </w:divBdr>
    </w:div>
    <w:div w:id="418452926">
      <w:bodyDiv w:val="1"/>
      <w:marLeft w:val="0"/>
      <w:marRight w:val="0"/>
      <w:marTop w:val="0"/>
      <w:marBottom w:val="0"/>
      <w:divBdr>
        <w:top w:val="none" w:sz="0" w:space="0" w:color="auto"/>
        <w:left w:val="none" w:sz="0" w:space="0" w:color="auto"/>
        <w:bottom w:val="none" w:sz="0" w:space="0" w:color="auto"/>
        <w:right w:val="none" w:sz="0" w:space="0" w:color="auto"/>
      </w:divBdr>
    </w:div>
    <w:div w:id="424156121">
      <w:bodyDiv w:val="1"/>
      <w:marLeft w:val="0"/>
      <w:marRight w:val="0"/>
      <w:marTop w:val="0"/>
      <w:marBottom w:val="0"/>
      <w:divBdr>
        <w:top w:val="none" w:sz="0" w:space="0" w:color="auto"/>
        <w:left w:val="none" w:sz="0" w:space="0" w:color="auto"/>
        <w:bottom w:val="none" w:sz="0" w:space="0" w:color="auto"/>
        <w:right w:val="none" w:sz="0" w:space="0" w:color="auto"/>
      </w:divBdr>
    </w:div>
    <w:div w:id="424347367">
      <w:bodyDiv w:val="1"/>
      <w:marLeft w:val="0"/>
      <w:marRight w:val="0"/>
      <w:marTop w:val="0"/>
      <w:marBottom w:val="0"/>
      <w:divBdr>
        <w:top w:val="none" w:sz="0" w:space="0" w:color="auto"/>
        <w:left w:val="none" w:sz="0" w:space="0" w:color="auto"/>
        <w:bottom w:val="none" w:sz="0" w:space="0" w:color="auto"/>
        <w:right w:val="none" w:sz="0" w:space="0" w:color="auto"/>
      </w:divBdr>
    </w:div>
    <w:div w:id="430664316">
      <w:bodyDiv w:val="1"/>
      <w:marLeft w:val="0"/>
      <w:marRight w:val="0"/>
      <w:marTop w:val="0"/>
      <w:marBottom w:val="0"/>
      <w:divBdr>
        <w:top w:val="none" w:sz="0" w:space="0" w:color="auto"/>
        <w:left w:val="none" w:sz="0" w:space="0" w:color="auto"/>
        <w:bottom w:val="none" w:sz="0" w:space="0" w:color="auto"/>
        <w:right w:val="none" w:sz="0" w:space="0" w:color="auto"/>
      </w:divBdr>
    </w:div>
    <w:div w:id="431517285">
      <w:bodyDiv w:val="1"/>
      <w:marLeft w:val="0"/>
      <w:marRight w:val="0"/>
      <w:marTop w:val="0"/>
      <w:marBottom w:val="0"/>
      <w:divBdr>
        <w:top w:val="none" w:sz="0" w:space="0" w:color="auto"/>
        <w:left w:val="none" w:sz="0" w:space="0" w:color="auto"/>
        <w:bottom w:val="none" w:sz="0" w:space="0" w:color="auto"/>
        <w:right w:val="none" w:sz="0" w:space="0" w:color="auto"/>
      </w:divBdr>
    </w:div>
    <w:div w:id="433210322">
      <w:bodyDiv w:val="1"/>
      <w:marLeft w:val="0"/>
      <w:marRight w:val="0"/>
      <w:marTop w:val="0"/>
      <w:marBottom w:val="0"/>
      <w:divBdr>
        <w:top w:val="none" w:sz="0" w:space="0" w:color="auto"/>
        <w:left w:val="none" w:sz="0" w:space="0" w:color="auto"/>
        <w:bottom w:val="none" w:sz="0" w:space="0" w:color="auto"/>
        <w:right w:val="none" w:sz="0" w:space="0" w:color="auto"/>
      </w:divBdr>
    </w:div>
    <w:div w:id="435180695">
      <w:bodyDiv w:val="1"/>
      <w:marLeft w:val="0"/>
      <w:marRight w:val="0"/>
      <w:marTop w:val="0"/>
      <w:marBottom w:val="0"/>
      <w:divBdr>
        <w:top w:val="none" w:sz="0" w:space="0" w:color="auto"/>
        <w:left w:val="none" w:sz="0" w:space="0" w:color="auto"/>
        <w:bottom w:val="none" w:sz="0" w:space="0" w:color="auto"/>
        <w:right w:val="none" w:sz="0" w:space="0" w:color="auto"/>
      </w:divBdr>
    </w:div>
    <w:div w:id="435564500">
      <w:bodyDiv w:val="1"/>
      <w:marLeft w:val="0"/>
      <w:marRight w:val="0"/>
      <w:marTop w:val="0"/>
      <w:marBottom w:val="0"/>
      <w:divBdr>
        <w:top w:val="none" w:sz="0" w:space="0" w:color="auto"/>
        <w:left w:val="none" w:sz="0" w:space="0" w:color="auto"/>
        <w:bottom w:val="none" w:sz="0" w:space="0" w:color="auto"/>
        <w:right w:val="none" w:sz="0" w:space="0" w:color="auto"/>
      </w:divBdr>
    </w:div>
    <w:div w:id="435634274">
      <w:bodyDiv w:val="1"/>
      <w:marLeft w:val="0"/>
      <w:marRight w:val="0"/>
      <w:marTop w:val="0"/>
      <w:marBottom w:val="0"/>
      <w:divBdr>
        <w:top w:val="none" w:sz="0" w:space="0" w:color="auto"/>
        <w:left w:val="none" w:sz="0" w:space="0" w:color="auto"/>
        <w:bottom w:val="none" w:sz="0" w:space="0" w:color="auto"/>
        <w:right w:val="none" w:sz="0" w:space="0" w:color="auto"/>
      </w:divBdr>
    </w:div>
    <w:div w:id="437795828">
      <w:bodyDiv w:val="1"/>
      <w:marLeft w:val="0"/>
      <w:marRight w:val="0"/>
      <w:marTop w:val="0"/>
      <w:marBottom w:val="0"/>
      <w:divBdr>
        <w:top w:val="none" w:sz="0" w:space="0" w:color="auto"/>
        <w:left w:val="none" w:sz="0" w:space="0" w:color="auto"/>
        <w:bottom w:val="none" w:sz="0" w:space="0" w:color="auto"/>
        <w:right w:val="none" w:sz="0" w:space="0" w:color="auto"/>
      </w:divBdr>
    </w:div>
    <w:div w:id="440224750">
      <w:bodyDiv w:val="1"/>
      <w:marLeft w:val="0"/>
      <w:marRight w:val="0"/>
      <w:marTop w:val="0"/>
      <w:marBottom w:val="0"/>
      <w:divBdr>
        <w:top w:val="none" w:sz="0" w:space="0" w:color="auto"/>
        <w:left w:val="none" w:sz="0" w:space="0" w:color="auto"/>
        <w:bottom w:val="none" w:sz="0" w:space="0" w:color="auto"/>
        <w:right w:val="none" w:sz="0" w:space="0" w:color="auto"/>
      </w:divBdr>
    </w:div>
    <w:div w:id="440733762">
      <w:bodyDiv w:val="1"/>
      <w:marLeft w:val="0"/>
      <w:marRight w:val="0"/>
      <w:marTop w:val="0"/>
      <w:marBottom w:val="0"/>
      <w:divBdr>
        <w:top w:val="none" w:sz="0" w:space="0" w:color="auto"/>
        <w:left w:val="none" w:sz="0" w:space="0" w:color="auto"/>
        <w:bottom w:val="none" w:sz="0" w:space="0" w:color="auto"/>
        <w:right w:val="none" w:sz="0" w:space="0" w:color="auto"/>
      </w:divBdr>
    </w:div>
    <w:div w:id="442502770">
      <w:bodyDiv w:val="1"/>
      <w:marLeft w:val="0"/>
      <w:marRight w:val="0"/>
      <w:marTop w:val="0"/>
      <w:marBottom w:val="0"/>
      <w:divBdr>
        <w:top w:val="none" w:sz="0" w:space="0" w:color="auto"/>
        <w:left w:val="none" w:sz="0" w:space="0" w:color="auto"/>
        <w:bottom w:val="none" w:sz="0" w:space="0" w:color="auto"/>
        <w:right w:val="none" w:sz="0" w:space="0" w:color="auto"/>
      </w:divBdr>
    </w:div>
    <w:div w:id="444081939">
      <w:bodyDiv w:val="1"/>
      <w:marLeft w:val="0"/>
      <w:marRight w:val="0"/>
      <w:marTop w:val="0"/>
      <w:marBottom w:val="0"/>
      <w:divBdr>
        <w:top w:val="none" w:sz="0" w:space="0" w:color="auto"/>
        <w:left w:val="none" w:sz="0" w:space="0" w:color="auto"/>
        <w:bottom w:val="none" w:sz="0" w:space="0" w:color="auto"/>
        <w:right w:val="none" w:sz="0" w:space="0" w:color="auto"/>
      </w:divBdr>
    </w:div>
    <w:div w:id="446316052">
      <w:bodyDiv w:val="1"/>
      <w:marLeft w:val="0"/>
      <w:marRight w:val="0"/>
      <w:marTop w:val="0"/>
      <w:marBottom w:val="0"/>
      <w:divBdr>
        <w:top w:val="none" w:sz="0" w:space="0" w:color="auto"/>
        <w:left w:val="none" w:sz="0" w:space="0" w:color="auto"/>
        <w:bottom w:val="none" w:sz="0" w:space="0" w:color="auto"/>
        <w:right w:val="none" w:sz="0" w:space="0" w:color="auto"/>
      </w:divBdr>
    </w:div>
    <w:div w:id="448207378">
      <w:bodyDiv w:val="1"/>
      <w:marLeft w:val="0"/>
      <w:marRight w:val="0"/>
      <w:marTop w:val="0"/>
      <w:marBottom w:val="0"/>
      <w:divBdr>
        <w:top w:val="none" w:sz="0" w:space="0" w:color="auto"/>
        <w:left w:val="none" w:sz="0" w:space="0" w:color="auto"/>
        <w:bottom w:val="none" w:sz="0" w:space="0" w:color="auto"/>
        <w:right w:val="none" w:sz="0" w:space="0" w:color="auto"/>
      </w:divBdr>
    </w:div>
    <w:div w:id="449784426">
      <w:bodyDiv w:val="1"/>
      <w:marLeft w:val="0"/>
      <w:marRight w:val="0"/>
      <w:marTop w:val="0"/>
      <w:marBottom w:val="0"/>
      <w:divBdr>
        <w:top w:val="none" w:sz="0" w:space="0" w:color="auto"/>
        <w:left w:val="none" w:sz="0" w:space="0" w:color="auto"/>
        <w:bottom w:val="none" w:sz="0" w:space="0" w:color="auto"/>
        <w:right w:val="none" w:sz="0" w:space="0" w:color="auto"/>
      </w:divBdr>
    </w:div>
    <w:div w:id="454250226">
      <w:bodyDiv w:val="1"/>
      <w:marLeft w:val="0"/>
      <w:marRight w:val="0"/>
      <w:marTop w:val="0"/>
      <w:marBottom w:val="0"/>
      <w:divBdr>
        <w:top w:val="none" w:sz="0" w:space="0" w:color="auto"/>
        <w:left w:val="none" w:sz="0" w:space="0" w:color="auto"/>
        <w:bottom w:val="none" w:sz="0" w:space="0" w:color="auto"/>
        <w:right w:val="none" w:sz="0" w:space="0" w:color="auto"/>
      </w:divBdr>
    </w:div>
    <w:div w:id="455681125">
      <w:bodyDiv w:val="1"/>
      <w:marLeft w:val="0"/>
      <w:marRight w:val="0"/>
      <w:marTop w:val="0"/>
      <w:marBottom w:val="0"/>
      <w:divBdr>
        <w:top w:val="none" w:sz="0" w:space="0" w:color="auto"/>
        <w:left w:val="none" w:sz="0" w:space="0" w:color="auto"/>
        <w:bottom w:val="none" w:sz="0" w:space="0" w:color="auto"/>
        <w:right w:val="none" w:sz="0" w:space="0" w:color="auto"/>
      </w:divBdr>
    </w:div>
    <w:div w:id="456148530">
      <w:bodyDiv w:val="1"/>
      <w:marLeft w:val="0"/>
      <w:marRight w:val="0"/>
      <w:marTop w:val="0"/>
      <w:marBottom w:val="0"/>
      <w:divBdr>
        <w:top w:val="none" w:sz="0" w:space="0" w:color="auto"/>
        <w:left w:val="none" w:sz="0" w:space="0" w:color="auto"/>
        <w:bottom w:val="none" w:sz="0" w:space="0" w:color="auto"/>
        <w:right w:val="none" w:sz="0" w:space="0" w:color="auto"/>
      </w:divBdr>
    </w:div>
    <w:div w:id="456797023">
      <w:bodyDiv w:val="1"/>
      <w:marLeft w:val="0"/>
      <w:marRight w:val="0"/>
      <w:marTop w:val="0"/>
      <w:marBottom w:val="0"/>
      <w:divBdr>
        <w:top w:val="none" w:sz="0" w:space="0" w:color="auto"/>
        <w:left w:val="none" w:sz="0" w:space="0" w:color="auto"/>
        <w:bottom w:val="none" w:sz="0" w:space="0" w:color="auto"/>
        <w:right w:val="none" w:sz="0" w:space="0" w:color="auto"/>
      </w:divBdr>
    </w:div>
    <w:div w:id="457139127">
      <w:bodyDiv w:val="1"/>
      <w:marLeft w:val="0"/>
      <w:marRight w:val="0"/>
      <w:marTop w:val="0"/>
      <w:marBottom w:val="0"/>
      <w:divBdr>
        <w:top w:val="none" w:sz="0" w:space="0" w:color="auto"/>
        <w:left w:val="none" w:sz="0" w:space="0" w:color="auto"/>
        <w:bottom w:val="none" w:sz="0" w:space="0" w:color="auto"/>
        <w:right w:val="none" w:sz="0" w:space="0" w:color="auto"/>
      </w:divBdr>
    </w:div>
    <w:div w:id="457456917">
      <w:bodyDiv w:val="1"/>
      <w:marLeft w:val="0"/>
      <w:marRight w:val="0"/>
      <w:marTop w:val="0"/>
      <w:marBottom w:val="0"/>
      <w:divBdr>
        <w:top w:val="none" w:sz="0" w:space="0" w:color="auto"/>
        <w:left w:val="none" w:sz="0" w:space="0" w:color="auto"/>
        <w:bottom w:val="none" w:sz="0" w:space="0" w:color="auto"/>
        <w:right w:val="none" w:sz="0" w:space="0" w:color="auto"/>
      </w:divBdr>
    </w:div>
    <w:div w:id="457577199">
      <w:bodyDiv w:val="1"/>
      <w:marLeft w:val="0"/>
      <w:marRight w:val="0"/>
      <w:marTop w:val="0"/>
      <w:marBottom w:val="0"/>
      <w:divBdr>
        <w:top w:val="none" w:sz="0" w:space="0" w:color="auto"/>
        <w:left w:val="none" w:sz="0" w:space="0" w:color="auto"/>
        <w:bottom w:val="none" w:sz="0" w:space="0" w:color="auto"/>
        <w:right w:val="none" w:sz="0" w:space="0" w:color="auto"/>
      </w:divBdr>
    </w:div>
    <w:div w:id="459231454">
      <w:bodyDiv w:val="1"/>
      <w:marLeft w:val="0"/>
      <w:marRight w:val="0"/>
      <w:marTop w:val="0"/>
      <w:marBottom w:val="0"/>
      <w:divBdr>
        <w:top w:val="none" w:sz="0" w:space="0" w:color="auto"/>
        <w:left w:val="none" w:sz="0" w:space="0" w:color="auto"/>
        <w:bottom w:val="none" w:sz="0" w:space="0" w:color="auto"/>
        <w:right w:val="none" w:sz="0" w:space="0" w:color="auto"/>
      </w:divBdr>
    </w:div>
    <w:div w:id="460537892">
      <w:bodyDiv w:val="1"/>
      <w:marLeft w:val="0"/>
      <w:marRight w:val="0"/>
      <w:marTop w:val="0"/>
      <w:marBottom w:val="0"/>
      <w:divBdr>
        <w:top w:val="none" w:sz="0" w:space="0" w:color="auto"/>
        <w:left w:val="none" w:sz="0" w:space="0" w:color="auto"/>
        <w:bottom w:val="none" w:sz="0" w:space="0" w:color="auto"/>
        <w:right w:val="none" w:sz="0" w:space="0" w:color="auto"/>
      </w:divBdr>
    </w:div>
    <w:div w:id="461273128">
      <w:bodyDiv w:val="1"/>
      <w:marLeft w:val="0"/>
      <w:marRight w:val="0"/>
      <w:marTop w:val="0"/>
      <w:marBottom w:val="0"/>
      <w:divBdr>
        <w:top w:val="none" w:sz="0" w:space="0" w:color="auto"/>
        <w:left w:val="none" w:sz="0" w:space="0" w:color="auto"/>
        <w:bottom w:val="none" w:sz="0" w:space="0" w:color="auto"/>
        <w:right w:val="none" w:sz="0" w:space="0" w:color="auto"/>
      </w:divBdr>
    </w:div>
    <w:div w:id="461843852">
      <w:bodyDiv w:val="1"/>
      <w:marLeft w:val="0"/>
      <w:marRight w:val="0"/>
      <w:marTop w:val="0"/>
      <w:marBottom w:val="0"/>
      <w:divBdr>
        <w:top w:val="none" w:sz="0" w:space="0" w:color="auto"/>
        <w:left w:val="none" w:sz="0" w:space="0" w:color="auto"/>
        <w:bottom w:val="none" w:sz="0" w:space="0" w:color="auto"/>
        <w:right w:val="none" w:sz="0" w:space="0" w:color="auto"/>
      </w:divBdr>
    </w:div>
    <w:div w:id="463892249">
      <w:bodyDiv w:val="1"/>
      <w:marLeft w:val="0"/>
      <w:marRight w:val="0"/>
      <w:marTop w:val="0"/>
      <w:marBottom w:val="0"/>
      <w:divBdr>
        <w:top w:val="none" w:sz="0" w:space="0" w:color="auto"/>
        <w:left w:val="none" w:sz="0" w:space="0" w:color="auto"/>
        <w:bottom w:val="none" w:sz="0" w:space="0" w:color="auto"/>
        <w:right w:val="none" w:sz="0" w:space="0" w:color="auto"/>
      </w:divBdr>
    </w:div>
    <w:div w:id="464198568">
      <w:bodyDiv w:val="1"/>
      <w:marLeft w:val="0"/>
      <w:marRight w:val="0"/>
      <w:marTop w:val="0"/>
      <w:marBottom w:val="0"/>
      <w:divBdr>
        <w:top w:val="none" w:sz="0" w:space="0" w:color="auto"/>
        <w:left w:val="none" w:sz="0" w:space="0" w:color="auto"/>
        <w:bottom w:val="none" w:sz="0" w:space="0" w:color="auto"/>
        <w:right w:val="none" w:sz="0" w:space="0" w:color="auto"/>
      </w:divBdr>
    </w:div>
    <w:div w:id="465855507">
      <w:bodyDiv w:val="1"/>
      <w:marLeft w:val="0"/>
      <w:marRight w:val="0"/>
      <w:marTop w:val="0"/>
      <w:marBottom w:val="0"/>
      <w:divBdr>
        <w:top w:val="none" w:sz="0" w:space="0" w:color="auto"/>
        <w:left w:val="none" w:sz="0" w:space="0" w:color="auto"/>
        <w:bottom w:val="none" w:sz="0" w:space="0" w:color="auto"/>
        <w:right w:val="none" w:sz="0" w:space="0" w:color="auto"/>
      </w:divBdr>
    </w:div>
    <w:div w:id="472066615">
      <w:bodyDiv w:val="1"/>
      <w:marLeft w:val="0"/>
      <w:marRight w:val="0"/>
      <w:marTop w:val="0"/>
      <w:marBottom w:val="0"/>
      <w:divBdr>
        <w:top w:val="none" w:sz="0" w:space="0" w:color="auto"/>
        <w:left w:val="none" w:sz="0" w:space="0" w:color="auto"/>
        <w:bottom w:val="none" w:sz="0" w:space="0" w:color="auto"/>
        <w:right w:val="none" w:sz="0" w:space="0" w:color="auto"/>
      </w:divBdr>
    </w:div>
    <w:div w:id="475223676">
      <w:bodyDiv w:val="1"/>
      <w:marLeft w:val="0"/>
      <w:marRight w:val="0"/>
      <w:marTop w:val="0"/>
      <w:marBottom w:val="0"/>
      <w:divBdr>
        <w:top w:val="none" w:sz="0" w:space="0" w:color="auto"/>
        <w:left w:val="none" w:sz="0" w:space="0" w:color="auto"/>
        <w:bottom w:val="none" w:sz="0" w:space="0" w:color="auto"/>
        <w:right w:val="none" w:sz="0" w:space="0" w:color="auto"/>
      </w:divBdr>
    </w:div>
    <w:div w:id="475298417">
      <w:bodyDiv w:val="1"/>
      <w:marLeft w:val="0"/>
      <w:marRight w:val="0"/>
      <w:marTop w:val="0"/>
      <w:marBottom w:val="0"/>
      <w:divBdr>
        <w:top w:val="none" w:sz="0" w:space="0" w:color="auto"/>
        <w:left w:val="none" w:sz="0" w:space="0" w:color="auto"/>
        <w:bottom w:val="none" w:sz="0" w:space="0" w:color="auto"/>
        <w:right w:val="none" w:sz="0" w:space="0" w:color="auto"/>
      </w:divBdr>
    </w:div>
    <w:div w:id="477113578">
      <w:bodyDiv w:val="1"/>
      <w:marLeft w:val="0"/>
      <w:marRight w:val="0"/>
      <w:marTop w:val="0"/>
      <w:marBottom w:val="0"/>
      <w:divBdr>
        <w:top w:val="none" w:sz="0" w:space="0" w:color="auto"/>
        <w:left w:val="none" w:sz="0" w:space="0" w:color="auto"/>
        <w:bottom w:val="none" w:sz="0" w:space="0" w:color="auto"/>
        <w:right w:val="none" w:sz="0" w:space="0" w:color="auto"/>
      </w:divBdr>
    </w:div>
    <w:div w:id="478422186">
      <w:bodyDiv w:val="1"/>
      <w:marLeft w:val="0"/>
      <w:marRight w:val="0"/>
      <w:marTop w:val="0"/>
      <w:marBottom w:val="0"/>
      <w:divBdr>
        <w:top w:val="none" w:sz="0" w:space="0" w:color="auto"/>
        <w:left w:val="none" w:sz="0" w:space="0" w:color="auto"/>
        <w:bottom w:val="none" w:sz="0" w:space="0" w:color="auto"/>
        <w:right w:val="none" w:sz="0" w:space="0" w:color="auto"/>
      </w:divBdr>
    </w:div>
    <w:div w:id="479344016">
      <w:bodyDiv w:val="1"/>
      <w:marLeft w:val="0"/>
      <w:marRight w:val="0"/>
      <w:marTop w:val="0"/>
      <w:marBottom w:val="0"/>
      <w:divBdr>
        <w:top w:val="none" w:sz="0" w:space="0" w:color="auto"/>
        <w:left w:val="none" w:sz="0" w:space="0" w:color="auto"/>
        <w:bottom w:val="none" w:sz="0" w:space="0" w:color="auto"/>
        <w:right w:val="none" w:sz="0" w:space="0" w:color="auto"/>
      </w:divBdr>
    </w:div>
    <w:div w:id="480074376">
      <w:bodyDiv w:val="1"/>
      <w:marLeft w:val="0"/>
      <w:marRight w:val="0"/>
      <w:marTop w:val="0"/>
      <w:marBottom w:val="0"/>
      <w:divBdr>
        <w:top w:val="none" w:sz="0" w:space="0" w:color="auto"/>
        <w:left w:val="none" w:sz="0" w:space="0" w:color="auto"/>
        <w:bottom w:val="none" w:sz="0" w:space="0" w:color="auto"/>
        <w:right w:val="none" w:sz="0" w:space="0" w:color="auto"/>
      </w:divBdr>
    </w:div>
    <w:div w:id="480851912">
      <w:bodyDiv w:val="1"/>
      <w:marLeft w:val="0"/>
      <w:marRight w:val="0"/>
      <w:marTop w:val="0"/>
      <w:marBottom w:val="0"/>
      <w:divBdr>
        <w:top w:val="none" w:sz="0" w:space="0" w:color="auto"/>
        <w:left w:val="none" w:sz="0" w:space="0" w:color="auto"/>
        <w:bottom w:val="none" w:sz="0" w:space="0" w:color="auto"/>
        <w:right w:val="none" w:sz="0" w:space="0" w:color="auto"/>
      </w:divBdr>
    </w:div>
    <w:div w:id="484056253">
      <w:bodyDiv w:val="1"/>
      <w:marLeft w:val="0"/>
      <w:marRight w:val="0"/>
      <w:marTop w:val="0"/>
      <w:marBottom w:val="0"/>
      <w:divBdr>
        <w:top w:val="none" w:sz="0" w:space="0" w:color="auto"/>
        <w:left w:val="none" w:sz="0" w:space="0" w:color="auto"/>
        <w:bottom w:val="none" w:sz="0" w:space="0" w:color="auto"/>
        <w:right w:val="none" w:sz="0" w:space="0" w:color="auto"/>
      </w:divBdr>
    </w:div>
    <w:div w:id="484204425">
      <w:bodyDiv w:val="1"/>
      <w:marLeft w:val="0"/>
      <w:marRight w:val="0"/>
      <w:marTop w:val="0"/>
      <w:marBottom w:val="0"/>
      <w:divBdr>
        <w:top w:val="none" w:sz="0" w:space="0" w:color="auto"/>
        <w:left w:val="none" w:sz="0" w:space="0" w:color="auto"/>
        <w:bottom w:val="none" w:sz="0" w:space="0" w:color="auto"/>
        <w:right w:val="none" w:sz="0" w:space="0" w:color="auto"/>
      </w:divBdr>
    </w:div>
    <w:div w:id="484586642">
      <w:bodyDiv w:val="1"/>
      <w:marLeft w:val="0"/>
      <w:marRight w:val="0"/>
      <w:marTop w:val="0"/>
      <w:marBottom w:val="0"/>
      <w:divBdr>
        <w:top w:val="none" w:sz="0" w:space="0" w:color="auto"/>
        <w:left w:val="none" w:sz="0" w:space="0" w:color="auto"/>
        <w:bottom w:val="none" w:sz="0" w:space="0" w:color="auto"/>
        <w:right w:val="none" w:sz="0" w:space="0" w:color="auto"/>
      </w:divBdr>
    </w:div>
    <w:div w:id="486634128">
      <w:bodyDiv w:val="1"/>
      <w:marLeft w:val="0"/>
      <w:marRight w:val="0"/>
      <w:marTop w:val="0"/>
      <w:marBottom w:val="0"/>
      <w:divBdr>
        <w:top w:val="none" w:sz="0" w:space="0" w:color="auto"/>
        <w:left w:val="none" w:sz="0" w:space="0" w:color="auto"/>
        <w:bottom w:val="none" w:sz="0" w:space="0" w:color="auto"/>
        <w:right w:val="none" w:sz="0" w:space="0" w:color="auto"/>
      </w:divBdr>
    </w:div>
    <w:div w:id="488375514">
      <w:bodyDiv w:val="1"/>
      <w:marLeft w:val="0"/>
      <w:marRight w:val="0"/>
      <w:marTop w:val="0"/>
      <w:marBottom w:val="0"/>
      <w:divBdr>
        <w:top w:val="none" w:sz="0" w:space="0" w:color="auto"/>
        <w:left w:val="none" w:sz="0" w:space="0" w:color="auto"/>
        <w:bottom w:val="none" w:sz="0" w:space="0" w:color="auto"/>
        <w:right w:val="none" w:sz="0" w:space="0" w:color="auto"/>
      </w:divBdr>
    </w:div>
    <w:div w:id="490097179">
      <w:bodyDiv w:val="1"/>
      <w:marLeft w:val="0"/>
      <w:marRight w:val="0"/>
      <w:marTop w:val="0"/>
      <w:marBottom w:val="0"/>
      <w:divBdr>
        <w:top w:val="none" w:sz="0" w:space="0" w:color="auto"/>
        <w:left w:val="none" w:sz="0" w:space="0" w:color="auto"/>
        <w:bottom w:val="none" w:sz="0" w:space="0" w:color="auto"/>
        <w:right w:val="none" w:sz="0" w:space="0" w:color="auto"/>
      </w:divBdr>
    </w:div>
    <w:div w:id="490146172">
      <w:bodyDiv w:val="1"/>
      <w:marLeft w:val="0"/>
      <w:marRight w:val="0"/>
      <w:marTop w:val="0"/>
      <w:marBottom w:val="0"/>
      <w:divBdr>
        <w:top w:val="none" w:sz="0" w:space="0" w:color="auto"/>
        <w:left w:val="none" w:sz="0" w:space="0" w:color="auto"/>
        <w:bottom w:val="none" w:sz="0" w:space="0" w:color="auto"/>
        <w:right w:val="none" w:sz="0" w:space="0" w:color="auto"/>
      </w:divBdr>
    </w:div>
    <w:div w:id="491334862">
      <w:bodyDiv w:val="1"/>
      <w:marLeft w:val="0"/>
      <w:marRight w:val="0"/>
      <w:marTop w:val="0"/>
      <w:marBottom w:val="0"/>
      <w:divBdr>
        <w:top w:val="none" w:sz="0" w:space="0" w:color="auto"/>
        <w:left w:val="none" w:sz="0" w:space="0" w:color="auto"/>
        <w:bottom w:val="none" w:sz="0" w:space="0" w:color="auto"/>
        <w:right w:val="none" w:sz="0" w:space="0" w:color="auto"/>
      </w:divBdr>
    </w:div>
    <w:div w:id="491675841">
      <w:bodyDiv w:val="1"/>
      <w:marLeft w:val="0"/>
      <w:marRight w:val="0"/>
      <w:marTop w:val="0"/>
      <w:marBottom w:val="0"/>
      <w:divBdr>
        <w:top w:val="none" w:sz="0" w:space="0" w:color="auto"/>
        <w:left w:val="none" w:sz="0" w:space="0" w:color="auto"/>
        <w:bottom w:val="none" w:sz="0" w:space="0" w:color="auto"/>
        <w:right w:val="none" w:sz="0" w:space="0" w:color="auto"/>
      </w:divBdr>
    </w:div>
    <w:div w:id="491915961">
      <w:bodyDiv w:val="1"/>
      <w:marLeft w:val="0"/>
      <w:marRight w:val="0"/>
      <w:marTop w:val="0"/>
      <w:marBottom w:val="0"/>
      <w:divBdr>
        <w:top w:val="none" w:sz="0" w:space="0" w:color="auto"/>
        <w:left w:val="none" w:sz="0" w:space="0" w:color="auto"/>
        <w:bottom w:val="none" w:sz="0" w:space="0" w:color="auto"/>
        <w:right w:val="none" w:sz="0" w:space="0" w:color="auto"/>
      </w:divBdr>
    </w:div>
    <w:div w:id="494995229">
      <w:bodyDiv w:val="1"/>
      <w:marLeft w:val="0"/>
      <w:marRight w:val="0"/>
      <w:marTop w:val="0"/>
      <w:marBottom w:val="0"/>
      <w:divBdr>
        <w:top w:val="none" w:sz="0" w:space="0" w:color="auto"/>
        <w:left w:val="none" w:sz="0" w:space="0" w:color="auto"/>
        <w:bottom w:val="none" w:sz="0" w:space="0" w:color="auto"/>
        <w:right w:val="none" w:sz="0" w:space="0" w:color="auto"/>
      </w:divBdr>
    </w:div>
    <w:div w:id="495270641">
      <w:bodyDiv w:val="1"/>
      <w:marLeft w:val="0"/>
      <w:marRight w:val="0"/>
      <w:marTop w:val="0"/>
      <w:marBottom w:val="0"/>
      <w:divBdr>
        <w:top w:val="none" w:sz="0" w:space="0" w:color="auto"/>
        <w:left w:val="none" w:sz="0" w:space="0" w:color="auto"/>
        <w:bottom w:val="none" w:sz="0" w:space="0" w:color="auto"/>
        <w:right w:val="none" w:sz="0" w:space="0" w:color="auto"/>
      </w:divBdr>
    </w:div>
    <w:div w:id="496843006">
      <w:bodyDiv w:val="1"/>
      <w:marLeft w:val="0"/>
      <w:marRight w:val="0"/>
      <w:marTop w:val="0"/>
      <w:marBottom w:val="0"/>
      <w:divBdr>
        <w:top w:val="none" w:sz="0" w:space="0" w:color="auto"/>
        <w:left w:val="none" w:sz="0" w:space="0" w:color="auto"/>
        <w:bottom w:val="none" w:sz="0" w:space="0" w:color="auto"/>
        <w:right w:val="none" w:sz="0" w:space="0" w:color="auto"/>
      </w:divBdr>
    </w:div>
    <w:div w:id="497499996">
      <w:bodyDiv w:val="1"/>
      <w:marLeft w:val="0"/>
      <w:marRight w:val="0"/>
      <w:marTop w:val="0"/>
      <w:marBottom w:val="0"/>
      <w:divBdr>
        <w:top w:val="none" w:sz="0" w:space="0" w:color="auto"/>
        <w:left w:val="none" w:sz="0" w:space="0" w:color="auto"/>
        <w:bottom w:val="none" w:sz="0" w:space="0" w:color="auto"/>
        <w:right w:val="none" w:sz="0" w:space="0" w:color="auto"/>
      </w:divBdr>
    </w:div>
    <w:div w:id="497769058">
      <w:bodyDiv w:val="1"/>
      <w:marLeft w:val="0"/>
      <w:marRight w:val="0"/>
      <w:marTop w:val="0"/>
      <w:marBottom w:val="0"/>
      <w:divBdr>
        <w:top w:val="none" w:sz="0" w:space="0" w:color="auto"/>
        <w:left w:val="none" w:sz="0" w:space="0" w:color="auto"/>
        <w:bottom w:val="none" w:sz="0" w:space="0" w:color="auto"/>
        <w:right w:val="none" w:sz="0" w:space="0" w:color="auto"/>
      </w:divBdr>
    </w:div>
    <w:div w:id="499079740">
      <w:bodyDiv w:val="1"/>
      <w:marLeft w:val="0"/>
      <w:marRight w:val="0"/>
      <w:marTop w:val="0"/>
      <w:marBottom w:val="0"/>
      <w:divBdr>
        <w:top w:val="none" w:sz="0" w:space="0" w:color="auto"/>
        <w:left w:val="none" w:sz="0" w:space="0" w:color="auto"/>
        <w:bottom w:val="none" w:sz="0" w:space="0" w:color="auto"/>
        <w:right w:val="none" w:sz="0" w:space="0" w:color="auto"/>
      </w:divBdr>
    </w:div>
    <w:div w:id="500312573">
      <w:bodyDiv w:val="1"/>
      <w:marLeft w:val="0"/>
      <w:marRight w:val="0"/>
      <w:marTop w:val="0"/>
      <w:marBottom w:val="0"/>
      <w:divBdr>
        <w:top w:val="none" w:sz="0" w:space="0" w:color="auto"/>
        <w:left w:val="none" w:sz="0" w:space="0" w:color="auto"/>
        <w:bottom w:val="none" w:sz="0" w:space="0" w:color="auto"/>
        <w:right w:val="none" w:sz="0" w:space="0" w:color="auto"/>
      </w:divBdr>
    </w:div>
    <w:div w:id="500509409">
      <w:bodyDiv w:val="1"/>
      <w:marLeft w:val="0"/>
      <w:marRight w:val="0"/>
      <w:marTop w:val="0"/>
      <w:marBottom w:val="0"/>
      <w:divBdr>
        <w:top w:val="none" w:sz="0" w:space="0" w:color="auto"/>
        <w:left w:val="none" w:sz="0" w:space="0" w:color="auto"/>
        <w:bottom w:val="none" w:sz="0" w:space="0" w:color="auto"/>
        <w:right w:val="none" w:sz="0" w:space="0" w:color="auto"/>
      </w:divBdr>
    </w:div>
    <w:div w:id="500892235">
      <w:bodyDiv w:val="1"/>
      <w:marLeft w:val="0"/>
      <w:marRight w:val="0"/>
      <w:marTop w:val="0"/>
      <w:marBottom w:val="0"/>
      <w:divBdr>
        <w:top w:val="none" w:sz="0" w:space="0" w:color="auto"/>
        <w:left w:val="none" w:sz="0" w:space="0" w:color="auto"/>
        <w:bottom w:val="none" w:sz="0" w:space="0" w:color="auto"/>
        <w:right w:val="none" w:sz="0" w:space="0" w:color="auto"/>
      </w:divBdr>
    </w:div>
    <w:div w:id="507017870">
      <w:bodyDiv w:val="1"/>
      <w:marLeft w:val="0"/>
      <w:marRight w:val="0"/>
      <w:marTop w:val="0"/>
      <w:marBottom w:val="0"/>
      <w:divBdr>
        <w:top w:val="none" w:sz="0" w:space="0" w:color="auto"/>
        <w:left w:val="none" w:sz="0" w:space="0" w:color="auto"/>
        <w:bottom w:val="none" w:sz="0" w:space="0" w:color="auto"/>
        <w:right w:val="none" w:sz="0" w:space="0" w:color="auto"/>
      </w:divBdr>
    </w:div>
    <w:div w:id="507797346">
      <w:bodyDiv w:val="1"/>
      <w:marLeft w:val="0"/>
      <w:marRight w:val="0"/>
      <w:marTop w:val="0"/>
      <w:marBottom w:val="0"/>
      <w:divBdr>
        <w:top w:val="none" w:sz="0" w:space="0" w:color="auto"/>
        <w:left w:val="none" w:sz="0" w:space="0" w:color="auto"/>
        <w:bottom w:val="none" w:sz="0" w:space="0" w:color="auto"/>
        <w:right w:val="none" w:sz="0" w:space="0" w:color="auto"/>
      </w:divBdr>
    </w:div>
    <w:div w:id="512113563">
      <w:bodyDiv w:val="1"/>
      <w:marLeft w:val="0"/>
      <w:marRight w:val="0"/>
      <w:marTop w:val="0"/>
      <w:marBottom w:val="0"/>
      <w:divBdr>
        <w:top w:val="none" w:sz="0" w:space="0" w:color="auto"/>
        <w:left w:val="none" w:sz="0" w:space="0" w:color="auto"/>
        <w:bottom w:val="none" w:sz="0" w:space="0" w:color="auto"/>
        <w:right w:val="none" w:sz="0" w:space="0" w:color="auto"/>
      </w:divBdr>
    </w:div>
    <w:div w:id="512691461">
      <w:bodyDiv w:val="1"/>
      <w:marLeft w:val="0"/>
      <w:marRight w:val="0"/>
      <w:marTop w:val="0"/>
      <w:marBottom w:val="0"/>
      <w:divBdr>
        <w:top w:val="none" w:sz="0" w:space="0" w:color="auto"/>
        <w:left w:val="none" w:sz="0" w:space="0" w:color="auto"/>
        <w:bottom w:val="none" w:sz="0" w:space="0" w:color="auto"/>
        <w:right w:val="none" w:sz="0" w:space="0" w:color="auto"/>
      </w:divBdr>
    </w:div>
    <w:div w:id="513616755">
      <w:bodyDiv w:val="1"/>
      <w:marLeft w:val="0"/>
      <w:marRight w:val="0"/>
      <w:marTop w:val="0"/>
      <w:marBottom w:val="0"/>
      <w:divBdr>
        <w:top w:val="none" w:sz="0" w:space="0" w:color="auto"/>
        <w:left w:val="none" w:sz="0" w:space="0" w:color="auto"/>
        <w:bottom w:val="none" w:sz="0" w:space="0" w:color="auto"/>
        <w:right w:val="none" w:sz="0" w:space="0" w:color="auto"/>
      </w:divBdr>
    </w:div>
    <w:div w:id="514347347">
      <w:bodyDiv w:val="1"/>
      <w:marLeft w:val="0"/>
      <w:marRight w:val="0"/>
      <w:marTop w:val="0"/>
      <w:marBottom w:val="0"/>
      <w:divBdr>
        <w:top w:val="none" w:sz="0" w:space="0" w:color="auto"/>
        <w:left w:val="none" w:sz="0" w:space="0" w:color="auto"/>
        <w:bottom w:val="none" w:sz="0" w:space="0" w:color="auto"/>
        <w:right w:val="none" w:sz="0" w:space="0" w:color="auto"/>
      </w:divBdr>
    </w:div>
    <w:div w:id="514540795">
      <w:bodyDiv w:val="1"/>
      <w:marLeft w:val="0"/>
      <w:marRight w:val="0"/>
      <w:marTop w:val="0"/>
      <w:marBottom w:val="0"/>
      <w:divBdr>
        <w:top w:val="none" w:sz="0" w:space="0" w:color="auto"/>
        <w:left w:val="none" w:sz="0" w:space="0" w:color="auto"/>
        <w:bottom w:val="none" w:sz="0" w:space="0" w:color="auto"/>
        <w:right w:val="none" w:sz="0" w:space="0" w:color="auto"/>
      </w:divBdr>
    </w:div>
    <w:div w:id="514541627">
      <w:bodyDiv w:val="1"/>
      <w:marLeft w:val="0"/>
      <w:marRight w:val="0"/>
      <w:marTop w:val="0"/>
      <w:marBottom w:val="0"/>
      <w:divBdr>
        <w:top w:val="none" w:sz="0" w:space="0" w:color="auto"/>
        <w:left w:val="none" w:sz="0" w:space="0" w:color="auto"/>
        <w:bottom w:val="none" w:sz="0" w:space="0" w:color="auto"/>
        <w:right w:val="none" w:sz="0" w:space="0" w:color="auto"/>
      </w:divBdr>
    </w:div>
    <w:div w:id="515508139">
      <w:bodyDiv w:val="1"/>
      <w:marLeft w:val="0"/>
      <w:marRight w:val="0"/>
      <w:marTop w:val="0"/>
      <w:marBottom w:val="0"/>
      <w:divBdr>
        <w:top w:val="none" w:sz="0" w:space="0" w:color="auto"/>
        <w:left w:val="none" w:sz="0" w:space="0" w:color="auto"/>
        <w:bottom w:val="none" w:sz="0" w:space="0" w:color="auto"/>
        <w:right w:val="none" w:sz="0" w:space="0" w:color="auto"/>
      </w:divBdr>
    </w:div>
    <w:div w:id="515538022">
      <w:bodyDiv w:val="1"/>
      <w:marLeft w:val="0"/>
      <w:marRight w:val="0"/>
      <w:marTop w:val="0"/>
      <w:marBottom w:val="0"/>
      <w:divBdr>
        <w:top w:val="none" w:sz="0" w:space="0" w:color="auto"/>
        <w:left w:val="none" w:sz="0" w:space="0" w:color="auto"/>
        <w:bottom w:val="none" w:sz="0" w:space="0" w:color="auto"/>
        <w:right w:val="none" w:sz="0" w:space="0" w:color="auto"/>
      </w:divBdr>
    </w:div>
    <w:div w:id="518395570">
      <w:bodyDiv w:val="1"/>
      <w:marLeft w:val="0"/>
      <w:marRight w:val="0"/>
      <w:marTop w:val="0"/>
      <w:marBottom w:val="0"/>
      <w:divBdr>
        <w:top w:val="none" w:sz="0" w:space="0" w:color="auto"/>
        <w:left w:val="none" w:sz="0" w:space="0" w:color="auto"/>
        <w:bottom w:val="none" w:sz="0" w:space="0" w:color="auto"/>
        <w:right w:val="none" w:sz="0" w:space="0" w:color="auto"/>
      </w:divBdr>
    </w:div>
    <w:div w:id="520093940">
      <w:bodyDiv w:val="1"/>
      <w:marLeft w:val="0"/>
      <w:marRight w:val="0"/>
      <w:marTop w:val="0"/>
      <w:marBottom w:val="0"/>
      <w:divBdr>
        <w:top w:val="none" w:sz="0" w:space="0" w:color="auto"/>
        <w:left w:val="none" w:sz="0" w:space="0" w:color="auto"/>
        <w:bottom w:val="none" w:sz="0" w:space="0" w:color="auto"/>
        <w:right w:val="none" w:sz="0" w:space="0" w:color="auto"/>
      </w:divBdr>
    </w:div>
    <w:div w:id="521554003">
      <w:bodyDiv w:val="1"/>
      <w:marLeft w:val="0"/>
      <w:marRight w:val="0"/>
      <w:marTop w:val="0"/>
      <w:marBottom w:val="0"/>
      <w:divBdr>
        <w:top w:val="none" w:sz="0" w:space="0" w:color="auto"/>
        <w:left w:val="none" w:sz="0" w:space="0" w:color="auto"/>
        <w:bottom w:val="none" w:sz="0" w:space="0" w:color="auto"/>
        <w:right w:val="none" w:sz="0" w:space="0" w:color="auto"/>
      </w:divBdr>
    </w:div>
    <w:div w:id="523246129">
      <w:bodyDiv w:val="1"/>
      <w:marLeft w:val="0"/>
      <w:marRight w:val="0"/>
      <w:marTop w:val="0"/>
      <w:marBottom w:val="0"/>
      <w:divBdr>
        <w:top w:val="none" w:sz="0" w:space="0" w:color="auto"/>
        <w:left w:val="none" w:sz="0" w:space="0" w:color="auto"/>
        <w:bottom w:val="none" w:sz="0" w:space="0" w:color="auto"/>
        <w:right w:val="none" w:sz="0" w:space="0" w:color="auto"/>
      </w:divBdr>
    </w:div>
    <w:div w:id="524753162">
      <w:bodyDiv w:val="1"/>
      <w:marLeft w:val="0"/>
      <w:marRight w:val="0"/>
      <w:marTop w:val="0"/>
      <w:marBottom w:val="0"/>
      <w:divBdr>
        <w:top w:val="none" w:sz="0" w:space="0" w:color="auto"/>
        <w:left w:val="none" w:sz="0" w:space="0" w:color="auto"/>
        <w:bottom w:val="none" w:sz="0" w:space="0" w:color="auto"/>
        <w:right w:val="none" w:sz="0" w:space="0" w:color="auto"/>
      </w:divBdr>
    </w:div>
    <w:div w:id="524834369">
      <w:bodyDiv w:val="1"/>
      <w:marLeft w:val="0"/>
      <w:marRight w:val="0"/>
      <w:marTop w:val="0"/>
      <w:marBottom w:val="0"/>
      <w:divBdr>
        <w:top w:val="none" w:sz="0" w:space="0" w:color="auto"/>
        <w:left w:val="none" w:sz="0" w:space="0" w:color="auto"/>
        <w:bottom w:val="none" w:sz="0" w:space="0" w:color="auto"/>
        <w:right w:val="none" w:sz="0" w:space="0" w:color="auto"/>
      </w:divBdr>
    </w:div>
    <w:div w:id="525294510">
      <w:bodyDiv w:val="1"/>
      <w:marLeft w:val="0"/>
      <w:marRight w:val="0"/>
      <w:marTop w:val="0"/>
      <w:marBottom w:val="0"/>
      <w:divBdr>
        <w:top w:val="none" w:sz="0" w:space="0" w:color="auto"/>
        <w:left w:val="none" w:sz="0" w:space="0" w:color="auto"/>
        <w:bottom w:val="none" w:sz="0" w:space="0" w:color="auto"/>
        <w:right w:val="none" w:sz="0" w:space="0" w:color="auto"/>
      </w:divBdr>
    </w:div>
    <w:div w:id="526137130">
      <w:bodyDiv w:val="1"/>
      <w:marLeft w:val="0"/>
      <w:marRight w:val="0"/>
      <w:marTop w:val="0"/>
      <w:marBottom w:val="0"/>
      <w:divBdr>
        <w:top w:val="none" w:sz="0" w:space="0" w:color="auto"/>
        <w:left w:val="none" w:sz="0" w:space="0" w:color="auto"/>
        <w:bottom w:val="none" w:sz="0" w:space="0" w:color="auto"/>
        <w:right w:val="none" w:sz="0" w:space="0" w:color="auto"/>
      </w:divBdr>
    </w:div>
    <w:div w:id="526675824">
      <w:bodyDiv w:val="1"/>
      <w:marLeft w:val="0"/>
      <w:marRight w:val="0"/>
      <w:marTop w:val="0"/>
      <w:marBottom w:val="0"/>
      <w:divBdr>
        <w:top w:val="none" w:sz="0" w:space="0" w:color="auto"/>
        <w:left w:val="none" w:sz="0" w:space="0" w:color="auto"/>
        <w:bottom w:val="none" w:sz="0" w:space="0" w:color="auto"/>
        <w:right w:val="none" w:sz="0" w:space="0" w:color="auto"/>
      </w:divBdr>
    </w:div>
    <w:div w:id="528373100">
      <w:bodyDiv w:val="1"/>
      <w:marLeft w:val="0"/>
      <w:marRight w:val="0"/>
      <w:marTop w:val="0"/>
      <w:marBottom w:val="0"/>
      <w:divBdr>
        <w:top w:val="none" w:sz="0" w:space="0" w:color="auto"/>
        <w:left w:val="none" w:sz="0" w:space="0" w:color="auto"/>
        <w:bottom w:val="none" w:sz="0" w:space="0" w:color="auto"/>
        <w:right w:val="none" w:sz="0" w:space="0" w:color="auto"/>
      </w:divBdr>
    </w:div>
    <w:div w:id="529338294">
      <w:bodyDiv w:val="1"/>
      <w:marLeft w:val="0"/>
      <w:marRight w:val="0"/>
      <w:marTop w:val="0"/>
      <w:marBottom w:val="0"/>
      <w:divBdr>
        <w:top w:val="none" w:sz="0" w:space="0" w:color="auto"/>
        <w:left w:val="none" w:sz="0" w:space="0" w:color="auto"/>
        <w:bottom w:val="none" w:sz="0" w:space="0" w:color="auto"/>
        <w:right w:val="none" w:sz="0" w:space="0" w:color="auto"/>
      </w:divBdr>
    </w:div>
    <w:div w:id="530844512">
      <w:bodyDiv w:val="1"/>
      <w:marLeft w:val="0"/>
      <w:marRight w:val="0"/>
      <w:marTop w:val="0"/>
      <w:marBottom w:val="0"/>
      <w:divBdr>
        <w:top w:val="none" w:sz="0" w:space="0" w:color="auto"/>
        <w:left w:val="none" w:sz="0" w:space="0" w:color="auto"/>
        <w:bottom w:val="none" w:sz="0" w:space="0" w:color="auto"/>
        <w:right w:val="none" w:sz="0" w:space="0" w:color="auto"/>
      </w:divBdr>
    </w:div>
    <w:div w:id="531890402">
      <w:bodyDiv w:val="1"/>
      <w:marLeft w:val="0"/>
      <w:marRight w:val="0"/>
      <w:marTop w:val="0"/>
      <w:marBottom w:val="0"/>
      <w:divBdr>
        <w:top w:val="none" w:sz="0" w:space="0" w:color="auto"/>
        <w:left w:val="none" w:sz="0" w:space="0" w:color="auto"/>
        <w:bottom w:val="none" w:sz="0" w:space="0" w:color="auto"/>
        <w:right w:val="none" w:sz="0" w:space="0" w:color="auto"/>
      </w:divBdr>
    </w:div>
    <w:div w:id="537662291">
      <w:bodyDiv w:val="1"/>
      <w:marLeft w:val="0"/>
      <w:marRight w:val="0"/>
      <w:marTop w:val="0"/>
      <w:marBottom w:val="0"/>
      <w:divBdr>
        <w:top w:val="none" w:sz="0" w:space="0" w:color="auto"/>
        <w:left w:val="none" w:sz="0" w:space="0" w:color="auto"/>
        <w:bottom w:val="none" w:sz="0" w:space="0" w:color="auto"/>
        <w:right w:val="none" w:sz="0" w:space="0" w:color="auto"/>
      </w:divBdr>
    </w:div>
    <w:div w:id="541132505">
      <w:bodyDiv w:val="1"/>
      <w:marLeft w:val="0"/>
      <w:marRight w:val="0"/>
      <w:marTop w:val="0"/>
      <w:marBottom w:val="0"/>
      <w:divBdr>
        <w:top w:val="none" w:sz="0" w:space="0" w:color="auto"/>
        <w:left w:val="none" w:sz="0" w:space="0" w:color="auto"/>
        <w:bottom w:val="none" w:sz="0" w:space="0" w:color="auto"/>
        <w:right w:val="none" w:sz="0" w:space="0" w:color="auto"/>
      </w:divBdr>
    </w:div>
    <w:div w:id="541215646">
      <w:bodyDiv w:val="1"/>
      <w:marLeft w:val="0"/>
      <w:marRight w:val="0"/>
      <w:marTop w:val="0"/>
      <w:marBottom w:val="0"/>
      <w:divBdr>
        <w:top w:val="none" w:sz="0" w:space="0" w:color="auto"/>
        <w:left w:val="none" w:sz="0" w:space="0" w:color="auto"/>
        <w:bottom w:val="none" w:sz="0" w:space="0" w:color="auto"/>
        <w:right w:val="none" w:sz="0" w:space="0" w:color="auto"/>
      </w:divBdr>
    </w:div>
    <w:div w:id="541795924">
      <w:bodyDiv w:val="1"/>
      <w:marLeft w:val="0"/>
      <w:marRight w:val="0"/>
      <w:marTop w:val="0"/>
      <w:marBottom w:val="0"/>
      <w:divBdr>
        <w:top w:val="none" w:sz="0" w:space="0" w:color="auto"/>
        <w:left w:val="none" w:sz="0" w:space="0" w:color="auto"/>
        <w:bottom w:val="none" w:sz="0" w:space="0" w:color="auto"/>
        <w:right w:val="none" w:sz="0" w:space="0" w:color="auto"/>
      </w:divBdr>
    </w:div>
    <w:div w:id="544636464">
      <w:bodyDiv w:val="1"/>
      <w:marLeft w:val="0"/>
      <w:marRight w:val="0"/>
      <w:marTop w:val="0"/>
      <w:marBottom w:val="0"/>
      <w:divBdr>
        <w:top w:val="none" w:sz="0" w:space="0" w:color="auto"/>
        <w:left w:val="none" w:sz="0" w:space="0" w:color="auto"/>
        <w:bottom w:val="none" w:sz="0" w:space="0" w:color="auto"/>
        <w:right w:val="none" w:sz="0" w:space="0" w:color="auto"/>
      </w:divBdr>
    </w:div>
    <w:div w:id="545415300">
      <w:bodyDiv w:val="1"/>
      <w:marLeft w:val="0"/>
      <w:marRight w:val="0"/>
      <w:marTop w:val="0"/>
      <w:marBottom w:val="0"/>
      <w:divBdr>
        <w:top w:val="none" w:sz="0" w:space="0" w:color="auto"/>
        <w:left w:val="none" w:sz="0" w:space="0" w:color="auto"/>
        <w:bottom w:val="none" w:sz="0" w:space="0" w:color="auto"/>
        <w:right w:val="none" w:sz="0" w:space="0" w:color="auto"/>
      </w:divBdr>
    </w:div>
    <w:div w:id="545485907">
      <w:bodyDiv w:val="1"/>
      <w:marLeft w:val="0"/>
      <w:marRight w:val="0"/>
      <w:marTop w:val="0"/>
      <w:marBottom w:val="0"/>
      <w:divBdr>
        <w:top w:val="none" w:sz="0" w:space="0" w:color="auto"/>
        <w:left w:val="none" w:sz="0" w:space="0" w:color="auto"/>
        <w:bottom w:val="none" w:sz="0" w:space="0" w:color="auto"/>
        <w:right w:val="none" w:sz="0" w:space="0" w:color="auto"/>
      </w:divBdr>
    </w:div>
    <w:div w:id="545677936">
      <w:bodyDiv w:val="1"/>
      <w:marLeft w:val="0"/>
      <w:marRight w:val="0"/>
      <w:marTop w:val="0"/>
      <w:marBottom w:val="0"/>
      <w:divBdr>
        <w:top w:val="none" w:sz="0" w:space="0" w:color="auto"/>
        <w:left w:val="none" w:sz="0" w:space="0" w:color="auto"/>
        <w:bottom w:val="none" w:sz="0" w:space="0" w:color="auto"/>
        <w:right w:val="none" w:sz="0" w:space="0" w:color="auto"/>
      </w:divBdr>
    </w:div>
    <w:div w:id="547035483">
      <w:bodyDiv w:val="1"/>
      <w:marLeft w:val="0"/>
      <w:marRight w:val="0"/>
      <w:marTop w:val="0"/>
      <w:marBottom w:val="0"/>
      <w:divBdr>
        <w:top w:val="none" w:sz="0" w:space="0" w:color="auto"/>
        <w:left w:val="none" w:sz="0" w:space="0" w:color="auto"/>
        <w:bottom w:val="none" w:sz="0" w:space="0" w:color="auto"/>
        <w:right w:val="none" w:sz="0" w:space="0" w:color="auto"/>
      </w:divBdr>
    </w:div>
    <w:div w:id="548960435">
      <w:bodyDiv w:val="1"/>
      <w:marLeft w:val="0"/>
      <w:marRight w:val="0"/>
      <w:marTop w:val="0"/>
      <w:marBottom w:val="0"/>
      <w:divBdr>
        <w:top w:val="none" w:sz="0" w:space="0" w:color="auto"/>
        <w:left w:val="none" w:sz="0" w:space="0" w:color="auto"/>
        <w:bottom w:val="none" w:sz="0" w:space="0" w:color="auto"/>
        <w:right w:val="none" w:sz="0" w:space="0" w:color="auto"/>
      </w:divBdr>
    </w:div>
    <w:div w:id="550306664">
      <w:bodyDiv w:val="1"/>
      <w:marLeft w:val="0"/>
      <w:marRight w:val="0"/>
      <w:marTop w:val="0"/>
      <w:marBottom w:val="0"/>
      <w:divBdr>
        <w:top w:val="none" w:sz="0" w:space="0" w:color="auto"/>
        <w:left w:val="none" w:sz="0" w:space="0" w:color="auto"/>
        <w:bottom w:val="none" w:sz="0" w:space="0" w:color="auto"/>
        <w:right w:val="none" w:sz="0" w:space="0" w:color="auto"/>
      </w:divBdr>
    </w:div>
    <w:div w:id="550842497">
      <w:bodyDiv w:val="1"/>
      <w:marLeft w:val="0"/>
      <w:marRight w:val="0"/>
      <w:marTop w:val="0"/>
      <w:marBottom w:val="0"/>
      <w:divBdr>
        <w:top w:val="none" w:sz="0" w:space="0" w:color="auto"/>
        <w:left w:val="none" w:sz="0" w:space="0" w:color="auto"/>
        <w:bottom w:val="none" w:sz="0" w:space="0" w:color="auto"/>
        <w:right w:val="none" w:sz="0" w:space="0" w:color="auto"/>
      </w:divBdr>
    </w:div>
    <w:div w:id="552499239">
      <w:bodyDiv w:val="1"/>
      <w:marLeft w:val="0"/>
      <w:marRight w:val="0"/>
      <w:marTop w:val="0"/>
      <w:marBottom w:val="0"/>
      <w:divBdr>
        <w:top w:val="none" w:sz="0" w:space="0" w:color="auto"/>
        <w:left w:val="none" w:sz="0" w:space="0" w:color="auto"/>
        <w:bottom w:val="none" w:sz="0" w:space="0" w:color="auto"/>
        <w:right w:val="none" w:sz="0" w:space="0" w:color="auto"/>
      </w:divBdr>
    </w:div>
    <w:div w:id="552811187">
      <w:bodyDiv w:val="1"/>
      <w:marLeft w:val="0"/>
      <w:marRight w:val="0"/>
      <w:marTop w:val="0"/>
      <w:marBottom w:val="0"/>
      <w:divBdr>
        <w:top w:val="none" w:sz="0" w:space="0" w:color="auto"/>
        <w:left w:val="none" w:sz="0" w:space="0" w:color="auto"/>
        <w:bottom w:val="none" w:sz="0" w:space="0" w:color="auto"/>
        <w:right w:val="none" w:sz="0" w:space="0" w:color="auto"/>
      </w:divBdr>
    </w:div>
    <w:div w:id="553584120">
      <w:bodyDiv w:val="1"/>
      <w:marLeft w:val="0"/>
      <w:marRight w:val="0"/>
      <w:marTop w:val="0"/>
      <w:marBottom w:val="0"/>
      <w:divBdr>
        <w:top w:val="none" w:sz="0" w:space="0" w:color="auto"/>
        <w:left w:val="none" w:sz="0" w:space="0" w:color="auto"/>
        <w:bottom w:val="none" w:sz="0" w:space="0" w:color="auto"/>
        <w:right w:val="none" w:sz="0" w:space="0" w:color="auto"/>
      </w:divBdr>
    </w:div>
    <w:div w:id="554051987">
      <w:bodyDiv w:val="1"/>
      <w:marLeft w:val="0"/>
      <w:marRight w:val="0"/>
      <w:marTop w:val="0"/>
      <w:marBottom w:val="0"/>
      <w:divBdr>
        <w:top w:val="none" w:sz="0" w:space="0" w:color="auto"/>
        <w:left w:val="none" w:sz="0" w:space="0" w:color="auto"/>
        <w:bottom w:val="none" w:sz="0" w:space="0" w:color="auto"/>
        <w:right w:val="none" w:sz="0" w:space="0" w:color="auto"/>
      </w:divBdr>
    </w:div>
    <w:div w:id="554394985">
      <w:bodyDiv w:val="1"/>
      <w:marLeft w:val="0"/>
      <w:marRight w:val="0"/>
      <w:marTop w:val="0"/>
      <w:marBottom w:val="0"/>
      <w:divBdr>
        <w:top w:val="none" w:sz="0" w:space="0" w:color="auto"/>
        <w:left w:val="none" w:sz="0" w:space="0" w:color="auto"/>
        <w:bottom w:val="none" w:sz="0" w:space="0" w:color="auto"/>
        <w:right w:val="none" w:sz="0" w:space="0" w:color="auto"/>
      </w:divBdr>
    </w:div>
    <w:div w:id="554925335">
      <w:bodyDiv w:val="1"/>
      <w:marLeft w:val="0"/>
      <w:marRight w:val="0"/>
      <w:marTop w:val="0"/>
      <w:marBottom w:val="0"/>
      <w:divBdr>
        <w:top w:val="none" w:sz="0" w:space="0" w:color="auto"/>
        <w:left w:val="none" w:sz="0" w:space="0" w:color="auto"/>
        <w:bottom w:val="none" w:sz="0" w:space="0" w:color="auto"/>
        <w:right w:val="none" w:sz="0" w:space="0" w:color="auto"/>
      </w:divBdr>
    </w:div>
    <w:div w:id="555628391">
      <w:bodyDiv w:val="1"/>
      <w:marLeft w:val="0"/>
      <w:marRight w:val="0"/>
      <w:marTop w:val="0"/>
      <w:marBottom w:val="0"/>
      <w:divBdr>
        <w:top w:val="none" w:sz="0" w:space="0" w:color="auto"/>
        <w:left w:val="none" w:sz="0" w:space="0" w:color="auto"/>
        <w:bottom w:val="none" w:sz="0" w:space="0" w:color="auto"/>
        <w:right w:val="none" w:sz="0" w:space="0" w:color="auto"/>
      </w:divBdr>
    </w:div>
    <w:div w:id="555893859">
      <w:bodyDiv w:val="1"/>
      <w:marLeft w:val="0"/>
      <w:marRight w:val="0"/>
      <w:marTop w:val="0"/>
      <w:marBottom w:val="0"/>
      <w:divBdr>
        <w:top w:val="none" w:sz="0" w:space="0" w:color="auto"/>
        <w:left w:val="none" w:sz="0" w:space="0" w:color="auto"/>
        <w:bottom w:val="none" w:sz="0" w:space="0" w:color="auto"/>
        <w:right w:val="none" w:sz="0" w:space="0" w:color="auto"/>
      </w:divBdr>
    </w:div>
    <w:div w:id="557476535">
      <w:bodyDiv w:val="1"/>
      <w:marLeft w:val="0"/>
      <w:marRight w:val="0"/>
      <w:marTop w:val="0"/>
      <w:marBottom w:val="0"/>
      <w:divBdr>
        <w:top w:val="none" w:sz="0" w:space="0" w:color="auto"/>
        <w:left w:val="none" w:sz="0" w:space="0" w:color="auto"/>
        <w:bottom w:val="none" w:sz="0" w:space="0" w:color="auto"/>
        <w:right w:val="none" w:sz="0" w:space="0" w:color="auto"/>
      </w:divBdr>
    </w:div>
    <w:div w:id="557937569">
      <w:bodyDiv w:val="1"/>
      <w:marLeft w:val="0"/>
      <w:marRight w:val="0"/>
      <w:marTop w:val="0"/>
      <w:marBottom w:val="0"/>
      <w:divBdr>
        <w:top w:val="none" w:sz="0" w:space="0" w:color="auto"/>
        <w:left w:val="none" w:sz="0" w:space="0" w:color="auto"/>
        <w:bottom w:val="none" w:sz="0" w:space="0" w:color="auto"/>
        <w:right w:val="none" w:sz="0" w:space="0" w:color="auto"/>
      </w:divBdr>
    </w:div>
    <w:div w:id="559484457">
      <w:bodyDiv w:val="1"/>
      <w:marLeft w:val="0"/>
      <w:marRight w:val="0"/>
      <w:marTop w:val="0"/>
      <w:marBottom w:val="0"/>
      <w:divBdr>
        <w:top w:val="none" w:sz="0" w:space="0" w:color="auto"/>
        <w:left w:val="none" w:sz="0" w:space="0" w:color="auto"/>
        <w:bottom w:val="none" w:sz="0" w:space="0" w:color="auto"/>
        <w:right w:val="none" w:sz="0" w:space="0" w:color="auto"/>
      </w:divBdr>
    </w:div>
    <w:div w:id="560293513">
      <w:bodyDiv w:val="1"/>
      <w:marLeft w:val="0"/>
      <w:marRight w:val="0"/>
      <w:marTop w:val="0"/>
      <w:marBottom w:val="0"/>
      <w:divBdr>
        <w:top w:val="none" w:sz="0" w:space="0" w:color="auto"/>
        <w:left w:val="none" w:sz="0" w:space="0" w:color="auto"/>
        <w:bottom w:val="none" w:sz="0" w:space="0" w:color="auto"/>
        <w:right w:val="none" w:sz="0" w:space="0" w:color="auto"/>
      </w:divBdr>
    </w:div>
    <w:div w:id="561017310">
      <w:bodyDiv w:val="1"/>
      <w:marLeft w:val="0"/>
      <w:marRight w:val="0"/>
      <w:marTop w:val="0"/>
      <w:marBottom w:val="0"/>
      <w:divBdr>
        <w:top w:val="none" w:sz="0" w:space="0" w:color="auto"/>
        <w:left w:val="none" w:sz="0" w:space="0" w:color="auto"/>
        <w:bottom w:val="none" w:sz="0" w:space="0" w:color="auto"/>
        <w:right w:val="none" w:sz="0" w:space="0" w:color="auto"/>
      </w:divBdr>
    </w:div>
    <w:div w:id="562064240">
      <w:bodyDiv w:val="1"/>
      <w:marLeft w:val="0"/>
      <w:marRight w:val="0"/>
      <w:marTop w:val="0"/>
      <w:marBottom w:val="0"/>
      <w:divBdr>
        <w:top w:val="none" w:sz="0" w:space="0" w:color="auto"/>
        <w:left w:val="none" w:sz="0" w:space="0" w:color="auto"/>
        <w:bottom w:val="none" w:sz="0" w:space="0" w:color="auto"/>
        <w:right w:val="none" w:sz="0" w:space="0" w:color="auto"/>
      </w:divBdr>
    </w:div>
    <w:div w:id="562638650">
      <w:bodyDiv w:val="1"/>
      <w:marLeft w:val="0"/>
      <w:marRight w:val="0"/>
      <w:marTop w:val="0"/>
      <w:marBottom w:val="0"/>
      <w:divBdr>
        <w:top w:val="none" w:sz="0" w:space="0" w:color="auto"/>
        <w:left w:val="none" w:sz="0" w:space="0" w:color="auto"/>
        <w:bottom w:val="none" w:sz="0" w:space="0" w:color="auto"/>
        <w:right w:val="none" w:sz="0" w:space="0" w:color="auto"/>
      </w:divBdr>
    </w:div>
    <w:div w:id="563300967">
      <w:bodyDiv w:val="1"/>
      <w:marLeft w:val="0"/>
      <w:marRight w:val="0"/>
      <w:marTop w:val="0"/>
      <w:marBottom w:val="0"/>
      <w:divBdr>
        <w:top w:val="none" w:sz="0" w:space="0" w:color="auto"/>
        <w:left w:val="none" w:sz="0" w:space="0" w:color="auto"/>
        <w:bottom w:val="none" w:sz="0" w:space="0" w:color="auto"/>
        <w:right w:val="none" w:sz="0" w:space="0" w:color="auto"/>
      </w:divBdr>
    </w:div>
    <w:div w:id="563755466">
      <w:bodyDiv w:val="1"/>
      <w:marLeft w:val="0"/>
      <w:marRight w:val="0"/>
      <w:marTop w:val="0"/>
      <w:marBottom w:val="0"/>
      <w:divBdr>
        <w:top w:val="none" w:sz="0" w:space="0" w:color="auto"/>
        <w:left w:val="none" w:sz="0" w:space="0" w:color="auto"/>
        <w:bottom w:val="none" w:sz="0" w:space="0" w:color="auto"/>
        <w:right w:val="none" w:sz="0" w:space="0" w:color="auto"/>
      </w:divBdr>
    </w:div>
    <w:div w:id="565991036">
      <w:bodyDiv w:val="1"/>
      <w:marLeft w:val="0"/>
      <w:marRight w:val="0"/>
      <w:marTop w:val="0"/>
      <w:marBottom w:val="0"/>
      <w:divBdr>
        <w:top w:val="none" w:sz="0" w:space="0" w:color="auto"/>
        <w:left w:val="none" w:sz="0" w:space="0" w:color="auto"/>
        <w:bottom w:val="none" w:sz="0" w:space="0" w:color="auto"/>
        <w:right w:val="none" w:sz="0" w:space="0" w:color="auto"/>
      </w:divBdr>
    </w:div>
    <w:div w:id="568273537">
      <w:bodyDiv w:val="1"/>
      <w:marLeft w:val="0"/>
      <w:marRight w:val="0"/>
      <w:marTop w:val="0"/>
      <w:marBottom w:val="0"/>
      <w:divBdr>
        <w:top w:val="none" w:sz="0" w:space="0" w:color="auto"/>
        <w:left w:val="none" w:sz="0" w:space="0" w:color="auto"/>
        <w:bottom w:val="none" w:sz="0" w:space="0" w:color="auto"/>
        <w:right w:val="none" w:sz="0" w:space="0" w:color="auto"/>
      </w:divBdr>
    </w:div>
    <w:div w:id="569193330">
      <w:bodyDiv w:val="1"/>
      <w:marLeft w:val="0"/>
      <w:marRight w:val="0"/>
      <w:marTop w:val="0"/>
      <w:marBottom w:val="0"/>
      <w:divBdr>
        <w:top w:val="none" w:sz="0" w:space="0" w:color="auto"/>
        <w:left w:val="none" w:sz="0" w:space="0" w:color="auto"/>
        <w:bottom w:val="none" w:sz="0" w:space="0" w:color="auto"/>
        <w:right w:val="none" w:sz="0" w:space="0" w:color="auto"/>
      </w:divBdr>
    </w:div>
    <w:div w:id="570702250">
      <w:bodyDiv w:val="1"/>
      <w:marLeft w:val="0"/>
      <w:marRight w:val="0"/>
      <w:marTop w:val="0"/>
      <w:marBottom w:val="0"/>
      <w:divBdr>
        <w:top w:val="none" w:sz="0" w:space="0" w:color="auto"/>
        <w:left w:val="none" w:sz="0" w:space="0" w:color="auto"/>
        <w:bottom w:val="none" w:sz="0" w:space="0" w:color="auto"/>
        <w:right w:val="none" w:sz="0" w:space="0" w:color="auto"/>
      </w:divBdr>
    </w:div>
    <w:div w:id="573667517">
      <w:bodyDiv w:val="1"/>
      <w:marLeft w:val="0"/>
      <w:marRight w:val="0"/>
      <w:marTop w:val="0"/>
      <w:marBottom w:val="0"/>
      <w:divBdr>
        <w:top w:val="none" w:sz="0" w:space="0" w:color="auto"/>
        <w:left w:val="none" w:sz="0" w:space="0" w:color="auto"/>
        <w:bottom w:val="none" w:sz="0" w:space="0" w:color="auto"/>
        <w:right w:val="none" w:sz="0" w:space="0" w:color="auto"/>
      </w:divBdr>
    </w:div>
    <w:div w:id="573928243">
      <w:bodyDiv w:val="1"/>
      <w:marLeft w:val="0"/>
      <w:marRight w:val="0"/>
      <w:marTop w:val="0"/>
      <w:marBottom w:val="0"/>
      <w:divBdr>
        <w:top w:val="none" w:sz="0" w:space="0" w:color="auto"/>
        <w:left w:val="none" w:sz="0" w:space="0" w:color="auto"/>
        <w:bottom w:val="none" w:sz="0" w:space="0" w:color="auto"/>
        <w:right w:val="none" w:sz="0" w:space="0" w:color="auto"/>
      </w:divBdr>
    </w:div>
    <w:div w:id="574558822">
      <w:bodyDiv w:val="1"/>
      <w:marLeft w:val="0"/>
      <w:marRight w:val="0"/>
      <w:marTop w:val="0"/>
      <w:marBottom w:val="0"/>
      <w:divBdr>
        <w:top w:val="none" w:sz="0" w:space="0" w:color="auto"/>
        <w:left w:val="none" w:sz="0" w:space="0" w:color="auto"/>
        <w:bottom w:val="none" w:sz="0" w:space="0" w:color="auto"/>
        <w:right w:val="none" w:sz="0" w:space="0" w:color="auto"/>
      </w:divBdr>
    </w:div>
    <w:div w:id="575865440">
      <w:bodyDiv w:val="1"/>
      <w:marLeft w:val="0"/>
      <w:marRight w:val="0"/>
      <w:marTop w:val="0"/>
      <w:marBottom w:val="0"/>
      <w:divBdr>
        <w:top w:val="none" w:sz="0" w:space="0" w:color="auto"/>
        <w:left w:val="none" w:sz="0" w:space="0" w:color="auto"/>
        <w:bottom w:val="none" w:sz="0" w:space="0" w:color="auto"/>
        <w:right w:val="none" w:sz="0" w:space="0" w:color="auto"/>
      </w:divBdr>
    </w:div>
    <w:div w:id="578370524">
      <w:bodyDiv w:val="1"/>
      <w:marLeft w:val="0"/>
      <w:marRight w:val="0"/>
      <w:marTop w:val="0"/>
      <w:marBottom w:val="0"/>
      <w:divBdr>
        <w:top w:val="none" w:sz="0" w:space="0" w:color="auto"/>
        <w:left w:val="none" w:sz="0" w:space="0" w:color="auto"/>
        <w:bottom w:val="none" w:sz="0" w:space="0" w:color="auto"/>
        <w:right w:val="none" w:sz="0" w:space="0" w:color="auto"/>
      </w:divBdr>
    </w:div>
    <w:div w:id="578636487">
      <w:bodyDiv w:val="1"/>
      <w:marLeft w:val="0"/>
      <w:marRight w:val="0"/>
      <w:marTop w:val="0"/>
      <w:marBottom w:val="0"/>
      <w:divBdr>
        <w:top w:val="none" w:sz="0" w:space="0" w:color="auto"/>
        <w:left w:val="none" w:sz="0" w:space="0" w:color="auto"/>
        <w:bottom w:val="none" w:sz="0" w:space="0" w:color="auto"/>
        <w:right w:val="none" w:sz="0" w:space="0" w:color="auto"/>
      </w:divBdr>
    </w:div>
    <w:div w:id="580913001">
      <w:bodyDiv w:val="1"/>
      <w:marLeft w:val="0"/>
      <w:marRight w:val="0"/>
      <w:marTop w:val="0"/>
      <w:marBottom w:val="0"/>
      <w:divBdr>
        <w:top w:val="none" w:sz="0" w:space="0" w:color="auto"/>
        <w:left w:val="none" w:sz="0" w:space="0" w:color="auto"/>
        <w:bottom w:val="none" w:sz="0" w:space="0" w:color="auto"/>
        <w:right w:val="none" w:sz="0" w:space="0" w:color="auto"/>
      </w:divBdr>
    </w:div>
    <w:div w:id="581571606">
      <w:bodyDiv w:val="1"/>
      <w:marLeft w:val="0"/>
      <w:marRight w:val="0"/>
      <w:marTop w:val="0"/>
      <w:marBottom w:val="0"/>
      <w:divBdr>
        <w:top w:val="none" w:sz="0" w:space="0" w:color="auto"/>
        <w:left w:val="none" w:sz="0" w:space="0" w:color="auto"/>
        <w:bottom w:val="none" w:sz="0" w:space="0" w:color="auto"/>
        <w:right w:val="none" w:sz="0" w:space="0" w:color="auto"/>
      </w:divBdr>
    </w:div>
    <w:div w:id="581571961">
      <w:bodyDiv w:val="1"/>
      <w:marLeft w:val="0"/>
      <w:marRight w:val="0"/>
      <w:marTop w:val="0"/>
      <w:marBottom w:val="0"/>
      <w:divBdr>
        <w:top w:val="none" w:sz="0" w:space="0" w:color="auto"/>
        <w:left w:val="none" w:sz="0" w:space="0" w:color="auto"/>
        <w:bottom w:val="none" w:sz="0" w:space="0" w:color="auto"/>
        <w:right w:val="none" w:sz="0" w:space="0" w:color="auto"/>
      </w:divBdr>
    </w:div>
    <w:div w:id="581795535">
      <w:bodyDiv w:val="1"/>
      <w:marLeft w:val="0"/>
      <w:marRight w:val="0"/>
      <w:marTop w:val="0"/>
      <w:marBottom w:val="0"/>
      <w:divBdr>
        <w:top w:val="none" w:sz="0" w:space="0" w:color="auto"/>
        <w:left w:val="none" w:sz="0" w:space="0" w:color="auto"/>
        <w:bottom w:val="none" w:sz="0" w:space="0" w:color="auto"/>
        <w:right w:val="none" w:sz="0" w:space="0" w:color="auto"/>
      </w:divBdr>
    </w:div>
    <w:div w:id="582951685">
      <w:bodyDiv w:val="1"/>
      <w:marLeft w:val="0"/>
      <w:marRight w:val="0"/>
      <w:marTop w:val="0"/>
      <w:marBottom w:val="0"/>
      <w:divBdr>
        <w:top w:val="none" w:sz="0" w:space="0" w:color="auto"/>
        <w:left w:val="none" w:sz="0" w:space="0" w:color="auto"/>
        <w:bottom w:val="none" w:sz="0" w:space="0" w:color="auto"/>
        <w:right w:val="none" w:sz="0" w:space="0" w:color="auto"/>
      </w:divBdr>
    </w:div>
    <w:div w:id="584337135">
      <w:bodyDiv w:val="1"/>
      <w:marLeft w:val="0"/>
      <w:marRight w:val="0"/>
      <w:marTop w:val="0"/>
      <w:marBottom w:val="0"/>
      <w:divBdr>
        <w:top w:val="none" w:sz="0" w:space="0" w:color="auto"/>
        <w:left w:val="none" w:sz="0" w:space="0" w:color="auto"/>
        <w:bottom w:val="none" w:sz="0" w:space="0" w:color="auto"/>
        <w:right w:val="none" w:sz="0" w:space="0" w:color="auto"/>
      </w:divBdr>
    </w:div>
    <w:div w:id="584537197">
      <w:bodyDiv w:val="1"/>
      <w:marLeft w:val="0"/>
      <w:marRight w:val="0"/>
      <w:marTop w:val="0"/>
      <w:marBottom w:val="0"/>
      <w:divBdr>
        <w:top w:val="none" w:sz="0" w:space="0" w:color="auto"/>
        <w:left w:val="none" w:sz="0" w:space="0" w:color="auto"/>
        <w:bottom w:val="none" w:sz="0" w:space="0" w:color="auto"/>
        <w:right w:val="none" w:sz="0" w:space="0" w:color="auto"/>
      </w:divBdr>
    </w:div>
    <w:div w:id="584850222">
      <w:bodyDiv w:val="1"/>
      <w:marLeft w:val="0"/>
      <w:marRight w:val="0"/>
      <w:marTop w:val="0"/>
      <w:marBottom w:val="0"/>
      <w:divBdr>
        <w:top w:val="none" w:sz="0" w:space="0" w:color="auto"/>
        <w:left w:val="none" w:sz="0" w:space="0" w:color="auto"/>
        <w:bottom w:val="none" w:sz="0" w:space="0" w:color="auto"/>
        <w:right w:val="none" w:sz="0" w:space="0" w:color="auto"/>
      </w:divBdr>
    </w:div>
    <w:div w:id="589433687">
      <w:bodyDiv w:val="1"/>
      <w:marLeft w:val="0"/>
      <w:marRight w:val="0"/>
      <w:marTop w:val="0"/>
      <w:marBottom w:val="0"/>
      <w:divBdr>
        <w:top w:val="none" w:sz="0" w:space="0" w:color="auto"/>
        <w:left w:val="none" w:sz="0" w:space="0" w:color="auto"/>
        <w:bottom w:val="none" w:sz="0" w:space="0" w:color="auto"/>
        <w:right w:val="none" w:sz="0" w:space="0" w:color="auto"/>
      </w:divBdr>
    </w:div>
    <w:div w:id="592199787">
      <w:bodyDiv w:val="1"/>
      <w:marLeft w:val="0"/>
      <w:marRight w:val="0"/>
      <w:marTop w:val="0"/>
      <w:marBottom w:val="0"/>
      <w:divBdr>
        <w:top w:val="none" w:sz="0" w:space="0" w:color="auto"/>
        <w:left w:val="none" w:sz="0" w:space="0" w:color="auto"/>
        <w:bottom w:val="none" w:sz="0" w:space="0" w:color="auto"/>
        <w:right w:val="none" w:sz="0" w:space="0" w:color="auto"/>
      </w:divBdr>
    </w:div>
    <w:div w:id="594825112">
      <w:bodyDiv w:val="1"/>
      <w:marLeft w:val="0"/>
      <w:marRight w:val="0"/>
      <w:marTop w:val="0"/>
      <w:marBottom w:val="0"/>
      <w:divBdr>
        <w:top w:val="none" w:sz="0" w:space="0" w:color="auto"/>
        <w:left w:val="none" w:sz="0" w:space="0" w:color="auto"/>
        <w:bottom w:val="none" w:sz="0" w:space="0" w:color="auto"/>
        <w:right w:val="none" w:sz="0" w:space="0" w:color="auto"/>
      </w:divBdr>
    </w:div>
    <w:div w:id="595138896">
      <w:bodyDiv w:val="1"/>
      <w:marLeft w:val="0"/>
      <w:marRight w:val="0"/>
      <w:marTop w:val="0"/>
      <w:marBottom w:val="0"/>
      <w:divBdr>
        <w:top w:val="none" w:sz="0" w:space="0" w:color="auto"/>
        <w:left w:val="none" w:sz="0" w:space="0" w:color="auto"/>
        <w:bottom w:val="none" w:sz="0" w:space="0" w:color="auto"/>
        <w:right w:val="none" w:sz="0" w:space="0" w:color="auto"/>
      </w:divBdr>
    </w:div>
    <w:div w:id="595361287">
      <w:bodyDiv w:val="1"/>
      <w:marLeft w:val="0"/>
      <w:marRight w:val="0"/>
      <w:marTop w:val="0"/>
      <w:marBottom w:val="0"/>
      <w:divBdr>
        <w:top w:val="none" w:sz="0" w:space="0" w:color="auto"/>
        <w:left w:val="none" w:sz="0" w:space="0" w:color="auto"/>
        <w:bottom w:val="none" w:sz="0" w:space="0" w:color="auto"/>
        <w:right w:val="none" w:sz="0" w:space="0" w:color="auto"/>
      </w:divBdr>
    </w:div>
    <w:div w:id="597716650">
      <w:bodyDiv w:val="1"/>
      <w:marLeft w:val="0"/>
      <w:marRight w:val="0"/>
      <w:marTop w:val="0"/>
      <w:marBottom w:val="0"/>
      <w:divBdr>
        <w:top w:val="none" w:sz="0" w:space="0" w:color="auto"/>
        <w:left w:val="none" w:sz="0" w:space="0" w:color="auto"/>
        <w:bottom w:val="none" w:sz="0" w:space="0" w:color="auto"/>
        <w:right w:val="none" w:sz="0" w:space="0" w:color="auto"/>
      </w:divBdr>
    </w:div>
    <w:div w:id="598024438">
      <w:bodyDiv w:val="1"/>
      <w:marLeft w:val="0"/>
      <w:marRight w:val="0"/>
      <w:marTop w:val="0"/>
      <w:marBottom w:val="0"/>
      <w:divBdr>
        <w:top w:val="none" w:sz="0" w:space="0" w:color="auto"/>
        <w:left w:val="none" w:sz="0" w:space="0" w:color="auto"/>
        <w:bottom w:val="none" w:sz="0" w:space="0" w:color="auto"/>
        <w:right w:val="none" w:sz="0" w:space="0" w:color="auto"/>
      </w:divBdr>
    </w:div>
    <w:div w:id="600264069">
      <w:bodyDiv w:val="1"/>
      <w:marLeft w:val="0"/>
      <w:marRight w:val="0"/>
      <w:marTop w:val="0"/>
      <w:marBottom w:val="0"/>
      <w:divBdr>
        <w:top w:val="none" w:sz="0" w:space="0" w:color="auto"/>
        <w:left w:val="none" w:sz="0" w:space="0" w:color="auto"/>
        <w:bottom w:val="none" w:sz="0" w:space="0" w:color="auto"/>
        <w:right w:val="none" w:sz="0" w:space="0" w:color="auto"/>
      </w:divBdr>
    </w:div>
    <w:div w:id="600377385">
      <w:bodyDiv w:val="1"/>
      <w:marLeft w:val="0"/>
      <w:marRight w:val="0"/>
      <w:marTop w:val="0"/>
      <w:marBottom w:val="0"/>
      <w:divBdr>
        <w:top w:val="none" w:sz="0" w:space="0" w:color="auto"/>
        <w:left w:val="none" w:sz="0" w:space="0" w:color="auto"/>
        <w:bottom w:val="none" w:sz="0" w:space="0" w:color="auto"/>
        <w:right w:val="none" w:sz="0" w:space="0" w:color="auto"/>
      </w:divBdr>
    </w:div>
    <w:div w:id="601257814">
      <w:bodyDiv w:val="1"/>
      <w:marLeft w:val="0"/>
      <w:marRight w:val="0"/>
      <w:marTop w:val="0"/>
      <w:marBottom w:val="0"/>
      <w:divBdr>
        <w:top w:val="none" w:sz="0" w:space="0" w:color="auto"/>
        <w:left w:val="none" w:sz="0" w:space="0" w:color="auto"/>
        <w:bottom w:val="none" w:sz="0" w:space="0" w:color="auto"/>
        <w:right w:val="none" w:sz="0" w:space="0" w:color="auto"/>
      </w:divBdr>
    </w:div>
    <w:div w:id="601259857">
      <w:bodyDiv w:val="1"/>
      <w:marLeft w:val="0"/>
      <w:marRight w:val="0"/>
      <w:marTop w:val="0"/>
      <w:marBottom w:val="0"/>
      <w:divBdr>
        <w:top w:val="none" w:sz="0" w:space="0" w:color="auto"/>
        <w:left w:val="none" w:sz="0" w:space="0" w:color="auto"/>
        <w:bottom w:val="none" w:sz="0" w:space="0" w:color="auto"/>
        <w:right w:val="none" w:sz="0" w:space="0" w:color="auto"/>
      </w:divBdr>
    </w:div>
    <w:div w:id="601455533">
      <w:bodyDiv w:val="1"/>
      <w:marLeft w:val="0"/>
      <w:marRight w:val="0"/>
      <w:marTop w:val="0"/>
      <w:marBottom w:val="0"/>
      <w:divBdr>
        <w:top w:val="none" w:sz="0" w:space="0" w:color="auto"/>
        <w:left w:val="none" w:sz="0" w:space="0" w:color="auto"/>
        <w:bottom w:val="none" w:sz="0" w:space="0" w:color="auto"/>
        <w:right w:val="none" w:sz="0" w:space="0" w:color="auto"/>
      </w:divBdr>
    </w:div>
    <w:div w:id="601456125">
      <w:bodyDiv w:val="1"/>
      <w:marLeft w:val="0"/>
      <w:marRight w:val="0"/>
      <w:marTop w:val="0"/>
      <w:marBottom w:val="0"/>
      <w:divBdr>
        <w:top w:val="none" w:sz="0" w:space="0" w:color="auto"/>
        <w:left w:val="none" w:sz="0" w:space="0" w:color="auto"/>
        <w:bottom w:val="none" w:sz="0" w:space="0" w:color="auto"/>
        <w:right w:val="none" w:sz="0" w:space="0" w:color="auto"/>
      </w:divBdr>
    </w:div>
    <w:div w:id="603612546">
      <w:bodyDiv w:val="1"/>
      <w:marLeft w:val="0"/>
      <w:marRight w:val="0"/>
      <w:marTop w:val="0"/>
      <w:marBottom w:val="0"/>
      <w:divBdr>
        <w:top w:val="none" w:sz="0" w:space="0" w:color="auto"/>
        <w:left w:val="none" w:sz="0" w:space="0" w:color="auto"/>
        <w:bottom w:val="none" w:sz="0" w:space="0" w:color="auto"/>
        <w:right w:val="none" w:sz="0" w:space="0" w:color="auto"/>
      </w:divBdr>
    </w:div>
    <w:div w:id="603880373">
      <w:bodyDiv w:val="1"/>
      <w:marLeft w:val="0"/>
      <w:marRight w:val="0"/>
      <w:marTop w:val="0"/>
      <w:marBottom w:val="0"/>
      <w:divBdr>
        <w:top w:val="none" w:sz="0" w:space="0" w:color="auto"/>
        <w:left w:val="none" w:sz="0" w:space="0" w:color="auto"/>
        <w:bottom w:val="none" w:sz="0" w:space="0" w:color="auto"/>
        <w:right w:val="none" w:sz="0" w:space="0" w:color="auto"/>
      </w:divBdr>
    </w:div>
    <w:div w:id="604768431">
      <w:bodyDiv w:val="1"/>
      <w:marLeft w:val="0"/>
      <w:marRight w:val="0"/>
      <w:marTop w:val="0"/>
      <w:marBottom w:val="0"/>
      <w:divBdr>
        <w:top w:val="none" w:sz="0" w:space="0" w:color="auto"/>
        <w:left w:val="none" w:sz="0" w:space="0" w:color="auto"/>
        <w:bottom w:val="none" w:sz="0" w:space="0" w:color="auto"/>
        <w:right w:val="none" w:sz="0" w:space="0" w:color="auto"/>
      </w:divBdr>
    </w:div>
    <w:div w:id="605162687">
      <w:bodyDiv w:val="1"/>
      <w:marLeft w:val="0"/>
      <w:marRight w:val="0"/>
      <w:marTop w:val="0"/>
      <w:marBottom w:val="0"/>
      <w:divBdr>
        <w:top w:val="none" w:sz="0" w:space="0" w:color="auto"/>
        <w:left w:val="none" w:sz="0" w:space="0" w:color="auto"/>
        <w:bottom w:val="none" w:sz="0" w:space="0" w:color="auto"/>
        <w:right w:val="none" w:sz="0" w:space="0" w:color="auto"/>
      </w:divBdr>
    </w:div>
    <w:div w:id="606236579">
      <w:bodyDiv w:val="1"/>
      <w:marLeft w:val="0"/>
      <w:marRight w:val="0"/>
      <w:marTop w:val="0"/>
      <w:marBottom w:val="0"/>
      <w:divBdr>
        <w:top w:val="none" w:sz="0" w:space="0" w:color="auto"/>
        <w:left w:val="none" w:sz="0" w:space="0" w:color="auto"/>
        <w:bottom w:val="none" w:sz="0" w:space="0" w:color="auto"/>
        <w:right w:val="none" w:sz="0" w:space="0" w:color="auto"/>
      </w:divBdr>
    </w:div>
    <w:div w:id="609748216">
      <w:bodyDiv w:val="1"/>
      <w:marLeft w:val="0"/>
      <w:marRight w:val="0"/>
      <w:marTop w:val="0"/>
      <w:marBottom w:val="0"/>
      <w:divBdr>
        <w:top w:val="none" w:sz="0" w:space="0" w:color="auto"/>
        <w:left w:val="none" w:sz="0" w:space="0" w:color="auto"/>
        <w:bottom w:val="none" w:sz="0" w:space="0" w:color="auto"/>
        <w:right w:val="none" w:sz="0" w:space="0" w:color="auto"/>
      </w:divBdr>
    </w:div>
    <w:div w:id="610013400">
      <w:bodyDiv w:val="1"/>
      <w:marLeft w:val="0"/>
      <w:marRight w:val="0"/>
      <w:marTop w:val="0"/>
      <w:marBottom w:val="0"/>
      <w:divBdr>
        <w:top w:val="none" w:sz="0" w:space="0" w:color="auto"/>
        <w:left w:val="none" w:sz="0" w:space="0" w:color="auto"/>
        <w:bottom w:val="none" w:sz="0" w:space="0" w:color="auto"/>
        <w:right w:val="none" w:sz="0" w:space="0" w:color="auto"/>
      </w:divBdr>
    </w:div>
    <w:div w:id="610362790">
      <w:bodyDiv w:val="1"/>
      <w:marLeft w:val="0"/>
      <w:marRight w:val="0"/>
      <w:marTop w:val="0"/>
      <w:marBottom w:val="0"/>
      <w:divBdr>
        <w:top w:val="none" w:sz="0" w:space="0" w:color="auto"/>
        <w:left w:val="none" w:sz="0" w:space="0" w:color="auto"/>
        <w:bottom w:val="none" w:sz="0" w:space="0" w:color="auto"/>
        <w:right w:val="none" w:sz="0" w:space="0" w:color="auto"/>
      </w:divBdr>
    </w:div>
    <w:div w:id="611594307">
      <w:bodyDiv w:val="1"/>
      <w:marLeft w:val="0"/>
      <w:marRight w:val="0"/>
      <w:marTop w:val="0"/>
      <w:marBottom w:val="0"/>
      <w:divBdr>
        <w:top w:val="none" w:sz="0" w:space="0" w:color="auto"/>
        <w:left w:val="none" w:sz="0" w:space="0" w:color="auto"/>
        <w:bottom w:val="none" w:sz="0" w:space="0" w:color="auto"/>
        <w:right w:val="none" w:sz="0" w:space="0" w:color="auto"/>
      </w:divBdr>
    </w:div>
    <w:div w:id="612785249">
      <w:bodyDiv w:val="1"/>
      <w:marLeft w:val="0"/>
      <w:marRight w:val="0"/>
      <w:marTop w:val="0"/>
      <w:marBottom w:val="0"/>
      <w:divBdr>
        <w:top w:val="none" w:sz="0" w:space="0" w:color="auto"/>
        <w:left w:val="none" w:sz="0" w:space="0" w:color="auto"/>
        <w:bottom w:val="none" w:sz="0" w:space="0" w:color="auto"/>
        <w:right w:val="none" w:sz="0" w:space="0" w:color="auto"/>
      </w:divBdr>
    </w:div>
    <w:div w:id="613826028">
      <w:bodyDiv w:val="1"/>
      <w:marLeft w:val="0"/>
      <w:marRight w:val="0"/>
      <w:marTop w:val="0"/>
      <w:marBottom w:val="0"/>
      <w:divBdr>
        <w:top w:val="none" w:sz="0" w:space="0" w:color="auto"/>
        <w:left w:val="none" w:sz="0" w:space="0" w:color="auto"/>
        <w:bottom w:val="none" w:sz="0" w:space="0" w:color="auto"/>
        <w:right w:val="none" w:sz="0" w:space="0" w:color="auto"/>
      </w:divBdr>
    </w:div>
    <w:div w:id="615403323">
      <w:bodyDiv w:val="1"/>
      <w:marLeft w:val="0"/>
      <w:marRight w:val="0"/>
      <w:marTop w:val="0"/>
      <w:marBottom w:val="0"/>
      <w:divBdr>
        <w:top w:val="none" w:sz="0" w:space="0" w:color="auto"/>
        <w:left w:val="none" w:sz="0" w:space="0" w:color="auto"/>
        <w:bottom w:val="none" w:sz="0" w:space="0" w:color="auto"/>
        <w:right w:val="none" w:sz="0" w:space="0" w:color="auto"/>
      </w:divBdr>
    </w:div>
    <w:div w:id="616522954">
      <w:bodyDiv w:val="1"/>
      <w:marLeft w:val="0"/>
      <w:marRight w:val="0"/>
      <w:marTop w:val="0"/>
      <w:marBottom w:val="0"/>
      <w:divBdr>
        <w:top w:val="none" w:sz="0" w:space="0" w:color="auto"/>
        <w:left w:val="none" w:sz="0" w:space="0" w:color="auto"/>
        <w:bottom w:val="none" w:sz="0" w:space="0" w:color="auto"/>
        <w:right w:val="none" w:sz="0" w:space="0" w:color="auto"/>
      </w:divBdr>
    </w:div>
    <w:div w:id="616907708">
      <w:bodyDiv w:val="1"/>
      <w:marLeft w:val="0"/>
      <w:marRight w:val="0"/>
      <w:marTop w:val="0"/>
      <w:marBottom w:val="0"/>
      <w:divBdr>
        <w:top w:val="none" w:sz="0" w:space="0" w:color="auto"/>
        <w:left w:val="none" w:sz="0" w:space="0" w:color="auto"/>
        <w:bottom w:val="none" w:sz="0" w:space="0" w:color="auto"/>
        <w:right w:val="none" w:sz="0" w:space="0" w:color="auto"/>
      </w:divBdr>
    </w:div>
    <w:div w:id="617488100">
      <w:bodyDiv w:val="1"/>
      <w:marLeft w:val="0"/>
      <w:marRight w:val="0"/>
      <w:marTop w:val="0"/>
      <w:marBottom w:val="0"/>
      <w:divBdr>
        <w:top w:val="none" w:sz="0" w:space="0" w:color="auto"/>
        <w:left w:val="none" w:sz="0" w:space="0" w:color="auto"/>
        <w:bottom w:val="none" w:sz="0" w:space="0" w:color="auto"/>
        <w:right w:val="none" w:sz="0" w:space="0" w:color="auto"/>
      </w:divBdr>
    </w:div>
    <w:div w:id="617949730">
      <w:bodyDiv w:val="1"/>
      <w:marLeft w:val="0"/>
      <w:marRight w:val="0"/>
      <w:marTop w:val="0"/>
      <w:marBottom w:val="0"/>
      <w:divBdr>
        <w:top w:val="none" w:sz="0" w:space="0" w:color="auto"/>
        <w:left w:val="none" w:sz="0" w:space="0" w:color="auto"/>
        <w:bottom w:val="none" w:sz="0" w:space="0" w:color="auto"/>
        <w:right w:val="none" w:sz="0" w:space="0" w:color="auto"/>
      </w:divBdr>
    </w:div>
    <w:div w:id="618337112">
      <w:bodyDiv w:val="1"/>
      <w:marLeft w:val="0"/>
      <w:marRight w:val="0"/>
      <w:marTop w:val="0"/>
      <w:marBottom w:val="0"/>
      <w:divBdr>
        <w:top w:val="none" w:sz="0" w:space="0" w:color="auto"/>
        <w:left w:val="none" w:sz="0" w:space="0" w:color="auto"/>
        <w:bottom w:val="none" w:sz="0" w:space="0" w:color="auto"/>
        <w:right w:val="none" w:sz="0" w:space="0" w:color="auto"/>
      </w:divBdr>
    </w:div>
    <w:div w:id="619073221">
      <w:bodyDiv w:val="1"/>
      <w:marLeft w:val="0"/>
      <w:marRight w:val="0"/>
      <w:marTop w:val="0"/>
      <w:marBottom w:val="0"/>
      <w:divBdr>
        <w:top w:val="none" w:sz="0" w:space="0" w:color="auto"/>
        <w:left w:val="none" w:sz="0" w:space="0" w:color="auto"/>
        <w:bottom w:val="none" w:sz="0" w:space="0" w:color="auto"/>
        <w:right w:val="none" w:sz="0" w:space="0" w:color="auto"/>
      </w:divBdr>
    </w:div>
    <w:div w:id="620036545">
      <w:bodyDiv w:val="1"/>
      <w:marLeft w:val="0"/>
      <w:marRight w:val="0"/>
      <w:marTop w:val="0"/>
      <w:marBottom w:val="0"/>
      <w:divBdr>
        <w:top w:val="none" w:sz="0" w:space="0" w:color="auto"/>
        <w:left w:val="none" w:sz="0" w:space="0" w:color="auto"/>
        <w:bottom w:val="none" w:sz="0" w:space="0" w:color="auto"/>
        <w:right w:val="none" w:sz="0" w:space="0" w:color="auto"/>
      </w:divBdr>
    </w:div>
    <w:div w:id="620309025">
      <w:bodyDiv w:val="1"/>
      <w:marLeft w:val="0"/>
      <w:marRight w:val="0"/>
      <w:marTop w:val="0"/>
      <w:marBottom w:val="0"/>
      <w:divBdr>
        <w:top w:val="none" w:sz="0" w:space="0" w:color="auto"/>
        <w:left w:val="none" w:sz="0" w:space="0" w:color="auto"/>
        <w:bottom w:val="none" w:sz="0" w:space="0" w:color="auto"/>
        <w:right w:val="none" w:sz="0" w:space="0" w:color="auto"/>
      </w:divBdr>
    </w:div>
    <w:div w:id="623386184">
      <w:bodyDiv w:val="1"/>
      <w:marLeft w:val="0"/>
      <w:marRight w:val="0"/>
      <w:marTop w:val="0"/>
      <w:marBottom w:val="0"/>
      <w:divBdr>
        <w:top w:val="none" w:sz="0" w:space="0" w:color="auto"/>
        <w:left w:val="none" w:sz="0" w:space="0" w:color="auto"/>
        <w:bottom w:val="none" w:sz="0" w:space="0" w:color="auto"/>
        <w:right w:val="none" w:sz="0" w:space="0" w:color="auto"/>
      </w:divBdr>
    </w:div>
    <w:div w:id="623658182">
      <w:bodyDiv w:val="1"/>
      <w:marLeft w:val="0"/>
      <w:marRight w:val="0"/>
      <w:marTop w:val="0"/>
      <w:marBottom w:val="0"/>
      <w:divBdr>
        <w:top w:val="none" w:sz="0" w:space="0" w:color="auto"/>
        <w:left w:val="none" w:sz="0" w:space="0" w:color="auto"/>
        <w:bottom w:val="none" w:sz="0" w:space="0" w:color="auto"/>
        <w:right w:val="none" w:sz="0" w:space="0" w:color="auto"/>
      </w:divBdr>
    </w:div>
    <w:div w:id="623970948">
      <w:bodyDiv w:val="1"/>
      <w:marLeft w:val="0"/>
      <w:marRight w:val="0"/>
      <w:marTop w:val="0"/>
      <w:marBottom w:val="0"/>
      <w:divBdr>
        <w:top w:val="none" w:sz="0" w:space="0" w:color="auto"/>
        <w:left w:val="none" w:sz="0" w:space="0" w:color="auto"/>
        <w:bottom w:val="none" w:sz="0" w:space="0" w:color="auto"/>
        <w:right w:val="none" w:sz="0" w:space="0" w:color="auto"/>
      </w:divBdr>
    </w:div>
    <w:div w:id="630749633">
      <w:bodyDiv w:val="1"/>
      <w:marLeft w:val="0"/>
      <w:marRight w:val="0"/>
      <w:marTop w:val="0"/>
      <w:marBottom w:val="0"/>
      <w:divBdr>
        <w:top w:val="none" w:sz="0" w:space="0" w:color="auto"/>
        <w:left w:val="none" w:sz="0" w:space="0" w:color="auto"/>
        <w:bottom w:val="none" w:sz="0" w:space="0" w:color="auto"/>
        <w:right w:val="none" w:sz="0" w:space="0" w:color="auto"/>
      </w:divBdr>
    </w:div>
    <w:div w:id="630987307">
      <w:bodyDiv w:val="1"/>
      <w:marLeft w:val="0"/>
      <w:marRight w:val="0"/>
      <w:marTop w:val="0"/>
      <w:marBottom w:val="0"/>
      <w:divBdr>
        <w:top w:val="none" w:sz="0" w:space="0" w:color="auto"/>
        <w:left w:val="none" w:sz="0" w:space="0" w:color="auto"/>
        <w:bottom w:val="none" w:sz="0" w:space="0" w:color="auto"/>
        <w:right w:val="none" w:sz="0" w:space="0" w:color="auto"/>
      </w:divBdr>
    </w:div>
    <w:div w:id="631134910">
      <w:bodyDiv w:val="1"/>
      <w:marLeft w:val="0"/>
      <w:marRight w:val="0"/>
      <w:marTop w:val="0"/>
      <w:marBottom w:val="0"/>
      <w:divBdr>
        <w:top w:val="none" w:sz="0" w:space="0" w:color="auto"/>
        <w:left w:val="none" w:sz="0" w:space="0" w:color="auto"/>
        <w:bottom w:val="none" w:sz="0" w:space="0" w:color="auto"/>
        <w:right w:val="none" w:sz="0" w:space="0" w:color="auto"/>
      </w:divBdr>
    </w:div>
    <w:div w:id="631793069">
      <w:bodyDiv w:val="1"/>
      <w:marLeft w:val="0"/>
      <w:marRight w:val="0"/>
      <w:marTop w:val="0"/>
      <w:marBottom w:val="0"/>
      <w:divBdr>
        <w:top w:val="none" w:sz="0" w:space="0" w:color="auto"/>
        <w:left w:val="none" w:sz="0" w:space="0" w:color="auto"/>
        <w:bottom w:val="none" w:sz="0" w:space="0" w:color="auto"/>
        <w:right w:val="none" w:sz="0" w:space="0" w:color="auto"/>
      </w:divBdr>
    </w:div>
    <w:div w:id="632254062">
      <w:bodyDiv w:val="1"/>
      <w:marLeft w:val="0"/>
      <w:marRight w:val="0"/>
      <w:marTop w:val="0"/>
      <w:marBottom w:val="0"/>
      <w:divBdr>
        <w:top w:val="none" w:sz="0" w:space="0" w:color="auto"/>
        <w:left w:val="none" w:sz="0" w:space="0" w:color="auto"/>
        <w:bottom w:val="none" w:sz="0" w:space="0" w:color="auto"/>
        <w:right w:val="none" w:sz="0" w:space="0" w:color="auto"/>
      </w:divBdr>
    </w:div>
    <w:div w:id="633828362">
      <w:bodyDiv w:val="1"/>
      <w:marLeft w:val="0"/>
      <w:marRight w:val="0"/>
      <w:marTop w:val="0"/>
      <w:marBottom w:val="0"/>
      <w:divBdr>
        <w:top w:val="none" w:sz="0" w:space="0" w:color="auto"/>
        <w:left w:val="none" w:sz="0" w:space="0" w:color="auto"/>
        <w:bottom w:val="none" w:sz="0" w:space="0" w:color="auto"/>
        <w:right w:val="none" w:sz="0" w:space="0" w:color="auto"/>
      </w:divBdr>
    </w:div>
    <w:div w:id="636689237">
      <w:bodyDiv w:val="1"/>
      <w:marLeft w:val="0"/>
      <w:marRight w:val="0"/>
      <w:marTop w:val="0"/>
      <w:marBottom w:val="0"/>
      <w:divBdr>
        <w:top w:val="none" w:sz="0" w:space="0" w:color="auto"/>
        <w:left w:val="none" w:sz="0" w:space="0" w:color="auto"/>
        <w:bottom w:val="none" w:sz="0" w:space="0" w:color="auto"/>
        <w:right w:val="none" w:sz="0" w:space="0" w:color="auto"/>
      </w:divBdr>
    </w:div>
    <w:div w:id="641466743">
      <w:bodyDiv w:val="1"/>
      <w:marLeft w:val="0"/>
      <w:marRight w:val="0"/>
      <w:marTop w:val="0"/>
      <w:marBottom w:val="0"/>
      <w:divBdr>
        <w:top w:val="none" w:sz="0" w:space="0" w:color="auto"/>
        <w:left w:val="none" w:sz="0" w:space="0" w:color="auto"/>
        <w:bottom w:val="none" w:sz="0" w:space="0" w:color="auto"/>
        <w:right w:val="none" w:sz="0" w:space="0" w:color="auto"/>
      </w:divBdr>
    </w:div>
    <w:div w:id="642003762">
      <w:bodyDiv w:val="1"/>
      <w:marLeft w:val="0"/>
      <w:marRight w:val="0"/>
      <w:marTop w:val="0"/>
      <w:marBottom w:val="0"/>
      <w:divBdr>
        <w:top w:val="none" w:sz="0" w:space="0" w:color="auto"/>
        <w:left w:val="none" w:sz="0" w:space="0" w:color="auto"/>
        <w:bottom w:val="none" w:sz="0" w:space="0" w:color="auto"/>
        <w:right w:val="none" w:sz="0" w:space="0" w:color="auto"/>
      </w:divBdr>
    </w:div>
    <w:div w:id="642080417">
      <w:bodyDiv w:val="1"/>
      <w:marLeft w:val="0"/>
      <w:marRight w:val="0"/>
      <w:marTop w:val="0"/>
      <w:marBottom w:val="0"/>
      <w:divBdr>
        <w:top w:val="none" w:sz="0" w:space="0" w:color="auto"/>
        <w:left w:val="none" w:sz="0" w:space="0" w:color="auto"/>
        <w:bottom w:val="none" w:sz="0" w:space="0" w:color="auto"/>
        <w:right w:val="none" w:sz="0" w:space="0" w:color="auto"/>
      </w:divBdr>
    </w:div>
    <w:div w:id="642739662">
      <w:bodyDiv w:val="1"/>
      <w:marLeft w:val="0"/>
      <w:marRight w:val="0"/>
      <w:marTop w:val="0"/>
      <w:marBottom w:val="0"/>
      <w:divBdr>
        <w:top w:val="none" w:sz="0" w:space="0" w:color="auto"/>
        <w:left w:val="none" w:sz="0" w:space="0" w:color="auto"/>
        <w:bottom w:val="none" w:sz="0" w:space="0" w:color="auto"/>
        <w:right w:val="none" w:sz="0" w:space="0" w:color="auto"/>
      </w:divBdr>
    </w:div>
    <w:div w:id="644239900">
      <w:bodyDiv w:val="1"/>
      <w:marLeft w:val="0"/>
      <w:marRight w:val="0"/>
      <w:marTop w:val="0"/>
      <w:marBottom w:val="0"/>
      <w:divBdr>
        <w:top w:val="none" w:sz="0" w:space="0" w:color="auto"/>
        <w:left w:val="none" w:sz="0" w:space="0" w:color="auto"/>
        <w:bottom w:val="none" w:sz="0" w:space="0" w:color="auto"/>
        <w:right w:val="none" w:sz="0" w:space="0" w:color="auto"/>
      </w:divBdr>
    </w:div>
    <w:div w:id="645862010">
      <w:bodyDiv w:val="1"/>
      <w:marLeft w:val="0"/>
      <w:marRight w:val="0"/>
      <w:marTop w:val="0"/>
      <w:marBottom w:val="0"/>
      <w:divBdr>
        <w:top w:val="none" w:sz="0" w:space="0" w:color="auto"/>
        <w:left w:val="none" w:sz="0" w:space="0" w:color="auto"/>
        <w:bottom w:val="none" w:sz="0" w:space="0" w:color="auto"/>
        <w:right w:val="none" w:sz="0" w:space="0" w:color="auto"/>
      </w:divBdr>
    </w:div>
    <w:div w:id="648048455">
      <w:bodyDiv w:val="1"/>
      <w:marLeft w:val="0"/>
      <w:marRight w:val="0"/>
      <w:marTop w:val="0"/>
      <w:marBottom w:val="0"/>
      <w:divBdr>
        <w:top w:val="none" w:sz="0" w:space="0" w:color="auto"/>
        <w:left w:val="none" w:sz="0" w:space="0" w:color="auto"/>
        <w:bottom w:val="none" w:sz="0" w:space="0" w:color="auto"/>
        <w:right w:val="none" w:sz="0" w:space="0" w:color="auto"/>
      </w:divBdr>
    </w:div>
    <w:div w:id="651180881">
      <w:bodyDiv w:val="1"/>
      <w:marLeft w:val="0"/>
      <w:marRight w:val="0"/>
      <w:marTop w:val="0"/>
      <w:marBottom w:val="0"/>
      <w:divBdr>
        <w:top w:val="none" w:sz="0" w:space="0" w:color="auto"/>
        <w:left w:val="none" w:sz="0" w:space="0" w:color="auto"/>
        <w:bottom w:val="none" w:sz="0" w:space="0" w:color="auto"/>
        <w:right w:val="none" w:sz="0" w:space="0" w:color="auto"/>
      </w:divBdr>
    </w:div>
    <w:div w:id="652031545">
      <w:bodyDiv w:val="1"/>
      <w:marLeft w:val="0"/>
      <w:marRight w:val="0"/>
      <w:marTop w:val="0"/>
      <w:marBottom w:val="0"/>
      <w:divBdr>
        <w:top w:val="none" w:sz="0" w:space="0" w:color="auto"/>
        <w:left w:val="none" w:sz="0" w:space="0" w:color="auto"/>
        <w:bottom w:val="none" w:sz="0" w:space="0" w:color="auto"/>
        <w:right w:val="none" w:sz="0" w:space="0" w:color="auto"/>
      </w:divBdr>
    </w:div>
    <w:div w:id="653484785">
      <w:bodyDiv w:val="1"/>
      <w:marLeft w:val="0"/>
      <w:marRight w:val="0"/>
      <w:marTop w:val="0"/>
      <w:marBottom w:val="0"/>
      <w:divBdr>
        <w:top w:val="none" w:sz="0" w:space="0" w:color="auto"/>
        <w:left w:val="none" w:sz="0" w:space="0" w:color="auto"/>
        <w:bottom w:val="none" w:sz="0" w:space="0" w:color="auto"/>
        <w:right w:val="none" w:sz="0" w:space="0" w:color="auto"/>
      </w:divBdr>
    </w:div>
    <w:div w:id="653872262">
      <w:bodyDiv w:val="1"/>
      <w:marLeft w:val="0"/>
      <w:marRight w:val="0"/>
      <w:marTop w:val="0"/>
      <w:marBottom w:val="0"/>
      <w:divBdr>
        <w:top w:val="none" w:sz="0" w:space="0" w:color="auto"/>
        <w:left w:val="none" w:sz="0" w:space="0" w:color="auto"/>
        <w:bottom w:val="none" w:sz="0" w:space="0" w:color="auto"/>
        <w:right w:val="none" w:sz="0" w:space="0" w:color="auto"/>
      </w:divBdr>
    </w:div>
    <w:div w:id="654530924">
      <w:bodyDiv w:val="1"/>
      <w:marLeft w:val="0"/>
      <w:marRight w:val="0"/>
      <w:marTop w:val="0"/>
      <w:marBottom w:val="0"/>
      <w:divBdr>
        <w:top w:val="none" w:sz="0" w:space="0" w:color="auto"/>
        <w:left w:val="none" w:sz="0" w:space="0" w:color="auto"/>
        <w:bottom w:val="none" w:sz="0" w:space="0" w:color="auto"/>
        <w:right w:val="none" w:sz="0" w:space="0" w:color="auto"/>
      </w:divBdr>
    </w:div>
    <w:div w:id="655648667">
      <w:bodyDiv w:val="1"/>
      <w:marLeft w:val="0"/>
      <w:marRight w:val="0"/>
      <w:marTop w:val="0"/>
      <w:marBottom w:val="0"/>
      <w:divBdr>
        <w:top w:val="none" w:sz="0" w:space="0" w:color="auto"/>
        <w:left w:val="none" w:sz="0" w:space="0" w:color="auto"/>
        <w:bottom w:val="none" w:sz="0" w:space="0" w:color="auto"/>
        <w:right w:val="none" w:sz="0" w:space="0" w:color="auto"/>
      </w:divBdr>
    </w:div>
    <w:div w:id="660547845">
      <w:bodyDiv w:val="1"/>
      <w:marLeft w:val="0"/>
      <w:marRight w:val="0"/>
      <w:marTop w:val="0"/>
      <w:marBottom w:val="0"/>
      <w:divBdr>
        <w:top w:val="none" w:sz="0" w:space="0" w:color="auto"/>
        <w:left w:val="none" w:sz="0" w:space="0" w:color="auto"/>
        <w:bottom w:val="none" w:sz="0" w:space="0" w:color="auto"/>
        <w:right w:val="none" w:sz="0" w:space="0" w:color="auto"/>
      </w:divBdr>
    </w:div>
    <w:div w:id="662470579">
      <w:bodyDiv w:val="1"/>
      <w:marLeft w:val="0"/>
      <w:marRight w:val="0"/>
      <w:marTop w:val="0"/>
      <w:marBottom w:val="0"/>
      <w:divBdr>
        <w:top w:val="none" w:sz="0" w:space="0" w:color="auto"/>
        <w:left w:val="none" w:sz="0" w:space="0" w:color="auto"/>
        <w:bottom w:val="none" w:sz="0" w:space="0" w:color="auto"/>
        <w:right w:val="none" w:sz="0" w:space="0" w:color="auto"/>
      </w:divBdr>
    </w:div>
    <w:div w:id="663625014">
      <w:bodyDiv w:val="1"/>
      <w:marLeft w:val="0"/>
      <w:marRight w:val="0"/>
      <w:marTop w:val="0"/>
      <w:marBottom w:val="0"/>
      <w:divBdr>
        <w:top w:val="none" w:sz="0" w:space="0" w:color="auto"/>
        <w:left w:val="none" w:sz="0" w:space="0" w:color="auto"/>
        <w:bottom w:val="none" w:sz="0" w:space="0" w:color="auto"/>
        <w:right w:val="none" w:sz="0" w:space="0" w:color="auto"/>
      </w:divBdr>
    </w:div>
    <w:div w:id="664355337">
      <w:bodyDiv w:val="1"/>
      <w:marLeft w:val="0"/>
      <w:marRight w:val="0"/>
      <w:marTop w:val="0"/>
      <w:marBottom w:val="0"/>
      <w:divBdr>
        <w:top w:val="none" w:sz="0" w:space="0" w:color="auto"/>
        <w:left w:val="none" w:sz="0" w:space="0" w:color="auto"/>
        <w:bottom w:val="none" w:sz="0" w:space="0" w:color="auto"/>
        <w:right w:val="none" w:sz="0" w:space="0" w:color="auto"/>
      </w:divBdr>
    </w:div>
    <w:div w:id="664823029">
      <w:bodyDiv w:val="1"/>
      <w:marLeft w:val="0"/>
      <w:marRight w:val="0"/>
      <w:marTop w:val="0"/>
      <w:marBottom w:val="0"/>
      <w:divBdr>
        <w:top w:val="none" w:sz="0" w:space="0" w:color="auto"/>
        <w:left w:val="none" w:sz="0" w:space="0" w:color="auto"/>
        <w:bottom w:val="none" w:sz="0" w:space="0" w:color="auto"/>
        <w:right w:val="none" w:sz="0" w:space="0" w:color="auto"/>
      </w:divBdr>
    </w:div>
    <w:div w:id="665791780">
      <w:bodyDiv w:val="1"/>
      <w:marLeft w:val="0"/>
      <w:marRight w:val="0"/>
      <w:marTop w:val="0"/>
      <w:marBottom w:val="0"/>
      <w:divBdr>
        <w:top w:val="none" w:sz="0" w:space="0" w:color="auto"/>
        <w:left w:val="none" w:sz="0" w:space="0" w:color="auto"/>
        <w:bottom w:val="none" w:sz="0" w:space="0" w:color="auto"/>
        <w:right w:val="none" w:sz="0" w:space="0" w:color="auto"/>
      </w:divBdr>
    </w:div>
    <w:div w:id="667096189">
      <w:bodyDiv w:val="1"/>
      <w:marLeft w:val="0"/>
      <w:marRight w:val="0"/>
      <w:marTop w:val="0"/>
      <w:marBottom w:val="0"/>
      <w:divBdr>
        <w:top w:val="none" w:sz="0" w:space="0" w:color="auto"/>
        <w:left w:val="none" w:sz="0" w:space="0" w:color="auto"/>
        <w:bottom w:val="none" w:sz="0" w:space="0" w:color="auto"/>
        <w:right w:val="none" w:sz="0" w:space="0" w:color="auto"/>
      </w:divBdr>
    </w:div>
    <w:div w:id="669329557">
      <w:bodyDiv w:val="1"/>
      <w:marLeft w:val="0"/>
      <w:marRight w:val="0"/>
      <w:marTop w:val="0"/>
      <w:marBottom w:val="0"/>
      <w:divBdr>
        <w:top w:val="none" w:sz="0" w:space="0" w:color="auto"/>
        <w:left w:val="none" w:sz="0" w:space="0" w:color="auto"/>
        <w:bottom w:val="none" w:sz="0" w:space="0" w:color="auto"/>
        <w:right w:val="none" w:sz="0" w:space="0" w:color="auto"/>
      </w:divBdr>
    </w:div>
    <w:div w:id="672299654">
      <w:bodyDiv w:val="1"/>
      <w:marLeft w:val="0"/>
      <w:marRight w:val="0"/>
      <w:marTop w:val="0"/>
      <w:marBottom w:val="0"/>
      <w:divBdr>
        <w:top w:val="none" w:sz="0" w:space="0" w:color="auto"/>
        <w:left w:val="none" w:sz="0" w:space="0" w:color="auto"/>
        <w:bottom w:val="none" w:sz="0" w:space="0" w:color="auto"/>
        <w:right w:val="none" w:sz="0" w:space="0" w:color="auto"/>
      </w:divBdr>
    </w:div>
    <w:div w:id="674771616">
      <w:bodyDiv w:val="1"/>
      <w:marLeft w:val="0"/>
      <w:marRight w:val="0"/>
      <w:marTop w:val="0"/>
      <w:marBottom w:val="0"/>
      <w:divBdr>
        <w:top w:val="none" w:sz="0" w:space="0" w:color="auto"/>
        <w:left w:val="none" w:sz="0" w:space="0" w:color="auto"/>
        <w:bottom w:val="none" w:sz="0" w:space="0" w:color="auto"/>
        <w:right w:val="none" w:sz="0" w:space="0" w:color="auto"/>
      </w:divBdr>
    </w:div>
    <w:div w:id="675226628">
      <w:bodyDiv w:val="1"/>
      <w:marLeft w:val="0"/>
      <w:marRight w:val="0"/>
      <w:marTop w:val="0"/>
      <w:marBottom w:val="0"/>
      <w:divBdr>
        <w:top w:val="none" w:sz="0" w:space="0" w:color="auto"/>
        <w:left w:val="none" w:sz="0" w:space="0" w:color="auto"/>
        <w:bottom w:val="none" w:sz="0" w:space="0" w:color="auto"/>
        <w:right w:val="none" w:sz="0" w:space="0" w:color="auto"/>
      </w:divBdr>
    </w:div>
    <w:div w:id="675302917">
      <w:bodyDiv w:val="1"/>
      <w:marLeft w:val="0"/>
      <w:marRight w:val="0"/>
      <w:marTop w:val="0"/>
      <w:marBottom w:val="0"/>
      <w:divBdr>
        <w:top w:val="none" w:sz="0" w:space="0" w:color="auto"/>
        <w:left w:val="none" w:sz="0" w:space="0" w:color="auto"/>
        <w:bottom w:val="none" w:sz="0" w:space="0" w:color="auto"/>
        <w:right w:val="none" w:sz="0" w:space="0" w:color="auto"/>
      </w:divBdr>
    </w:div>
    <w:div w:id="675692841">
      <w:bodyDiv w:val="1"/>
      <w:marLeft w:val="0"/>
      <w:marRight w:val="0"/>
      <w:marTop w:val="0"/>
      <w:marBottom w:val="0"/>
      <w:divBdr>
        <w:top w:val="none" w:sz="0" w:space="0" w:color="auto"/>
        <w:left w:val="none" w:sz="0" w:space="0" w:color="auto"/>
        <w:bottom w:val="none" w:sz="0" w:space="0" w:color="auto"/>
        <w:right w:val="none" w:sz="0" w:space="0" w:color="auto"/>
      </w:divBdr>
    </w:div>
    <w:div w:id="676268604">
      <w:bodyDiv w:val="1"/>
      <w:marLeft w:val="0"/>
      <w:marRight w:val="0"/>
      <w:marTop w:val="0"/>
      <w:marBottom w:val="0"/>
      <w:divBdr>
        <w:top w:val="none" w:sz="0" w:space="0" w:color="auto"/>
        <w:left w:val="none" w:sz="0" w:space="0" w:color="auto"/>
        <w:bottom w:val="none" w:sz="0" w:space="0" w:color="auto"/>
        <w:right w:val="none" w:sz="0" w:space="0" w:color="auto"/>
      </w:divBdr>
    </w:div>
    <w:div w:id="678771206">
      <w:bodyDiv w:val="1"/>
      <w:marLeft w:val="0"/>
      <w:marRight w:val="0"/>
      <w:marTop w:val="0"/>
      <w:marBottom w:val="0"/>
      <w:divBdr>
        <w:top w:val="none" w:sz="0" w:space="0" w:color="auto"/>
        <w:left w:val="none" w:sz="0" w:space="0" w:color="auto"/>
        <w:bottom w:val="none" w:sz="0" w:space="0" w:color="auto"/>
        <w:right w:val="none" w:sz="0" w:space="0" w:color="auto"/>
      </w:divBdr>
    </w:div>
    <w:div w:id="678889739">
      <w:bodyDiv w:val="1"/>
      <w:marLeft w:val="0"/>
      <w:marRight w:val="0"/>
      <w:marTop w:val="0"/>
      <w:marBottom w:val="0"/>
      <w:divBdr>
        <w:top w:val="none" w:sz="0" w:space="0" w:color="auto"/>
        <w:left w:val="none" w:sz="0" w:space="0" w:color="auto"/>
        <w:bottom w:val="none" w:sz="0" w:space="0" w:color="auto"/>
        <w:right w:val="none" w:sz="0" w:space="0" w:color="auto"/>
      </w:divBdr>
    </w:div>
    <w:div w:id="680397669">
      <w:bodyDiv w:val="1"/>
      <w:marLeft w:val="0"/>
      <w:marRight w:val="0"/>
      <w:marTop w:val="0"/>
      <w:marBottom w:val="0"/>
      <w:divBdr>
        <w:top w:val="none" w:sz="0" w:space="0" w:color="auto"/>
        <w:left w:val="none" w:sz="0" w:space="0" w:color="auto"/>
        <w:bottom w:val="none" w:sz="0" w:space="0" w:color="auto"/>
        <w:right w:val="none" w:sz="0" w:space="0" w:color="auto"/>
      </w:divBdr>
    </w:div>
    <w:div w:id="680745022">
      <w:bodyDiv w:val="1"/>
      <w:marLeft w:val="0"/>
      <w:marRight w:val="0"/>
      <w:marTop w:val="0"/>
      <w:marBottom w:val="0"/>
      <w:divBdr>
        <w:top w:val="none" w:sz="0" w:space="0" w:color="auto"/>
        <w:left w:val="none" w:sz="0" w:space="0" w:color="auto"/>
        <w:bottom w:val="none" w:sz="0" w:space="0" w:color="auto"/>
        <w:right w:val="none" w:sz="0" w:space="0" w:color="auto"/>
      </w:divBdr>
    </w:div>
    <w:div w:id="683627790">
      <w:bodyDiv w:val="1"/>
      <w:marLeft w:val="0"/>
      <w:marRight w:val="0"/>
      <w:marTop w:val="0"/>
      <w:marBottom w:val="0"/>
      <w:divBdr>
        <w:top w:val="none" w:sz="0" w:space="0" w:color="auto"/>
        <w:left w:val="none" w:sz="0" w:space="0" w:color="auto"/>
        <w:bottom w:val="none" w:sz="0" w:space="0" w:color="auto"/>
        <w:right w:val="none" w:sz="0" w:space="0" w:color="auto"/>
      </w:divBdr>
    </w:div>
    <w:div w:id="685402762">
      <w:bodyDiv w:val="1"/>
      <w:marLeft w:val="0"/>
      <w:marRight w:val="0"/>
      <w:marTop w:val="0"/>
      <w:marBottom w:val="0"/>
      <w:divBdr>
        <w:top w:val="none" w:sz="0" w:space="0" w:color="auto"/>
        <w:left w:val="none" w:sz="0" w:space="0" w:color="auto"/>
        <w:bottom w:val="none" w:sz="0" w:space="0" w:color="auto"/>
        <w:right w:val="none" w:sz="0" w:space="0" w:color="auto"/>
      </w:divBdr>
    </w:div>
    <w:div w:id="686247291">
      <w:bodyDiv w:val="1"/>
      <w:marLeft w:val="0"/>
      <w:marRight w:val="0"/>
      <w:marTop w:val="0"/>
      <w:marBottom w:val="0"/>
      <w:divBdr>
        <w:top w:val="none" w:sz="0" w:space="0" w:color="auto"/>
        <w:left w:val="none" w:sz="0" w:space="0" w:color="auto"/>
        <w:bottom w:val="none" w:sz="0" w:space="0" w:color="auto"/>
        <w:right w:val="none" w:sz="0" w:space="0" w:color="auto"/>
      </w:divBdr>
    </w:div>
    <w:div w:id="688457422">
      <w:bodyDiv w:val="1"/>
      <w:marLeft w:val="0"/>
      <w:marRight w:val="0"/>
      <w:marTop w:val="0"/>
      <w:marBottom w:val="0"/>
      <w:divBdr>
        <w:top w:val="none" w:sz="0" w:space="0" w:color="auto"/>
        <w:left w:val="none" w:sz="0" w:space="0" w:color="auto"/>
        <w:bottom w:val="none" w:sz="0" w:space="0" w:color="auto"/>
        <w:right w:val="none" w:sz="0" w:space="0" w:color="auto"/>
      </w:divBdr>
    </w:div>
    <w:div w:id="690909684">
      <w:bodyDiv w:val="1"/>
      <w:marLeft w:val="0"/>
      <w:marRight w:val="0"/>
      <w:marTop w:val="0"/>
      <w:marBottom w:val="0"/>
      <w:divBdr>
        <w:top w:val="none" w:sz="0" w:space="0" w:color="auto"/>
        <w:left w:val="none" w:sz="0" w:space="0" w:color="auto"/>
        <w:bottom w:val="none" w:sz="0" w:space="0" w:color="auto"/>
        <w:right w:val="none" w:sz="0" w:space="0" w:color="auto"/>
      </w:divBdr>
    </w:div>
    <w:div w:id="692418857">
      <w:bodyDiv w:val="1"/>
      <w:marLeft w:val="0"/>
      <w:marRight w:val="0"/>
      <w:marTop w:val="0"/>
      <w:marBottom w:val="0"/>
      <w:divBdr>
        <w:top w:val="none" w:sz="0" w:space="0" w:color="auto"/>
        <w:left w:val="none" w:sz="0" w:space="0" w:color="auto"/>
        <w:bottom w:val="none" w:sz="0" w:space="0" w:color="auto"/>
        <w:right w:val="none" w:sz="0" w:space="0" w:color="auto"/>
      </w:divBdr>
    </w:div>
    <w:div w:id="693460141">
      <w:bodyDiv w:val="1"/>
      <w:marLeft w:val="0"/>
      <w:marRight w:val="0"/>
      <w:marTop w:val="0"/>
      <w:marBottom w:val="0"/>
      <w:divBdr>
        <w:top w:val="none" w:sz="0" w:space="0" w:color="auto"/>
        <w:left w:val="none" w:sz="0" w:space="0" w:color="auto"/>
        <w:bottom w:val="none" w:sz="0" w:space="0" w:color="auto"/>
        <w:right w:val="none" w:sz="0" w:space="0" w:color="auto"/>
      </w:divBdr>
    </w:div>
    <w:div w:id="695615405">
      <w:bodyDiv w:val="1"/>
      <w:marLeft w:val="0"/>
      <w:marRight w:val="0"/>
      <w:marTop w:val="0"/>
      <w:marBottom w:val="0"/>
      <w:divBdr>
        <w:top w:val="none" w:sz="0" w:space="0" w:color="auto"/>
        <w:left w:val="none" w:sz="0" w:space="0" w:color="auto"/>
        <w:bottom w:val="none" w:sz="0" w:space="0" w:color="auto"/>
        <w:right w:val="none" w:sz="0" w:space="0" w:color="auto"/>
      </w:divBdr>
    </w:div>
    <w:div w:id="698554045">
      <w:bodyDiv w:val="1"/>
      <w:marLeft w:val="0"/>
      <w:marRight w:val="0"/>
      <w:marTop w:val="0"/>
      <w:marBottom w:val="0"/>
      <w:divBdr>
        <w:top w:val="none" w:sz="0" w:space="0" w:color="auto"/>
        <w:left w:val="none" w:sz="0" w:space="0" w:color="auto"/>
        <w:bottom w:val="none" w:sz="0" w:space="0" w:color="auto"/>
        <w:right w:val="none" w:sz="0" w:space="0" w:color="auto"/>
      </w:divBdr>
    </w:div>
    <w:div w:id="701632043">
      <w:bodyDiv w:val="1"/>
      <w:marLeft w:val="0"/>
      <w:marRight w:val="0"/>
      <w:marTop w:val="0"/>
      <w:marBottom w:val="0"/>
      <w:divBdr>
        <w:top w:val="none" w:sz="0" w:space="0" w:color="auto"/>
        <w:left w:val="none" w:sz="0" w:space="0" w:color="auto"/>
        <w:bottom w:val="none" w:sz="0" w:space="0" w:color="auto"/>
        <w:right w:val="none" w:sz="0" w:space="0" w:color="auto"/>
      </w:divBdr>
    </w:div>
    <w:div w:id="701831279">
      <w:bodyDiv w:val="1"/>
      <w:marLeft w:val="0"/>
      <w:marRight w:val="0"/>
      <w:marTop w:val="0"/>
      <w:marBottom w:val="0"/>
      <w:divBdr>
        <w:top w:val="none" w:sz="0" w:space="0" w:color="auto"/>
        <w:left w:val="none" w:sz="0" w:space="0" w:color="auto"/>
        <w:bottom w:val="none" w:sz="0" w:space="0" w:color="auto"/>
        <w:right w:val="none" w:sz="0" w:space="0" w:color="auto"/>
      </w:divBdr>
    </w:div>
    <w:div w:id="705914963">
      <w:bodyDiv w:val="1"/>
      <w:marLeft w:val="0"/>
      <w:marRight w:val="0"/>
      <w:marTop w:val="0"/>
      <w:marBottom w:val="0"/>
      <w:divBdr>
        <w:top w:val="none" w:sz="0" w:space="0" w:color="auto"/>
        <w:left w:val="none" w:sz="0" w:space="0" w:color="auto"/>
        <w:bottom w:val="none" w:sz="0" w:space="0" w:color="auto"/>
        <w:right w:val="none" w:sz="0" w:space="0" w:color="auto"/>
      </w:divBdr>
    </w:div>
    <w:div w:id="706220948">
      <w:bodyDiv w:val="1"/>
      <w:marLeft w:val="0"/>
      <w:marRight w:val="0"/>
      <w:marTop w:val="0"/>
      <w:marBottom w:val="0"/>
      <w:divBdr>
        <w:top w:val="none" w:sz="0" w:space="0" w:color="auto"/>
        <w:left w:val="none" w:sz="0" w:space="0" w:color="auto"/>
        <w:bottom w:val="none" w:sz="0" w:space="0" w:color="auto"/>
        <w:right w:val="none" w:sz="0" w:space="0" w:color="auto"/>
      </w:divBdr>
    </w:div>
    <w:div w:id="706836563">
      <w:bodyDiv w:val="1"/>
      <w:marLeft w:val="0"/>
      <w:marRight w:val="0"/>
      <w:marTop w:val="0"/>
      <w:marBottom w:val="0"/>
      <w:divBdr>
        <w:top w:val="none" w:sz="0" w:space="0" w:color="auto"/>
        <w:left w:val="none" w:sz="0" w:space="0" w:color="auto"/>
        <w:bottom w:val="none" w:sz="0" w:space="0" w:color="auto"/>
        <w:right w:val="none" w:sz="0" w:space="0" w:color="auto"/>
      </w:divBdr>
    </w:div>
    <w:div w:id="707071531">
      <w:bodyDiv w:val="1"/>
      <w:marLeft w:val="0"/>
      <w:marRight w:val="0"/>
      <w:marTop w:val="0"/>
      <w:marBottom w:val="0"/>
      <w:divBdr>
        <w:top w:val="none" w:sz="0" w:space="0" w:color="auto"/>
        <w:left w:val="none" w:sz="0" w:space="0" w:color="auto"/>
        <w:bottom w:val="none" w:sz="0" w:space="0" w:color="auto"/>
        <w:right w:val="none" w:sz="0" w:space="0" w:color="auto"/>
      </w:divBdr>
    </w:div>
    <w:div w:id="707073252">
      <w:bodyDiv w:val="1"/>
      <w:marLeft w:val="0"/>
      <w:marRight w:val="0"/>
      <w:marTop w:val="0"/>
      <w:marBottom w:val="0"/>
      <w:divBdr>
        <w:top w:val="none" w:sz="0" w:space="0" w:color="auto"/>
        <w:left w:val="none" w:sz="0" w:space="0" w:color="auto"/>
        <w:bottom w:val="none" w:sz="0" w:space="0" w:color="auto"/>
        <w:right w:val="none" w:sz="0" w:space="0" w:color="auto"/>
      </w:divBdr>
    </w:div>
    <w:div w:id="707146992">
      <w:bodyDiv w:val="1"/>
      <w:marLeft w:val="0"/>
      <w:marRight w:val="0"/>
      <w:marTop w:val="0"/>
      <w:marBottom w:val="0"/>
      <w:divBdr>
        <w:top w:val="none" w:sz="0" w:space="0" w:color="auto"/>
        <w:left w:val="none" w:sz="0" w:space="0" w:color="auto"/>
        <w:bottom w:val="none" w:sz="0" w:space="0" w:color="auto"/>
        <w:right w:val="none" w:sz="0" w:space="0" w:color="auto"/>
      </w:divBdr>
    </w:div>
    <w:div w:id="707952038">
      <w:bodyDiv w:val="1"/>
      <w:marLeft w:val="0"/>
      <w:marRight w:val="0"/>
      <w:marTop w:val="0"/>
      <w:marBottom w:val="0"/>
      <w:divBdr>
        <w:top w:val="none" w:sz="0" w:space="0" w:color="auto"/>
        <w:left w:val="none" w:sz="0" w:space="0" w:color="auto"/>
        <w:bottom w:val="none" w:sz="0" w:space="0" w:color="auto"/>
        <w:right w:val="none" w:sz="0" w:space="0" w:color="auto"/>
      </w:divBdr>
    </w:div>
    <w:div w:id="708185147">
      <w:bodyDiv w:val="1"/>
      <w:marLeft w:val="0"/>
      <w:marRight w:val="0"/>
      <w:marTop w:val="0"/>
      <w:marBottom w:val="0"/>
      <w:divBdr>
        <w:top w:val="none" w:sz="0" w:space="0" w:color="auto"/>
        <w:left w:val="none" w:sz="0" w:space="0" w:color="auto"/>
        <w:bottom w:val="none" w:sz="0" w:space="0" w:color="auto"/>
        <w:right w:val="none" w:sz="0" w:space="0" w:color="auto"/>
      </w:divBdr>
    </w:div>
    <w:div w:id="710150245">
      <w:bodyDiv w:val="1"/>
      <w:marLeft w:val="0"/>
      <w:marRight w:val="0"/>
      <w:marTop w:val="0"/>
      <w:marBottom w:val="0"/>
      <w:divBdr>
        <w:top w:val="none" w:sz="0" w:space="0" w:color="auto"/>
        <w:left w:val="none" w:sz="0" w:space="0" w:color="auto"/>
        <w:bottom w:val="none" w:sz="0" w:space="0" w:color="auto"/>
        <w:right w:val="none" w:sz="0" w:space="0" w:color="auto"/>
      </w:divBdr>
    </w:div>
    <w:div w:id="711685915">
      <w:bodyDiv w:val="1"/>
      <w:marLeft w:val="0"/>
      <w:marRight w:val="0"/>
      <w:marTop w:val="0"/>
      <w:marBottom w:val="0"/>
      <w:divBdr>
        <w:top w:val="none" w:sz="0" w:space="0" w:color="auto"/>
        <w:left w:val="none" w:sz="0" w:space="0" w:color="auto"/>
        <w:bottom w:val="none" w:sz="0" w:space="0" w:color="auto"/>
        <w:right w:val="none" w:sz="0" w:space="0" w:color="auto"/>
      </w:divBdr>
    </w:div>
    <w:div w:id="714818026">
      <w:bodyDiv w:val="1"/>
      <w:marLeft w:val="0"/>
      <w:marRight w:val="0"/>
      <w:marTop w:val="0"/>
      <w:marBottom w:val="0"/>
      <w:divBdr>
        <w:top w:val="none" w:sz="0" w:space="0" w:color="auto"/>
        <w:left w:val="none" w:sz="0" w:space="0" w:color="auto"/>
        <w:bottom w:val="none" w:sz="0" w:space="0" w:color="auto"/>
        <w:right w:val="none" w:sz="0" w:space="0" w:color="auto"/>
      </w:divBdr>
    </w:div>
    <w:div w:id="717045296">
      <w:bodyDiv w:val="1"/>
      <w:marLeft w:val="0"/>
      <w:marRight w:val="0"/>
      <w:marTop w:val="0"/>
      <w:marBottom w:val="0"/>
      <w:divBdr>
        <w:top w:val="none" w:sz="0" w:space="0" w:color="auto"/>
        <w:left w:val="none" w:sz="0" w:space="0" w:color="auto"/>
        <w:bottom w:val="none" w:sz="0" w:space="0" w:color="auto"/>
        <w:right w:val="none" w:sz="0" w:space="0" w:color="auto"/>
      </w:divBdr>
    </w:div>
    <w:div w:id="717163886">
      <w:bodyDiv w:val="1"/>
      <w:marLeft w:val="0"/>
      <w:marRight w:val="0"/>
      <w:marTop w:val="0"/>
      <w:marBottom w:val="0"/>
      <w:divBdr>
        <w:top w:val="none" w:sz="0" w:space="0" w:color="auto"/>
        <w:left w:val="none" w:sz="0" w:space="0" w:color="auto"/>
        <w:bottom w:val="none" w:sz="0" w:space="0" w:color="auto"/>
        <w:right w:val="none" w:sz="0" w:space="0" w:color="auto"/>
      </w:divBdr>
    </w:div>
    <w:div w:id="717902738">
      <w:bodyDiv w:val="1"/>
      <w:marLeft w:val="0"/>
      <w:marRight w:val="0"/>
      <w:marTop w:val="0"/>
      <w:marBottom w:val="0"/>
      <w:divBdr>
        <w:top w:val="none" w:sz="0" w:space="0" w:color="auto"/>
        <w:left w:val="none" w:sz="0" w:space="0" w:color="auto"/>
        <w:bottom w:val="none" w:sz="0" w:space="0" w:color="auto"/>
        <w:right w:val="none" w:sz="0" w:space="0" w:color="auto"/>
      </w:divBdr>
    </w:div>
    <w:div w:id="717971698">
      <w:bodyDiv w:val="1"/>
      <w:marLeft w:val="0"/>
      <w:marRight w:val="0"/>
      <w:marTop w:val="0"/>
      <w:marBottom w:val="0"/>
      <w:divBdr>
        <w:top w:val="none" w:sz="0" w:space="0" w:color="auto"/>
        <w:left w:val="none" w:sz="0" w:space="0" w:color="auto"/>
        <w:bottom w:val="none" w:sz="0" w:space="0" w:color="auto"/>
        <w:right w:val="none" w:sz="0" w:space="0" w:color="auto"/>
      </w:divBdr>
    </w:div>
    <w:div w:id="718556764">
      <w:bodyDiv w:val="1"/>
      <w:marLeft w:val="0"/>
      <w:marRight w:val="0"/>
      <w:marTop w:val="0"/>
      <w:marBottom w:val="0"/>
      <w:divBdr>
        <w:top w:val="none" w:sz="0" w:space="0" w:color="auto"/>
        <w:left w:val="none" w:sz="0" w:space="0" w:color="auto"/>
        <w:bottom w:val="none" w:sz="0" w:space="0" w:color="auto"/>
        <w:right w:val="none" w:sz="0" w:space="0" w:color="auto"/>
      </w:divBdr>
    </w:div>
    <w:div w:id="718668202">
      <w:bodyDiv w:val="1"/>
      <w:marLeft w:val="0"/>
      <w:marRight w:val="0"/>
      <w:marTop w:val="0"/>
      <w:marBottom w:val="0"/>
      <w:divBdr>
        <w:top w:val="none" w:sz="0" w:space="0" w:color="auto"/>
        <w:left w:val="none" w:sz="0" w:space="0" w:color="auto"/>
        <w:bottom w:val="none" w:sz="0" w:space="0" w:color="auto"/>
        <w:right w:val="none" w:sz="0" w:space="0" w:color="auto"/>
      </w:divBdr>
    </w:div>
    <w:div w:id="719599141">
      <w:bodyDiv w:val="1"/>
      <w:marLeft w:val="0"/>
      <w:marRight w:val="0"/>
      <w:marTop w:val="0"/>
      <w:marBottom w:val="0"/>
      <w:divBdr>
        <w:top w:val="none" w:sz="0" w:space="0" w:color="auto"/>
        <w:left w:val="none" w:sz="0" w:space="0" w:color="auto"/>
        <w:bottom w:val="none" w:sz="0" w:space="0" w:color="auto"/>
        <w:right w:val="none" w:sz="0" w:space="0" w:color="auto"/>
      </w:divBdr>
    </w:div>
    <w:div w:id="719747024">
      <w:bodyDiv w:val="1"/>
      <w:marLeft w:val="0"/>
      <w:marRight w:val="0"/>
      <w:marTop w:val="0"/>
      <w:marBottom w:val="0"/>
      <w:divBdr>
        <w:top w:val="none" w:sz="0" w:space="0" w:color="auto"/>
        <w:left w:val="none" w:sz="0" w:space="0" w:color="auto"/>
        <w:bottom w:val="none" w:sz="0" w:space="0" w:color="auto"/>
        <w:right w:val="none" w:sz="0" w:space="0" w:color="auto"/>
      </w:divBdr>
    </w:div>
    <w:div w:id="722018603">
      <w:bodyDiv w:val="1"/>
      <w:marLeft w:val="0"/>
      <w:marRight w:val="0"/>
      <w:marTop w:val="0"/>
      <w:marBottom w:val="0"/>
      <w:divBdr>
        <w:top w:val="none" w:sz="0" w:space="0" w:color="auto"/>
        <w:left w:val="none" w:sz="0" w:space="0" w:color="auto"/>
        <w:bottom w:val="none" w:sz="0" w:space="0" w:color="auto"/>
        <w:right w:val="none" w:sz="0" w:space="0" w:color="auto"/>
      </w:divBdr>
    </w:div>
    <w:div w:id="722828926">
      <w:bodyDiv w:val="1"/>
      <w:marLeft w:val="0"/>
      <w:marRight w:val="0"/>
      <w:marTop w:val="0"/>
      <w:marBottom w:val="0"/>
      <w:divBdr>
        <w:top w:val="none" w:sz="0" w:space="0" w:color="auto"/>
        <w:left w:val="none" w:sz="0" w:space="0" w:color="auto"/>
        <w:bottom w:val="none" w:sz="0" w:space="0" w:color="auto"/>
        <w:right w:val="none" w:sz="0" w:space="0" w:color="auto"/>
      </w:divBdr>
    </w:div>
    <w:div w:id="723603631">
      <w:bodyDiv w:val="1"/>
      <w:marLeft w:val="0"/>
      <w:marRight w:val="0"/>
      <w:marTop w:val="0"/>
      <w:marBottom w:val="0"/>
      <w:divBdr>
        <w:top w:val="none" w:sz="0" w:space="0" w:color="auto"/>
        <w:left w:val="none" w:sz="0" w:space="0" w:color="auto"/>
        <w:bottom w:val="none" w:sz="0" w:space="0" w:color="auto"/>
        <w:right w:val="none" w:sz="0" w:space="0" w:color="auto"/>
      </w:divBdr>
    </w:div>
    <w:div w:id="727529820">
      <w:bodyDiv w:val="1"/>
      <w:marLeft w:val="0"/>
      <w:marRight w:val="0"/>
      <w:marTop w:val="0"/>
      <w:marBottom w:val="0"/>
      <w:divBdr>
        <w:top w:val="none" w:sz="0" w:space="0" w:color="auto"/>
        <w:left w:val="none" w:sz="0" w:space="0" w:color="auto"/>
        <w:bottom w:val="none" w:sz="0" w:space="0" w:color="auto"/>
        <w:right w:val="none" w:sz="0" w:space="0" w:color="auto"/>
      </w:divBdr>
    </w:div>
    <w:div w:id="728695965">
      <w:bodyDiv w:val="1"/>
      <w:marLeft w:val="0"/>
      <w:marRight w:val="0"/>
      <w:marTop w:val="0"/>
      <w:marBottom w:val="0"/>
      <w:divBdr>
        <w:top w:val="none" w:sz="0" w:space="0" w:color="auto"/>
        <w:left w:val="none" w:sz="0" w:space="0" w:color="auto"/>
        <w:bottom w:val="none" w:sz="0" w:space="0" w:color="auto"/>
        <w:right w:val="none" w:sz="0" w:space="0" w:color="auto"/>
      </w:divBdr>
    </w:div>
    <w:div w:id="729889717">
      <w:bodyDiv w:val="1"/>
      <w:marLeft w:val="0"/>
      <w:marRight w:val="0"/>
      <w:marTop w:val="0"/>
      <w:marBottom w:val="0"/>
      <w:divBdr>
        <w:top w:val="none" w:sz="0" w:space="0" w:color="auto"/>
        <w:left w:val="none" w:sz="0" w:space="0" w:color="auto"/>
        <w:bottom w:val="none" w:sz="0" w:space="0" w:color="auto"/>
        <w:right w:val="none" w:sz="0" w:space="0" w:color="auto"/>
      </w:divBdr>
    </w:div>
    <w:div w:id="730687788">
      <w:bodyDiv w:val="1"/>
      <w:marLeft w:val="0"/>
      <w:marRight w:val="0"/>
      <w:marTop w:val="0"/>
      <w:marBottom w:val="0"/>
      <w:divBdr>
        <w:top w:val="none" w:sz="0" w:space="0" w:color="auto"/>
        <w:left w:val="none" w:sz="0" w:space="0" w:color="auto"/>
        <w:bottom w:val="none" w:sz="0" w:space="0" w:color="auto"/>
        <w:right w:val="none" w:sz="0" w:space="0" w:color="auto"/>
      </w:divBdr>
    </w:div>
    <w:div w:id="732046719">
      <w:bodyDiv w:val="1"/>
      <w:marLeft w:val="0"/>
      <w:marRight w:val="0"/>
      <w:marTop w:val="0"/>
      <w:marBottom w:val="0"/>
      <w:divBdr>
        <w:top w:val="none" w:sz="0" w:space="0" w:color="auto"/>
        <w:left w:val="none" w:sz="0" w:space="0" w:color="auto"/>
        <w:bottom w:val="none" w:sz="0" w:space="0" w:color="auto"/>
        <w:right w:val="none" w:sz="0" w:space="0" w:color="auto"/>
      </w:divBdr>
    </w:div>
    <w:div w:id="733233911">
      <w:bodyDiv w:val="1"/>
      <w:marLeft w:val="0"/>
      <w:marRight w:val="0"/>
      <w:marTop w:val="0"/>
      <w:marBottom w:val="0"/>
      <w:divBdr>
        <w:top w:val="none" w:sz="0" w:space="0" w:color="auto"/>
        <w:left w:val="none" w:sz="0" w:space="0" w:color="auto"/>
        <w:bottom w:val="none" w:sz="0" w:space="0" w:color="auto"/>
        <w:right w:val="none" w:sz="0" w:space="0" w:color="auto"/>
      </w:divBdr>
    </w:div>
    <w:div w:id="734545833">
      <w:bodyDiv w:val="1"/>
      <w:marLeft w:val="0"/>
      <w:marRight w:val="0"/>
      <w:marTop w:val="0"/>
      <w:marBottom w:val="0"/>
      <w:divBdr>
        <w:top w:val="none" w:sz="0" w:space="0" w:color="auto"/>
        <w:left w:val="none" w:sz="0" w:space="0" w:color="auto"/>
        <w:bottom w:val="none" w:sz="0" w:space="0" w:color="auto"/>
        <w:right w:val="none" w:sz="0" w:space="0" w:color="auto"/>
      </w:divBdr>
    </w:div>
    <w:div w:id="734931972">
      <w:bodyDiv w:val="1"/>
      <w:marLeft w:val="0"/>
      <w:marRight w:val="0"/>
      <w:marTop w:val="0"/>
      <w:marBottom w:val="0"/>
      <w:divBdr>
        <w:top w:val="none" w:sz="0" w:space="0" w:color="auto"/>
        <w:left w:val="none" w:sz="0" w:space="0" w:color="auto"/>
        <w:bottom w:val="none" w:sz="0" w:space="0" w:color="auto"/>
        <w:right w:val="none" w:sz="0" w:space="0" w:color="auto"/>
      </w:divBdr>
    </w:div>
    <w:div w:id="740325495">
      <w:bodyDiv w:val="1"/>
      <w:marLeft w:val="0"/>
      <w:marRight w:val="0"/>
      <w:marTop w:val="0"/>
      <w:marBottom w:val="0"/>
      <w:divBdr>
        <w:top w:val="none" w:sz="0" w:space="0" w:color="auto"/>
        <w:left w:val="none" w:sz="0" w:space="0" w:color="auto"/>
        <w:bottom w:val="none" w:sz="0" w:space="0" w:color="auto"/>
        <w:right w:val="none" w:sz="0" w:space="0" w:color="auto"/>
      </w:divBdr>
    </w:div>
    <w:div w:id="741291719">
      <w:bodyDiv w:val="1"/>
      <w:marLeft w:val="0"/>
      <w:marRight w:val="0"/>
      <w:marTop w:val="0"/>
      <w:marBottom w:val="0"/>
      <w:divBdr>
        <w:top w:val="none" w:sz="0" w:space="0" w:color="auto"/>
        <w:left w:val="none" w:sz="0" w:space="0" w:color="auto"/>
        <w:bottom w:val="none" w:sz="0" w:space="0" w:color="auto"/>
        <w:right w:val="none" w:sz="0" w:space="0" w:color="auto"/>
      </w:divBdr>
    </w:div>
    <w:div w:id="741298997">
      <w:bodyDiv w:val="1"/>
      <w:marLeft w:val="0"/>
      <w:marRight w:val="0"/>
      <w:marTop w:val="0"/>
      <w:marBottom w:val="0"/>
      <w:divBdr>
        <w:top w:val="none" w:sz="0" w:space="0" w:color="auto"/>
        <w:left w:val="none" w:sz="0" w:space="0" w:color="auto"/>
        <w:bottom w:val="none" w:sz="0" w:space="0" w:color="auto"/>
        <w:right w:val="none" w:sz="0" w:space="0" w:color="auto"/>
      </w:divBdr>
    </w:div>
    <w:div w:id="741945458">
      <w:bodyDiv w:val="1"/>
      <w:marLeft w:val="0"/>
      <w:marRight w:val="0"/>
      <w:marTop w:val="0"/>
      <w:marBottom w:val="0"/>
      <w:divBdr>
        <w:top w:val="none" w:sz="0" w:space="0" w:color="auto"/>
        <w:left w:val="none" w:sz="0" w:space="0" w:color="auto"/>
        <w:bottom w:val="none" w:sz="0" w:space="0" w:color="auto"/>
        <w:right w:val="none" w:sz="0" w:space="0" w:color="auto"/>
      </w:divBdr>
    </w:div>
    <w:div w:id="742600635">
      <w:bodyDiv w:val="1"/>
      <w:marLeft w:val="0"/>
      <w:marRight w:val="0"/>
      <w:marTop w:val="0"/>
      <w:marBottom w:val="0"/>
      <w:divBdr>
        <w:top w:val="none" w:sz="0" w:space="0" w:color="auto"/>
        <w:left w:val="none" w:sz="0" w:space="0" w:color="auto"/>
        <w:bottom w:val="none" w:sz="0" w:space="0" w:color="auto"/>
        <w:right w:val="none" w:sz="0" w:space="0" w:color="auto"/>
      </w:divBdr>
    </w:div>
    <w:div w:id="743067205">
      <w:bodyDiv w:val="1"/>
      <w:marLeft w:val="0"/>
      <w:marRight w:val="0"/>
      <w:marTop w:val="0"/>
      <w:marBottom w:val="0"/>
      <w:divBdr>
        <w:top w:val="none" w:sz="0" w:space="0" w:color="auto"/>
        <w:left w:val="none" w:sz="0" w:space="0" w:color="auto"/>
        <w:bottom w:val="none" w:sz="0" w:space="0" w:color="auto"/>
        <w:right w:val="none" w:sz="0" w:space="0" w:color="auto"/>
      </w:divBdr>
    </w:div>
    <w:div w:id="744181755">
      <w:bodyDiv w:val="1"/>
      <w:marLeft w:val="0"/>
      <w:marRight w:val="0"/>
      <w:marTop w:val="0"/>
      <w:marBottom w:val="0"/>
      <w:divBdr>
        <w:top w:val="none" w:sz="0" w:space="0" w:color="auto"/>
        <w:left w:val="none" w:sz="0" w:space="0" w:color="auto"/>
        <w:bottom w:val="none" w:sz="0" w:space="0" w:color="auto"/>
        <w:right w:val="none" w:sz="0" w:space="0" w:color="auto"/>
      </w:divBdr>
    </w:div>
    <w:div w:id="744230307">
      <w:bodyDiv w:val="1"/>
      <w:marLeft w:val="0"/>
      <w:marRight w:val="0"/>
      <w:marTop w:val="0"/>
      <w:marBottom w:val="0"/>
      <w:divBdr>
        <w:top w:val="none" w:sz="0" w:space="0" w:color="auto"/>
        <w:left w:val="none" w:sz="0" w:space="0" w:color="auto"/>
        <w:bottom w:val="none" w:sz="0" w:space="0" w:color="auto"/>
        <w:right w:val="none" w:sz="0" w:space="0" w:color="auto"/>
      </w:divBdr>
    </w:div>
    <w:div w:id="746999253">
      <w:bodyDiv w:val="1"/>
      <w:marLeft w:val="0"/>
      <w:marRight w:val="0"/>
      <w:marTop w:val="0"/>
      <w:marBottom w:val="0"/>
      <w:divBdr>
        <w:top w:val="none" w:sz="0" w:space="0" w:color="auto"/>
        <w:left w:val="none" w:sz="0" w:space="0" w:color="auto"/>
        <w:bottom w:val="none" w:sz="0" w:space="0" w:color="auto"/>
        <w:right w:val="none" w:sz="0" w:space="0" w:color="auto"/>
      </w:divBdr>
    </w:div>
    <w:div w:id="747265515">
      <w:bodyDiv w:val="1"/>
      <w:marLeft w:val="0"/>
      <w:marRight w:val="0"/>
      <w:marTop w:val="0"/>
      <w:marBottom w:val="0"/>
      <w:divBdr>
        <w:top w:val="none" w:sz="0" w:space="0" w:color="auto"/>
        <w:left w:val="none" w:sz="0" w:space="0" w:color="auto"/>
        <w:bottom w:val="none" w:sz="0" w:space="0" w:color="auto"/>
        <w:right w:val="none" w:sz="0" w:space="0" w:color="auto"/>
      </w:divBdr>
    </w:div>
    <w:div w:id="747776474">
      <w:bodyDiv w:val="1"/>
      <w:marLeft w:val="0"/>
      <w:marRight w:val="0"/>
      <w:marTop w:val="0"/>
      <w:marBottom w:val="0"/>
      <w:divBdr>
        <w:top w:val="none" w:sz="0" w:space="0" w:color="auto"/>
        <w:left w:val="none" w:sz="0" w:space="0" w:color="auto"/>
        <w:bottom w:val="none" w:sz="0" w:space="0" w:color="auto"/>
        <w:right w:val="none" w:sz="0" w:space="0" w:color="auto"/>
      </w:divBdr>
    </w:div>
    <w:div w:id="749427401">
      <w:bodyDiv w:val="1"/>
      <w:marLeft w:val="0"/>
      <w:marRight w:val="0"/>
      <w:marTop w:val="0"/>
      <w:marBottom w:val="0"/>
      <w:divBdr>
        <w:top w:val="none" w:sz="0" w:space="0" w:color="auto"/>
        <w:left w:val="none" w:sz="0" w:space="0" w:color="auto"/>
        <w:bottom w:val="none" w:sz="0" w:space="0" w:color="auto"/>
        <w:right w:val="none" w:sz="0" w:space="0" w:color="auto"/>
      </w:divBdr>
    </w:div>
    <w:div w:id="750007502">
      <w:bodyDiv w:val="1"/>
      <w:marLeft w:val="0"/>
      <w:marRight w:val="0"/>
      <w:marTop w:val="0"/>
      <w:marBottom w:val="0"/>
      <w:divBdr>
        <w:top w:val="none" w:sz="0" w:space="0" w:color="auto"/>
        <w:left w:val="none" w:sz="0" w:space="0" w:color="auto"/>
        <w:bottom w:val="none" w:sz="0" w:space="0" w:color="auto"/>
        <w:right w:val="none" w:sz="0" w:space="0" w:color="auto"/>
      </w:divBdr>
    </w:div>
    <w:div w:id="752551602">
      <w:bodyDiv w:val="1"/>
      <w:marLeft w:val="0"/>
      <w:marRight w:val="0"/>
      <w:marTop w:val="0"/>
      <w:marBottom w:val="0"/>
      <w:divBdr>
        <w:top w:val="none" w:sz="0" w:space="0" w:color="auto"/>
        <w:left w:val="none" w:sz="0" w:space="0" w:color="auto"/>
        <w:bottom w:val="none" w:sz="0" w:space="0" w:color="auto"/>
        <w:right w:val="none" w:sz="0" w:space="0" w:color="auto"/>
      </w:divBdr>
    </w:div>
    <w:div w:id="752774382">
      <w:bodyDiv w:val="1"/>
      <w:marLeft w:val="0"/>
      <w:marRight w:val="0"/>
      <w:marTop w:val="0"/>
      <w:marBottom w:val="0"/>
      <w:divBdr>
        <w:top w:val="none" w:sz="0" w:space="0" w:color="auto"/>
        <w:left w:val="none" w:sz="0" w:space="0" w:color="auto"/>
        <w:bottom w:val="none" w:sz="0" w:space="0" w:color="auto"/>
        <w:right w:val="none" w:sz="0" w:space="0" w:color="auto"/>
      </w:divBdr>
    </w:div>
    <w:div w:id="753893260">
      <w:bodyDiv w:val="1"/>
      <w:marLeft w:val="0"/>
      <w:marRight w:val="0"/>
      <w:marTop w:val="0"/>
      <w:marBottom w:val="0"/>
      <w:divBdr>
        <w:top w:val="none" w:sz="0" w:space="0" w:color="auto"/>
        <w:left w:val="none" w:sz="0" w:space="0" w:color="auto"/>
        <w:bottom w:val="none" w:sz="0" w:space="0" w:color="auto"/>
        <w:right w:val="none" w:sz="0" w:space="0" w:color="auto"/>
      </w:divBdr>
    </w:div>
    <w:div w:id="756288441">
      <w:bodyDiv w:val="1"/>
      <w:marLeft w:val="0"/>
      <w:marRight w:val="0"/>
      <w:marTop w:val="0"/>
      <w:marBottom w:val="0"/>
      <w:divBdr>
        <w:top w:val="none" w:sz="0" w:space="0" w:color="auto"/>
        <w:left w:val="none" w:sz="0" w:space="0" w:color="auto"/>
        <w:bottom w:val="none" w:sz="0" w:space="0" w:color="auto"/>
        <w:right w:val="none" w:sz="0" w:space="0" w:color="auto"/>
      </w:divBdr>
    </w:div>
    <w:div w:id="758410882">
      <w:bodyDiv w:val="1"/>
      <w:marLeft w:val="0"/>
      <w:marRight w:val="0"/>
      <w:marTop w:val="0"/>
      <w:marBottom w:val="0"/>
      <w:divBdr>
        <w:top w:val="none" w:sz="0" w:space="0" w:color="auto"/>
        <w:left w:val="none" w:sz="0" w:space="0" w:color="auto"/>
        <w:bottom w:val="none" w:sz="0" w:space="0" w:color="auto"/>
        <w:right w:val="none" w:sz="0" w:space="0" w:color="auto"/>
      </w:divBdr>
    </w:div>
    <w:div w:id="763694671">
      <w:bodyDiv w:val="1"/>
      <w:marLeft w:val="0"/>
      <w:marRight w:val="0"/>
      <w:marTop w:val="0"/>
      <w:marBottom w:val="0"/>
      <w:divBdr>
        <w:top w:val="none" w:sz="0" w:space="0" w:color="auto"/>
        <w:left w:val="none" w:sz="0" w:space="0" w:color="auto"/>
        <w:bottom w:val="none" w:sz="0" w:space="0" w:color="auto"/>
        <w:right w:val="none" w:sz="0" w:space="0" w:color="auto"/>
      </w:divBdr>
    </w:div>
    <w:div w:id="765688767">
      <w:bodyDiv w:val="1"/>
      <w:marLeft w:val="0"/>
      <w:marRight w:val="0"/>
      <w:marTop w:val="0"/>
      <w:marBottom w:val="0"/>
      <w:divBdr>
        <w:top w:val="none" w:sz="0" w:space="0" w:color="auto"/>
        <w:left w:val="none" w:sz="0" w:space="0" w:color="auto"/>
        <w:bottom w:val="none" w:sz="0" w:space="0" w:color="auto"/>
        <w:right w:val="none" w:sz="0" w:space="0" w:color="auto"/>
      </w:divBdr>
    </w:div>
    <w:div w:id="772818947">
      <w:bodyDiv w:val="1"/>
      <w:marLeft w:val="0"/>
      <w:marRight w:val="0"/>
      <w:marTop w:val="0"/>
      <w:marBottom w:val="0"/>
      <w:divBdr>
        <w:top w:val="none" w:sz="0" w:space="0" w:color="auto"/>
        <w:left w:val="none" w:sz="0" w:space="0" w:color="auto"/>
        <w:bottom w:val="none" w:sz="0" w:space="0" w:color="auto"/>
        <w:right w:val="none" w:sz="0" w:space="0" w:color="auto"/>
      </w:divBdr>
    </w:div>
    <w:div w:id="773289072">
      <w:bodyDiv w:val="1"/>
      <w:marLeft w:val="0"/>
      <w:marRight w:val="0"/>
      <w:marTop w:val="0"/>
      <w:marBottom w:val="0"/>
      <w:divBdr>
        <w:top w:val="none" w:sz="0" w:space="0" w:color="auto"/>
        <w:left w:val="none" w:sz="0" w:space="0" w:color="auto"/>
        <w:bottom w:val="none" w:sz="0" w:space="0" w:color="auto"/>
        <w:right w:val="none" w:sz="0" w:space="0" w:color="auto"/>
      </w:divBdr>
    </w:div>
    <w:div w:id="773406172">
      <w:bodyDiv w:val="1"/>
      <w:marLeft w:val="0"/>
      <w:marRight w:val="0"/>
      <w:marTop w:val="0"/>
      <w:marBottom w:val="0"/>
      <w:divBdr>
        <w:top w:val="none" w:sz="0" w:space="0" w:color="auto"/>
        <w:left w:val="none" w:sz="0" w:space="0" w:color="auto"/>
        <w:bottom w:val="none" w:sz="0" w:space="0" w:color="auto"/>
        <w:right w:val="none" w:sz="0" w:space="0" w:color="auto"/>
      </w:divBdr>
    </w:div>
    <w:div w:id="774204580">
      <w:bodyDiv w:val="1"/>
      <w:marLeft w:val="0"/>
      <w:marRight w:val="0"/>
      <w:marTop w:val="0"/>
      <w:marBottom w:val="0"/>
      <w:divBdr>
        <w:top w:val="none" w:sz="0" w:space="0" w:color="auto"/>
        <w:left w:val="none" w:sz="0" w:space="0" w:color="auto"/>
        <w:bottom w:val="none" w:sz="0" w:space="0" w:color="auto"/>
        <w:right w:val="none" w:sz="0" w:space="0" w:color="auto"/>
      </w:divBdr>
    </w:div>
    <w:div w:id="774329907">
      <w:bodyDiv w:val="1"/>
      <w:marLeft w:val="0"/>
      <w:marRight w:val="0"/>
      <w:marTop w:val="0"/>
      <w:marBottom w:val="0"/>
      <w:divBdr>
        <w:top w:val="none" w:sz="0" w:space="0" w:color="auto"/>
        <w:left w:val="none" w:sz="0" w:space="0" w:color="auto"/>
        <w:bottom w:val="none" w:sz="0" w:space="0" w:color="auto"/>
        <w:right w:val="none" w:sz="0" w:space="0" w:color="auto"/>
      </w:divBdr>
    </w:div>
    <w:div w:id="774792988">
      <w:bodyDiv w:val="1"/>
      <w:marLeft w:val="0"/>
      <w:marRight w:val="0"/>
      <w:marTop w:val="0"/>
      <w:marBottom w:val="0"/>
      <w:divBdr>
        <w:top w:val="none" w:sz="0" w:space="0" w:color="auto"/>
        <w:left w:val="none" w:sz="0" w:space="0" w:color="auto"/>
        <w:bottom w:val="none" w:sz="0" w:space="0" w:color="auto"/>
        <w:right w:val="none" w:sz="0" w:space="0" w:color="auto"/>
      </w:divBdr>
    </w:div>
    <w:div w:id="775170564">
      <w:bodyDiv w:val="1"/>
      <w:marLeft w:val="0"/>
      <w:marRight w:val="0"/>
      <w:marTop w:val="0"/>
      <w:marBottom w:val="0"/>
      <w:divBdr>
        <w:top w:val="none" w:sz="0" w:space="0" w:color="auto"/>
        <w:left w:val="none" w:sz="0" w:space="0" w:color="auto"/>
        <w:bottom w:val="none" w:sz="0" w:space="0" w:color="auto"/>
        <w:right w:val="none" w:sz="0" w:space="0" w:color="auto"/>
      </w:divBdr>
    </w:div>
    <w:div w:id="775563345">
      <w:bodyDiv w:val="1"/>
      <w:marLeft w:val="0"/>
      <w:marRight w:val="0"/>
      <w:marTop w:val="0"/>
      <w:marBottom w:val="0"/>
      <w:divBdr>
        <w:top w:val="none" w:sz="0" w:space="0" w:color="auto"/>
        <w:left w:val="none" w:sz="0" w:space="0" w:color="auto"/>
        <w:bottom w:val="none" w:sz="0" w:space="0" w:color="auto"/>
        <w:right w:val="none" w:sz="0" w:space="0" w:color="auto"/>
      </w:divBdr>
    </w:div>
    <w:div w:id="777528082">
      <w:bodyDiv w:val="1"/>
      <w:marLeft w:val="0"/>
      <w:marRight w:val="0"/>
      <w:marTop w:val="0"/>
      <w:marBottom w:val="0"/>
      <w:divBdr>
        <w:top w:val="none" w:sz="0" w:space="0" w:color="auto"/>
        <w:left w:val="none" w:sz="0" w:space="0" w:color="auto"/>
        <w:bottom w:val="none" w:sz="0" w:space="0" w:color="auto"/>
        <w:right w:val="none" w:sz="0" w:space="0" w:color="auto"/>
      </w:divBdr>
    </w:div>
    <w:div w:id="777944385">
      <w:bodyDiv w:val="1"/>
      <w:marLeft w:val="0"/>
      <w:marRight w:val="0"/>
      <w:marTop w:val="0"/>
      <w:marBottom w:val="0"/>
      <w:divBdr>
        <w:top w:val="none" w:sz="0" w:space="0" w:color="auto"/>
        <w:left w:val="none" w:sz="0" w:space="0" w:color="auto"/>
        <w:bottom w:val="none" w:sz="0" w:space="0" w:color="auto"/>
        <w:right w:val="none" w:sz="0" w:space="0" w:color="auto"/>
      </w:divBdr>
    </w:div>
    <w:div w:id="778839839">
      <w:bodyDiv w:val="1"/>
      <w:marLeft w:val="0"/>
      <w:marRight w:val="0"/>
      <w:marTop w:val="0"/>
      <w:marBottom w:val="0"/>
      <w:divBdr>
        <w:top w:val="none" w:sz="0" w:space="0" w:color="auto"/>
        <w:left w:val="none" w:sz="0" w:space="0" w:color="auto"/>
        <w:bottom w:val="none" w:sz="0" w:space="0" w:color="auto"/>
        <w:right w:val="none" w:sz="0" w:space="0" w:color="auto"/>
      </w:divBdr>
    </w:div>
    <w:div w:id="779684733">
      <w:bodyDiv w:val="1"/>
      <w:marLeft w:val="0"/>
      <w:marRight w:val="0"/>
      <w:marTop w:val="0"/>
      <w:marBottom w:val="0"/>
      <w:divBdr>
        <w:top w:val="none" w:sz="0" w:space="0" w:color="auto"/>
        <w:left w:val="none" w:sz="0" w:space="0" w:color="auto"/>
        <w:bottom w:val="none" w:sz="0" w:space="0" w:color="auto"/>
        <w:right w:val="none" w:sz="0" w:space="0" w:color="auto"/>
      </w:divBdr>
    </w:div>
    <w:div w:id="779839126">
      <w:bodyDiv w:val="1"/>
      <w:marLeft w:val="0"/>
      <w:marRight w:val="0"/>
      <w:marTop w:val="0"/>
      <w:marBottom w:val="0"/>
      <w:divBdr>
        <w:top w:val="none" w:sz="0" w:space="0" w:color="auto"/>
        <w:left w:val="none" w:sz="0" w:space="0" w:color="auto"/>
        <w:bottom w:val="none" w:sz="0" w:space="0" w:color="auto"/>
        <w:right w:val="none" w:sz="0" w:space="0" w:color="auto"/>
      </w:divBdr>
    </w:div>
    <w:div w:id="782387820">
      <w:bodyDiv w:val="1"/>
      <w:marLeft w:val="0"/>
      <w:marRight w:val="0"/>
      <w:marTop w:val="0"/>
      <w:marBottom w:val="0"/>
      <w:divBdr>
        <w:top w:val="none" w:sz="0" w:space="0" w:color="auto"/>
        <w:left w:val="none" w:sz="0" w:space="0" w:color="auto"/>
        <w:bottom w:val="none" w:sz="0" w:space="0" w:color="auto"/>
        <w:right w:val="none" w:sz="0" w:space="0" w:color="auto"/>
      </w:divBdr>
    </w:div>
    <w:div w:id="782501170">
      <w:bodyDiv w:val="1"/>
      <w:marLeft w:val="0"/>
      <w:marRight w:val="0"/>
      <w:marTop w:val="0"/>
      <w:marBottom w:val="0"/>
      <w:divBdr>
        <w:top w:val="none" w:sz="0" w:space="0" w:color="auto"/>
        <w:left w:val="none" w:sz="0" w:space="0" w:color="auto"/>
        <w:bottom w:val="none" w:sz="0" w:space="0" w:color="auto"/>
        <w:right w:val="none" w:sz="0" w:space="0" w:color="auto"/>
      </w:divBdr>
    </w:div>
    <w:div w:id="784037108">
      <w:bodyDiv w:val="1"/>
      <w:marLeft w:val="0"/>
      <w:marRight w:val="0"/>
      <w:marTop w:val="0"/>
      <w:marBottom w:val="0"/>
      <w:divBdr>
        <w:top w:val="none" w:sz="0" w:space="0" w:color="auto"/>
        <w:left w:val="none" w:sz="0" w:space="0" w:color="auto"/>
        <w:bottom w:val="none" w:sz="0" w:space="0" w:color="auto"/>
        <w:right w:val="none" w:sz="0" w:space="0" w:color="auto"/>
      </w:divBdr>
    </w:div>
    <w:div w:id="784423217">
      <w:bodyDiv w:val="1"/>
      <w:marLeft w:val="0"/>
      <w:marRight w:val="0"/>
      <w:marTop w:val="0"/>
      <w:marBottom w:val="0"/>
      <w:divBdr>
        <w:top w:val="none" w:sz="0" w:space="0" w:color="auto"/>
        <w:left w:val="none" w:sz="0" w:space="0" w:color="auto"/>
        <w:bottom w:val="none" w:sz="0" w:space="0" w:color="auto"/>
        <w:right w:val="none" w:sz="0" w:space="0" w:color="auto"/>
      </w:divBdr>
    </w:div>
    <w:div w:id="784467374">
      <w:bodyDiv w:val="1"/>
      <w:marLeft w:val="0"/>
      <w:marRight w:val="0"/>
      <w:marTop w:val="0"/>
      <w:marBottom w:val="0"/>
      <w:divBdr>
        <w:top w:val="none" w:sz="0" w:space="0" w:color="auto"/>
        <w:left w:val="none" w:sz="0" w:space="0" w:color="auto"/>
        <w:bottom w:val="none" w:sz="0" w:space="0" w:color="auto"/>
        <w:right w:val="none" w:sz="0" w:space="0" w:color="auto"/>
      </w:divBdr>
    </w:div>
    <w:div w:id="786585839">
      <w:bodyDiv w:val="1"/>
      <w:marLeft w:val="0"/>
      <w:marRight w:val="0"/>
      <w:marTop w:val="0"/>
      <w:marBottom w:val="0"/>
      <w:divBdr>
        <w:top w:val="none" w:sz="0" w:space="0" w:color="auto"/>
        <w:left w:val="none" w:sz="0" w:space="0" w:color="auto"/>
        <w:bottom w:val="none" w:sz="0" w:space="0" w:color="auto"/>
        <w:right w:val="none" w:sz="0" w:space="0" w:color="auto"/>
      </w:divBdr>
    </w:div>
    <w:div w:id="788595397">
      <w:bodyDiv w:val="1"/>
      <w:marLeft w:val="0"/>
      <w:marRight w:val="0"/>
      <w:marTop w:val="0"/>
      <w:marBottom w:val="0"/>
      <w:divBdr>
        <w:top w:val="none" w:sz="0" w:space="0" w:color="auto"/>
        <w:left w:val="none" w:sz="0" w:space="0" w:color="auto"/>
        <w:bottom w:val="none" w:sz="0" w:space="0" w:color="auto"/>
        <w:right w:val="none" w:sz="0" w:space="0" w:color="auto"/>
      </w:divBdr>
    </w:div>
    <w:div w:id="791365242">
      <w:bodyDiv w:val="1"/>
      <w:marLeft w:val="0"/>
      <w:marRight w:val="0"/>
      <w:marTop w:val="0"/>
      <w:marBottom w:val="0"/>
      <w:divBdr>
        <w:top w:val="none" w:sz="0" w:space="0" w:color="auto"/>
        <w:left w:val="none" w:sz="0" w:space="0" w:color="auto"/>
        <w:bottom w:val="none" w:sz="0" w:space="0" w:color="auto"/>
        <w:right w:val="none" w:sz="0" w:space="0" w:color="auto"/>
      </w:divBdr>
    </w:div>
    <w:div w:id="791703908">
      <w:bodyDiv w:val="1"/>
      <w:marLeft w:val="0"/>
      <w:marRight w:val="0"/>
      <w:marTop w:val="0"/>
      <w:marBottom w:val="0"/>
      <w:divBdr>
        <w:top w:val="none" w:sz="0" w:space="0" w:color="auto"/>
        <w:left w:val="none" w:sz="0" w:space="0" w:color="auto"/>
        <w:bottom w:val="none" w:sz="0" w:space="0" w:color="auto"/>
        <w:right w:val="none" w:sz="0" w:space="0" w:color="auto"/>
      </w:divBdr>
    </w:div>
    <w:div w:id="793330736">
      <w:bodyDiv w:val="1"/>
      <w:marLeft w:val="0"/>
      <w:marRight w:val="0"/>
      <w:marTop w:val="0"/>
      <w:marBottom w:val="0"/>
      <w:divBdr>
        <w:top w:val="none" w:sz="0" w:space="0" w:color="auto"/>
        <w:left w:val="none" w:sz="0" w:space="0" w:color="auto"/>
        <w:bottom w:val="none" w:sz="0" w:space="0" w:color="auto"/>
        <w:right w:val="none" w:sz="0" w:space="0" w:color="auto"/>
      </w:divBdr>
    </w:div>
    <w:div w:id="794254653">
      <w:bodyDiv w:val="1"/>
      <w:marLeft w:val="0"/>
      <w:marRight w:val="0"/>
      <w:marTop w:val="0"/>
      <w:marBottom w:val="0"/>
      <w:divBdr>
        <w:top w:val="none" w:sz="0" w:space="0" w:color="auto"/>
        <w:left w:val="none" w:sz="0" w:space="0" w:color="auto"/>
        <w:bottom w:val="none" w:sz="0" w:space="0" w:color="auto"/>
        <w:right w:val="none" w:sz="0" w:space="0" w:color="auto"/>
      </w:divBdr>
    </w:div>
    <w:div w:id="795418210">
      <w:bodyDiv w:val="1"/>
      <w:marLeft w:val="0"/>
      <w:marRight w:val="0"/>
      <w:marTop w:val="0"/>
      <w:marBottom w:val="0"/>
      <w:divBdr>
        <w:top w:val="none" w:sz="0" w:space="0" w:color="auto"/>
        <w:left w:val="none" w:sz="0" w:space="0" w:color="auto"/>
        <w:bottom w:val="none" w:sz="0" w:space="0" w:color="auto"/>
        <w:right w:val="none" w:sz="0" w:space="0" w:color="auto"/>
      </w:divBdr>
    </w:div>
    <w:div w:id="795560264">
      <w:bodyDiv w:val="1"/>
      <w:marLeft w:val="0"/>
      <w:marRight w:val="0"/>
      <w:marTop w:val="0"/>
      <w:marBottom w:val="0"/>
      <w:divBdr>
        <w:top w:val="none" w:sz="0" w:space="0" w:color="auto"/>
        <w:left w:val="none" w:sz="0" w:space="0" w:color="auto"/>
        <w:bottom w:val="none" w:sz="0" w:space="0" w:color="auto"/>
        <w:right w:val="none" w:sz="0" w:space="0" w:color="auto"/>
      </w:divBdr>
    </w:div>
    <w:div w:id="796263929">
      <w:bodyDiv w:val="1"/>
      <w:marLeft w:val="0"/>
      <w:marRight w:val="0"/>
      <w:marTop w:val="0"/>
      <w:marBottom w:val="0"/>
      <w:divBdr>
        <w:top w:val="none" w:sz="0" w:space="0" w:color="auto"/>
        <w:left w:val="none" w:sz="0" w:space="0" w:color="auto"/>
        <w:bottom w:val="none" w:sz="0" w:space="0" w:color="auto"/>
        <w:right w:val="none" w:sz="0" w:space="0" w:color="auto"/>
      </w:divBdr>
    </w:div>
    <w:div w:id="798494630">
      <w:bodyDiv w:val="1"/>
      <w:marLeft w:val="0"/>
      <w:marRight w:val="0"/>
      <w:marTop w:val="0"/>
      <w:marBottom w:val="0"/>
      <w:divBdr>
        <w:top w:val="none" w:sz="0" w:space="0" w:color="auto"/>
        <w:left w:val="none" w:sz="0" w:space="0" w:color="auto"/>
        <w:bottom w:val="none" w:sz="0" w:space="0" w:color="auto"/>
        <w:right w:val="none" w:sz="0" w:space="0" w:color="auto"/>
      </w:divBdr>
    </w:div>
    <w:div w:id="801078553">
      <w:bodyDiv w:val="1"/>
      <w:marLeft w:val="0"/>
      <w:marRight w:val="0"/>
      <w:marTop w:val="0"/>
      <w:marBottom w:val="0"/>
      <w:divBdr>
        <w:top w:val="none" w:sz="0" w:space="0" w:color="auto"/>
        <w:left w:val="none" w:sz="0" w:space="0" w:color="auto"/>
        <w:bottom w:val="none" w:sz="0" w:space="0" w:color="auto"/>
        <w:right w:val="none" w:sz="0" w:space="0" w:color="auto"/>
      </w:divBdr>
    </w:div>
    <w:div w:id="801120273">
      <w:bodyDiv w:val="1"/>
      <w:marLeft w:val="0"/>
      <w:marRight w:val="0"/>
      <w:marTop w:val="0"/>
      <w:marBottom w:val="0"/>
      <w:divBdr>
        <w:top w:val="none" w:sz="0" w:space="0" w:color="auto"/>
        <w:left w:val="none" w:sz="0" w:space="0" w:color="auto"/>
        <w:bottom w:val="none" w:sz="0" w:space="0" w:color="auto"/>
        <w:right w:val="none" w:sz="0" w:space="0" w:color="auto"/>
      </w:divBdr>
    </w:div>
    <w:div w:id="803500685">
      <w:bodyDiv w:val="1"/>
      <w:marLeft w:val="0"/>
      <w:marRight w:val="0"/>
      <w:marTop w:val="0"/>
      <w:marBottom w:val="0"/>
      <w:divBdr>
        <w:top w:val="none" w:sz="0" w:space="0" w:color="auto"/>
        <w:left w:val="none" w:sz="0" w:space="0" w:color="auto"/>
        <w:bottom w:val="none" w:sz="0" w:space="0" w:color="auto"/>
        <w:right w:val="none" w:sz="0" w:space="0" w:color="auto"/>
      </w:divBdr>
    </w:div>
    <w:div w:id="804272590">
      <w:bodyDiv w:val="1"/>
      <w:marLeft w:val="0"/>
      <w:marRight w:val="0"/>
      <w:marTop w:val="0"/>
      <w:marBottom w:val="0"/>
      <w:divBdr>
        <w:top w:val="none" w:sz="0" w:space="0" w:color="auto"/>
        <w:left w:val="none" w:sz="0" w:space="0" w:color="auto"/>
        <w:bottom w:val="none" w:sz="0" w:space="0" w:color="auto"/>
        <w:right w:val="none" w:sz="0" w:space="0" w:color="auto"/>
      </w:divBdr>
    </w:div>
    <w:div w:id="807011105">
      <w:bodyDiv w:val="1"/>
      <w:marLeft w:val="0"/>
      <w:marRight w:val="0"/>
      <w:marTop w:val="0"/>
      <w:marBottom w:val="0"/>
      <w:divBdr>
        <w:top w:val="none" w:sz="0" w:space="0" w:color="auto"/>
        <w:left w:val="none" w:sz="0" w:space="0" w:color="auto"/>
        <w:bottom w:val="none" w:sz="0" w:space="0" w:color="auto"/>
        <w:right w:val="none" w:sz="0" w:space="0" w:color="auto"/>
      </w:divBdr>
    </w:div>
    <w:div w:id="807741981">
      <w:bodyDiv w:val="1"/>
      <w:marLeft w:val="0"/>
      <w:marRight w:val="0"/>
      <w:marTop w:val="0"/>
      <w:marBottom w:val="0"/>
      <w:divBdr>
        <w:top w:val="none" w:sz="0" w:space="0" w:color="auto"/>
        <w:left w:val="none" w:sz="0" w:space="0" w:color="auto"/>
        <w:bottom w:val="none" w:sz="0" w:space="0" w:color="auto"/>
        <w:right w:val="none" w:sz="0" w:space="0" w:color="auto"/>
      </w:divBdr>
    </w:div>
    <w:div w:id="808786334">
      <w:bodyDiv w:val="1"/>
      <w:marLeft w:val="0"/>
      <w:marRight w:val="0"/>
      <w:marTop w:val="0"/>
      <w:marBottom w:val="0"/>
      <w:divBdr>
        <w:top w:val="none" w:sz="0" w:space="0" w:color="auto"/>
        <w:left w:val="none" w:sz="0" w:space="0" w:color="auto"/>
        <w:bottom w:val="none" w:sz="0" w:space="0" w:color="auto"/>
        <w:right w:val="none" w:sz="0" w:space="0" w:color="auto"/>
      </w:divBdr>
    </w:div>
    <w:div w:id="812410118">
      <w:bodyDiv w:val="1"/>
      <w:marLeft w:val="0"/>
      <w:marRight w:val="0"/>
      <w:marTop w:val="0"/>
      <w:marBottom w:val="0"/>
      <w:divBdr>
        <w:top w:val="none" w:sz="0" w:space="0" w:color="auto"/>
        <w:left w:val="none" w:sz="0" w:space="0" w:color="auto"/>
        <w:bottom w:val="none" w:sz="0" w:space="0" w:color="auto"/>
        <w:right w:val="none" w:sz="0" w:space="0" w:color="auto"/>
      </w:divBdr>
    </w:div>
    <w:div w:id="814416627">
      <w:bodyDiv w:val="1"/>
      <w:marLeft w:val="0"/>
      <w:marRight w:val="0"/>
      <w:marTop w:val="0"/>
      <w:marBottom w:val="0"/>
      <w:divBdr>
        <w:top w:val="none" w:sz="0" w:space="0" w:color="auto"/>
        <w:left w:val="none" w:sz="0" w:space="0" w:color="auto"/>
        <w:bottom w:val="none" w:sz="0" w:space="0" w:color="auto"/>
        <w:right w:val="none" w:sz="0" w:space="0" w:color="auto"/>
      </w:divBdr>
    </w:div>
    <w:div w:id="818764041">
      <w:bodyDiv w:val="1"/>
      <w:marLeft w:val="0"/>
      <w:marRight w:val="0"/>
      <w:marTop w:val="0"/>
      <w:marBottom w:val="0"/>
      <w:divBdr>
        <w:top w:val="none" w:sz="0" w:space="0" w:color="auto"/>
        <w:left w:val="none" w:sz="0" w:space="0" w:color="auto"/>
        <w:bottom w:val="none" w:sz="0" w:space="0" w:color="auto"/>
        <w:right w:val="none" w:sz="0" w:space="0" w:color="auto"/>
      </w:divBdr>
    </w:div>
    <w:div w:id="821314189">
      <w:bodyDiv w:val="1"/>
      <w:marLeft w:val="0"/>
      <w:marRight w:val="0"/>
      <w:marTop w:val="0"/>
      <w:marBottom w:val="0"/>
      <w:divBdr>
        <w:top w:val="none" w:sz="0" w:space="0" w:color="auto"/>
        <w:left w:val="none" w:sz="0" w:space="0" w:color="auto"/>
        <w:bottom w:val="none" w:sz="0" w:space="0" w:color="auto"/>
        <w:right w:val="none" w:sz="0" w:space="0" w:color="auto"/>
      </w:divBdr>
    </w:div>
    <w:div w:id="821699237">
      <w:bodyDiv w:val="1"/>
      <w:marLeft w:val="0"/>
      <w:marRight w:val="0"/>
      <w:marTop w:val="0"/>
      <w:marBottom w:val="0"/>
      <w:divBdr>
        <w:top w:val="none" w:sz="0" w:space="0" w:color="auto"/>
        <w:left w:val="none" w:sz="0" w:space="0" w:color="auto"/>
        <w:bottom w:val="none" w:sz="0" w:space="0" w:color="auto"/>
        <w:right w:val="none" w:sz="0" w:space="0" w:color="auto"/>
      </w:divBdr>
    </w:div>
    <w:div w:id="822089056">
      <w:bodyDiv w:val="1"/>
      <w:marLeft w:val="0"/>
      <w:marRight w:val="0"/>
      <w:marTop w:val="0"/>
      <w:marBottom w:val="0"/>
      <w:divBdr>
        <w:top w:val="none" w:sz="0" w:space="0" w:color="auto"/>
        <w:left w:val="none" w:sz="0" w:space="0" w:color="auto"/>
        <w:bottom w:val="none" w:sz="0" w:space="0" w:color="auto"/>
        <w:right w:val="none" w:sz="0" w:space="0" w:color="auto"/>
      </w:divBdr>
    </w:div>
    <w:div w:id="822162916">
      <w:bodyDiv w:val="1"/>
      <w:marLeft w:val="0"/>
      <w:marRight w:val="0"/>
      <w:marTop w:val="0"/>
      <w:marBottom w:val="0"/>
      <w:divBdr>
        <w:top w:val="none" w:sz="0" w:space="0" w:color="auto"/>
        <w:left w:val="none" w:sz="0" w:space="0" w:color="auto"/>
        <w:bottom w:val="none" w:sz="0" w:space="0" w:color="auto"/>
        <w:right w:val="none" w:sz="0" w:space="0" w:color="auto"/>
      </w:divBdr>
    </w:div>
    <w:div w:id="822281717">
      <w:bodyDiv w:val="1"/>
      <w:marLeft w:val="0"/>
      <w:marRight w:val="0"/>
      <w:marTop w:val="0"/>
      <w:marBottom w:val="0"/>
      <w:divBdr>
        <w:top w:val="none" w:sz="0" w:space="0" w:color="auto"/>
        <w:left w:val="none" w:sz="0" w:space="0" w:color="auto"/>
        <w:bottom w:val="none" w:sz="0" w:space="0" w:color="auto"/>
        <w:right w:val="none" w:sz="0" w:space="0" w:color="auto"/>
      </w:divBdr>
    </w:div>
    <w:div w:id="822501386">
      <w:bodyDiv w:val="1"/>
      <w:marLeft w:val="0"/>
      <w:marRight w:val="0"/>
      <w:marTop w:val="0"/>
      <w:marBottom w:val="0"/>
      <w:divBdr>
        <w:top w:val="none" w:sz="0" w:space="0" w:color="auto"/>
        <w:left w:val="none" w:sz="0" w:space="0" w:color="auto"/>
        <w:bottom w:val="none" w:sz="0" w:space="0" w:color="auto"/>
        <w:right w:val="none" w:sz="0" w:space="0" w:color="auto"/>
      </w:divBdr>
    </w:div>
    <w:div w:id="822821271">
      <w:bodyDiv w:val="1"/>
      <w:marLeft w:val="0"/>
      <w:marRight w:val="0"/>
      <w:marTop w:val="0"/>
      <w:marBottom w:val="0"/>
      <w:divBdr>
        <w:top w:val="none" w:sz="0" w:space="0" w:color="auto"/>
        <w:left w:val="none" w:sz="0" w:space="0" w:color="auto"/>
        <w:bottom w:val="none" w:sz="0" w:space="0" w:color="auto"/>
        <w:right w:val="none" w:sz="0" w:space="0" w:color="auto"/>
      </w:divBdr>
    </w:div>
    <w:div w:id="823739760">
      <w:bodyDiv w:val="1"/>
      <w:marLeft w:val="0"/>
      <w:marRight w:val="0"/>
      <w:marTop w:val="0"/>
      <w:marBottom w:val="0"/>
      <w:divBdr>
        <w:top w:val="none" w:sz="0" w:space="0" w:color="auto"/>
        <w:left w:val="none" w:sz="0" w:space="0" w:color="auto"/>
        <w:bottom w:val="none" w:sz="0" w:space="0" w:color="auto"/>
        <w:right w:val="none" w:sz="0" w:space="0" w:color="auto"/>
      </w:divBdr>
    </w:div>
    <w:div w:id="823743581">
      <w:bodyDiv w:val="1"/>
      <w:marLeft w:val="0"/>
      <w:marRight w:val="0"/>
      <w:marTop w:val="0"/>
      <w:marBottom w:val="0"/>
      <w:divBdr>
        <w:top w:val="none" w:sz="0" w:space="0" w:color="auto"/>
        <w:left w:val="none" w:sz="0" w:space="0" w:color="auto"/>
        <w:bottom w:val="none" w:sz="0" w:space="0" w:color="auto"/>
        <w:right w:val="none" w:sz="0" w:space="0" w:color="auto"/>
      </w:divBdr>
    </w:div>
    <w:div w:id="824012340">
      <w:bodyDiv w:val="1"/>
      <w:marLeft w:val="0"/>
      <w:marRight w:val="0"/>
      <w:marTop w:val="0"/>
      <w:marBottom w:val="0"/>
      <w:divBdr>
        <w:top w:val="none" w:sz="0" w:space="0" w:color="auto"/>
        <w:left w:val="none" w:sz="0" w:space="0" w:color="auto"/>
        <w:bottom w:val="none" w:sz="0" w:space="0" w:color="auto"/>
        <w:right w:val="none" w:sz="0" w:space="0" w:color="auto"/>
      </w:divBdr>
    </w:div>
    <w:div w:id="826482055">
      <w:bodyDiv w:val="1"/>
      <w:marLeft w:val="0"/>
      <w:marRight w:val="0"/>
      <w:marTop w:val="0"/>
      <w:marBottom w:val="0"/>
      <w:divBdr>
        <w:top w:val="none" w:sz="0" w:space="0" w:color="auto"/>
        <w:left w:val="none" w:sz="0" w:space="0" w:color="auto"/>
        <w:bottom w:val="none" w:sz="0" w:space="0" w:color="auto"/>
        <w:right w:val="none" w:sz="0" w:space="0" w:color="auto"/>
      </w:divBdr>
    </w:div>
    <w:div w:id="827987024">
      <w:bodyDiv w:val="1"/>
      <w:marLeft w:val="0"/>
      <w:marRight w:val="0"/>
      <w:marTop w:val="0"/>
      <w:marBottom w:val="0"/>
      <w:divBdr>
        <w:top w:val="none" w:sz="0" w:space="0" w:color="auto"/>
        <w:left w:val="none" w:sz="0" w:space="0" w:color="auto"/>
        <w:bottom w:val="none" w:sz="0" w:space="0" w:color="auto"/>
        <w:right w:val="none" w:sz="0" w:space="0" w:color="auto"/>
      </w:divBdr>
    </w:div>
    <w:div w:id="828206580">
      <w:bodyDiv w:val="1"/>
      <w:marLeft w:val="0"/>
      <w:marRight w:val="0"/>
      <w:marTop w:val="0"/>
      <w:marBottom w:val="0"/>
      <w:divBdr>
        <w:top w:val="none" w:sz="0" w:space="0" w:color="auto"/>
        <w:left w:val="none" w:sz="0" w:space="0" w:color="auto"/>
        <w:bottom w:val="none" w:sz="0" w:space="0" w:color="auto"/>
        <w:right w:val="none" w:sz="0" w:space="0" w:color="auto"/>
      </w:divBdr>
    </w:div>
    <w:div w:id="828519775">
      <w:bodyDiv w:val="1"/>
      <w:marLeft w:val="0"/>
      <w:marRight w:val="0"/>
      <w:marTop w:val="0"/>
      <w:marBottom w:val="0"/>
      <w:divBdr>
        <w:top w:val="none" w:sz="0" w:space="0" w:color="auto"/>
        <w:left w:val="none" w:sz="0" w:space="0" w:color="auto"/>
        <w:bottom w:val="none" w:sz="0" w:space="0" w:color="auto"/>
        <w:right w:val="none" w:sz="0" w:space="0" w:color="auto"/>
      </w:divBdr>
    </w:div>
    <w:div w:id="829056262">
      <w:bodyDiv w:val="1"/>
      <w:marLeft w:val="0"/>
      <w:marRight w:val="0"/>
      <w:marTop w:val="0"/>
      <w:marBottom w:val="0"/>
      <w:divBdr>
        <w:top w:val="none" w:sz="0" w:space="0" w:color="auto"/>
        <w:left w:val="none" w:sz="0" w:space="0" w:color="auto"/>
        <w:bottom w:val="none" w:sz="0" w:space="0" w:color="auto"/>
        <w:right w:val="none" w:sz="0" w:space="0" w:color="auto"/>
      </w:divBdr>
    </w:div>
    <w:div w:id="830024323">
      <w:bodyDiv w:val="1"/>
      <w:marLeft w:val="0"/>
      <w:marRight w:val="0"/>
      <w:marTop w:val="0"/>
      <w:marBottom w:val="0"/>
      <w:divBdr>
        <w:top w:val="none" w:sz="0" w:space="0" w:color="auto"/>
        <w:left w:val="none" w:sz="0" w:space="0" w:color="auto"/>
        <w:bottom w:val="none" w:sz="0" w:space="0" w:color="auto"/>
        <w:right w:val="none" w:sz="0" w:space="0" w:color="auto"/>
      </w:divBdr>
    </w:div>
    <w:div w:id="830681243">
      <w:bodyDiv w:val="1"/>
      <w:marLeft w:val="0"/>
      <w:marRight w:val="0"/>
      <w:marTop w:val="0"/>
      <w:marBottom w:val="0"/>
      <w:divBdr>
        <w:top w:val="none" w:sz="0" w:space="0" w:color="auto"/>
        <w:left w:val="none" w:sz="0" w:space="0" w:color="auto"/>
        <w:bottom w:val="none" w:sz="0" w:space="0" w:color="auto"/>
        <w:right w:val="none" w:sz="0" w:space="0" w:color="auto"/>
      </w:divBdr>
    </w:div>
    <w:div w:id="831334012">
      <w:bodyDiv w:val="1"/>
      <w:marLeft w:val="0"/>
      <w:marRight w:val="0"/>
      <w:marTop w:val="0"/>
      <w:marBottom w:val="0"/>
      <w:divBdr>
        <w:top w:val="none" w:sz="0" w:space="0" w:color="auto"/>
        <w:left w:val="none" w:sz="0" w:space="0" w:color="auto"/>
        <w:bottom w:val="none" w:sz="0" w:space="0" w:color="auto"/>
        <w:right w:val="none" w:sz="0" w:space="0" w:color="auto"/>
      </w:divBdr>
    </w:div>
    <w:div w:id="834222403">
      <w:bodyDiv w:val="1"/>
      <w:marLeft w:val="0"/>
      <w:marRight w:val="0"/>
      <w:marTop w:val="0"/>
      <w:marBottom w:val="0"/>
      <w:divBdr>
        <w:top w:val="none" w:sz="0" w:space="0" w:color="auto"/>
        <w:left w:val="none" w:sz="0" w:space="0" w:color="auto"/>
        <w:bottom w:val="none" w:sz="0" w:space="0" w:color="auto"/>
        <w:right w:val="none" w:sz="0" w:space="0" w:color="auto"/>
      </w:divBdr>
    </w:div>
    <w:div w:id="835071984">
      <w:bodyDiv w:val="1"/>
      <w:marLeft w:val="0"/>
      <w:marRight w:val="0"/>
      <w:marTop w:val="0"/>
      <w:marBottom w:val="0"/>
      <w:divBdr>
        <w:top w:val="none" w:sz="0" w:space="0" w:color="auto"/>
        <w:left w:val="none" w:sz="0" w:space="0" w:color="auto"/>
        <w:bottom w:val="none" w:sz="0" w:space="0" w:color="auto"/>
        <w:right w:val="none" w:sz="0" w:space="0" w:color="auto"/>
      </w:divBdr>
    </w:div>
    <w:div w:id="835681383">
      <w:bodyDiv w:val="1"/>
      <w:marLeft w:val="0"/>
      <w:marRight w:val="0"/>
      <w:marTop w:val="0"/>
      <w:marBottom w:val="0"/>
      <w:divBdr>
        <w:top w:val="none" w:sz="0" w:space="0" w:color="auto"/>
        <w:left w:val="none" w:sz="0" w:space="0" w:color="auto"/>
        <w:bottom w:val="none" w:sz="0" w:space="0" w:color="auto"/>
        <w:right w:val="none" w:sz="0" w:space="0" w:color="auto"/>
      </w:divBdr>
    </w:div>
    <w:div w:id="835993275">
      <w:bodyDiv w:val="1"/>
      <w:marLeft w:val="0"/>
      <w:marRight w:val="0"/>
      <w:marTop w:val="0"/>
      <w:marBottom w:val="0"/>
      <w:divBdr>
        <w:top w:val="none" w:sz="0" w:space="0" w:color="auto"/>
        <w:left w:val="none" w:sz="0" w:space="0" w:color="auto"/>
        <w:bottom w:val="none" w:sz="0" w:space="0" w:color="auto"/>
        <w:right w:val="none" w:sz="0" w:space="0" w:color="auto"/>
      </w:divBdr>
    </w:div>
    <w:div w:id="838890641">
      <w:bodyDiv w:val="1"/>
      <w:marLeft w:val="0"/>
      <w:marRight w:val="0"/>
      <w:marTop w:val="0"/>
      <w:marBottom w:val="0"/>
      <w:divBdr>
        <w:top w:val="none" w:sz="0" w:space="0" w:color="auto"/>
        <w:left w:val="none" w:sz="0" w:space="0" w:color="auto"/>
        <w:bottom w:val="none" w:sz="0" w:space="0" w:color="auto"/>
        <w:right w:val="none" w:sz="0" w:space="0" w:color="auto"/>
      </w:divBdr>
    </w:div>
    <w:div w:id="840312818">
      <w:bodyDiv w:val="1"/>
      <w:marLeft w:val="0"/>
      <w:marRight w:val="0"/>
      <w:marTop w:val="0"/>
      <w:marBottom w:val="0"/>
      <w:divBdr>
        <w:top w:val="none" w:sz="0" w:space="0" w:color="auto"/>
        <w:left w:val="none" w:sz="0" w:space="0" w:color="auto"/>
        <w:bottom w:val="none" w:sz="0" w:space="0" w:color="auto"/>
        <w:right w:val="none" w:sz="0" w:space="0" w:color="auto"/>
      </w:divBdr>
    </w:div>
    <w:div w:id="840512617">
      <w:bodyDiv w:val="1"/>
      <w:marLeft w:val="0"/>
      <w:marRight w:val="0"/>
      <w:marTop w:val="0"/>
      <w:marBottom w:val="0"/>
      <w:divBdr>
        <w:top w:val="none" w:sz="0" w:space="0" w:color="auto"/>
        <w:left w:val="none" w:sz="0" w:space="0" w:color="auto"/>
        <w:bottom w:val="none" w:sz="0" w:space="0" w:color="auto"/>
        <w:right w:val="none" w:sz="0" w:space="0" w:color="auto"/>
      </w:divBdr>
    </w:div>
    <w:div w:id="842016297">
      <w:bodyDiv w:val="1"/>
      <w:marLeft w:val="0"/>
      <w:marRight w:val="0"/>
      <w:marTop w:val="0"/>
      <w:marBottom w:val="0"/>
      <w:divBdr>
        <w:top w:val="none" w:sz="0" w:space="0" w:color="auto"/>
        <w:left w:val="none" w:sz="0" w:space="0" w:color="auto"/>
        <w:bottom w:val="none" w:sz="0" w:space="0" w:color="auto"/>
        <w:right w:val="none" w:sz="0" w:space="0" w:color="auto"/>
      </w:divBdr>
    </w:div>
    <w:div w:id="843976824">
      <w:bodyDiv w:val="1"/>
      <w:marLeft w:val="0"/>
      <w:marRight w:val="0"/>
      <w:marTop w:val="0"/>
      <w:marBottom w:val="0"/>
      <w:divBdr>
        <w:top w:val="none" w:sz="0" w:space="0" w:color="auto"/>
        <w:left w:val="none" w:sz="0" w:space="0" w:color="auto"/>
        <w:bottom w:val="none" w:sz="0" w:space="0" w:color="auto"/>
        <w:right w:val="none" w:sz="0" w:space="0" w:color="auto"/>
      </w:divBdr>
    </w:div>
    <w:div w:id="844248867">
      <w:bodyDiv w:val="1"/>
      <w:marLeft w:val="0"/>
      <w:marRight w:val="0"/>
      <w:marTop w:val="0"/>
      <w:marBottom w:val="0"/>
      <w:divBdr>
        <w:top w:val="none" w:sz="0" w:space="0" w:color="auto"/>
        <w:left w:val="none" w:sz="0" w:space="0" w:color="auto"/>
        <w:bottom w:val="none" w:sz="0" w:space="0" w:color="auto"/>
        <w:right w:val="none" w:sz="0" w:space="0" w:color="auto"/>
      </w:divBdr>
    </w:div>
    <w:div w:id="848249988">
      <w:bodyDiv w:val="1"/>
      <w:marLeft w:val="0"/>
      <w:marRight w:val="0"/>
      <w:marTop w:val="0"/>
      <w:marBottom w:val="0"/>
      <w:divBdr>
        <w:top w:val="none" w:sz="0" w:space="0" w:color="auto"/>
        <w:left w:val="none" w:sz="0" w:space="0" w:color="auto"/>
        <w:bottom w:val="none" w:sz="0" w:space="0" w:color="auto"/>
        <w:right w:val="none" w:sz="0" w:space="0" w:color="auto"/>
      </w:divBdr>
    </w:div>
    <w:div w:id="848520648">
      <w:bodyDiv w:val="1"/>
      <w:marLeft w:val="0"/>
      <w:marRight w:val="0"/>
      <w:marTop w:val="0"/>
      <w:marBottom w:val="0"/>
      <w:divBdr>
        <w:top w:val="none" w:sz="0" w:space="0" w:color="auto"/>
        <w:left w:val="none" w:sz="0" w:space="0" w:color="auto"/>
        <w:bottom w:val="none" w:sz="0" w:space="0" w:color="auto"/>
        <w:right w:val="none" w:sz="0" w:space="0" w:color="auto"/>
      </w:divBdr>
    </w:div>
    <w:div w:id="848909375">
      <w:bodyDiv w:val="1"/>
      <w:marLeft w:val="0"/>
      <w:marRight w:val="0"/>
      <w:marTop w:val="0"/>
      <w:marBottom w:val="0"/>
      <w:divBdr>
        <w:top w:val="none" w:sz="0" w:space="0" w:color="auto"/>
        <w:left w:val="none" w:sz="0" w:space="0" w:color="auto"/>
        <w:bottom w:val="none" w:sz="0" w:space="0" w:color="auto"/>
        <w:right w:val="none" w:sz="0" w:space="0" w:color="auto"/>
      </w:divBdr>
    </w:div>
    <w:div w:id="849681956">
      <w:bodyDiv w:val="1"/>
      <w:marLeft w:val="0"/>
      <w:marRight w:val="0"/>
      <w:marTop w:val="0"/>
      <w:marBottom w:val="0"/>
      <w:divBdr>
        <w:top w:val="none" w:sz="0" w:space="0" w:color="auto"/>
        <w:left w:val="none" w:sz="0" w:space="0" w:color="auto"/>
        <w:bottom w:val="none" w:sz="0" w:space="0" w:color="auto"/>
        <w:right w:val="none" w:sz="0" w:space="0" w:color="auto"/>
      </w:divBdr>
    </w:div>
    <w:div w:id="850140888">
      <w:bodyDiv w:val="1"/>
      <w:marLeft w:val="0"/>
      <w:marRight w:val="0"/>
      <w:marTop w:val="0"/>
      <w:marBottom w:val="0"/>
      <w:divBdr>
        <w:top w:val="none" w:sz="0" w:space="0" w:color="auto"/>
        <w:left w:val="none" w:sz="0" w:space="0" w:color="auto"/>
        <w:bottom w:val="none" w:sz="0" w:space="0" w:color="auto"/>
        <w:right w:val="none" w:sz="0" w:space="0" w:color="auto"/>
      </w:divBdr>
    </w:div>
    <w:div w:id="850727409">
      <w:bodyDiv w:val="1"/>
      <w:marLeft w:val="0"/>
      <w:marRight w:val="0"/>
      <w:marTop w:val="0"/>
      <w:marBottom w:val="0"/>
      <w:divBdr>
        <w:top w:val="none" w:sz="0" w:space="0" w:color="auto"/>
        <w:left w:val="none" w:sz="0" w:space="0" w:color="auto"/>
        <w:bottom w:val="none" w:sz="0" w:space="0" w:color="auto"/>
        <w:right w:val="none" w:sz="0" w:space="0" w:color="auto"/>
      </w:divBdr>
    </w:div>
    <w:div w:id="851451894">
      <w:bodyDiv w:val="1"/>
      <w:marLeft w:val="0"/>
      <w:marRight w:val="0"/>
      <w:marTop w:val="0"/>
      <w:marBottom w:val="0"/>
      <w:divBdr>
        <w:top w:val="none" w:sz="0" w:space="0" w:color="auto"/>
        <w:left w:val="none" w:sz="0" w:space="0" w:color="auto"/>
        <w:bottom w:val="none" w:sz="0" w:space="0" w:color="auto"/>
        <w:right w:val="none" w:sz="0" w:space="0" w:color="auto"/>
      </w:divBdr>
    </w:div>
    <w:div w:id="854155830">
      <w:bodyDiv w:val="1"/>
      <w:marLeft w:val="0"/>
      <w:marRight w:val="0"/>
      <w:marTop w:val="0"/>
      <w:marBottom w:val="0"/>
      <w:divBdr>
        <w:top w:val="none" w:sz="0" w:space="0" w:color="auto"/>
        <w:left w:val="none" w:sz="0" w:space="0" w:color="auto"/>
        <w:bottom w:val="none" w:sz="0" w:space="0" w:color="auto"/>
        <w:right w:val="none" w:sz="0" w:space="0" w:color="auto"/>
      </w:divBdr>
    </w:div>
    <w:div w:id="856388604">
      <w:bodyDiv w:val="1"/>
      <w:marLeft w:val="0"/>
      <w:marRight w:val="0"/>
      <w:marTop w:val="0"/>
      <w:marBottom w:val="0"/>
      <w:divBdr>
        <w:top w:val="none" w:sz="0" w:space="0" w:color="auto"/>
        <w:left w:val="none" w:sz="0" w:space="0" w:color="auto"/>
        <w:bottom w:val="none" w:sz="0" w:space="0" w:color="auto"/>
        <w:right w:val="none" w:sz="0" w:space="0" w:color="auto"/>
      </w:divBdr>
    </w:div>
    <w:div w:id="856507332">
      <w:bodyDiv w:val="1"/>
      <w:marLeft w:val="0"/>
      <w:marRight w:val="0"/>
      <w:marTop w:val="0"/>
      <w:marBottom w:val="0"/>
      <w:divBdr>
        <w:top w:val="none" w:sz="0" w:space="0" w:color="auto"/>
        <w:left w:val="none" w:sz="0" w:space="0" w:color="auto"/>
        <w:bottom w:val="none" w:sz="0" w:space="0" w:color="auto"/>
        <w:right w:val="none" w:sz="0" w:space="0" w:color="auto"/>
      </w:divBdr>
    </w:div>
    <w:div w:id="857080301">
      <w:bodyDiv w:val="1"/>
      <w:marLeft w:val="0"/>
      <w:marRight w:val="0"/>
      <w:marTop w:val="0"/>
      <w:marBottom w:val="0"/>
      <w:divBdr>
        <w:top w:val="none" w:sz="0" w:space="0" w:color="auto"/>
        <w:left w:val="none" w:sz="0" w:space="0" w:color="auto"/>
        <w:bottom w:val="none" w:sz="0" w:space="0" w:color="auto"/>
        <w:right w:val="none" w:sz="0" w:space="0" w:color="auto"/>
      </w:divBdr>
    </w:div>
    <w:div w:id="857694406">
      <w:bodyDiv w:val="1"/>
      <w:marLeft w:val="0"/>
      <w:marRight w:val="0"/>
      <w:marTop w:val="0"/>
      <w:marBottom w:val="0"/>
      <w:divBdr>
        <w:top w:val="none" w:sz="0" w:space="0" w:color="auto"/>
        <w:left w:val="none" w:sz="0" w:space="0" w:color="auto"/>
        <w:bottom w:val="none" w:sz="0" w:space="0" w:color="auto"/>
        <w:right w:val="none" w:sz="0" w:space="0" w:color="auto"/>
      </w:divBdr>
    </w:div>
    <w:div w:id="859708428">
      <w:bodyDiv w:val="1"/>
      <w:marLeft w:val="0"/>
      <w:marRight w:val="0"/>
      <w:marTop w:val="0"/>
      <w:marBottom w:val="0"/>
      <w:divBdr>
        <w:top w:val="none" w:sz="0" w:space="0" w:color="auto"/>
        <w:left w:val="none" w:sz="0" w:space="0" w:color="auto"/>
        <w:bottom w:val="none" w:sz="0" w:space="0" w:color="auto"/>
        <w:right w:val="none" w:sz="0" w:space="0" w:color="auto"/>
      </w:divBdr>
    </w:div>
    <w:div w:id="862016661">
      <w:bodyDiv w:val="1"/>
      <w:marLeft w:val="0"/>
      <w:marRight w:val="0"/>
      <w:marTop w:val="0"/>
      <w:marBottom w:val="0"/>
      <w:divBdr>
        <w:top w:val="none" w:sz="0" w:space="0" w:color="auto"/>
        <w:left w:val="none" w:sz="0" w:space="0" w:color="auto"/>
        <w:bottom w:val="none" w:sz="0" w:space="0" w:color="auto"/>
        <w:right w:val="none" w:sz="0" w:space="0" w:color="auto"/>
      </w:divBdr>
    </w:div>
    <w:div w:id="862521837">
      <w:bodyDiv w:val="1"/>
      <w:marLeft w:val="0"/>
      <w:marRight w:val="0"/>
      <w:marTop w:val="0"/>
      <w:marBottom w:val="0"/>
      <w:divBdr>
        <w:top w:val="none" w:sz="0" w:space="0" w:color="auto"/>
        <w:left w:val="none" w:sz="0" w:space="0" w:color="auto"/>
        <w:bottom w:val="none" w:sz="0" w:space="0" w:color="auto"/>
        <w:right w:val="none" w:sz="0" w:space="0" w:color="auto"/>
      </w:divBdr>
    </w:div>
    <w:div w:id="864053397">
      <w:bodyDiv w:val="1"/>
      <w:marLeft w:val="0"/>
      <w:marRight w:val="0"/>
      <w:marTop w:val="0"/>
      <w:marBottom w:val="0"/>
      <w:divBdr>
        <w:top w:val="none" w:sz="0" w:space="0" w:color="auto"/>
        <w:left w:val="none" w:sz="0" w:space="0" w:color="auto"/>
        <w:bottom w:val="none" w:sz="0" w:space="0" w:color="auto"/>
        <w:right w:val="none" w:sz="0" w:space="0" w:color="auto"/>
      </w:divBdr>
    </w:div>
    <w:div w:id="865407479">
      <w:bodyDiv w:val="1"/>
      <w:marLeft w:val="0"/>
      <w:marRight w:val="0"/>
      <w:marTop w:val="0"/>
      <w:marBottom w:val="0"/>
      <w:divBdr>
        <w:top w:val="none" w:sz="0" w:space="0" w:color="auto"/>
        <w:left w:val="none" w:sz="0" w:space="0" w:color="auto"/>
        <w:bottom w:val="none" w:sz="0" w:space="0" w:color="auto"/>
        <w:right w:val="none" w:sz="0" w:space="0" w:color="auto"/>
      </w:divBdr>
    </w:div>
    <w:div w:id="865600983">
      <w:bodyDiv w:val="1"/>
      <w:marLeft w:val="0"/>
      <w:marRight w:val="0"/>
      <w:marTop w:val="0"/>
      <w:marBottom w:val="0"/>
      <w:divBdr>
        <w:top w:val="none" w:sz="0" w:space="0" w:color="auto"/>
        <w:left w:val="none" w:sz="0" w:space="0" w:color="auto"/>
        <w:bottom w:val="none" w:sz="0" w:space="0" w:color="auto"/>
        <w:right w:val="none" w:sz="0" w:space="0" w:color="auto"/>
      </w:divBdr>
    </w:div>
    <w:div w:id="866409916">
      <w:bodyDiv w:val="1"/>
      <w:marLeft w:val="0"/>
      <w:marRight w:val="0"/>
      <w:marTop w:val="0"/>
      <w:marBottom w:val="0"/>
      <w:divBdr>
        <w:top w:val="none" w:sz="0" w:space="0" w:color="auto"/>
        <w:left w:val="none" w:sz="0" w:space="0" w:color="auto"/>
        <w:bottom w:val="none" w:sz="0" w:space="0" w:color="auto"/>
        <w:right w:val="none" w:sz="0" w:space="0" w:color="auto"/>
      </w:divBdr>
    </w:div>
    <w:div w:id="866606550">
      <w:bodyDiv w:val="1"/>
      <w:marLeft w:val="0"/>
      <w:marRight w:val="0"/>
      <w:marTop w:val="0"/>
      <w:marBottom w:val="0"/>
      <w:divBdr>
        <w:top w:val="none" w:sz="0" w:space="0" w:color="auto"/>
        <w:left w:val="none" w:sz="0" w:space="0" w:color="auto"/>
        <w:bottom w:val="none" w:sz="0" w:space="0" w:color="auto"/>
        <w:right w:val="none" w:sz="0" w:space="0" w:color="auto"/>
      </w:divBdr>
    </w:div>
    <w:div w:id="867912699">
      <w:bodyDiv w:val="1"/>
      <w:marLeft w:val="0"/>
      <w:marRight w:val="0"/>
      <w:marTop w:val="0"/>
      <w:marBottom w:val="0"/>
      <w:divBdr>
        <w:top w:val="none" w:sz="0" w:space="0" w:color="auto"/>
        <w:left w:val="none" w:sz="0" w:space="0" w:color="auto"/>
        <w:bottom w:val="none" w:sz="0" w:space="0" w:color="auto"/>
        <w:right w:val="none" w:sz="0" w:space="0" w:color="auto"/>
      </w:divBdr>
    </w:div>
    <w:div w:id="868372433">
      <w:bodyDiv w:val="1"/>
      <w:marLeft w:val="0"/>
      <w:marRight w:val="0"/>
      <w:marTop w:val="0"/>
      <w:marBottom w:val="0"/>
      <w:divBdr>
        <w:top w:val="none" w:sz="0" w:space="0" w:color="auto"/>
        <w:left w:val="none" w:sz="0" w:space="0" w:color="auto"/>
        <w:bottom w:val="none" w:sz="0" w:space="0" w:color="auto"/>
        <w:right w:val="none" w:sz="0" w:space="0" w:color="auto"/>
      </w:divBdr>
    </w:div>
    <w:div w:id="872428711">
      <w:bodyDiv w:val="1"/>
      <w:marLeft w:val="0"/>
      <w:marRight w:val="0"/>
      <w:marTop w:val="0"/>
      <w:marBottom w:val="0"/>
      <w:divBdr>
        <w:top w:val="none" w:sz="0" w:space="0" w:color="auto"/>
        <w:left w:val="none" w:sz="0" w:space="0" w:color="auto"/>
        <w:bottom w:val="none" w:sz="0" w:space="0" w:color="auto"/>
        <w:right w:val="none" w:sz="0" w:space="0" w:color="auto"/>
      </w:divBdr>
    </w:div>
    <w:div w:id="874123076">
      <w:bodyDiv w:val="1"/>
      <w:marLeft w:val="0"/>
      <w:marRight w:val="0"/>
      <w:marTop w:val="0"/>
      <w:marBottom w:val="0"/>
      <w:divBdr>
        <w:top w:val="none" w:sz="0" w:space="0" w:color="auto"/>
        <w:left w:val="none" w:sz="0" w:space="0" w:color="auto"/>
        <w:bottom w:val="none" w:sz="0" w:space="0" w:color="auto"/>
        <w:right w:val="none" w:sz="0" w:space="0" w:color="auto"/>
      </w:divBdr>
    </w:div>
    <w:div w:id="874730534">
      <w:bodyDiv w:val="1"/>
      <w:marLeft w:val="0"/>
      <w:marRight w:val="0"/>
      <w:marTop w:val="0"/>
      <w:marBottom w:val="0"/>
      <w:divBdr>
        <w:top w:val="none" w:sz="0" w:space="0" w:color="auto"/>
        <w:left w:val="none" w:sz="0" w:space="0" w:color="auto"/>
        <w:bottom w:val="none" w:sz="0" w:space="0" w:color="auto"/>
        <w:right w:val="none" w:sz="0" w:space="0" w:color="auto"/>
      </w:divBdr>
    </w:div>
    <w:div w:id="877624856">
      <w:bodyDiv w:val="1"/>
      <w:marLeft w:val="0"/>
      <w:marRight w:val="0"/>
      <w:marTop w:val="0"/>
      <w:marBottom w:val="0"/>
      <w:divBdr>
        <w:top w:val="none" w:sz="0" w:space="0" w:color="auto"/>
        <w:left w:val="none" w:sz="0" w:space="0" w:color="auto"/>
        <w:bottom w:val="none" w:sz="0" w:space="0" w:color="auto"/>
        <w:right w:val="none" w:sz="0" w:space="0" w:color="auto"/>
      </w:divBdr>
    </w:div>
    <w:div w:id="878933916">
      <w:bodyDiv w:val="1"/>
      <w:marLeft w:val="0"/>
      <w:marRight w:val="0"/>
      <w:marTop w:val="0"/>
      <w:marBottom w:val="0"/>
      <w:divBdr>
        <w:top w:val="none" w:sz="0" w:space="0" w:color="auto"/>
        <w:left w:val="none" w:sz="0" w:space="0" w:color="auto"/>
        <w:bottom w:val="none" w:sz="0" w:space="0" w:color="auto"/>
        <w:right w:val="none" w:sz="0" w:space="0" w:color="auto"/>
      </w:divBdr>
    </w:div>
    <w:div w:id="879826952">
      <w:bodyDiv w:val="1"/>
      <w:marLeft w:val="0"/>
      <w:marRight w:val="0"/>
      <w:marTop w:val="0"/>
      <w:marBottom w:val="0"/>
      <w:divBdr>
        <w:top w:val="none" w:sz="0" w:space="0" w:color="auto"/>
        <w:left w:val="none" w:sz="0" w:space="0" w:color="auto"/>
        <w:bottom w:val="none" w:sz="0" w:space="0" w:color="auto"/>
        <w:right w:val="none" w:sz="0" w:space="0" w:color="auto"/>
      </w:divBdr>
    </w:div>
    <w:div w:id="880046551">
      <w:bodyDiv w:val="1"/>
      <w:marLeft w:val="0"/>
      <w:marRight w:val="0"/>
      <w:marTop w:val="0"/>
      <w:marBottom w:val="0"/>
      <w:divBdr>
        <w:top w:val="none" w:sz="0" w:space="0" w:color="auto"/>
        <w:left w:val="none" w:sz="0" w:space="0" w:color="auto"/>
        <w:bottom w:val="none" w:sz="0" w:space="0" w:color="auto"/>
        <w:right w:val="none" w:sz="0" w:space="0" w:color="auto"/>
      </w:divBdr>
    </w:div>
    <w:div w:id="880940770">
      <w:bodyDiv w:val="1"/>
      <w:marLeft w:val="0"/>
      <w:marRight w:val="0"/>
      <w:marTop w:val="0"/>
      <w:marBottom w:val="0"/>
      <w:divBdr>
        <w:top w:val="none" w:sz="0" w:space="0" w:color="auto"/>
        <w:left w:val="none" w:sz="0" w:space="0" w:color="auto"/>
        <w:bottom w:val="none" w:sz="0" w:space="0" w:color="auto"/>
        <w:right w:val="none" w:sz="0" w:space="0" w:color="auto"/>
      </w:divBdr>
    </w:div>
    <w:div w:id="881214403">
      <w:bodyDiv w:val="1"/>
      <w:marLeft w:val="0"/>
      <w:marRight w:val="0"/>
      <w:marTop w:val="0"/>
      <w:marBottom w:val="0"/>
      <w:divBdr>
        <w:top w:val="none" w:sz="0" w:space="0" w:color="auto"/>
        <w:left w:val="none" w:sz="0" w:space="0" w:color="auto"/>
        <w:bottom w:val="none" w:sz="0" w:space="0" w:color="auto"/>
        <w:right w:val="none" w:sz="0" w:space="0" w:color="auto"/>
      </w:divBdr>
    </w:div>
    <w:div w:id="881406126">
      <w:bodyDiv w:val="1"/>
      <w:marLeft w:val="0"/>
      <w:marRight w:val="0"/>
      <w:marTop w:val="0"/>
      <w:marBottom w:val="0"/>
      <w:divBdr>
        <w:top w:val="none" w:sz="0" w:space="0" w:color="auto"/>
        <w:left w:val="none" w:sz="0" w:space="0" w:color="auto"/>
        <w:bottom w:val="none" w:sz="0" w:space="0" w:color="auto"/>
        <w:right w:val="none" w:sz="0" w:space="0" w:color="auto"/>
      </w:divBdr>
    </w:div>
    <w:div w:id="881674795">
      <w:bodyDiv w:val="1"/>
      <w:marLeft w:val="0"/>
      <w:marRight w:val="0"/>
      <w:marTop w:val="0"/>
      <w:marBottom w:val="0"/>
      <w:divBdr>
        <w:top w:val="none" w:sz="0" w:space="0" w:color="auto"/>
        <w:left w:val="none" w:sz="0" w:space="0" w:color="auto"/>
        <w:bottom w:val="none" w:sz="0" w:space="0" w:color="auto"/>
        <w:right w:val="none" w:sz="0" w:space="0" w:color="auto"/>
      </w:divBdr>
    </w:div>
    <w:div w:id="881946277">
      <w:bodyDiv w:val="1"/>
      <w:marLeft w:val="0"/>
      <w:marRight w:val="0"/>
      <w:marTop w:val="0"/>
      <w:marBottom w:val="0"/>
      <w:divBdr>
        <w:top w:val="none" w:sz="0" w:space="0" w:color="auto"/>
        <w:left w:val="none" w:sz="0" w:space="0" w:color="auto"/>
        <w:bottom w:val="none" w:sz="0" w:space="0" w:color="auto"/>
        <w:right w:val="none" w:sz="0" w:space="0" w:color="auto"/>
      </w:divBdr>
    </w:div>
    <w:div w:id="882835706">
      <w:bodyDiv w:val="1"/>
      <w:marLeft w:val="0"/>
      <w:marRight w:val="0"/>
      <w:marTop w:val="0"/>
      <w:marBottom w:val="0"/>
      <w:divBdr>
        <w:top w:val="none" w:sz="0" w:space="0" w:color="auto"/>
        <w:left w:val="none" w:sz="0" w:space="0" w:color="auto"/>
        <w:bottom w:val="none" w:sz="0" w:space="0" w:color="auto"/>
        <w:right w:val="none" w:sz="0" w:space="0" w:color="auto"/>
      </w:divBdr>
    </w:div>
    <w:div w:id="883566181">
      <w:bodyDiv w:val="1"/>
      <w:marLeft w:val="0"/>
      <w:marRight w:val="0"/>
      <w:marTop w:val="0"/>
      <w:marBottom w:val="0"/>
      <w:divBdr>
        <w:top w:val="none" w:sz="0" w:space="0" w:color="auto"/>
        <w:left w:val="none" w:sz="0" w:space="0" w:color="auto"/>
        <w:bottom w:val="none" w:sz="0" w:space="0" w:color="auto"/>
        <w:right w:val="none" w:sz="0" w:space="0" w:color="auto"/>
      </w:divBdr>
    </w:div>
    <w:div w:id="884023176">
      <w:bodyDiv w:val="1"/>
      <w:marLeft w:val="0"/>
      <w:marRight w:val="0"/>
      <w:marTop w:val="0"/>
      <w:marBottom w:val="0"/>
      <w:divBdr>
        <w:top w:val="none" w:sz="0" w:space="0" w:color="auto"/>
        <w:left w:val="none" w:sz="0" w:space="0" w:color="auto"/>
        <w:bottom w:val="none" w:sz="0" w:space="0" w:color="auto"/>
        <w:right w:val="none" w:sz="0" w:space="0" w:color="auto"/>
      </w:divBdr>
    </w:div>
    <w:div w:id="884488703">
      <w:bodyDiv w:val="1"/>
      <w:marLeft w:val="0"/>
      <w:marRight w:val="0"/>
      <w:marTop w:val="0"/>
      <w:marBottom w:val="0"/>
      <w:divBdr>
        <w:top w:val="none" w:sz="0" w:space="0" w:color="auto"/>
        <w:left w:val="none" w:sz="0" w:space="0" w:color="auto"/>
        <w:bottom w:val="none" w:sz="0" w:space="0" w:color="auto"/>
        <w:right w:val="none" w:sz="0" w:space="0" w:color="auto"/>
      </w:divBdr>
    </w:div>
    <w:div w:id="884830539">
      <w:bodyDiv w:val="1"/>
      <w:marLeft w:val="0"/>
      <w:marRight w:val="0"/>
      <w:marTop w:val="0"/>
      <w:marBottom w:val="0"/>
      <w:divBdr>
        <w:top w:val="none" w:sz="0" w:space="0" w:color="auto"/>
        <w:left w:val="none" w:sz="0" w:space="0" w:color="auto"/>
        <w:bottom w:val="none" w:sz="0" w:space="0" w:color="auto"/>
        <w:right w:val="none" w:sz="0" w:space="0" w:color="auto"/>
      </w:divBdr>
    </w:div>
    <w:div w:id="887184038">
      <w:bodyDiv w:val="1"/>
      <w:marLeft w:val="0"/>
      <w:marRight w:val="0"/>
      <w:marTop w:val="0"/>
      <w:marBottom w:val="0"/>
      <w:divBdr>
        <w:top w:val="none" w:sz="0" w:space="0" w:color="auto"/>
        <w:left w:val="none" w:sz="0" w:space="0" w:color="auto"/>
        <w:bottom w:val="none" w:sz="0" w:space="0" w:color="auto"/>
        <w:right w:val="none" w:sz="0" w:space="0" w:color="auto"/>
      </w:divBdr>
    </w:div>
    <w:div w:id="888415358">
      <w:bodyDiv w:val="1"/>
      <w:marLeft w:val="0"/>
      <w:marRight w:val="0"/>
      <w:marTop w:val="0"/>
      <w:marBottom w:val="0"/>
      <w:divBdr>
        <w:top w:val="none" w:sz="0" w:space="0" w:color="auto"/>
        <w:left w:val="none" w:sz="0" w:space="0" w:color="auto"/>
        <w:bottom w:val="none" w:sz="0" w:space="0" w:color="auto"/>
        <w:right w:val="none" w:sz="0" w:space="0" w:color="auto"/>
      </w:divBdr>
    </w:div>
    <w:div w:id="889656883">
      <w:bodyDiv w:val="1"/>
      <w:marLeft w:val="0"/>
      <w:marRight w:val="0"/>
      <w:marTop w:val="0"/>
      <w:marBottom w:val="0"/>
      <w:divBdr>
        <w:top w:val="none" w:sz="0" w:space="0" w:color="auto"/>
        <w:left w:val="none" w:sz="0" w:space="0" w:color="auto"/>
        <w:bottom w:val="none" w:sz="0" w:space="0" w:color="auto"/>
        <w:right w:val="none" w:sz="0" w:space="0" w:color="auto"/>
      </w:divBdr>
    </w:div>
    <w:div w:id="891186048">
      <w:bodyDiv w:val="1"/>
      <w:marLeft w:val="0"/>
      <w:marRight w:val="0"/>
      <w:marTop w:val="0"/>
      <w:marBottom w:val="0"/>
      <w:divBdr>
        <w:top w:val="none" w:sz="0" w:space="0" w:color="auto"/>
        <w:left w:val="none" w:sz="0" w:space="0" w:color="auto"/>
        <w:bottom w:val="none" w:sz="0" w:space="0" w:color="auto"/>
        <w:right w:val="none" w:sz="0" w:space="0" w:color="auto"/>
      </w:divBdr>
    </w:div>
    <w:div w:id="893810434">
      <w:bodyDiv w:val="1"/>
      <w:marLeft w:val="0"/>
      <w:marRight w:val="0"/>
      <w:marTop w:val="0"/>
      <w:marBottom w:val="0"/>
      <w:divBdr>
        <w:top w:val="none" w:sz="0" w:space="0" w:color="auto"/>
        <w:left w:val="none" w:sz="0" w:space="0" w:color="auto"/>
        <w:bottom w:val="none" w:sz="0" w:space="0" w:color="auto"/>
        <w:right w:val="none" w:sz="0" w:space="0" w:color="auto"/>
      </w:divBdr>
    </w:div>
    <w:div w:id="896283195">
      <w:bodyDiv w:val="1"/>
      <w:marLeft w:val="0"/>
      <w:marRight w:val="0"/>
      <w:marTop w:val="0"/>
      <w:marBottom w:val="0"/>
      <w:divBdr>
        <w:top w:val="none" w:sz="0" w:space="0" w:color="auto"/>
        <w:left w:val="none" w:sz="0" w:space="0" w:color="auto"/>
        <w:bottom w:val="none" w:sz="0" w:space="0" w:color="auto"/>
        <w:right w:val="none" w:sz="0" w:space="0" w:color="auto"/>
      </w:divBdr>
    </w:div>
    <w:div w:id="897978408">
      <w:bodyDiv w:val="1"/>
      <w:marLeft w:val="0"/>
      <w:marRight w:val="0"/>
      <w:marTop w:val="0"/>
      <w:marBottom w:val="0"/>
      <w:divBdr>
        <w:top w:val="none" w:sz="0" w:space="0" w:color="auto"/>
        <w:left w:val="none" w:sz="0" w:space="0" w:color="auto"/>
        <w:bottom w:val="none" w:sz="0" w:space="0" w:color="auto"/>
        <w:right w:val="none" w:sz="0" w:space="0" w:color="auto"/>
      </w:divBdr>
    </w:div>
    <w:div w:id="900679067">
      <w:bodyDiv w:val="1"/>
      <w:marLeft w:val="0"/>
      <w:marRight w:val="0"/>
      <w:marTop w:val="0"/>
      <w:marBottom w:val="0"/>
      <w:divBdr>
        <w:top w:val="none" w:sz="0" w:space="0" w:color="auto"/>
        <w:left w:val="none" w:sz="0" w:space="0" w:color="auto"/>
        <w:bottom w:val="none" w:sz="0" w:space="0" w:color="auto"/>
        <w:right w:val="none" w:sz="0" w:space="0" w:color="auto"/>
      </w:divBdr>
    </w:div>
    <w:div w:id="907304455">
      <w:bodyDiv w:val="1"/>
      <w:marLeft w:val="0"/>
      <w:marRight w:val="0"/>
      <w:marTop w:val="0"/>
      <w:marBottom w:val="0"/>
      <w:divBdr>
        <w:top w:val="none" w:sz="0" w:space="0" w:color="auto"/>
        <w:left w:val="none" w:sz="0" w:space="0" w:color="auto"/>
        <w:bottom w:val="none" w:sz="0" w:space="0" w:color="auto"/>
        <w:right w:val="none" w:sz="0" w:space="0" w:color="auto"/>
      </w:divBdr>
    </w:div>
    <w:div w:id="907492734">
      <w:bodyDiv w:val="1"/>
      <w:marLeft w:val="0"/>
      <w:marRight w:val="0"/>
      <w:marTop w:val="0"/>
      <w:marBottom w:val="0"/>
      <w:divBdr>
        <w:top w:val="none" w:sz="0" w:space="0" w:color="auto"/>
        <w:left w:val="none" w:sz="0" w:space="0" w:color="auto"/>
        <w:bottom w:val="none" w:sz="0" w:space="0" w:color="auto"/>
        <w:right w:val="none" w:sz="0" w:space="0" w:color="auto"/>
      </w:divBdr>
    </w:div>
    <w:div w:id="908615062">
      <w:bodyDiv w:val="1"/>
      <w:marLeft w:val="0"/>
      <w:marRight w:val="0"/>
      <w:marTop w:val="0"/>
      <w:marBottom w:val="0"/>
      <w:divBdr>
        <w:top w:val="none" w:sz="0" w:space="0" w:color="auto"/>
        <w:left w:val="none" w:sz="0" w:space="0" w:color="auto"/>
        <w:bottom w:val="none" w:sz="0" w:space="0" w:color="auto"/>
        <w:right w:val="none" w:sz="0" w:space="0" w:color="auto"/>
      </w:divBdr>
    </w:div>
    <w:div w:id="909535101">
      <w:bodyDiv w:val="1"/>
      <w:marLeft w:val="0"/>
      <w:marRight w:val="0"/>
      <w:marTop w:val="0"/>
      <w:marBottom w:val="0"/>
      <w:divBdr>
        <w:top w:val="none" w:sz="0" w:space="0" w:color="auto"/>
        <w:left w:val="none" w:sz="0" w:space="0" w:color="auto"/>
        <w:bottom w:val="none" w:sz="0" w:space="0" w:color="auto"/>
        <w:right w:val="none" w:sz="0" w:space="0" w:color="auto"/>
      </w:divBdr>
    </w:div>
    <w:div w:id="909850214">
      <w:bodyDiv w:val="1"/>
      <w:marLeft w:val="0"/>
      <w:marRight w:val="0"/>
      <w:marTop w:val="0"/>
      <w:marBottom w:val="0"/>
      <w:divBdr>
        <w:top w:val="none" w:sz="0" w:space="0" w:color="auto"/>
        <w:left w:val="none" w:sz="0" w:space="0" w:color="auto"/>
        <w:bottom w:val="none" w:sz="0" w:space="0" w:color="auto"/>
        <w:right w:val="none" w:sz="0" w:space="0" w:color="auto"/>
      </w:divBdr>
    </w:div>
    <w:div w:id="911357115">
      <w:bodyDiv w:val="1"/>
      <w:marLeft w:val="0"/>
      <w:marRight w:val="0"/>
      <w:marTop w:val="0"/>
      <w:marBottom w:val="0"/>
      <w:divBdr>
        <w:top w:val="none" w:sz="0" w:space="0" w:color="auto"/>
        <w:left w:val="none" w:sz="0" w:space="0" w:color="auto"/>
        <w:bottom w:val="none" w:sz="0" w:space="0" w:color="auto"/>
        <w:right w:val="none" w:sz="0" w:space="0" w:color="auto"/>
      </w:divBdr>
    </w:div>
    <w:div w:id="912858841">
      <w:bodyDiv w:val="1"/>
      <w:marLeft w:val="0"/>
      <w:marRight w:val="0"/>
      <w:marTop w:val="0"/>
      <w:marBottom w:val="0"/>
      <w:divBdr>
        <w:top w:val="none" w:sz="0" w:space="0" w:color="auto"/>
        <w:left w:val="none" w:sz="0" w:space="0" w:color="auto"/>
        <w:bottom w:val="none" w:sz="0" w:space="0" w:color="auto"/>
        <w:right w:val="none" w:sz="0" w:space="0" w:color="auto"/>
      </w:divBdr>
    </w:div>
    <w:div w:id="912929632">
      <w:bodyDiv w:val="1"/>
      <w:marLeft w:val="0"/>
      <w:marRight w:val="0"/>
      <w:marTop w:val="0"/>
      <w:marBottom w:val="0"/>
      <w:divBdr>
        <w:top w:val="none" w:sz="0" w:space="0" w:color="auto"/>
        <w:left w:val="none" w:sz="0" w:space="0" w:color="auto"/>
        <w:bottom w:val="none" w:sz="0" w:space="0" w:color="auto"/>
        <w:right w:val="none" w:sz="0" w:space="0" w:color="auto"/>
      </w:divBdr>
    </w:div>
    <w:div w:id="913703761">
      <w:bodyDiv w:val="1"/>
      <w:marLeft w:val="0"/>
      <w:marRight w:val="0"/>
      <w:marTop w:val="0"/>
      <w:marBottom w:val="0"/>
      <w:divBdr>
        <w:top w:val="none" w:sz="0" w:space="0" w:color="auto"/>
        <w:left w:val="none" w:sz="0" w:space="0" w:color="auto"/>
        <w:bottom w:val="none" w:sz="0" w:space="0" w:color="auto"/>
        <w:right w:val="none" w:sz="0" w:space="0" w:color="auto"/>
      </w:divBdr>
    </w:div>
    <w:div w:id="914512745">
      <w:bodyDiv w:val="1"/>
      <w:marLeft w:val="0"/>
      <w:marRight w:val="0"/>
      <w:marTop w:val="0"/>
      <w:marBottom w:val="0"/>
      <w:divBdr>
        <w:top w:val="none" w:sz="0" w:space="0" w:color="auto"/>
        <w:left w:val="none" w:sz="0" w:space="0" w:color="auto"/>
        <w:bottom w:val="none" w:sz="0" w:space="0" w:color="auto"/>
        <w:right w:val="none" w:sz="0" w:space="0" w:color="auto"/>
      </w:divBdr>
    </w:div>
    <w:div w:id="916936544">
      <w:bodyDiv w:val="1"/>
      <w:marLeft w:val="0"/>
      <w:marRight w:val="0"/>
      <w:marTop w:val="0"/>
      <w:marBottom w:val="0"/>
      <w:divBdr>
        <w:top w:val="none" w:sz="0" w:space="0" w:color="auto"/>
        <w:left w:val="none" w:sz="0" w:space="0" w:color="auto"/>
        <w:bottom w:val="none" w:sz="0" w:space="0" w:color="auto"/>
        <w:right w:val="none" w:sz="0" w:space="0" w:color="auto"/>
      </w:divBdr>
    </w:div>
    <w:div w:id="917060373">
      <w:bodyDiv w:val="1"/>
      <w:marLeft w:val="0"/>
      <w:marRight w:val="0"/>
      <w:marTop w:val="0"/>
      <w:marBottom w:val="0"/>
      <w:divBdr>
        <w:top w:val="none" w:sz="0" w:space="0" w:color="auto"/>
        <w:left w:val="none" w:sz="0" w:space="0" w:color="auto"/>
        <w:bottom w:val="none" w:sz="0" w:space="0" w:color="auto"/>
        <w:right w:val="none" w:sz="0" w:space="0" w:color="auto"/>
      </w:divBdr>
    </w:div>
    <w:div w:id="917441561">
      <w:bodyDiv w:val="1"/>
      <w:marLeft w:val="0"/>
      <w:marRight w:val="0"/>
      <w:marTop w:val="0"/>
      <w:marBottom w:val="0"/>
      <w:divBdr>
        <w:top w:val="none" w:sz="0" w:space="0" w:color="auto"/>
        <w:left w:val="none" w:sz="0" w:space="0" w:color="auto"/>
        <w:bottom w:val="none" w:sz="0" w:space="0" w:color="auto"/>
        <w:right w:val="none" w:sz="0" w:space="0" w:color="auto"/>
      </w:divBdr>
    </w:div>
    <w:div w:id="917986306">
      <w:bodyDiv w:val="1"/>
      <w:marLeft w:val="0"/>
      <w:marRight w:val="0"/>
      <w:marTop w:val="0"/>
      <w:marBottom w:val="0"/>
      <w:divBdr>
        <w:top w:val="none" w:sz="0" w:space="0" w:color="auto"/>
        <w:left w:val="none" w:sz="0" w:space="0" w:color="auto"/>
        <w:bottom w:val="none" w:sz="0" w:space="0" w:color="auto"/>
        <w:right w:val="none" w:sz="0" w:space="0" w:color="auto"/>
      </w:divBdr>
    </w:div>
    <w:div w:id="919948651">
      <w:bodyDiv w:val="1"/>
      <w:marLeft w:val="0"/>
      <w:marRight w:val="0"/>
      <w:marTop w:val="0"/>
      <w:marBottom w:val="0"/>
      <w:divBdr>
        <w:top w:val="none" w:sz="0" w:space="0" w:color="auto"/>
        <w:left w:val="none" w:sz="0" w:space="0" w:color="auto"/>
        <w:bottom w:val="none" w:sz="0" w:space="0" w:color="auto"/>
        <w:right w:val="none" w:sz="0" w:space="0" w:color="auto"/>
      </w:divBdr>
    </w:div>
    <w:div w:id="920069929">
      <w:bodyDiv w:val="1"/>
      <w:marLeft w:val="0"/>
      <w:marRight w:val="0"/>
      <w:marTop w:val="0"/>
      <w:marBottom w:val="0"/>
      <w:divBdr>
        <w:top w:val="none" w:sz="0" w:space="0" w:color="auto"/>
        <w:left w:val="none" w:sz="0" w:space="0" w:color="auto"/>
        <w:bottom w:val="none" w:sz="0" w:space="0" w:color="auto"/>
        <w:right w:val="none" w:sz="0" w:space="0" w:color="auto"/>
      </w:divBdr>
    </w:div>
    <w:div w:id="920866408">
      <w:bodyDiv w:val="1"/>
      <w:marLeft w:val="0"/>
      <w:marRight w:val="0"/>
      <w:marTop w:val="0"/>
      <w:marBottom w:val="0"/>
      <w:divBdr>
        <w:top w:val="none" w:sz="0" w:space="0" w:color="auto"/>
        <w:left w:val="none" w:sz="0" w:space="0" w:color="auto"/>
        <w:bottom w:val="none" w:sz="0" w:space="0" w:color="auto"/>
        <w:right w:val="none" w:sz="0" w:space="0" w:color="auto"/>
      </w:divBdr>
    </w:div>
    <w:div w:id="921455360">
      <w:bodyDiv w:val="1"/>
      <w:marLeft w:val="0"/>
      <w:marRight w:val="0"/>
      <w:marTop w:val="0"/>
      <w:marBottom w:val="0"/>
      <w:divBdr>
        <w:top w:val="none" w:sz="0" w:space="0" w:color="auto"/>
        <w:left w:val="none" w:sz="0" w:space="0" w:color="auto"/>
        <w:bottom w:val="none" w:sz="0" w:space="0" w:color="auto"/>
        <w:right w:val="none" w:sz="0" w:space="0" w:color="auto"/>
      </w:divBdr>
    </w:div>
    <w:div w:id="922566037">
      <w:bodyDiv w:val="1"/>
      <w:marLeft w:val="0"/>
      <w:marRight w:val="0"/>
      <w:marTop w:val="0"/>
      <w:marBottom w:val="0"/>
      <w:divBdr>
        <w:top w:val="none" w:sz="0" w:space="0" w:color="auto"/>
        <w:left w:val="none" w:sz="0" w:space="0" w:color="auto"/>
        <w:bottom w:val="none" w:sz="0" w:space="0" w:color="auto"/>
        <w:right w:val="none" w:sz="0" w:space="0" w:color="auto"/>
      </w:divBdr>
    </w:div>
    <w:div w:id="923690433">
      <w:bodyDiv w:val="1"/>
      <w:marLeft w:val="0"/>
      <w:marRight w:val="0"/>
      <w:marTop w:val="0"/>
      <w:marBottom w:val="0"/>
      <w:divBdr>
        <w:top w:val="none" w:sz="0" w:space="0" w:color="auto"/>
        <w:left w:val="none" w:sz="0" w:space="0" w:color="auto"/>
        <w:bottom w:val="none" w:sz="0" w:space="0" w:color="auto"/>
        <w:right w:val="none" w:sz="0" w:space="0" w:color="auto"/>
      </w:divBdr>
    </w:div>
    <w:div w:id="924342988">
      <w:bodyDiv w:val="1"/>
      <w:marLeft w:val="0"/>
      <w:marRight w:val="0"/>
      <w:marTop w:val="0"/>
      <w:marBottom w:val="0"/>
      <w:divBdr>
        <w:top w:val="none" w:sz="0" w:space="0" w:color="auto"/>
        <w:left w:val="none" w:sz="0" w:space="0" w:color="auto"/>
        <w:bottom w:val="none" w:sz="0" w:space="0" w:color="auto"/>
        <w:right w:val="none" w:sz="0" w:space="0" w:color="auto"/>
      </w:divBdr>
    </w:div>
    <w:div w:id="925652916">
      <w:bodyDiv w:val="1"/>
      <w:marLeft w:val="0"/>
      <w:marRight w:val="0"/>
      <w:marTop w:val="0"/>
      <w:marBottom w:val="0"/>
      <w:divBdr>
        <w:top w:val="none" w:sz="0" w:space="0" w:color="auto"/>
        <w:left w:val="none" w:sz="0" w:space="0" w:color="auto"/>
        <w:bottom w:val="none" w:sz="0" w:space="0" w:color="auto"/>
        <w:right w:val="none" w:sz="0" w:space="0" w:color="auto"/>
      </w:divBdr>
    </w:div>
    <w:div w:id="927152803">
      <w:bodyDiv w:val="1"/>
      <w:marLeft w:val="0"/>
      <w:marRight w:val="0"/>
      <w:marTop w:val="0"/>
      <w:marBottom w:val="0"/>
      <w:divBdr>
        <w:top w:val="none" w:sz="0" w:space="0" w:color="auto"/>
        <w:left w:val="none" w:sz="0" w:space="0" w:color="auto"/>
        <w:bottom w:val="none" w:sz="0" w:space="0" w:color="auto"/>
        <w:right w:val="none" w:sz="0" w:space="0" w:color="auto"/>
      </w:divBdr>
    </w:div>
    <w:div w:id="929700850">
      <w:bodyDiv w:val="1"/>
      <w:marLeft w:val="0"/>
      <w:marRight w:val="0"/>
      <w:marTop w:val="0"/>
      <w:marBottom w:val="0"/>
      <w:divBdr>
        <w:top w:val="none" w:sz="0" w:space="0" w:color="auto"/>
        <w:left w:val="none" w:sz="0" w:space="0" w:color="auto"/>
        <w:bottom w:val="none" w:sz="0" w:space="0" w:color="auto"/>
        <w:right w:val="none" w:sz="0" w:space="0" w:color="auto"/>
      </w:divBdr>
    </w:div>
    <w:div w:id="929774038">
      <w:bodyDiv w:val="1"/>
      <w:marLeft w:val="0"/>
      <w:marRight w:val="0"/>
      <w:marTop w:val="0"/>
      <w:marBottom w:val="0"/>
      <w:divBdr>
        <w:top w:val="none" w:sz="0" w:space="0" w:color="auto"/>
        <w:left w:val="none" w:sz="0" w:space="0" w:color="auto"/>
        <w:bottom w:val="none" w:sz="0" w:space="0" w:color="auto"/>
        <w:right w:val="none" w:sz="0" w:space="0" w:color="auto"/>
      </w:divBdr>
    </w:div>
    <w:div w:id="929966092">
      <w:bodyDiv w:val="1"/>
      <w:marLeft w:val="0"/>
      <w:marRight w:val="0"/>
      <w:marTop w:val="0"/>
      <w:marBottom w:val="0"/>
      <w:divBdr>
        <w:top w:val="none" w:sz="0" w:space="0" w:color="auto"/>
        <w:left w:val="none" w:sz="0" w:space="0" w:color="auto"/>
        <w:bottom w:val="none" w:sz="0" w:space="0" w:color="auto"/>
        <w:right w:val="none" w:sz="0" w:space="0" w:color="auto"/>
      </w:divBdr>
    </w:div>
    <w:div w:id="930578314">
      <w:bodyDiv w:val="1"/>
      <w:marLeft w:val="0"/>
      <w:marRight w:val="0"/>
      <w:marTop w:val="0"/>
      <w:marBottom w:val="0"/>
      <w:divBdr>
        <w:top w:val="none" w:sz="0" w:space="0" w:color="auto"/>
        <w:left w:val="none" w:sz="0" w:space="0" w:color="auto"/>
        <w:bottom w:val="none" w:sz="0" w:space="0" w:color="auto"/>
        <w:right w:val="none" w:sz="0" w:space="0" w:color="auto"/>
      </w:divBdr>
    </w:div>
    <w:div w:id="930814731">
      <w:bodyDiv w:val="1"/>
      <w:marLeft w:val="0"/>
      <w:marRight w:val="0"/>
      <w:marTop w:val="0"/>
      <w:marBottom w:val="0"/>
      <w:divBdr>
        <w:top w:val="none" w:sz="0" w:space="0" w:color="auto"/>
        <w:left w:val="none" w:sz="0" w:space="0" w:color="auto"/>
        <w:bottom w:val="none" w:sz="0" w:space="0" w:color="auto"/>
        <w:right w:val="none" w:sz="0" w:space="0" w:color="auto"/>
      </w:divBdr>
    </w:div>
    <w:div w:id="933320918">
      <w:bodyDiv w:val="1"/>
      <w:marLeft w:val="0"/>
      <w:marRight w:val="0"/>
      <w:marTop w:val="0"/>
      <w:marBottom w:val="0"/>
      <w:divBdr>
        <w:top w:val="none" w:sz="0" w:space="0" w:color="auto"/>
        <w:left w:val="none" w:sz="0" w:space="0" w:color="auto"/>
        <w:bottom w:val="none" w:sz="0" w:space="0" w:color="auto"/>
        <w:right w:val="none" w:sz="0" w:space="0" w:color="auto"/>
      </w:divBdr>
    </w:div>
    <w:div w:id="934439981">
      <w:bodyDiv w:val="1"/>
      <w:marLeft w:val="0"/>
      <w:marRight w:val="0"/>
      <w:marTop w:val="0"/>
      <w:marBottom w:val="0"/>
      <w:divBdr>
        <w:top w:val="none" w:sz="0" w:space="0" w:color="auto"/>
        <w:left w:val="none" w:sz="0" w:space="0" w:color="auto"/>
        <w:bottom w:val="none" w:sz="0" w:space="0" w:color="auto"/>
        <w:right w:val="none" w:sz="0" w:space="0" w:color="auto"/>
      </w:divBdr>
    </w:div>
    <w:div w:id="936913381">
      <w:bodyDiv w:val="1"/>
      <w:marLeft w:val="0"/>
      <w:marRight w:val="0"/>
      <w:marTop w:val="0"/>
      <w:marBottom w:val="0"/>
      <w:divBdr>
        <w:top w:val="none" w:sz="0" w:space="0" w:color="auto"/>
        <w:left w:val="none" w:sz="0" w:space="0" w:color="auto"/>
        <w:bottom w:val="none" w:sz="0" w:space="0" w:color="auto"/>
        <w:right w:val="none" w:sz="0" w:space="0" w:color="auto"/>
      </w:divBdr>
    </w:div>
    <w:div w:id="938029894">
      <w:bodyDiv w:val="1"/>
      <w:marLeft w:val="0"/>
      <w:marRight w:val="0"/>
      <w:marTop w:val="0"/>
      <w:marBottom w:val="0"/>
      <w:divBdr>
        <w:top w:val="none" w:sz="0" w:space="0" w:color="auto"/>
        <w:left w:val="none" w:sz="0" w:space="0" w:color="auto"/>
        <w:bottom w:val="none" w:sz="0" w:space="0" w:color="auto"/>
        <w:right w:val="none" w:sz="0" w:space="0" w:color="auto"/>
      </w:divBdr>
    </w:div>
    <w:div w:id="940258880">
      <w:bodyDiv w:val="1"/>
      <w:marLeft w:val="0"/>
      <w:marRight w:val="0"/>
      <w:marTop w:val="0"/>
      <w:marBottom w:val="0"/>
      <w:divBdr>
        <w:top w:val="none" w:sz="0" w:space="0" w:color="auto"/>
        <w:left w:val="none" w:sz="0" w:space="0" w:color="auto"/>
        <w:bottom w:val="none" w:sz="0" w:space="0" w:color="auto"/>
        <w:right w:val="none" w:sz="0" w:space="0" w:color="auto"/>
      </w:divBdr>
    </w:div>
    <w:div w:id="941105404">
      <w:bodyDiv w:val="1"/>
      <w:marLeft w:val="0"/>
      <w:marRight w:val="0"/>
      <w:marTop w:val="0"/>
      <w:marBottom w:val="0"/>
      <w:divBdr>
        <w:top w:val="none" w:sz="0" w:space="0" w:color="auto"/>
        <w:left w:val="none" w:sz="0" w:space="0" w:color="auto"/>
        <w:bottom w:val="none" w:sz="0" w:space="0" w:color="auto"/>
        <w:right w:val="none" w:sz="0" w:space="0" w:color="auto"/>
      </w:divBdr>
    </w:div>
    <w:div w:id="942498408">
      <w:bodyDiv w:val="1"/>
      <w:marLeft w:val="0"/>
      <w:marRight w:val="0"/>
      <w:marTop w:val="0"/>
      <w:marBottom w:val="0"/>
      <w:divBdr>
        <w:top w:val="none" w:sz="0" w:space="0" w:color="auto"/>
        <w:left w:val="none" w:sz="0" w:space="0" w:color="auto"/>
        <w:bottom w:val="none" w:sz="0" w:space="0" w:color="auto"/>
        <w:right w:val="none" w:sz="0" w:space="0" w:color="auto"/>
      </w:divBdr>
    </w:div>
    <w:div w:id="942762192">
      <w:bodyDiv w:val="1"/>
      <w:marLeft w:val="0"/>
      <w:marRight w:val="0"/>
      <w:marTop w:val="0"/>
      <w:marBottom w:val="0"/>
      <w:divBdr>
        <w:top w:val="none" w:sz="0" w:space="0" w:color="auto"/>
        <w:left w:val="none" w:sz="0" w:space="0" w:color="auto"/>
        <w:bottom w:val="none" w:sz="0" w:space="0" w:color="auto"/>
        <w:right w:val="none" w:sz="0" w:space="0" w:color="auto"/>
      </w:divBdr>
    </w:div>
    <w:div w:id="945424535">
      <w:bodyDiv w:val="1"/>
      <w:marLeft w:val="0"/>
      <w:marRight w:val="0"/>
      <w:marTop w:val="0"/>
      <w:marBottom w:val="0"/>
      <w:divBdr>
        <w:top w:val="none" w:sz="0" w:space="0" w:color="auto"/>
        <w:left w:val="none" w:sz="0" w:space="0" w:color="auto"/>
        <w:bottom w:val="none" w:sz="0" w:space="0" w:color="auto"/>
        <w:right w:val="none" w:sz="0" w:space="0" w:color="auto"/>
      </w:divBdr>
    </w:div>
    <w:div w:id="946235248">
      <w:bodyDiv w:val="1"/>
      <w:marLeft w:val="0"/>
      <w:marRight w:val="0"/>
      <w:marTop w:val="0"/>
      <w:marBottom w:val="0"/>
      <w:divBdr>
        <w:top w:val="none" w:sz="0" w:space="0" w:color="auto"/>
        <w:left w:val="none" w:sz="0" w:space="0" w:color="auto"/>
        <w:bottom w:val="none" w:sz="0" w:space="0" w:color="auto"/>
        <w:right w:val="none" w:sz="0" w:space="0" w:color="auto"/>
      </w:divBdr>
    </w:div>
    <w:div w:id="947539635">
      <w:bodyDiv w:val="1"/>
      <w:marLeft w:val="0"/>
      <w:marRight w:val="0"/>
      <w:marTop w:val="0"/>
      <w:marBottom w:val="0"/>
      <w:divBdr>
        <w:top w:val="none" w:sz="0" w:space="0" w:color="auto"/>
        <w:left w:val="none" w:sz="0" w:space="0" w:color="auto"/>
        <w:bottom w:val="none" w:sz="0" w:space="0" w:color="auto"/>
        <w:right w:val="none" w:sz="0" w:space="0" w:color="auto"/>
      </w:divBdr>
    </w:div>
    <w:div w:id="948465781">
      <w:bodyDiv w:val="1"/>
      <w:marLeft w:val="0"/>
      <w:marRight w:val="0"/>
      <w:marTop w:val="0"/>
      <w:marBottom w:val="0"/>
      <w:divBdr>
        <w:top w:val="none" w:sz="0" w:space="0" w:color="auto"/>
        <w:left w:val="none" w:sz="0" w:space="0" w:color="auto"/>
        <w:bottom w:val="none" w:sz="0" w:space="0" w:color="auto"/>
        <w:right w:val="none" w:sz="0" w:space="0" w:color="auto"/>
      </w:divBdr>
    </w:div>
    <w:div w:id="948661508">
      <w:bodyDiv w:val="1"/>
      <w:marLeft w:val="0"/>
      <w:marRight w:val="0"/>
      <w:marTop w:val="0"/>
      <w:marBottom w:val="0"/>
      <w:divBdr>
        <w:top w:val="none" w:sz="0" w:space="0" w:color="auto"/>
        <w:left w:val="none" w:sz="0" w:space="0" w:color="auto"/>
        <w:bottom w:val="none" w:sz="0" w:space="0" w:color="auto"/>
        <w:right w:val="none" w:sz="0" w:space="0" w:color="auto"/>
      </w:divBdr>
    </w:div>
    <w:div w:id="948777889">
      <w:bodyDiv w:val="1"/>
      <w:marLeft w:val="0"/>
      <w:marRight w:val="0"/>
      <w:marTop w:val="0"/>
      <w:marBottom w:val="0"/>
      <w:divBdr>
        <w:top w:val="none" w:sz="0" w:space="0" w:color="auto"/>
        <w:left w:val="none" w:sz="0" w:space="0" w:color="auto"/>
        <w:bottom w:val="none" w:sz="0" w:space="0" w:color="auto"/>
        <w:right w:val="none" w:sz="0" w:space="0" w:color="auto"/>
      </w:divBdr>
    </w:div>
    <w:div w:id="949433700">
      <w:bodyDiv w:val="1"/>
      <w:marLeft w:val="0"/>
      <w:marRight w:val="0"/>
      <w:marTop w:val="0"/>
      <w:marBottom w:val="0"/>
      <w:divBdr>
        <w:top w:val="none" w:sz="0" w:space="0" w:color="auto"/>
        <w:left w:val="none" w:sz="0" w:space="0" w:color="auto"/>
        <w:bottom w:val="none" w:sz="0" w:space="0" w:color="auto"/>
        <w:right w:val="none" w:sz="0" w:space="0" w:color="auto"/>
      </w:divBdr>
    </w:div>
    <w:div w:id="950092777">
      <w:bodyDiv w:val="1"/>
      <w:marLeft w:val="0"/>
      <w:marRight w:val="0"/>
      <w:marTop w:val="0"/>
      <w:marBottom w:val="0"/>
      <w:divBdr>
        <w:top w:val="none" w:sz="0" w:space="0" w:color="auto"/>
        <w:left w:val="none" w:sz="0" w:space="0" w:color="auto"/>
        <w:bottom w:val="none" w:sz="0" w:space="0" w:color="auto"/>
        <w:right w:val="none" w:sz="0" w:space="0" w:color="auto"/>
      </w:divBdr>
    </w:div>
    <w:div w:id="952126981">
      <w:bodyDiv w:val="1"/>
      <w:marLeft w:val="0"/>
      <w:marRight w:val="0"/>
      <w:marTop w:val="0"/>
      <w:marBottom w:val="0"/>
      <w:divBdr>
        <w:top w:val="none" w:sz="0" w:space="0" w:color="auto"/>
        <w:left w:val="none" w:sz="0" w:space="0" w:color="auto"/>
        <w:bottom w:val="none" w:sz="0" w:space="0" w:color="auto"/>
        <w:right w:val="none" w:sz="0" w:space="0" w:color="auto"/>
      </w:divBdr>
    </w:div>
    <w:div w:id="952130669">
      <w:bodyDiv w:val="1"/>
      <w:marLeft w:val="0"/>
      <w:marRight w:val="0"/>
      <w:marTop w:val="0"/>
      <w:marBottom w:val="0"/>
      <w:divBdr>
        <w:top w:val="none" w:sz="0" w:space="0" w:color="auto"/>
        <w:left w:val="none" w:sz="0" w:space="0" w:color="auto"/>
        <w:bottom w:val="none" w:sz="0" w:space="0" w:color="auto"/>
        <w:right w:val="none" w:sz="0" w:space="0" w:color="auto"/>
      </w:divBdr>
    </w:div>
    <w:div w:id="953174207">
      <w:bodyDiv w:val="1"/>
      <w:marLeft w:val="0"/>
      <w:marRight w:val="0"/>
      <w:marTop w:val="0"/>
      <w:marBottom w:val="0"/>
      <w:divBdr>
        <w:top w:val="none" w:sz="0" w:space="0" w:color="auto"/>
        <w:left w:val="none" w:sz="0" w:space="0" w:color="auto"/>
        <w:bottom w:val="none" w:sz="0" w:space="0" w:color="auto"/>
        <w:right w:val="none" w:sz="0" w:space="0" w:color="auto"/>
      </w:divBdr>
    </w:div>
    <w:div w:id="954167188">
      <w:bodyDiv w:val="1"/>
      <w:marLeft w:val="0"/>
      <w:marRight w:val="0"/>
      <w:marTop w:val="0"/>
      <w:marBottom w:val="0"/>
      <w:divBdr>
        <w:top w:val="none" w:sz="0" w:space="0" w:color="auto"/>
        <w:left w:val="none" w:sz="0" w:space="0" w:color="auto"/>
        <w:bottom w:val="none" w:sz="0" w:space="0" w:color="auto"/>
        <w:right w:val="none" w:sz="0" w:space="0" w:color="auto"/>
      </w:divBdr>
    </w:div>
    <w:div w:id="954481512">
      <w:bodyDiv w:val="1"/>
      <w:marLeft w:val="0"/>
      <w:marRight w:val="0"/>
      <w:marTop w:val="0"/>
      <w:marBottom w:val="0"/>
      <w:divBdr>
        <w:top w:val="none" w:sz="0" w:space="0" w:color="auto"/>
        <w:left w:val="none" w:sz="0" w:space="0" w:color="auto"/>
        <w:bottom w:val="none" w:sz="0" w:space="0" w:color="auto"/>
        <w:right w:val="none" w:sz="0" w:space="0" w:color="auto"/>
      </w:divBdr>
    </w:div>
    <w:div w:id="954602044">
      <w:bodyDiv w:val="1"/>
      <w:marLeft w:val="0"/>
      <w:marRight w:val="0"/>
      <w:marTop w:val="0"/>
      <w:marBottom w:val="0"/>
      <w:divBdr>
        <w:top w:val="none" w:sz="0" w:space="0" w:color="auto"/>
        <w:left w:val="none" w:sz="0" w:space="0" w:color="auto"/>
        <w:bottom w:val="none" w:sz="0" w:space="0" w:color="auto"/>
        <w:right w:val="none" w:sz="0" w:space="0" w:color="auto"/>
      </w:divBdr>
    </w:div>
    <w:div w:id="956448548">
      <w:bodyDiv w:val="1"/>
      <w:marLeft w:val="0"/>
      <w:marRight w:val="0"/>
      <w:marTop w:val="0"/>
      <w:marBottom w:val="0"/>
      <w:divBdr>
        <w:top w:val="none" w:sz="0" w:space="0" w:color="auto"/>
        <w:left w:val="none" w:sz="0" w:space="0" w:color="auto"/>
        <w:bottom w:val="none" w:sz="0" w:space="0" w:color="auto"/>
        <w:right w:val="none" w:sz="0" w:space="0" w:color="auto"/>
      </w:divBdr>
    </w:div>
    <w:div w:id="957682370">
      <w:bodyDiv w:val="1"/>
      <w:marLeft w:val="0"/>
      <w:marRight w:val="0"/>
      <w:marTop w:val="0"/>
      <w:marBottom w:val="0"/>
      <w:divBdr>
        <w:top w:val="none" w:sz="0" w:space="0" w:color="auto"/>
        <w:left w:val="none" w:sz="0" w:space="0" w:color="auto"/>
        <w:bottom w:val="none" w:sz="0" w:space="0" w:color="auto"/>
        <w:right w:val="none" w:sz="0" w:space="0" w:color="auto"/>
      </w:divBdr>
    </w:div>
    <w:div w:id="960695443">
      <w:bodyDiv w:val="1"/>
      <w:marLeft w:val="0"/>
      <w:marRight w:val="0"/>
      <w:marTop w:val="0"/>
      <w:marBottom w:val="0"/>
      <w:divBdr>
        <w:top w:val="none" w:sz="0" w:space="0" w:color="auto"/>
        <w:left w:val="none" w:sz="0" w:space="0" w:color="auto"/>
        <w:bottom w:val="none" w:sz="0" w:space="0" w:color="auto"/>
        <w:right w:val="none" w:sz="0" w:space="0" w:color="auto"/>
      </w:divBdr>
    </w:div>
    <w:div w:id="961812334">
      <w:bodyDiv w:val="1"/>
      <w:marLeft w:val="0"/>
      <w:marRight w:val="0"/>
      <w:marTop w:val="0"/>
      <w:marBottom w:val="0"/>
      <w:divBdr>
        <w:top w:val="none" w:sz="0" w:space="0" w:color="auto"/>
        <w:left w:val="none" w:sz="0" w:space="0" w:color="auto"/>
        <w:bottom w:val="none" w:sz="0" w:space="0" w:color="auto"/>
        <w:right w:val="none" w:sz="0" w:space="0" w:color="auto"/>
      </w:divBdr>
    </w:div>
    <w:div w:id="965698946">
      <w:bodyDiv w:val="1"/>
      <w:marLeft w:val="0"/>
      <w:marRight w:val="0"/>
      <w:marTop w:val="0"/>
      <w:marBottom w:val="0"/>
      <w:divBdr>
        <w:top w:val="none" w:sz="0" w:space="0" w:color="auto"/>
        <w:left w:val="none" w:sz="0" w:space="0" w:color="auto"/>
        <w:bottom w:val="none" w:sz="0" w:space="0" w:color="auto"/>
        <w:right w:val="none" w:sz="0" w:space="0" w:color="auto"/>
      </w:divBdr>
    </w:div>
    <w:div w:id="965892067">
      <w:bodyDiv w:val="1"/>
      <w:marLeft w:val="0"/>
      <w:marRight w:val="0"/>
      <w:marTop w:val="0"/>
      <w:marBottom w:val="0"/>
      <w:divBdr>
        <w:top w:val="none" w:sz="0" w:space="0" w:color="auto"/>
        <w:left w:val="none" w:sz="0" w:space="0" w:color="auto"/>
        <w:bottom w:val="none" w:sz="0" w:space="0" w:color="auto"/>
        <w:right w:val="none" w:sz="0" w:space="0" w:color="auto"/>
      </w:divBdr>
    </w:div>
    <w:div w:id="969362115">
      <w:bodyDiv w:val="1"/>
      <w:marLeft w:val="0"/>
      <w:marRight w:val="0"/>
      <w:marTop w:val="0"/>
      <w:marBottom w:val="0"/>
      <w:divBdr>
        <w:top w:val="none" w:sz="0" w:space="0" w:color="auto"/>
        <w:left w:val="none" w:sz="0" w:space="0" w:color="auto"/>
        <w:bottom w:val="none" w:sz="0" w:space="0" w:color="auto"/>
        <w:right w:val="none" w:sz="0" w:space="0" w:color="auto"/>
      </w:divBdr>
    </w:div>
    <w:div w:id="970280176">
      <w:bodyDiv w:val="1"/>
      <w:marLeft w:val="0"/>
      <w:marRight w:val="0"/>
      <w:marTop w:val="0"/>
      <w:marBottom w:val="0"/>
      <w:divBdr>
        <w:top w:val="none" w:sz="0" w:space="0" w:color="auto"/>
        <w:left w:val="none" w:sz="0" w:space="0" w:color="auto"/>
        <w:bottom w:val="none" w:sz="0" w:space="0" w:color="auto"/>
        <w:right w:val="none" w:sz="0" w:space="0" w:color="auto"/>
      </w:divBdr>
    </w:div>
    <w:div w:id="970283281">
      <w:bodyDiv w:val="1"/>
      <w:marLeft w:val="0"/>
      <w:marRight w:val="0"/>
      <w:marTop w:val="0"/>
      <w:marBottom w:val="0"/>
      <w:divBdr>
        <w:top w:val="none" w:sz="0" w:space="0" w:color="auto"/>
        <w:left w:val="none" w:sz="0" w:space="0" w:color="auto"/>
        <w:bottom w:val="none" w:sz="0" w:space="0" w:color="auto"/>
        <w:right w:val="none" w:sz="0" w:space="0" w:color="auto"/>
      </w:divBdr>
    </w:div>
    <w:div w:id="970399152">
      <w:bodyDiv w:val="1"/>
      <w:marLeft w:val="0"/>
      <w:marRight w:val="0"/>
      <w:marTop w:val="0"/>
      <w:marBottom w:val="0"/>
      <w:divBdr>
        <w:top w:val="none" w:sz="0" w:space="0" w:color="auto"/>
        <w:left w:val="none" w:sz="0" w:space="0" w:color="auto"/>
        <w:bottom w:val="none" w:sz="0" w:space="0" w:color="auto"/>
        <w:right w:val="none" w:sz="0" w:space="0" w:color="auto"/>
      </w:divBdr>
    </w:div>
    <w:div w:id="972711765">
      <w:bodyDiv w:val="1"/>
      <w:marLeft w:val="0"/>
      <w:marRight w:val="0"/>
      <w:marTop w:val="0"/>
      <w:marBottom w:val="0"/>
      <w:divBdr>
        <w:top w:val="none" w:sz="0" w:space="0" w:color="auto"/>
        <w:left w:val="none" w:sz="0" w:space="0" w:color="auto"/>
        <w:bottom w:val="none" w:sz="0" w:space="0" w:color="auto"/>
        <w:right w:val="none" w:sz="0" w:space="0" w:color="auto"/>
      </w:divBdr>
    </w:div>
    <w:div w:id="974145789">
      <w:bodyDiv w:val="1"/>
      <w:marLeft w:val="0"/>
      <w:marRight w:val="0"/>
      <w:marTop w:val="0"/>
      <w:marBottom w:val="0"/>
      <w:divBdr>
        <w:top w:val="none" w:sz="0" w:space="0" w:color="auto"/>
        <w:left w:val="none" w:sz="0" w:space="0" w:color="auto"/>
        <w:bottom w:val="none" w:sz="0" w:space="0" w:color="auto"/>
        <w:right w:val="none" w:sz="0" w:space="0" w:color="auto"/>
      </w:divBdr>
    </w:div>
    <w:div w:id="974290138">
      <w:bodyDiv w:val="1"/>
      <w:marLeft w:val="0"/>
      <w:marRight w:val="0"/>
      <w:marTop w:val="0"/>
      <w:marBottom w:val="0"/>
      <w:divBdr>
        <w:top w:val="none" w:sz="0" w:space="0" w:color="auto"/>
        <w:left w:val="none" w:sz="0" w:space="0" w:color="auto"/>
        <w:bottom w:val="none" w:sz="0" w:space="0" w:color="auto"/>
        <w:right w:val="none" w:sz="0" w:space="0" w:color="auto"/>
      </w:divBdr>
    </w:div>
    <w:div w:id="977879646">
      <w:bodyDiv w:val="1"/>
      <w:marLeft w:val="0"/>
      <w:marRight w:val="0"/>
      <w:marTop w:val="0"/>
      <w:marBottom w:val="0"/>
      <w:divBdr>
        <w:top w:val="none" w:sz="0" w:space="0" w:color="auto"/>
        <w:left w:val="none" w:sz="0" w:space="0" w:color="auto"/>
        <w:bottom w:val="none" w:sz="0" w:space="0" w:color="auto"/>
        <w:right w:val="none" w:sz="0" w:space="0" w:color="auto"/>
      </w:divBdr>
    </w:div>
    <w:div w:id="978193774">
      <w:bodyDiv w:val="1"/>
      <w:marLeft w:val="0"/>
      <w:marRight w:val="0"/>
      <w:marTop w:val="0"/>
      <w:marBottom w:val="0"/>
      <w:divBdr>
        <w:top w:val="none" w:sz="0" w:space="0" w:color="auto"/>
        <w:left w:val="none" w:sz="0" w:space="0" w:color="auto"/>
        <w:bottom w:val="none" w:sz="0" w:space="0" w:color="auto"/>
        <w:right w:val="none" w:sz="0" w:space="0" w:color="auto"/>
      </w:divBdr>
    </w:div>
    <w:div w:id="978921103">
      <w:bodyDiv w:val="1"/>
      <w:marLeft w:val="0"/>
      <w:marRight w:val="0"/>
      <w:marTop w:val="0"/>
      <w:marBottom w:val="0"/>
      <w:divBdr>
        <w:top w:val="none" w:sz="0" w:space="0" w:color="auto"/>
        <w:left w:val="none" w:sz="0" w:space="0" w:color="auto"/>
        <w:bottom w:val="none" w:sz="0" w:space="0" w:color="auto"/>
        <w:right w:val="none" w:sz="0" w:space="0" w:color="auto"/>
      </w:divBdr>
    </w:div>
    <w:div w:id="982926887">
      <w:bodyDiv w:val="1"/>
      <w:marLeft w:val="0"/>
      <w:marRight w:val="0"/>
      <w:marTop w:val="0"/>
      <w:marBottom w:val="0"/>
      <w:divBdr>
        <w:top w:val="none" w:sz="0" w:space="0" w:color="auto"/>
        <w:left w:val="none" w:sz="0" w:space="0" w:color="auto"/>
        <w:bottom w:val="none" w:sz="0" w:space="0" w:color="auto"/>
        <w:right w:val="none" w:sz="0" w:space="0" w:color="auto"/>
      </w:divBdr>
    </w:div>
    <w:div w:id="983850883">
      <w:bodyDiv w:val="1"/>
      <w:marLeft w:val="0"/>
      <w:marRight w:val="0"/>
      <w:marTop w:val="0"/>
      <w:marBottom w:val="0"/>
      <w:divBdr>
        <w:top w:val="none" w:sz="0" w:space="0" w:color="auto"/>
        <w:left w:val="none" w:sz="0" w:space="0" w:color="auto"/>
        <w:bottom w:val="none" w:sz="0" w:space="0" w:color="auto"/>
        <w:right w:val="none" w:sz="0" w:space="0" w:color="auto"/>
      </w:divBdr>
    </w:div>
    <w:div w:id="985426818">
      <w:bodyDiv w:val="1"/>
      <w:marLeft w:val="0"/>
      <w:marRight w:val="0"/>
      <w:marTop w:val="0"/>
      <w:marBottom w:val="0"/>
      <w:divBdr>
        <w:top w:val="none" w:sz="0" w:space="0" w:color="auto"/>
        <w:left w:val="none" w:sz="0" w:space="0" w:color="auto"/>
        <w:bottom w:val="none" w:sz="0" w:space="0" w:color="auto"/>
        <w:right w:val="none" w:sz="0" w:space="0" w:color="auto"/>
      </w:divBdr>
    </w:div>
    <w:div w:id="986710033">
      <w:bodyDiv w:val="1"/>
      <w:marLeft w:val="0"/>
      <w:marRight w:val="0"/>
      <w:marTop w:val="0"/>
      <w:marBottom w:val="0"/>
      <w:divBdr>
        <w:top w:val="none" w:sz="0" w:space="0" w:color="auto"/>
        <w:left w:val="none" w:sz="0" w:space="0" w:color="auto"/>
        <w:bottom w:val="none" w:sz="0" w:space="0" w:color="auto"/>
        <w:right w:val="none" w:sz="0" w:space="0" w:color="auto"/>
      </w:divBdr>
    </w:div>
    <w:div w:id="987708649">
      <w:bodyDiv w:val="1"/>
      <w:marLeft w:val="0"/>
      <w:marRight w:val="0"/>
      <w:marTop w:val="0"/>
      <w:marBottom w:val="0"/>
      <w:divBdr>
        <w:top w:val="none" w:sz="0" w:space="0" w:color="auto"/>
        <w:left w:val="none" w:sz="0" w:space="0" w:color="auto"/>
        <w:bottom w:val="none" w:sz="0" w:space="0" w:color="auto"/>
        <w:right w:val="none" w:sz="0" w:space="0" w:color="auto"/>
      </w:divBdr>
    </w:div>
    <w:div w:id="989135670">
      <w:bodyDiv w:val="1"/>
      <w:marLeft w:val="0"/>
      <w:marRight w:val="0"/>
      <w:marTop w:val="0"/>
      <w:marBottom w:val="0"/>
      <w:divBdr>
        <w:top w:val="none" w:sz="0" w:space="0" w:color="auto"/>
        <w:left w:val="none" w:sz="0" w:space="0" w:color="auto"/>
        <w:bottom w:val="none" w:sz="0" w:space="0" w:color="auto"/>
        <w:right w:val="none" w:sz="0" w:space="0" w:color="auto"/>
      </w:divBdr>
    </w:div>
    <w:div w:id="990712178">
      <w:bodyDiv w:val="1"/>
      <w:marLeft w:val="0"/>
      <w:marRight w:val="0"/>
      <w:marTop w:val="0"/>
      <w:marBottom w:val="0"/>
      <w:divBdr>
        <w:top w:val="none" w:sz="0" w:space="0" w:color="auto"/>
        <w:left w:val="none" w:sz="0" w:space="0" w:color="auto"/>
        <w:bottom w:val="none" w:sz="0" w:space="0" w:color="auto"/>
        <w:right w:val="none" w:sz="0" w:space="0" w:color="auto"/>
      </w:divBdr>
    </w:div>
    <w:div w:id="991131195">
      <w:bodyDiv w:val="1"/>
      <w:marLeft w:val="0"/>
      <w:marRight w:val="0"/>
      <w:marTop w:val="0"/>
      <w:marBottom w:val="0"/>
      <w:divBdr>
        <w:top w:val="none" w:sz="0" w:space="0" w:color="auto"/>
        <w:left w:val="none" w:sz="0" w:space="0" w:color="auto"/>
        <w:bottom w:val="none" w:sz="0" w:space="0" w:color="auto"/>
        <w:right w:val="none" w:sz="0" w:space="0" w:color="auto"/>
      </w:divBdr>
    </w:div>
    <w:div w:id="991837300">
      <w:bodyDiv w:val="1"/>
      <w:marLeft w:val="0"/>
      <w:marRight w:val="0"/>
      <w:marTop w:val="0"/>
      <w:marBottom w:val="0"/>
      <w:divBdr>
        <w:top w:val="none" w:sz="0" w:space="0" w:color="auto"/>
        <w:left w:val="none" w:sz="0" w:space="0" w:color="auto"/>
        <w:bottom w:val="none" w:sz="0" w:space="0" w:color="auto"/>
        <w:right w:val="none" w:sz="0" w:space="0" w:color="auto"/>
      </w:divBdr>
    </w:div>
    <w:div w:id="992758275">
      <w:bodyDiv w:val="1"/>
      <w:marLeft w:val="0"/>
      <w:marRight w:val="0"/>
      <w:marTop w:val="0"/>
      <w:marBottom w:val="0"/>
      <w:divBdr>
        <w:top w:val="none" w:sz="0" w:space="0" w:color="auto"/>
        <w:left w:val="none" w:sz="0" w:space="0" w:color="auto"/>
        <w:bottom w:val="none" w:sz="0" w:space="0" w:color="auto"/>
        <w:right w:val="none" w:sz="0" w:space="0" w:color="auto"/>
      </w:divBdr>
    </w:div>
    <w:div w:id="993147563">
      <w:bodyDiv w:val="1"/>
      <w:marLeft w:val="0"/>
      <w:marRight w:val="0"/>
      <w:marTop w:val="0"/>
      <w:marBottom w:val="0"/>
      <w:divBdr>
        <w:top w:val="none" w:sz="0" w:space="0" w:color="auto"/>
        <w:left w:val="none" w:sz="0" w:space="0" w:color="auto"/>
        <w:bottom w:val="none" w:sz="0" w:space="0" w:color="auto"/>
        <w:right w:val="none" w:sz="0" w:space="0" w:color="auto"/>
      </w:divBdr>
    </w:div>
    <w:div w:id="993989060">
      <w:bodyDiv w:val="1"/>
      <w:marLeft w:val="0"/>
      <w:marRight w:val="0"/>
      <w:marTop w:val="0"/>
      <w:marBottom w:val="0"/>
      <w:divBdr>
        <w:top w:val="none" w:sz="0" w:space="0" w:color="auto"/>
        <w:left w:val="none" w:sz="0" w:space="0" w:color="auto"/>
        <w:bottom w:val="none" w:sz="0" w:space="0" w:color="auto"/>
        <w:right w:val="none" w:sz="0" w:space="0" w:color="auto"/>
      </w:divBdr>
    </w:div>
    <w:div w:id="993990062">
      <w:bodyDiv w:val="1"/>
      <w:marLeft w:val="0"/>
      <w:marRight w:val="0"/>
      <w:marTop w:val="0"/>
      <w:marBottom w:val="0"/>
      <w:divBdr>
        <w:top w:val="none" w:sz="0" w:space="0" w:color="auto"/>
        <w:left w:val="none" w:sz="0" w:space="0" w:color="auto"/>
        <w:bottom w:val="none" w:sz="0" w:space="0" w:color="auto"/>
        <w:right w:val="none" w:sz="0" w:space="0" w:color="auto"/>
      </w:divBdr>
    </w:div>
    <w:div w:id="995308067">
      <w:bodyDiv w:val="1"/>
      <w:marLeft w:val="0"/>
      <w:marRight w:val="0"/>
      <w:marTop w:val="0"/>
      <w:marBottom w:val="0"/>
      <w:divBdr>
        <w:top w:val="none" w:sz="0" w:space="0" w:color="auto"/>
        <w:left w:val="none" w:sz="0" w:space="0" w:color="auto"/>
        <w:bottom w:val="none" w:sz="0" w:space="0" w:color="auto"/>
        <w:right w:val="none" w:sz="0" w:space="0" w:color="auto"/>
      </w:divBdr>
    </w:div>
    <w:div w:id="1000619985">
      <w:bodyDiv w:val="1"/>
      <w:marLeft w:val="0"/>
      <w:marRight w:val="0"/>
      <w:marTop w:val="0"/>
      <w:marBottom w:val="0"/>
      <w:divBdr>
        <w:top w:val="none" w:sz="0" w:space="0" w:color="auto"/>
        <w:left w:val="none" w:sz="0" w:space="0" w:color="auto"/>
        <w:bottom w:val="none" w:sz="0" w:space="0" w:color="auto"/>
        <w:right w:val="none" w:sz="0" w:space="0" w:color="auto"/>
      </w:divBdr>
    </w:div>
    <w:div w:id="1000889318">
      <w:bodyDiv w:val="1"/>
      <w:marLeft w:val="0"/>
      <w:marRight w:val="0"/>
      <w:marTop w:val="0"/>
      <w:marBottom w:val="0"/>
      <w:divBdr>
        <w:top w:val="none" w:sz="0" w:space="0" w:color="auto"/>
        <w:left w:val="none" w:sz="0" w:space="0" w:color="auto"/>
        <w:bottom w:val="none" w:sz="0" w:space="0" w:color="auto"/>
        <w:right w:val="none" w:sz="0" w:space="0" w:color="auto"/>
      </w:divBdr>
    </w:div>
    <w:div w:id="1002390973">
      <w:bodyDiv w:val="1"/>
      <w:marLeft w:val="0"/>
      <w:marRight w:val="0"/>
      <w:marTop w:val="0"/>
      <w:marBottom w:val="0"/>
      <w:divBdr>
        <w:top w:val="none" w:sz="0" w:space="0" w:color="auto"/>
        <w:left w:val="none" w:sz="0" w:space="0" w:color="auto"/>
        <w:bottom w:val="none" w:sz="0" w:space="0" w:color="auto"/>
        <w:right w:val="none" w:sz="0" w:space="0" w:color="auto"/>
      </w:divBdr>
    </w:div>
    <w:div w:id="1002467514">
      <w:bodyDiv w:val="1"/>
      <w:marLeft w:val="0"/>
      <w:marRight w:val="0"/>
      <w:marTop w:val="0"/>
      <w:marBottom w:val="0"/>
      <w:divBdr>
        <w:top w:val="none" w:sz="0" w:space="0" w:color="auto"/>
        <w:left w:val="none" w:sz="0" w:space="0" w:color="auto"/>
        <w:bottom w:val="none" w:sz="0" w:space="0" w:color="auto"/>
        <w:right w:val="none" w:sz="0" w:space="0" w:color="auto"/>
      </w:divBdr>
    </w:div>
    <w:div w:id="1002511737">
      <w:bodyDiv w:val="1"/>
      <w:marLeft w:val="0"/>
      <w:marRight w:val="0"/>
      <w:marTop w:val="0"/>
      <w:marBottom w:val="0"/>
      <w:divBdr>
        <w:top w:val="none" w:sz="0" w:space="0" w:color="auto"/>
        <w:left w:val="none" w:sz="0" w:space="0" w:color="auto"/>
        <w:bottom w:val="none" w:sz="0" w:space="0" w:color="auto"/>
        <w:right w:val="none" w:sz="0" w:space="0" w:color="auto"/>
      </w:divBdr>
    </w:div>
    <w:div w:id="1003439184">
      <w:bodyDiv w:val="1"/>
      <w:marLeft w:val="0"/>
      <w:marRight w:val="0"/>
      <w:marTop w:val="0"/>
      <w:marBottom w:val="0"/>
      <w:divBdr>
        <w:top w:val="none" w:sz="0" w:space="0" w:color="auto"/>
        <w:left w:val="none" w:sz="0" w:space="0" w:color="auto"/>
        <w:bottom w:val="none" w:sz="0" w:space="0" w:color="auto"/>
        <w:right w:val="none" w:sz="0" w:space="0" w:color="auto"/>
      </w:divBdr>
    </w:div>
    <w:div w:id="1006833829">
      <w:bodyDiv w:val="1"/>
      <w:marLeft w:val="0"/>
      <w:marRight w:val="0"/>
      <w:marTop w:val="0"/>
      <w:marBottom w:val="0"/>
      <w:divBdr>
        <w:top w:val="none" w:sz="0" w:space="0" w:color="auto"/>
        <w:left w:val="none" w:sz="0" w:space="0" w:color="auto"/>
        <w:bottom w:val="none" w:sz="0" w:space="0" w:color="auto"/>
        <w:right w:val="none" w:sz="0" w:space="0" w:color="auto"/>
      </w:divBdr>
    </w:div>
    <w:div w:id="1006984799">
      <w:bodyDiv w:val="1"/>
      <w:marLeft w:val="0"/>
      <w:marRight w:val="0"/>
      <w:marTop w:val="0"/>
      <w:marBottom w:val="0"/>
      <w:divBdr>
        <w:top w:val="none" w:sz="0" w:space="0" w:color="auto"/>
        <w:left w:val="none" w:sz="0" w:space="0" w:color="auto"/>
        <w:bottom w:val="none" w:sz="0" w:space="0" w:color="auto"/>
        <w:right w:val="none" w:sz="0" w:space="0" w:color="auto"/>
      </w:divBdr>
    </w:div>
    <w:div w:id="1010176798">
      <w:bodyDiv w:val="1"/>
      <w:marLeft w:val="0"/>
      <w:marRight w:val="0"/>
      <w:marTop w:val="0"/>
      <w:marBottom w:val="0"/>
      <w:divBdr>
        <w:top w:val="none" w:sz="0" w:space="0" w:color="auto"/>
        <w:left w:val="none" w:sz="0" w:space="0" w:color="auto"/>
        <w:bottom w:val="none" w:sz="0" w:space="0" w:color="auto"/>
        <w:right w:val="none" w:sz="0" w:space="0" w:color="auto"/>
      </w:divBdr>
    </w:div>
    <w:div w:id="1011369133">
      <w:bodyDiv w:val="1"/>
      <w:marLeft w:val="0"/>
      <w:marRight w:val="0"/>
      <w:marTop w:val="0"/>
      <w:marBottom w:val="0"/>
      <w:divBdr>
        <w:top w:val="none" w:sz="0" w:space="0" w:color="auto"/>
        <w:left w:val="none" w:sz="0" w:space="0" w:color="auto"/>
        <w:bottom w:val="none" w:sz="0" w:space="0" w:color="auto"/>
        <w:right w:val="none" w:sz="0" w:space="0" w:color="auto"/>
      </w:divBdr>
    </w:div>
    <w:div w:id="1013535473">
      <w:bodyDiv w:val="1"/>
      <w:marLeft w:val="0"/>
      <w:marRight w:val="0"/>
      <w:marTop w:val="0"/>
      <w:marBottom w:val="0"/>
      <w:divBdr>
        <w:top w:val="none" w:sz="0" w:space="0" w:color="auto"/>
        <w:left w:val="none" w:sz="0" w:space="0" w:color="auto"/>
        <w:bottom w:val="none" w:sz="0" w:space="0" w:color="auto"/>
        <w:right w:val="none" w:sz="0" w:space="0" w:color="auto"/>
      </w:divBdr>
    </w:div>
    <w:div w:id="1015500136">
      <w:bodyDiv w:val="1"/>
      <w:marLeft w:val="0"/>
      <w:marRight w:val="0"/>
      <w:marTop w:val="0"/>
      <w:marBottom w:val="0"/>
      <w:divBdr>
        <w:top w:val="none" w:sz="0" w:space="0" w:color="auto"/>
        <w:left w:val="none" w:sz="0" w:space="0" w:color="auto"/>
        <w:bottom w:val="none" w:sz="0" w:space="0" w:color="auto"/>
        <w:right w:val="none" w:sz="0" w:space="0" w:color="auto"/>
      </w:divBdr>
    </w:div>
    <w:div w:id="1016033118">
      <w:bodyDiv w:val="1"/>
      <w:marLeft w:val="0"/>
      <w:marRight w:val="0"/>
      <w:marTop w:val="0"/>
      <w:marBottom w:val="0"/>
      <w:divBdr>
        <w:top w:val="none" w:sz="0" w:space="0" w:color="auto"/>
        <w:left w:val="none" w:sz="0" w:space="0" w:color="auto"/>
        <w:bottom w:val="none" w:sz="0" w:space="0" w:color="auto"/>
        <w:right w:val="none" w:sz="0" w:space="0" w:color="auto"/>
      </w:divBdr>
    </w:div>
    <w:div w:id="1016617621">
      <w:bodyDiv w:val="1"/>
      <w:marLeft w:val="0"/>
      <w:marRight w:val="0"/>
      <w:marTop w:val="0"/>
      <w:marBottom w:val="0"/>
      <w:divBdr>
        <w:top w:val="none" w:sz="0" w:space="0" w:color="auto"/>
        <w:left w:val="none" w:sz="0" w:space="0" w:color="auto"/>
        <w:bottom w:val="none" w:sz="0" w:space="0" w:color="auto"/>
        <w:right w:val="none" w:sz="0" w:space="0" w:color="auto"/>
      </w:divBdr>
    </w:div>
    <w:div w:id="1017970691">
      <w:bodyDiv w:val="1"/>
      <w:marLeft w:val="0"/>
      <w:marRight w:val="0"/>
      <w:marTop w:val="0"/>
      <w:marBottom w:val="0"/>
      <w:divBdr>
        <w:top w:val="none" w:sz="0" w:space="0" w:color="auto"/>
        <w:left w:val="none" w:sz="0" w:space="0" w:color="auto"/>
        <w:bottom w:val="none" w:sz="0" w:space="0" w:color="auto"/>
        <w:right w:val="none" w:sz="0" w:space="0" w:color="auto"/>
      </w:divBdr>
    </w:div>
    <w:div w:id="1018040307">
      <w:bodyDiv w:val="1"/>
      <w:marLeft w:val="0"/>
      <w:marRight w:val="0"/>
      <w:marTop w:val="0"/>
      <w:marBottom w:val="0"/>
      <w:divBdr>
        <w:top w:val="none" w:sz="0" w:space="0" w:color="auto"/>
        <w:left w:val="none" w:sz="0" w:space="0" w:color="auto"/>
        <w:bottom w:val="none" w:sz="0" w:space="0" w:color="auto"/>
        <w:right w:val="none" w:sz="0" w:space="0" w:color="auto"/>
      </w:divBdr>
    </w:div>
    <w:div w:id="1021394102">
      <w:bodyDiv w:val="1"/>
      <w:marLeft w:val="0"/>
      <w:marRight w:val="0"/>
      <w:marTop w:val="0"/>
      <w:marBottom w:val="0"/>
      <w:divBdr>
        <w:top w:val="none" w:sz="0" w:space="0" w:color="auto"/>
        <w:left w:val="none" w:sz="0" w:space="0" w:color="auto"/>
        <w:bottom w:val="none" w:sz="0" w:space="0" w:color="auto"/>
        <w:right w:val="none" w:sz="0" w:space="0" w:color="auto"/>
      </w:divBdr>
    </w:div>
    <w:div w:id="1021592504">
      <w:bodyDiv w:val="1"/>
      <w:marLeft w:val="0"/>
      <w:marRight w:val="0"/>
      <w:marTop w:val="0"/>
      <w:marBottom w:val="0"/>
      <w:divBdr>
        <w:top w:val="none" w:sz="0" w:space="0" w:color="auto"/>
        <w:left w:val="none" w:sz="0" w:space="0" w:color="auto"/>
        <w:bottom w:val="none" w:sz="0" w:space="0" w:color="auto"/>
        <w:right w:val="none" w:sz="0" w:space="0" w:color="auto"/>
      </w:divBdr>
    </w:div>
    <w:div w:id="1024020597">
      <w:bodyDiv w:val="1"/>
      <w:marLeft w:val="0"/>
      <w:marRight w:val="0"/>
      <w:marTop w:val="0"/>
      <w:marBottom w:val="0"/>
      <w:divBdr>
        <w:top w:val="none" w:sz="0" w:space="0" w:color="auto"/>
        <w:left w:val="none" w:sz="0" w:space="0" w:color="auto"/>
        <w:bottom w:val="none" w:sz="0" w:space="0" w:color="auto"/>
        <w:right w:val="none" w:sz="0" w:space="0" w:color="auto"/>
      </w:divBdr>
    </w:div>
    <w:div w:id="1025138673">
      <w:bodyDiv w:val="1"/>
      <w:marLeft w:val="0"/>
      <w:marRight w:val="0"/>
      <w:marTop w:val="0"/>
      <w:marBottom w:val="0"/>
      <w:divBdr>
        <w:top w:val="none" w:sz="0" w:space="0" w:color="auto"/>
        <w:left w:val="none" w:sz="0" w:space="0" w:color="auto"/>
        <w:bottom w:val="none" w:sz="0" w:space="0" w:color="auto"/>
        <w:right w:val="none" w:sz="0" w:space="0" w:color="auto"/>
      </w:divBdr>
    </w:div>
    <w:div w:id="1032338746">
      <w:bodyDiv w:val="1"/>
      <w:marLeft w:val="0"/>
      <w:marRight w:val="0"/>
      <w:marTop w:val="0"/>
      <w:marBottom w:val="0"/>
      <w:divBdr>
        <w:top w:val="none" w:sz="0" w:space="0" w:color="auto"/>
        <w:left w:val="none" w:sz="0" w:space="0" w:color="auto"/>
        <w:bottom w:val="none" w:sz="0" w:space="0" w:color="auto"/>
        <w:right w:val="none" w:sz="0" w:space="0" w:color="auto"/>
      </w:divBdr>
    </w:div>
    <w:div w:id="1033386060">
      <w:bodyDiv w:val="1"/>
      <w:marLeft w:val="0"/>
      <w:marRight w:val="0"/>
      <w:marTop w:val="0"/>
      <w:marBottom w:val="0"/>
      <w:divBdr>
        <w:top w:val="none" w:sz="0" w:space="0" w:color="auto"/>
        <w:left w:val="none" w:sz="0" w:space="0" w:color="auto"/>
        <w:bottom w:val="none" w:sz="0" w:space="0" w:color="auto"/>
        <w:right w:val="none" w:sz="0" w:space="0" w:color="auto"/>
      </w:divBdr>
    </w:div>
    <w:div w:id="1036080738">
      <w:bodyDiv w:val="1"/>
      <w:marLeft w:val="0"/>
      <w:marRight w:val="0"/>
      <w:marTop w:val="0"/>
      <w:marBottom w:val="0"/>
      <w:divBdr>
        <w:top w:val="none" w:sz="0" w:space="0" w:color="auto"/>
        <w:left w:val="none" w:sz="0" w:space="0" w:color="auto"/>
        <w:bottom w:val="none" w:sz="0" w:space="0" w:color="auto"/>
        <w:right w:val="none" w:sz="0" w:space="0" w:color="auto"/>
      </w:divBdr>
    </w:div>
    <w:div w:id="1036272634">
      <w:bodyDiv w:val="1"/>
      <w:marLeft w:val="0"/>
      <w:marRight w:val="0"/>
      <w:marTop w:val="0"/>
      <w:marBottom w:val="0"/>
      <w:divBdr>
        <w:top w:val="none" w:sz="0" w:space="0" w:color="auto"/>
        <w:left w:val="none" w:sz="0" w:space="0" w:color="auto"/>
        <w:bottom w:val="none" w:sz="0" w:space="0" w:color="auto"/>
        <w:right w:val="none" w:sz="0" w:space="0" w:color="auto"/>
      </w:divBdr>
    </w:div>
    <w:div w:id="1037394009">
      <w:bodyDiv w:val="1"/>
      <w:marLeft w:val="0"/>
      <w:marRight w:val="0"/>
      <w:marTop w:val="0"/>
      <w:marBottom w:val="0"/>
      <w:divBdr>
        <w:top w:val="none" w:sz="0" w:space="0" w:color="auto"/>
        <w:left w:val="none" w:sz="0" w:space="0" w:color="auto"/>
        <w:bottom w:val="none" w:sz="0" w:space="0" w:color="auto"/>
        <w:right w:val="none" w:sz="0" w:space="0" w:color="auto"/>
      </w:divBdr>
    </w:div>
    <w:div w:id="1038630727">
      <w:bodyDiv w:val="1"/>
      <w:marLeft w:val="0"/>
      <w:marRight w:val="0"/>
      <w:marTop w:val="0"/>
      <w:marBottom w:val="0"/>
      <w:divBdr>
        <w:top w:val="none" w:sz="0" w:space="0" w:color="auto"/>
        <w:left w:val="none" w:sz="0" w:space="0" w:color="auto"/>
        <w:bottom w:val="none" w:sz="0" w:space="0" w:color="auto"/>
        <w:right w:val="none" w:sz="0" w:space="0" w:color="auto"/>
      </w:divBdr>
    </w:div>
    <w:div w:id="1038968487">
      <w:bodyDiv w:val="1"/>
      <w:marLeft w:val="0"/>
      <w:marRight w:val="0"/>
      <w:marTop w:val="0"/>
      <w:marBottom w:val="0"/>
      <w:divBdr>
        <w:top w:val="none" w:sz="0" w:space="0" w:color="auto"/>
        <w:left w:val="none" w:sz="0" w:space="0" w:color="auto"/>
        <w:bottom w:val="none" w:sz="0" w:space="0" w:color="auto"/>
        <w:right w:val="none" w:sz="0" w:space="0" w:color="auto"/>
      </w:divBdr>
    </w:div>
    <w:div w:id="1042096348">
      <w:bodyDiv w:val="1"/>
      <w:marLeft w:val="0"/>
      <w:marRight w:val="0"/>
      <w:marTop w:val="0"/>
      <w:marBottom w:val="0"/>
      <w:divBdr>
        <w:top w:val="none" w:sz="0" w:space="0" w:color="auto"/>
        <w:left w:val="none" w:sz="0" w:space="0" w:color="auto"/>
        <w:bottom w:val="none" w:sz="0" w:space="0" w:color="auto"/>
        <w:right w:val="none" w:sz="0" w:space="0" w:color="auto"/>
      </w:divBdr>
    </w:div>
    <w:div w:id="1051076070">
      <w:bodyDiv w:val="1"/>
      <w:marLeft w:val="0"/>
      <w:marRight w:val="0"/>
      <w:marTop w:val="0"/>
      <w:marBottom w:val="0"/>
      <w:divBdr>
        <w:top w:val="none" w:sz="0" w:space="0" w:color="auto"/>
        <w:left w:val="none" w:sz="0" w:space="0" w:color="auto"/>
        <w:bottom w:val="none" w:sz="0" w:space="0" w:color="auto"/>
        <w:right w:val="none" w:sz="0" w:space="0" w:color="auto"/>
      </w:divBdr>
    </w:div>
    <w:div w:id="1051613218">
      <w:bodyDiv w:val="1"/>
      <w:marLeft w:val="0"/>
      <w:marRight w:val="0"/>
      <w:marTop w:val="0"/>
      <w:marBottom w:val="0"/>
      <w:divBdr>
        <w:top w:val="none" w:sz="0" w:space="0" w:color="auto"/>
        <w:left w:val="none" w:sz="0" w:space="0" w:color="auto"/>
        <w:bottom w:val="none" w:sz="0" w:space="0" w:color="auto"/>
        <w:right w:val="none" w:sz="0" w:space="0" w:color="auto"/>
      </w:divBdr>
    </w:div>
    <w:div w:id="1053385442">
      <w:bodyDiv w:val="1"/>
      <w:marLeft w:val="0"/>
      <w:marRight w:val="0"/>
      <w:marTop w:val="0"/>
      <w:marBottom w:val="0"/>
      <w:divBdr>
        <w:top w:val="none" w:sz="0" w:space="0" w:color="auto"/>
        <w:left w:val="none" w:sz="0" w:space="0" w:color="auto"/>
        <w:bottom w:val="none" w:sz="0" w:space="0" w:color="auto"/>
        <w:right w:val="none" w:sz="0" w:space="0" w:color="auto"/>
      </w:divBdr>
    </w:div>
    <w:div w:id="1054163958">
      <w:bodyDiv w:val="1"/>
      <w:marLeft w:val="0"/>
      <w:marRight w:val="0"/>
      <w:marTop w:val="0"/>
      <w:marBottom w:val="0"/>
      <w:divBdr>
        <w:top w:val="none" w:sz="0" w:space="0" w:color="auto"/>
        <w:left w:val="none" w:sz="0" w:space="0" w:color="auto"/>
        <w:bottom w:val="none" w:sz="0" w:space="0" w:color="auto"/>
        <w:right w:val="none" w:sz="0" w:space="0" w:color="auto"/>
      </w:divBdr>
    </w:div>
    <w:div w:id="1054893287">
      <w:bodyDiv w:val="1"/>
      <w:marLeft w:val="0"/>
      <w:marRight w:val="0"/>
      <w:marTop w:val="0"/>
      <w:marBottom w:val="0"/>
      <w:divBdr>
        <w:top w:val="none" w:sz="0" w:space="0" w:color="auto"/>
        <w:left w:val="none" w:sz="0" w:space="0" w:color="auto"/>
        <w:bottom w:val="none" w:sz="0" w:space="0" w:color="auto"/>
        <w:right w:val="none" w:sz="0" w:space="0" w:color="auto"/>
      </w:divBdr>
    </w:div>
    <w:div w:id="1059522349">
      <w:bodyDiv w:val="1"/>
      <w:marLeft w:val="0"/>
      <w:marRight w:val="0"/>
      <w:marTop w:val="0"/>
      <w:marBottom w:val="0"/>
      <w:divBdr>
        <w:top w:val="none" w:sz="0" w:space="0" w:color="auto"/>
        <w:left w:val="none" w:sz="0" w:space="0" w:color="auto"/>
        <w:bottom w:val="none" w:sz="0" w:space="0" w:color="auto"/>
        <w:right w:val="none" w:sz="0" w:space="0" w:color="auto"/>
      </w:divBdr>
    </w:div>
    <w:div w:id="1059786334">
      <w:bodyDiv w:val="1"/>
      <w:marLeft w:val="0"/>
      <w:marRight w:val="0"/>
      <w:marTop w:val="0"/>
      <w:marBottom w:val="0"/>
      <w:divBdr>
        <w:top w:val="none" w:sz="0" w:space="0" w:color="auto"/>
        <w:left w:val="none" w:sz="0" w:space="0" w:color="auto"/>
        <w:bottom w:val="none" w:sz="0" w:space="0" w:color="auto"/>
        <w:right w:val="none" w:sz="0" w:space="0" w:color="auto"/>
      </w:divBdr>
    </w:div>
    <w:div w:id="1061363204">
      <w:bodyDiv w:val="1"/>
      <w:marLeft w:val="0"/>
      <w:marRight w:val="0"/>
      <w:marTop w:val="0"/>
      <w:marBottom w:val="0"/>
      <w:divBdr>
        <w:top w:val="none" w:sz="0" w:space="0" w:color="auto"/>
        <w:left w:val="none" w:sz="0" w:space="0" w:color="auto"/>
        <w:bottom w:val="none" w:sz="0" w:space="0" w:color="auto"/>
        <w:right w:val="none" w:sz="0" w:space="0" w:color="auto"/>
      </w:divBdr>
    </w:div>
    <w:div w:id="1061907545">
      <w:bodyDiv w:val="1"/>
      <w:marLeft w:val="0"/>
      <w:marRight w:val="0"/>
      <w:marTop w:val="0"/>
      <w:marBottom w:val="0"/>
      <w:divBdr>
        <w:top w:val="none" w:sz="0" w:space="0" w:color="auto"/>
        <w:left w:val="none" w:sz="0" w:space="0" w:color="auto"/>
        <w:bottom w:val="none" w:sz="0" w:space="0" w:color="auto"/>
        <w:right w:val="none" w:sz="0" w:space="0" w:color="auto"/>
      </w:divBdr>
    </w:div>
    <w:div w:id="1062824431">
      <w:bodyDiv w:val="1"/>
      <w:marLeft w:val="0"/>
      <w:marRight w:val="0"/>
      <w:marTop w:val="0"/>
      <w:marBottom w:val="0"/>
      <w:divBdr>
        <w:top w:val="none" w:sz="0" w:space="0" w:color="auto"/>
        <w:left w:val="none" w:sz="0" w:space="0" w:color="auto"/>
        <w:bottom w:val="none" w:sz="0" w:space="0" w:color="auto"/>
        <w:right w:val="none" w:sz="0" w:space="0" w:color="auto"/>
      </w:divBdr>
    </w:div>
    <w:div w:id="1066493862">
      <w:bodyDiv w:val="1"/>
      <w:marLeft w:val="0"/>
      <w:marRight w:val="0"/>
      <w:marTop w:val="0"/>
      <w:marBottom w:val="0"/>
      <w:divBdr>
        <w:top w:val="none" w:sz="0" w:space="0" w:color="auto"/>
        <w:left w:val="none" w:sz="0" w:space="0" w:color="auto"/>
        <w:bottom w:val="none" w:sz="0" w:space="0" w:color="auto"/>
        <w:right w:val="none" w:sz="0" w:space="0" w:color="auto"/>
      </w:divBdr>
    </w:div>
    <w:div w:id="1069494546">
      <w:bodyDiv w:val="1"/>
      <w:marLeft w:val="0"/>
      <w:marRight w:val="0"/>
      <w:marTop w:val="0"/>
      <w:marBottom w:val="0"/>
      <w:divBdr>
        <w:top w:val="none" w:sz="0" w:space="0" w:color="auto"/>
        <w:left w:val="none" w:sz="0" w:space="0" w:color="auto"/>
        <w:bottom w:val="none" w:sz="0" w:space="0" w:color="auto"/>
        <w:right w:val="none" w:sz="0" w:space="0" w:color="auto"/>
      </w:divBdr>
    </w:div>
    <w:div w:id="1075780880">
      <w:bodyDiv w:val="1"/>
      <w:marLeft w:val="0"/>
      <w:marRight w:val="0"/>
      <w:marTop w:val="0"/>
      <w:marBottom w:val="0"/>
      <w:divBdr>
        <w:top w:val="none" w:sz="0" w:space="0" w:color="auto"/>
        <w:left w:val="none" w:sz="0" w:space="0" w:color="auto"/>
        <w:bottom w:val="none" w:sz="0" w:space="0" w:color="auto"/>
        <w:right w:val="none" w:sz="0" w:space="0" w:color="auto"/>
      </w:divBdr>
    </w:div>
    <w:div w:id="1079447663">
      <w:bodyDiv w:val="1"/>
      <w:marLeft w:val="0"/>
      <w:marRight w:val="0"/>
      <w:marTop w:val="0"/>
      <w:marBottom w:val="0"/>
      <w:divBdr>
        <w:top w:val="none" w:sz="0" w:space="0" w:color="auto"/>
        <w:left w:val="none" w:sz="0" w:space="0" w:color="auto"/>
        <w:bottom w:val="none" w:sz="0" w:space="0" w:color="auto"/>
        <w:right w:val="none" w:sz="0" w:space="0" w:color="auto"/>
      </w:divBdr>
    </w:div>
    <w:div w:id="1079450383">
      <w:bodyDiv w:val="1"/>
      <w:marLeft w:val="0"/>
      <w:marRight w:val="0"/>
      <w:marTop w:val="0"/>
      <w:marBottom w:val="0"/>
      <w:divBdr>
        <w:top w:val="none" w:sz="0" w:space="0" w:color="auto"/>
        <w:left w:val="none" w:sz="0" w:space="0" w:color="auto"/>
        <w:bottom w:val="none" w:sz="0" w:space="0" w:color="auto"/>
        <w:right w:val="none" w:sz="0" w:space="0" w:color="auto"/>
      </w:divBdr>
    </w:div>
    <w:div w:id="1082458595">
      <w:bodyDiv w:val="1"/>
      <w:marLeft w:val="0"/>
      <w:marRight w:val="0"/>
      <w:marTop w:val="0"/>
      <w:marBottom w:val="0"/>
      <w:divBdr>
        <w:top w:val="none" w:sz="0" w:space="0" w:color="auto"/>
        <w:left w:val="none" w:sz="0" w:space="0" w:color="auto"/>
        <w:bottom w:val="none" w:sz="0" w:space="0" w:color="auto"/>
        <w:right w:val="none" w:sz="0" w:space="0" w:color="auto"/>
      </w:divBdr>
    </w:div>
    <w:div w:id="1083183719">
      <w:bodyDiv w:val="1"/>
      <w:marLeft w:val="0"/>
      <w:marRight w:val="0"/>
      <w:marTop w:val="0"/>
      <w:marBottom w:val="0"/>
      <w:divBdr>
        <w:top w:val="none" w:sz="0" w:space="0" w:color="auto"/>
        <w:left w:val="none" w:sz="0" w:space="0" w:color="auto"/>
        <w:bottom w:val="none" w:sz="0" w:space="0" w:color="auto"/>
        <w:right w:val="none" w:sz="0" w:space="0" w:color="auto"/>
      </w:divBdr>
    </w:div>
    <w:div w:id="1083603698">
      <w:bodyDiv w:val="1"/>
      <w:marLeft w:val="0"/>
      <w:marRight w:val="0"/>
      <w:marTop w:val="0"/>
      <w:marBottom w:val="0"/>
      <w:divBdr>
        <w:top w:val="none" w:sz="0" w:space="0" w:color="auto"/>
        <w:left w:val="none" w:sz="0" w:space="0" w:color="auto"/>
        <w:bottom w:val="none" w:sz="0" w:space="0" w:color="auto"/>
        <w:right w:val="none" w:sz="0" w:space="0" w:color="auto"/>
      </w:divBdr>
    </w:div>
    <w:div w:id="1083643803">
      <w:bodyDiv w:val="1"/>
      <w:marLeft w:val="0"/>
      <w:marRight w:val="0"/>
      <w:marTop w:val="0"/>
      <w:marBottom w:val="0"/>
      <w:divBdr>
        <w:top w:val="none" w:sz="0" w:space="0" w:color="auto"/>
        <w:left w:val="none" w:sz="0" w:space="0" w:color="auto"/>
        <w:bottom w:val="none" w:sz="0" w:space="0" w:color="auto"/>
        <w:right w:val="none" w:sz="0" w:space="0" w:color="auto"/>
      </w:divBdr>
    </w:div>
    <w:div w:id="1084061095">
      <w:bodyDiv w:val="1"/>
      <w:marLeft w:val="0"/>
      <w:marRight w:val="0"/>
      <w:marTop w:val="0"/>
      <w:marBottom w:val="0"/>
      <w:divBdr>
        <w:top w:val="none" w:sz="0" w:space="0" w:color="auto"/>
        <w:left w:val="none" w:sz="0" w:space="0" w:color="auto"/>
        <w:bottom w:val="none" w:sz="0" w:space="0" w:color="auto"/>
        <w:right w:val="none" w:sz="0" w:space="0" w:color="auto"/>
      </w:divBdr>
    </w:div>
    <w:div w:id="1085765832">
      <w:bodyDiv w:val="1"/>
      <w:marLeft w:val="0"/>
      <w:marRight w:val="0"/>
      <w:marTop w:val="0"/>
      <w:marBottom w:val="0"/>
      <w:divBdr>
        <w:top w:val="none" w:sz="0" w:space="0" w:color="auto"/>
        <w:left w:val="none" w:sz="0" w:space="0" w:color="auto"/>
        <w:bottom w:val="none" w:sz="0" w:space="0" w:color="auto"/>
        <w:right w:val="none" w:sz="0" w:space="0" w:color="auto"/>
      </w:divBdr>
    </w:div>
    <w:div w:id="1086456525">
      <w:bodyDiv w:val="1"/>
      <w:marLeft w:val="0"/>
      <w:marRight w:val="0"/>
      <w:marTop w:val="0"/>
      <w:marBottom w:val="0"/>
      <w:divBdr>
        <w:top w:val="none" w:sz="0" w:space="0" w:color="auto"/>
        <w:left w:val="none" w:sz="0" w:space="0" w:color="auto"/>
        <w:bottom w:val="none" w:sz="0" w:space="0" w:color="auto"/>
        <w:right w:val="none" w:sz="0" w:space="0" w:color="auto"/>
      </w:divBdr>
    </w:div>
    <w:div w:id="1086920169">
      <w:bodyDiv w:val="1"/>
      <w:marLeft w:val="0"/>
      <w:marRight w:val="0"/>
      <w:marTop w:val="0"/>
      <w:marBottom w:val="0"/>
      <w:divBdr>
        <w:top w:val="none" w:sz="0" w:space="0" w:color="auto"/>
        <w:left w:val="none" w:sz="0" w:space="0" w:color="auto"/>
        <w:bottom w:val="none" w:sz="0" w:space="0" w:color="auto"/>
        <w:right w:val="none" w:sz="0" w:space="0" w:color="auto"/>
      </w:divBdr>
    </w:div>
    <w:div w:id="1090081738">
      <w:bodyDiv w:val="1"/>
      <w:marLeft w:val="0"/>
      <w:marRight w:val="0"/>
      <w:marTop w:val="0"/>
      <w:marBottom w:val="0"/>
      <w:divBdr>
        <w:top w:val="none" w:sz="0" w:space="0" w:color="auto"/>
        <w:left w:val="none" w:sz="0" w:space="0" w:color="auto"/>
        <w:bottom w:val="none" w:sz="0" w:space="0" w:color="auto"/>
        <w:right w:val="none" w:sz="0" w:space="0" w:color="auto"/>
      </w:divBdr>
    </w:div>
    <w:div w:id="1091856927">
      <w:bodyDiv w:val="1"/>
      <w:marLeft w:val="0"/>
      <w:marRight w:val="0"/>
      <w:marTop w:val="0"/>
      <w:marBottom w:val="0"/>
      <w:divBdr>
        <w:top w:val="none" w:sz="0" w:space="0" w:color="auto"/>
        <w:left w:val="none" w:sz="0" w:space="0" w:color="auto"/>
        <w:bottom w:val="none" w:sz="0" w:space="0" w:color="auto"/>
        <w:right w:val="none" w:sz="0" w:space="0" w:color="auto"/>
      </w:divBdr>
    </w:div>
    <w:div w:id="1092123333">
      <w:bodyDiv w:val="1"/>
      <w:marLeft w:val="0"/>
      <w:marRight w:val="0"/>
      <w:marTop w:val="0"/>
      <w:marBottom w:val="0"/>
      <w:divBdr>
        <w:top w:val="none" w:sz="0" w:space="0" w:color="auto"/>
        <w:left w:val="none" w:sz="0" w:space="0" w:color="auto"/>
        <w:bottom w:val="none" w:sz="0" w:space="0" w:color="auto"/>
        <w:right w:val="none" w:sz="0" w:space="0" w:color="auto"/>
      </w:divBdr>
    </w:div>
    <w:div w:id="1093090791">
      <w:bodyDiv w:val="1"/>
      <w:marLeft w:val="0"/>
      <w:marRight w:val="0"/>
      <w:marTop w:val="0"/>
      <w:marBottom w:val="0"/>
      <w:divBdr>
        <w:top w:val="none" w:sz="0" w:space="0" w:color="auto"/>
        <w:left w:val="none" w:sz="0" w:space="0" w:color="auto"/>
        <w:bottom w:val="none" w:sz="0" w:space="0" w:color="auto"/>
        <w:right w:val="none" w:sz="0" w:space="0" w:color="auto"/>
      </w:divBdr>
    </w:div>
    <w:div w:id="1094859046">
      <w:bodyDiv w:val="1"/>
      <w:marLeft w:val="0"/>
      <w:marRight w:val="0"/>
      <w:marTop w:val="0"/>
      <w:marBottom w:val="0"/>
      <w:divBdr>
        <w:top w:val="none" w:sz="0" w:space="0" w:color="auto"/>
        <w:left w:val="none" w:sz="0" w:space="0" w:color="auto"/>
        <w:bottom w:val="none" w:sz="0" w:space="0" w:color="auto"/>
        <w:right w:val="none" w:sz="0" w:space="0" w:color="auto"/>
      </w:divBdr>
    </w:div>
    <w:div w:id="1097483341">
      <w:bodyDiv w:val="1"/>
      <w:marLeft w:val="0"/>
      <w:marRight w:val="0"/>
      <w:marTop w:val="0"/>
      <w:marBottom w:val="0"/>
      <w:divBdr>
        <w:top w:val="none" w:sz="0" w:space="0" w:color="auto"/>
        <w:left w:val="none" w:sz="0" w:space="0" w:color="auto"/>
        <w:bottom w:val="none" w:sz="0" w:space="0" w:color="auto"/>
        <w:right w:val="none" w:sz="0" w:space="0" w:color="auto"/>
      </w:divBdr>
    </w:div>
    <w:div w:id="1098402312">
      <w:bodyDiv w:val="1"/>
      <w:marLeft w:val="0"/>
      <w:marRight w:val="0"/>
      <w:marTop w:val="0"/>
      <w:marBottom w:val="0"/>
      <w:divBdr>
        <w:top w:val="none" w:sz="0" w:space="0" w:color="auto"/>
        <w:left w:val="none" w:sz="0" w:space="0" w:color="auto"/>
        <w:bottom w:val="none" w:sz="0" w:space="0" w:color="auto"/>
        <w:right w:val="none" w:sz="0" w:space="0" w:color="auto"/>
      </w:divBdr>
    </w:div>
    <w:div w:id="1100685699">
      <w:bodyDiv w:val="1"/>
      <w:marLeft w:val="0"/>
      <w:marRight w:val="0"/>
      <w:marTop w:val="0"/>
      <w:marBottom w:val="0"/>
      <w:divBdr>
        <w:top w:val="none" w:sz="0" w:space="0" w:color="auto"/>
        <w:left w:val="none" w:sz="0" w:space="0" w:color="auto"/>
        <w:bottom w:val="none" w:sz="0" w:space="0" w:color="auto"/>
        <w:right w:val="none" w:sz="0" w:space="0" w:color="auto"/>
      </w:divBdr>
    </w:div>
    <w:div w:id="1101874049">
      <w:bodyDiv w:val="1"/>
      <w:marLeft w:val="0"/>
      <w:marRight w:val="0"/>
      <w:marTop w:val="0"/>
      <w:marBottom w:val="0"/>
      <w:divBdr>
        <w:top w:val="none" w:sz="0" w:space="0" w:color="auto"/>
        <w:left w:val="none" w:sz="0" w:space="0" w:color="auto"/>
        <w:bottom w:val="none" w:sz="0" w:space="0" w:color="auto"/>
        <w:right w:val="none" w:sz="0" w:space="0" w:color="auto"/>
      </w:divBdr>
    </w:div>
    <w:div w:id="1105734909">
      <w:bodyDiv w:val="1"/>
      <w:marLeft w:val="0"/>
      <w:marRight w:val="0"/>
      <w:marTop w:val="0"/>
      <w:marBottom w:val="0"/>
      <w:divBdr>
        <w:top w:val="none" w:sz="0" w:space="0" w:color="auto"/>
        <w:left w:val="none" w:sz="0" w:space="0" w:color="auto"/>
        <w:bottom w:val="none" w:sz="0" w:space="0" w:color="auto"/>
        <w:right w:val="none" w:sz="0" w:space="0" w:color="auto"/>
      </w:divBdr>
    </w:div>
    <w:div w:id="1106997940">
      <w:bodyDiv w:val="1"/>
      <w:marLeft w:val="0"/>
      <w:marRight w:val="0"/>
      <w:marTop w:val="0"/>
      <w:marBottom w:val="0"/>
      <w:divBdr>
        <w:top w:val="none" w:sz="0" w:space="0" w:color="auto"/>
        <w:left w:val="none" w:sz="0" w:space="0" w:color="auto"/>
        <w:bottom w:val="none" w:sz="0" w:space="0" w:color="auto"/>
        <w:right w:val="none" w:sz="0" w:space="0" w:color="auto"/>
      </w:divBdr>
    </w:div>
    <w:div w:id="1110777694">
      <w:bodyDiv w:val="1"/>
      <w:marLeft w:val="0"/>
      <w:marRight w:val="0"/>
      <w:marTop w:val="0"/>
      <w:marBottom w:val="0"/>
      <w:divBdr>
        <w:top w:val="none" w:sz="0" w:space="0" w:color="auto"/>
        <w:left w:val="none" w:sz="0" w:space="0" w:color="auto"/>
        <w:bottom w:val="none" w:sz="0" w:space="0" w:color="auto"/>
        <w:right w:val="none" w:sz="0" w:space="0" w:color="auto"/>
      </w:divBdr>
    </w:div>
    <w:div w:id="1111780919">
      <w:bodyDiv w:val="1"/>
      <w:marLeft w:val="0"/>
      <w:marRight w:val="0"/>
      <w:marTop w:val="0"/>
      <w:marBottom w:val="0"/>
      <w:divBdr>
        <w:top w:val="none" w:sz="0" w:space="0" w:color="auto"/>
        <w:left w:val="none" w:sz="0" w:space="0" w:color="auto"/>
        <w:bottom w:val="none" w:sz="0" w:space="0" w:color="auto"/>
        <w:right w:val="none" w:sz="0" w:space="0" w:color="auto"/>
      </w:divBdr>
    </w:div>
    <w:div w:id="1112439780">
      <w:bodyDiv w:val="1"/>
      <w:marLeft w:val="0"/>
      <w:marRight w:val="0"/>
      <w:marTop w:val="0"/>
      <w:marBottom w:val="0"/>
      <w:divBdr>
        <w:top w:val="none" w:sz="0" w:space="0" w:color="auto"/>
        <w:left w:val="none" w:sz="0" w:space="0" w:color="auto"/>
        <w:bottom w:val="none" w:sz="0" w:space="0" w:color="auto"/>
        <w:right w:val="none" w:sz="0" w:space="0" w:color="auto"/>
      </w:divBdr>
    </w:div>
    <w:div w:id="1116023483">
      <w:bodyDiv w:val="1"/>
      <w:marLeft w:val="0"/>
      <w:marRight w:val="0"/>
      <w:marTop w:val="0"/>
      <w:marBottom w:val="0"/>
      <w:divBdr>
        <w:top w:val="none" w:sz="0" w:space="0" w:color="auto"/>
        <w:left w:val="none" w:sz="0" w:space="0" w:color="auto"/>
        <w:bottom w:val="none" w:sz="0" w:space="0" w:color="auto"/>
        <w:right w:val="none" w:sz="0" w:space="0" w:color="auto"/>
      </w:divBdr>
    </w:div>
    <w:div w:id="1116143697">
      <w:bodyDiv w:val="1"/>
      <w:marLeft w:val="0"/>
      <w:marRight w:val="0"/>
      <w:marTop w:val="0"/>
      <w:marBottom w:val="0"/>
      <w:divBdr>
        <w:top w:val="none" w:sz="0" w:space="0" w:color="auto"/>
        <w:left w:val="none" w:sz="0" w:space="0" w:color="auto"/>
        <w:bottom w:val="none" w:sz="0" w:space="0" w:color="auto"/>
        <w:right w:val="none" w:sz="0" w:space="0" w:color="auto"/>
      </w:divBdr>
    </w:div>
    <w:div w:id="1117791076">
      <w:bodyDiv w:val="1"/>
      <w:marLeft w:val="0"/>
      <w:marRight w:val="0"/>
      <w:marTop w:val="0"/>
      <w:marBottom w:val="0"/>
      <w:divBdr>
        <w:top w:val="none" w:sz="0" w:space="0" w:color="auto"/>
        <w:left w:val="none" w:sz="0" w:space="0" w:color="auto"/>
        <w:bottom w:val="none" w:sz="0" w:space="0" w:color="auto"/>
        <w:right w:val="none" w:sz="0" w:space="0" w:color="auto"/>
      </w:divBdr>
    </w:div>
    <w:div w:id="1117868022">
      <w:bodyDiv w:val="1"/>
      <w:marLeft w:val="0"/>
      <w:marRight w:val="0"/>
      <w:marTop w:val="0"/>
      <w:marBottom w:val="0"/>
      <w:divBdr>
        <w:top w:val="none" w:sz="0" w:space="0" w:color="auto"/>
        <w:left w:val="none" w:sz="0" w:space="0" w:color="auto"/>
        <w:bottom w:val="none" w:sz="0" w:space="0" w:color="auto"/>
        <w:right w:val="none" w:sz="0" w:space="0" w:color="auto"/>
      </w:divBdr>
    </w:div>
    <w:div w:id="1121997577">
      <w:bodyDiv w:val="1"/>
      <w:marLeft w:val="0"/>
      <w:marRight w:val="0"/>
      <w:marTop w:val="0"/>
      <w:marBottom w:val="0"/>
      <w:divBdr>
        <w:top w:val="none" w:sz="0" w:space="0" w:color="auto"/>
        <w:left w:val="none" w:sz="0" w:space="0" w:color="auto"/>
        <w:bottom w:val="none" w:sz="0" w:space="0" w:color="auto"/>
        <w:right w:val="none" w:sz="0" w:space="0" w:color="auto"/>
      </w:divBdr>
    </w:div>
    <w:div w:id="1123233965">
      <w:bodyDiv w:val="1"/>
      <w:marLeft w:val="0"/>
      <w:marRight w:val="0"/>
      <w:marTop w:val="0"/>
      <w:marBottom w:val="0"/>
      <w:divBdr>
        <w:top w:val="none" w:sz="0" w:space="0" w:color="auto"/>
        <w:left w:val="none" w:sz="0" w:space="0" w:color="auto"/>
        <w:bottom w:val="none" w:sz="0" w:space="0" w:color="auto"/>
        <w:right w:val="none" w:sz="0" w:space="0" w:color="auto"/>
      </w:divBdr>
    </w:div>
    <w:div w:id="1123495331">
      <w:bodyDiv w:val="1"/>
      <w:marLeft w:val="0"/>
      <w:marRight w:val="0"/>
      <w:marTop w:val="0"/>
      <w:marBottom w:val="0"/>
      <w:divBdr>
        <w:top w:val="none" w:sz="0" w:space="0" w:color="auto"/>
        <w:left w:val="none" w:sz="0" w:space="0" w:color="auto"/>
        <w:bottom w:val="none" w:sz="0" w:space="0" w:color="auto"/>
        <w:right w:val="none" w:sz="0" w:space="0" w:color="auto"/>
      </w:divBdr>
    </w:div>
    <w:div w:id="1123767351">
      <w:bodyDiv w:val="1"/>
      <w:marLeft w:val="0"/>
      <w:marRight w:val="0"/>
      <w:marTop w:val="0"/>
      <w:marBottom w:val="0"/>
      <w:divBdr>
        <w:top w:val="none" w:sz="0" w:space="0" w:color="auto"/>
        <w:left w:val="none" w:sz="0" w:space="0" w:color="auto"/>
        <w:bottom w:val="none" w:sz="0" w:space="0" w:color="auto"/>
        <w:right w:val="none" w:sz="0" w:space="0" w:color="auto"/>
      </w:divBdr>
    </w:div>
    <w:div w:id="1124497598">
      <w:bodyDiv w:val="1"/>
      <w:marLeft w:val="0"/>
      <w:marRight w:val="0"/>
      <w:marTop w:val="0"/>
      <w:marBottom w:val="0"/>
      <w:divBdr>
        <w:top w:val="none" w:sz="0" w:space="0" w:color="auto"/>
        <w:left w:val="none" w:sz="0" w:space="0" w:color="auto"/>
        <w:bottom w:val="none" w:sz="0" w:space="0" w:color="auto"/>
        <w:right w:val="none" w:sz="0" w:space="0" w:color="auto"/>
      </w:divBdr>
    </w:div>
    <w:div w:id="1127696330">
      <w:bodyDiv w:val="1"/>
      <w:marLeft w:val="0"/>
      <w:marRight w:val="0"/>
      <w:marTop w:val="0"/>
      <w:marBottom w:val="0"/>
      <w:divBdr>
        <w:top w:val="none" w:sz="0" w:space="0" w:color="auto"/>
        <w:left w:val="none" w:sz="0" w:space="0" w:color="auto"/>
        <w:bottom w:val="none" w:sz="0" w:space="0" w:color="auto"/>
        <w:right w:val="none" w:sz="0" w:space="0" w:color="auto"/>
      </w:divBdr>
    </w:div>
    <w:div w:id="1129976965">
      <w:bodyDiv w:val="1"/>
      <w:marLeft w:val="0"/>
      <w:marRight w:val="0"/>
      <w:marTop w:val="0"/>
      <w:marBottom w:val="0"/>
      <w:divBdr>
        <w:top w:val="none" w:sz="0" w:space="0" w:color="auto"/>
        <w:left w:val="none" w:sz="0" w:space="0" w:color="auto"/>
        <w:bottom w:val="none" w:sz="0" w:space="0" w:color="auto"/>
        <w:right w:val="none" w:sz="0" w:space="0" w:color="auto"/>
      </w:divBdr>
    </w:div>
    <w:div w:id="1130241885">
      <w:bodyDiv w:val="1"/>
      <w:marLeft w:val="0"/>
      <w:marRight w:val="0"/>
      <w:marTop w:val="0"/>
      <w:marBottom w:val="0"/>
      <w:divBdr>
        <w:top w:val="none" w:sz="0" w:space="0" w:color="auto"/>
        <w:left w:val="none" w:sz="0" w:space="0" w:color="auto"/>
        <w:bottom w:val="none" w:sz="0" w:space="0" w:color="auto"/>
        <w:right w:val="none" w:sz="0" w:space="0" w:color="auto"/>
      </w:divBdr>
    </w:div>
    <w:div w:id="1132553146">
      <w:bodyDiv w:val="1"/>
      <w:marLeft w:val="0"/>
      <w:marRight w:val="0"/>
      <w:marTop w:val="0"/>
      <w:marBottom w:val="0"/>
      <w:divBdr>
        <w:top w:val="none" w:sz="0" w:space="0" w:color="auto"/>
        <w:left w:val="none" w:sz="0" w:space="0" w:color="auto"/>
        <w:bottom w:val="none" w:sz="0" w:space="0" w:color="auto"/>
        <w:right w:val="none" w:sz="0" w:space="0" w:color="auto"/>
      </w:divBdr>
    </w:div>
    <w:div w:id="1134056019">
      <w:bodyDiv w:val="1"/>
      <w:marLeft w:val="0"/>
      <w:marRight w:val="0"/>
      <w:marTop w:val="0"/>
      <w:marBottom w:val="0"/>
      <w:divBdr>
        <w:top w:val="none" w:sz="0" w:space="0" w:color="auto"/>
        <w:left w:val="none" w:sz="0" w:space="0" w:color="auto"/>
        <w:bottom w:val="none" w:sz="0" w:space="0" w:color="auto"/>
        <w:right w:val="none" w:sz="0" w:space="0" w:color="auto"/>
      </w:divBdr>
    </w:div>
    <w:div w:id="1138185929">
      <w:bodyDiv w:val="1"/>
      <w:marLeft w:val="0"/>
      <w:marRight w:val="0"/>
      <w:marTop w:val="0"/>
      <w:marBottom w:val="0"/>
      <w:divBdr>
        <w:top w:val="none" w:sz="0" w:space="0" w:color="auto"/>
        <w:left w:val="none" w:sz="0" w:space="0" w:color="auto"/>
        <w:bottom w:val="none" w:sz="0" w:space="0" w:color="auto"/>
        <w:right w:val="none" w:sz="0" w:space="0" w:color="auto"/>
      </w:divBdr>
    </w:div>
    <w:div w:id="1140804121">
      <w:bodyDiv w:val="1"/>
      <w:marLeft w:val="0"/>
      <w:marRight w:val="0"/>
      <w:marTop w:val="0"/>
      <w:marBottom w:val="0"/>
      <w:divBdr>
        <w:top w:val="none" w:sz="0" w:space="0" w:color="auto"/>
        <w:left w:val="none" w:sz="0" w:space="0" w:color="auto"/>
        <w:bottom w:val="none" w:sz="0" w:space="0" w:color="auto"/>
        <w:right w:val="none" w:sz="0" w:space="0" w:color="auto"/>
      </w:divBdr>
    </w:div>
    <w:div w:id="1142966463">
      <w:bodyDiv w:val="1"/>
      <w:marLeft w:val="0"/>
      <w:marRight w:val="0"/>
      <w:marTop w:val="0"/>
      <w:marBottom w:val="0"/>
      <w:divBdr>
        <w:top w:val="none" w:sz="0" w:space="0" w:color="auto"/>
        <w:left w:val="none" w:sz="0" w:space="0" w:color="auto"/>
        <w:bottom w:val="none" w:sz="0" w:space="0" w:color="auto"/>
        <w:right w:val="none" w:sz="0" w:space="0" w:color="auto"/>
      </w:divBdr>
    </w:div>
    <w:div w:id="1147287621">
      <w:bodyDiv w:val="1"/>
      <w:marLeft w:val="0"/>
      <w:marRight w:val="0"/>
      <w:marTop w:val="0"/>
      <w:marBottom w:val="0"/>
      <w:divBdr>
        <w:top w:val="none" w:sz="0" w:space="0" w:color="auto"/>
        <w:left w:val="none" w:sz="0" w:space="0" w:color="auto"/>
        <w:bottom w:val="none" w:sz="0" w:space="0" w:color="auto"/>
        <w:right w:val="none" w:sz="0" w:space="0" w:color="auto"/>
      </w:divBdr>
    </w:div>
    <w:div w:id="1148015104">
      <w:bodyDiv w:val="1"/>
      <w:marLeft w:val="0"/>
      <w:marRight w:val="0"/>
      <w:marTop w:val="0"/>
      <w:marBottom w:val="0"/>
      <w:divBdr>
        <w:top w:val="none" w:sz="0" w:space="0" w:color="auto"/>
        <w:left w:val="none" w:sz="0" w:space="0" w:color="auto"/>
        <w:bottom w:val="none" w:sz="0" w:space="0" w:color="auto"/>
        <w:right w:val="none" w:sz="0" w:space="0" w:color="auto"/>
      </w:divBdr>
    </w:div>
    <w:div w:id="1152676449">
      <w:bodyDiv w:val="1"/>
      <w:marLeft w:val="0"/>
      <w:marRight w:val="0"/>
      <w:marTop w:val="0"/>
      <w:marBottom w:val="0"/>
      <w:divBdr>
        <w:top w:val="none" w:sz="0" w:space="0" w:color="auto"/>
        <w:left w:val="none" w:sz="0" w:space="0" w:color="auto"/>
        <w:bottom w:val="none" w:sz="0" w:space="0" w:color="auto"/>
        <w:right w:val="none" w:sz="0" w:space="0" w:color="auto"/>
      </w:divBdr>
    </w:div>
    <w:div w:id="1152717933">
      <w:bodyDiv w:val="1"/>
      <w:marLeft w:val="0"/>
      <w:marRight w:val="0"/>
      <w:marTop w:val="0"/>
      <w:marBottom w:val="0"/>
      <w:divBdr>
        <w:top w:val="none" w:sz="0" w:space="0" w:color="auto"/>
        <w:left w:val="none" w:sz="0" w:space="0" w:color="auto"/>
        <w:bottom w:val="none" w:sz="0" w:space="0" w:color="auto"/>
        <w:right w:val="none" w:sz="0" w:space="0" w:color="auto"/>
      </w:divBdr>
    </w:div>
    <w:div w:id="1153063409">
      <w:bodyDiv w:val="1"/>
      <w:marLeft w:val="0"/>
      <w:marRight w:val="0"/>
      <w:marTop w:val="0"/>
      <w:marBottom w:val="0"/>
      <w:divBdr>
        <w:top w:val="none" w:sz="0" w:space="0" w:color="auto"/>
        <w:left w:val="none" w:sz="0" w:space="0" w:color="auto"/>
        <w:bottom w:val="none" w:sz="0" w:space="0" w:color="auto"/>
        <w:right w:val="none" w:sz="0" w:space="0" w:color="auto"/>
      </w:divBdr>
    </w:div>
    <w:div w:id="1153450457">
      <w:bodyDiv w:val="1"/>
      <w:marLeft w:val="0"/>
      <w:marRight w:val="0"/>
      <w:marTop w:val="0"/>
      <w:marBottom w:val="0"/>
      <w:divBdr>
        <w:top w:val="none" w:sz="0" w:space="0" w:color="auto"/>
        <w:left w:val="none" w:sz="0" w:space="0" w:color="auto"/>
        <w:bottom w:val="none" w:sz="0" w:space="0" w:color="auto"/>
        <w:right w:val="none" w:sz="0" w:space="0" w:color="auto"/>
      </w:divBdr>
    </w:div>
    <w:div w:id="1153596056">
      <w:bodyDiv w:val="1"/>
      <w:marLeft w:val="0"/>
      <w:marRight w:val="0"/>
      <w:marTop w:val="0"/>
      <w:marBottom w:val="0"/>
      <w:divBdr>
        <w:top w:val="none" w:sz="0" w:space="0" w:color="auto"/>
        <w:left w:val="none" w:sz="0" w:space="0" w:color="auto"/>
        <w:bottom w:val="none" w:sz="0" w:space="0" w:color="auto"/>
        <w:right w:val="none" w:sz="0" w:space="0" w:color="auto"/>
      </w:divBdr>
    </w:div>
    <w:div w:id="1153832707">
      <w:bodyDiv w:val="1"/>
      <w:marLeft w:val="0"/>
      <w:marRight w:val="0"/>
      <w:marTop w:val="0"/>
      <w:marBottom w:val="0"/>
      <w:divBdr>
        <w:top w:val="none" w:sz="0" w:space="0" w:color="auto"/>
        <w:left w:val="none" w:sz="0" w:space="0" w:color="auto"/>
        <w:bottom w:val="none" w:sz="0" w:space="0" w:color="auto"/>
        <w:right w:val="none" w:sz="0" w:space="0" w:color="auto"/>
      </w:divBdr>
    </w:div>
    <w:div w:id="1154104374">
      <w:bodyDiv w:val="1"/>
      <w:marLeft w:val="0"/>
      <w:marRight w:val="0"/>
      <w:marTop w:val="0"/>
      <w:marBottom w:val="0"/>
      <w:divBdr>
        <w:top w:val="none" w:sz="0" w:space="0" w:color="auto"/>
        <w:left w:val="none" w:sz="0" w:space="0" w:color="auto"/>
        <w:bottom w:val="none" w:sz="0" w:space="0" w:color="auto"/>
        <w:right w:val="none" w:sz="0" w:space="0" w:color="auto"/>
      </w:divBdr>
    </w:div>
    <w:div w:id="1156726267">
      <w:bodyDiv w:val="1"/>
      <w:marLeft w:val="0"/>
      <w:marRight w:val="0"/>
      <w:marTop w:val="0"/>
      <w:marBottom w:val="0"/>
      <w:divBdr>
        <w:top w:val="none" w:sz="0" w:space="0" w:color="auto"/>
        <w:left w:val="none" w:sz="0" w:space="0" w:color="auto"/>
        <w:bottom w:val="none" w:sz="0" w:space="0" w:color="auto"/>
        <w:right w:val="none" w:sz="0" w:space="0" w:color="auto"/>
      </w:divBdr>
    </w:div>
    <w:div w:id="1159729943">
      <w:bodyDiv w:val="1"/>
      <w:marLeft w:val="0"/>
      <w:marRight w:val="0"/>
      <w:marTop w:val="0"/>
      <w:marBottom w:val="0"/>
      <w:divBdr>
        <w:top w:val="none" w:sz="0" w:space="0" w:color="auto"/>
        <w:left w:val="none" w:sz="0" w:space="0" w:color="auto"/>
        <w:bottom w:val="none" w:sz="0" w:space="0" w:color="auto"/>
        <w:right w:val="none" w:sz="0" w:space="0" w:color="auto"/>
      </w:divBdr>
    </w:div>
    <w:div w:id="1160391524">
      <w:bodyDiv w:val="1"/>
      <w:marLeft w:val="0"/>
      <w:marRight w:val="0"/>
      <w:marTop w:val="0"/>
      <w:marBottom w:val="0"/>
      <w:divBdr>
        <w:top w:val="none" w:sz="0" w:space="0" w:color="auto"/>
        <w:left w:val="none" w:sz="0" w:space="0" w:color="auto"/>
        <w:bottom w:val="none" w:sz="0" w:space="0" w:color="auto"/>
        <w:right w:val="none" w:sz="0" w:space="0" w:color="auto"/>
      </w:divBdr>
    </w:div>
    <w:div w:id="1161695304">
      <w:bodyDiv w:val="1"/>
      <w:marLeft w:val="0"/>
      <w:marRight w:val="0"/>
      <w:marTop w:val="0"/>
      <w:marBottom w:val="0"/>
      <w:divBdr>
        <w:top w:val="none" w:sz="0" w:space="0" w:color="auto"/>
        <w:left w:val="none" w:sz="0" w:space="0" w:color="auto"/>
        <w:bottom w:val="none" w:sz="0" w:space="0" w:color="auto"/>
        <w:right w:val="none" w:sz="0" w:space="0" w:color="auto"/>
      </w:divBdr>
    </w:div>
    <w:div w:id="1163815202">
      <w:bodyDiv w:val="1"/>
      <w:marLeft w:val="0"/>
      <w:marRight w:val="0"/>
      <w:marTop w:val="0"/>
      <w:marBottom w:val="0"/>
      <w:divBdr>
        <w:top w:val="none" w:sz="0" w:space="0" w:color="auto"/>
        <w:left w:val="none" w:sz="0" w:space="0" w:color="auto"/>
        <w:bottom w:val="none" w:sz="0" w:space="0" w:color="auto"/>
        <w:right w:val="none" w:sz="0" w:space="0" w:color="auto"/>
      </w:divBdr>
    </w:div>
    <w:div w:id="1165166903">
      <w:bodyDiv w:val="1"/>
      <w:marLeft w:val="0"/>
      <w:marRight w:val="0"/>
      <w:marTop w:val="0"/>
      <w:marBottom w:val="0"/>
      <w:divBdr>
        <w:top w:val="none" w:sz="0" w:space="0" w:color="auto"/>
        <w:left w:val="none" w:sz="0" w:space="0" w:color="auto"/>
        <w:bottom w:val="none" w:sz="0" w:space="0" w:color="auto"/>
        <w:right w:val="none" w:sz="0" w:space="0" w:color="auto"/>
      </w:divBdr>
    </w:div>
    <w:div w:id="1165901994">
      <w:bodyDiv w:val="1"/>
      <w:marLeft w:val="0"/>
      <w:marRight w:val="0"/>
      <w:marTop w:val="0"/>
      <w:marBottom w:val="0"/>
      <w:divBdr>
        <w:top w:val="none" w:sz="0" w:space="0" w:color="auto"/>
        <w:left w:val="none" w:sz="0" w:space="0" w:color="auto"/>
        <w:bottom w:val="none" w:sz="0" w:space="0" w:color="auto"/>
        <w:right w:val="none" w:sz="0" w:space="0" w:color="auto"/>
      </w:divBdr>
    </w:div>
    <w:div w:id="1168251629">
      <w:bodyDiv w:val="1"/>
      <w:marLeft w:val="0"/>
      <w:marRight w:val="0"/>
      <w:marTop w:val="0"/>
      <w:marBottom w:val="0"/>
      <w:divBdr>
        <w:top w:val="none" w:sz="0" w:space="0" w:color="auto"/>
        <w:left w:val="none" w:sz="0" w:space="0" w:color="auto"/>
        <w:bottom w:val="none" w:sz="0" w:space="0" w:color="auto"/>
        <w:right w:val="none" w:sz="0" w:space="0" w:color="auto"/>
      </w:divBdr>
    </w:div>
    <w:div w:id="1168446185">
      <w:bodyDiv w:val="1"/>
      <w:marLeft w:val="0"/>
      <w:marRight w:val="0"/>
      <w:marTop w:val="0"/>
      <w:marBottom w:val="0"/>
      <w:divBdr>
        <w:top w:val="none" w:sz="0" w:space="0" w:color="auto"/>
        <w:left w:val="none" w:sz="0" w:space="0" w:color="auto"/>
        <w:bottom w:val="none" w:sz="0" w:space="0" w:color="auto"/>
        <w:right w:val="none" w:sz="0" w:space="0" w:color="auto"/>
      </w:divBdr>
    </w:div>
    <w:div w:id="1172112315">
      <w:bodyDiv w:val="1"/>
      <w:marLeft w:val="0"/>
      <w:marRight w:val="0"/>
      <w:marTop w:val="0"/>
      <w:marBottom w:val="0"/>
      <w:divBdr>
        <w:top w:val="none" w:sz="0" w:space="0" w:color="auto"/>
        <w:left w:val="none" w:sz="0" w:space="0" w:color="auto"/>
        <w:bottom w:val="none" w:sz="0" w:space="0" w:color="auto"/>
        <w:right w:val="none" w:sz="0" w:space="0" w:color="auto"/>
      </w:divBdr>
    </w:div>
    <w:div w:id="1172648734">
      <w:bodyDiv w:val="1"/>
      <w:marLeft w:val="0"/>
      <w:marRight w:val="0"/>
      <w:marTop w:val="0"/>
      <w:marBottom w:val="0"/>
      <w:divBdr>
        <w:top w:val="none" w:sz="0" w:space="0" w:color="auto"/>
        <w:left w:val="none" w:sz="0" w:space="0" w:color="auto"/>
        <w:bottom w:val="none" w:sz="0" w:space="0" w:color="auto"/>
        <w:right w:val="none" w:sz="0" w:space="0" w:color="auto"/>
      </w:divBdr>
    </w:div>
    <w:div w:id="1174145654">
      <w:bodyDiv w:val="1"/>
      <w:marLeft w:val="0"/>
      <w:marRight w:val="0"/>
      <w:marTop w:val="0"/>
      <w:marBottom w:val="0"/>
      <w:divBdr>
        <w:top w:val="none" w:sz="0" w:space="0" w:color="auto"/>
        <w:left w:val="none" w:sz="0" w:space="0" w:color="auto"/>
        <w:bottom w:val="none" w:sz="0" w:space="0" w:color="auto"/>
        <w:right w:val="none" w:sz="0" w:space="0" w:color="auto"/>
      </w:divBdr>
    </w:div>
    <w:div w:id="1175916953">
      <w:bodyDiv w:val="1"/>
      <w:marLeft w:val="0"/>
      <w:marRight w:val="0"/>
      <w:marTop w:val="0"/>
      <w:marBottom w:val="0"/>
      <w:divBdr>
        <w:top w:val="none" w:sz="0" w:space="0" w:color="auto"/>
        <w:left w:val="none" w:sz="0" w:space="0" w:color="auto"/>
        <w:bottom w:val="none" w:sz="0" w:space="0" w:color="auto"/>
        <w:right w:val="none" w:sz="0" w:space="0" w:color="auto"/>
      </w:divBdr>
    </w:div>
    <w:div w:id="1176000055">
      <w:bodyDiv w:val="1"/>
      <w:marLeft w:val="0"/>
      <w:marRight w:val="0"/>
      <w:marTop w:val="0"/>
      <w:marBottom w:val="0"/>
      <w:divBdr>
        <w:top w:val="none" w:sz="0" w:space="0" w:color="auto"/>
        <w:left w:val="none" w:sz="0" w:space="0" w:color="auto"/>
        <w:bottom w:val="none" w:sz="0" w:space="0" w:color="auto"/>
        <w:right w:val="none" w:sz="0" w:space="0" w:color="auto"/>
      </w:divBdr>
    </w:div>
    <w:div w:id="1177768892">
      <w:bodyDiv w:val="1"/>
      <w:marLeft w:val="0"/>
      <w:marRight w:val="0"/>
      <w:marTop w:val="0"/>
      <w:marBottom w:val="0"/>
      <w:divBdr>
        <w:top w:val="none" w:sz="0" w:space="0" w:color="auto"/>
        <w:left w:val="none" w:sz="0" w:space="0" w:color="auto"/>
        <w:bottom w:val="none" w:sz="0" w:space="0" w:color="auto"/>
        <w:right w:val="none" w:sz="0" w:space="0" w:color="auto"/>
      </w:divBdr>
    </w:div>
    <w:div w:id="1179353064">
      <w:bodyDiv w:val="1"/>
      <w:marLeft w:val="0"/>
      <w:marRight w:val="0"/>
      <w:marTop w:val="0"/>
      <w:marBottom w:val="0"/>
      <w:divBdr>
        <w:top w:val="none" w:sz="0" w:space="0" w:color="auto"/>
        <w:left w:val="none" w:sz="0" w:space="0" w:color="auto"/>
        <w:bottom w:val="none" w:sz="0" w:space="0" w:color="auto"/>
        <w:right w:val="none" w:sz="0" w:space="0" w:color="auto"/>
      </w:divBdr>
    </w:div>
    <w:div w:id="1180124722">
      <w:bodyDiv w:val="1"/>
      <w:marLeft w:val="0"/>
      <w:marRight w:val="0"/>
      <w:marTop w:val="0"/>
      <w:marBottom w:val="0"/>
      <w:divBdr>
        <w:top w:val="none" w:sz="0" w:space="0" w:color="auto"/>
        <w:left w:val="none" w:sz="0" w:space="0" w:color="auto"/>
        <w:bottom w:val="none" w:sz="0" w:space="0" w:color="auto"/>
        <w:right w:val="none" w:sz="0" w:space="0" w:color="auto"/>
      </w:divBdr>
    </w:div>
    <w:div w:id="1180774598">
      <w:bodyDiv w:val="1"/>
      <w:marLeft w:val="0"/>
      <w:marRight w:val="0"/>
      <w:marTop w:val="0"/>
      <w:marBottom w:val="0"/>
      <w:divBdr>
        <w:top w:val="none" w:sz="0" w:space="0" w:color="auto"/>
        <w:left w:val="none" w:sz="0" w:space="0" w:color="auto"/>
        <w:bottom w:val="none" w:sz="0" w:space="0" w:color="auto"/>
        <w:right w:val="none" w:sz="0" w:space="0" w:color="auto"/>
      </w:divBdr>
    </w:div>
    <w:div w:id="1181429902">
      <w:bodyDiv w:val="1"/>
      <w:marLeft w:val="0"/>
      <w:marRight w:val="0"/>
      <w:marTop w:val="0"/>
      <w:marBottom w:val="0"/>
      <w:divBdr>
        <w:top w:val="none" w:sz="0" w:space="0" w:color="auto"/>
        <w:left w:val="none" w:sz="0" w:space="0" w:color="auto"/>
        <w:bottom w:val="none" w:sz="0" w:space="0" w:color="auto"/>
        <w:right w:val="none" w:sz="0" w:space="0" w:color="auto"/>
      </w:divBdr>
    </w:div>
    <w:div w:id="1181627322">
      <w:bodyDiv w:val="1"/>
      <w:marLeft w:val="0"/>
      <w:marRight w:val="0"/>
      <w:marTop w:val="0"/>
      <w:marBottom w:val="0"/>
      <w:divBdr>
        <w:top w:val="none" w:sz="0" w:space="0" w:color="auto"/>
        <w:left w:val="none" w:sz="0" w:space="0" w:color="auto"/>
        <w:bottom w:val="none" w:sz="0" w:space="0" w:color="auto"/>
        <w:right w:val="none" w:sz="0" w:space="0" w:color="auto"/>
      </w:divBdr>
    </w:div>
    <w:div w:id="1182739367">
      <w:bodyDiv w:val="1"/>
      <w:marLeft w:val="0"/>
      <w:marRight w:val="0"/>
      <w:marTop w:val="0"/>
      <w:marBottom w:val="0"/>
      <w:divBdr>
        <w:top w:val="none" w:sz="0" w:space="0" w:color="auto"/>
        <w:left w:val="none" w:sz="0" w:space="0" w:color="auto"/>
        <w:bottom w:val="none" w:sz="0" w:space="0" w:color="auto"/>
        <w:right w:val="none" w:sz="0" w:space="0" w:color="auto"/>
      </w:divBdr>
    </w:div>
    <w:div w:id="1184366820">
      <w:bodyDiv w:val="1"/>
      <w:marLeft w:val="0"/>
      <w:marRight w:val="0"/>
      <w:marTop w:val="0"/>
      <w:marBottom w:val="0"/>
      <w:divBdr>
        <w:top w:val="none" w:sz="0" w:space="0" w:color="auto"/>
        <w:left w:val="none" w:sz="0" w:space="0" w:color="auto"/>
        <w:bottom w:val="none" w:sz="0" w:space="0" w:color="auto"/>
        <w:right w:val="none" w:sz="0" w:space="0" w:color="auto"/>
      </w:divBdr>
    </w:div>
    <w:div w:id="1184442580">
      <w:bodyDiv w:val="1"/>
      <w:marLeft w:val="0"/>
      <w:marRight w:val="0"/>
      <w:marTop w:val="0"/>
      <w:marBottom w:val="0"/>
      <w:divBdr>
        <w:top w:val="none" w:sz="0" w:space="0" w:color="auto"/>
        <w:left w:val="none" w:sz="0" w:space="0" w:color="auto"/>
        <w:bottom w:val="none" w:sz="0" w:space="0" w:color="auto"/>
        <w:right w:val="none" w:sz="0" w:space="0" w:color="auto"/>
      </w:divBdr>
    </w:div>
    <w:div w:id="1185096611">
      <w:bodyDiv w:val="1"/>
      <w:marLeft w:val="0"/>
      <w:marRight w:val="0"/>
      <w:marTop w:val="0"/>
      <w:marBottom w:val="0"/>
      <w:divBdr>
        <w:top w:val="none" w:sz="0" w:space="0" w:color="auto"/>
        <w:left w:val="none" w:sz="0" w:space="0" w:color="auto"/>
        <w:bottom w:val="none" w:sz="0" w:space="0" w:color="auto"/>
        <w:right w:val="none" w:sz="0" w:space="0" w:color="auto"/>
      </w:divBdr>
    </w:div>
    <w:div w:id="1185367315">
      <w:bodyDiv w:val="1"/>
      <w:marLeft w:val="0"/>
      <w:marRight w:val="0"/>
      <w:marTop w:val="0"/>
      <w:marBottom w:val="0"/>
      <w:divBdr>
        <w:top w:val="none" w:sz="0" w:space="0" w:color="auto"/>
        <w:left w:val="none" w:sz="0" w:space="0" w:color="auto"/>
        <w:bottom w:val="none" w:sz="0" w:space="0" w:color="auto"/>
        <w:right w:val="none" w:sz="0" w:space="0" w:color="auto"/>
      </w:divBdr>
    </w:div>
    <w:div w:id="1187449597">
      <w:bodyDiv w:val="1"/>
      <w:marLeft w:val="0"/>
      <w:marRight w:val="0"/>
      <w:marTop w:val="0"/>
      <w:marBottom w:val="0"/>
      <w:divBdr>
        <w:top w:val="none" w:sz="0" w:space="0" w:color="auto"/>
        <w:left w:val="none" w:sz="0" w:space="0" w:color="auto"/>
        <w:bottom w:val="none" w:sz="0" w:space="0" w:color="auto"/>
        <w:right w:val="none" w:sz="0" w:space="0" w:color="auto"/>
      </w:divBdr>
    </w:div>
    <w:div w:id="1188980573">
      <w:bodyDiv w:val="1"/>
      <w:marLeft w:val="0"/>
      <w:marRight w:val="0"/>
      <w:marTop w:val="0"/>
      <w:marBottom w:val="0"/>
      <w:divBdr>
        <w:top w:val="none" w:sz="0" w:space="0" w:color="auto"/>
        <w:left w:val="none" w:sz="0" w:space="0" w:color="auto"/>
        <w:bottom w:val="none" w:sz="0" w:space="0" w:color="auto"/>
        <w:right w:val="none" w:sz="0" w:space="0" w:color="auto"/>
      </w:divBdr>
    </w:div>
    <w:div w:id="1189102650">
      <w:bodyDiv w:val="1"/>
      <w:marLeft w:val="0"/>
      <w:marRight w:val="0"/>
      <w:marTop w:val="0"/>
      <w:marBottom w:val="0"/>
      <w:divBdr>
        <w:top w:val="none" w:sz="0" w:space="0" w:color="auto"/>
        <w:left w:val="none" w:sz="0" w:space="0" w:color="auto"/>
        <w:bottom w:val="none" w:sz="0" w:space="0" w:color="auto"/>
        <w:right w:val="none" w:sz="0" w:space="0" w:color="auto"/>
      </w:divBdr>
    </w:div>
    <w:div w:id="1190873065">
      <w:bodyDiv w:val="1"/>
      <w:marLeft w:val="0"/>
      <w:marRight w:val="0"/>
      <w:marTop w:val="0"/>
      <w:marBottom w:val="0"/>
      <w:divBdr>
        <w:top w:val="none" w:sz="0" w:space="0" w:color="auto"/>
        <w:left w:val="none" w:sz="0" w:space="0" w:color="auto"/>
        <w:bottom w:val="none" w:sz="0" w:space="0" w:color="auto"/>
        <w:right w:val="none" w:sz="0" w:space="0" w:color="auto"/>
      </w:divBdr>
    </w:div>
    <w:div w:id="1191261058">
      <w:bodyDiv w:val="1"/>
      <w:marLeft w:val="0"/>
      <w:marRight w:val="0"/>
      <w:marTop w:val="0"/>
      <w:marBottom w:val="0"/>
      <w:divBdr>
        <w:top w:val="none" w:sz="0" w:space="0" w:color="auto"/>
        <w:left w:val="none" w:sz="0" w:space="0" w:color="auto"/>
        <w:bottom w:val="none" w:sz="0" w:space="0" w:color="auto"/>
        <w:right w:val="none" w:sz="0" w:space="0" w:color="auto"/>
      </w:divBdr>
    </w:div>
    <w:div w:id="1192108727">
      <w:bodyDiv w:val="1"/>
      <w:marLeft w:val="0"/>
      <w:marRight w:val="0"/>
      <w:marTop w:val="0"/>
      <w:marBottom w:val="0"/>
      <w:divBdr>
        <w:top w:val="none" w:sz="0" w:space="0" w:color="auto"/>
        <w:left w:val="none" w:sz="0" w:space="0" w:color="auto"/>
        <w:bottom w:val="none" w:sz="0" w:space="0" w:color="auto"/>
        <w:right w:val="none" w:sz="0" w:space="0" w:color="auto"/>
      </w:divBdr>
    </w:div>
    <w:div w:id="1192305362">
      <w:bodyDiv w:val="1"/>
      <w:marLeft w:val="0"/>
      <w:marRight w:val="0"/>
      <w:marTop w:val="0"/>
      <w:marBottom w:val="0"/>
      <w:divBdr>
        <w:top w:val="none" w:sz="0" w:space="0" w:color="auto"/>
        <w:left w:val="none" w:sz="0" w:space="0" w:color="auto"/>
        <w:bottom w:val="none" w:sz="0" w:space="0" w:color="auto"/>
        <w:right w:val="none" w:sz="0" w:space="0" w:color="auto"/>
      </w:divBdr>
    </w:div>
    <w:div w:id="1193153452">
      <w:bodyDiv w:val="1"/>
      <w:marLeft w:val="0"/>
      <w:marRight w:val="0"/>
      <w:marTop w:val="0"/>
      <w:marBottom w:val="0"/>
      <w:divBdr>
        <w:top w:val="none" w:sz="0" w:space="0" w:color="auto"/>
        <w:left w:val="none" w:sz="0" w:space="0" w:color="auto"/>
        <w:bottom w:val="none" w:sz="0" w:space="0" w:color="auto"/>
        <w:right w:val="none" w:sz="0" w:space="0" w:color="auto"/>
      </w:divBdr>
    </w:div>
    <w:div w:id="1193298837">
      <w:bodyDiv w:val="1"/>
      <w:marLeft w:val="0"/>
      <w:marRight w:val="0"/>
      <w:marTop w:val="0"/>
      <w:marBottom w:val="0"/>
      <w:divBdr>
        <w:top w:val="none" w:sz="0" w:space="0" w:color="auto"/>
        <w:left w:val="none" w:sz="0" w:space="0" w:color="auto"/>
        <w:bottom w:val="none" w:sz="0" w:space="0" w:color="auto"/>
        <w:right w:val="none" w:sz="0" w:space="0" w:color="auto"/>
      </w:divBdr>
    </w:div>
    <w:div w:id="1195847139">
      <w:bodyDiv w:val="1"/>
      <w:marLeft w:val="0"/>
      <w:marRight w:val="0"/>
      <w:marTop w:val="0"/>
      <w:marBottom w:val="0"/>
      <w:divBdr>
        <w:top w:val="none" w:sz="0" w:space="0" w:color="auto"/>
        <w:left w:val="none" w:sz="0" w:space="0" w:color="auto"/>
        <w:bottom w:val="none" w:sz="0" w:space="0" w:color="auto"/>
        <w:right w:val="none" w:sz="0" w:space="0" w:color="auto"/>
      </w:divBdr>
    </w:div>
    <w:div w:id="1196845538">
      <w:bodyDiv w:val="1"/>
      <w:marLeft w:val="0"/>
      <w:marRight w:val="0"/>
      <w:marTop w:val="0"/>
      <w:marBottom w:val="0"/>
      <w:divBdr>
        <w:top w:val="none" w:sz="0" w:space="0" w:color="auto"/>
        <w:left w:val="none" w:sz="0" w:space="0" w:color="auto"/>
        <w:bottom w:val="none" w:sz="0" w:space="0" w:color="auto"/>
        <w:right w:val="none" w:sz="0" w:space="0" w:color="auto"/>
      </w:divBdr>
    </w:div>
    <w:div w:id="1196889245">
      <w:bodyDiv w:val="1"/>
      <w:marLeft w:val="0"/>
      <w:marRight w:val="0"/>
      <w:marTop w:val="0"/>
      <w:marBottom w:val="0"/>
      <w:divBdr>
        <w:top w:val="none" w:sz="0" w:space="0" w:color="auto"/>
        <w:left w:val="none" w:sz="0" w:space="0" w:color="auto"/>
        <w:bottom w:val="none" w:sz="0" w:space="0" w:color="auto"/>
        <w:right w:val="none" w:sz="0" w:space="0" w:color="auto"/>
      </w:divBdr>
    </w:div>
    <w:div w:id="1197699703">
      <w:bodyDiv w:val="1"/>
      <w:marLeft w:val="0"/>
      <w:marRight w:val="0"/>
      <w:marTop w:val="0"/>
      <w:marBottom w:val="0"/>
      <w:divBdr>
        <w:top w:val="none" w:sz="0" w:space="0" w:color="auto"/>
        <w:left w:val="none" w:sz="0" w:space="0" w:color="auto"/>
        <w:bottom w:val="none" w:sz="0" w:space="0" w:color="auto"/>
        <w:right w:val="none" w:sz="0" w:space="0" w:color="auto"/>
      </w:divBdr>
    </w:div>
    <w:div w:id="1198276667">
      <w:bodyDiv w:val="1"/>
      <w:marLeft w:val="0"/>
      <w:marRight w:val="0"/>
      <w:marTop w:val="0"/>
      <w:marBottom w:val="0"/>
      <w:divBdr>
        <w:top w:val="none" w:sz="0" w:space="0" w:color="auto"/>
        <w:left w:val="none" w:sz="0" w:space="0" w:color="auto"/>
        <w:bottom w:val="none" w:sz="0" w:space="0" w:color="auto"/>
        <w:right w:val="none" w:sz="0" w:space="0" w:color="auto"/>
      </w:divBdr>
    </w:div>
    <w:div w:id="1199313285">
      <w:bodyDiv w:val="1"/>
      <w:marLeft w:val="0"/>
      <w:marRight w:val="0"/>
      <w:marTop w:val="0"/>
      <w:marBottom w:val="0"/>
      <w:divBdr>
        <w:top w:val="none" w:sz="0" w:space="0" w:color="auto"/>
        <w:left w:val="none" w:sz="0" w:space="0" w:color="auto"/>
        <w:bottom w:val="none" w:sz="0" w:space="0" w:color="auto"/>
        <w:right w:val="none" w:sz="0" w:space="0" w:color="auto"/>
      </w:divBdr>
    </w:div>
    <w:div w:id="1199704785">
      <w:bodyDiv w:val="1"/>
      <w:marLeft w:val="0"/>
      <w:marRight w:val="0"/>
      <w:marTop w:val="0"/>
      <w:marBottom w:val="0"/>
      <w:divBdr>
        <w:top w:val="none" w:sz="0" w:space="0" w:color="auto"/>
        <w:left w:val="none" w:sz="0" w:space="0" w:color="auto"/>
        <w:bottom w:val="none" w:sz="0" w:space="0" w:color="auto"/>
        <w:right w:val="none" w:sz="0" w:space="0" w:color="auto"/>
      </w:divBdr>
    </w:div>
    <w:div w:id="1199852004">
      <w:bodyDiv w:val="1"/>
      <w:marLeft w:val="0"/>
      <w:marRight w:val="0"/>
      <w:marTop w:val="0"/>
      <w:marBottom w:val="0"/>
      <w:divBdr>
        <w:top w:val="none" w:sz="0" w:space="0" w:color="auto"/>
        <w:left w:val="none" w:sz="0" w:space="0" w:color="auto"/>
        <w:bottom w:val="none" w:sz="0" w:space="0" w:color="auto"/>
        <w:right w:val="none" w:sz="0" w:space="0" w:color="auto"/>
      </w:divBdr>
    </w:div>
    <w:div w:id="1202789699">
      <w:bodyDiv w:val="1"/>
      <w:marLeft w:val="0"/>
      <w:marRight w:val="0"/>
      <w:marTop w:val="0"/>
      <w:marBottom w:val="0"/>
      <w:divBdr>
        <w:top w:val="none" w:sz="0" w:space="0" w:color="auto"/>
        <w:left w:val="none" w:sz="0" w:space="0" w:color="auto"/>
        <w:bottom w:val="none" w:sz="0" w:space="0" w:color="auto"/>
        <w:right w:val="none" w:sz="0" w:space="0" w:color="auto"/>
      </w:divBdr>
    </w:div>
    <w:div w:id="1203713678">
      <w:bodyDiv w:val="1"/>
      <w:marLeft w:val="0"/>
      <w:marRight w:val="0"/>
      <w:marTop w:val="0"/>
      <w:marBottom w:val="0"/>
      <w:divBdr>
        <w:top w:val="none" w:sz="0" w:space="0" w:color="auto"/>
        <w:left w:val="none" w:sz="0" w:space="0" w:color="auto"/>
        <w:bottom w:val="none" w:sz="0" w:space="0" w:color="auto"/>
        <w:right w:val="none" w:sz="0" w:space="0" w:color="auto"/>
      </w:divBdr>
    </w:div>
    <w:div w:id="1205099754">
      <w:bodyDiv w:val="1"/>
      <w:marLeft w:val="0"/>
      <w:marRight w:val="0"/>
      <w:marTop w:val="0"/>
      <w:marBottom w:val="0"/>
      <w:divBdr>
        <w:top w:val="none" w:sz="0" w:space="0" w:color="auto"/>
        <w:left w:val="none" w:sz="0" w:space="0" w:color="auto"/>
        <w:bottom w:val="none" w:sz="0" w:space="0" w:color="auto"/>
        <w:right w:val="none" w:sz="0" w:space="0" w:color="auto"/>
      </w:divBdr>
    </w:div>
    <w:div w:id="1205562065">
      <w:bodyDiv w:val="1"/>
      <w:marLeft w:val="0"/>
      <w:marRight w:val="0"/>
      <w:marTop w:val="0"/>
      <w:marBottom w:val="0"/>
      <w:divBdr>
        <w:top w:val="none" w:sz="0" w:space="0" w:color="auto"/>
        <w:left w:val="none" w:sz="0" w:space="0" w:color="auto"/>
        <w:bottom w:val="none" w:sz="0" w:space="0" w:color="auto"/>
        <w:right w:val="none" w:sz="0" w:space="0" w:color="auto"/>
      </w:divBdr>
    </w:div>
    <w:div w:id="1206329160">
      <w:bodyDiv w:val="1"/>
      <w:marLeft w:val="0"/>
      <w:marRight w:val="0"/>
      <w:marTop w:val="0"/>
      <w:marBottom w:val="0"/>
      <w:divBdr>
        <w:top w:val="none" w:sz="0" w:space="0" w:color="auto"/>
        <w:left w:val="none" w:sz="0" w:space="0" w:color="auto"/>
        <w:bottom w:val="none" w:sz="0" w:space="0" w:color="auto"/>
        <w:right w:val="none" w:sz="0" w:space="0" w:color="auto"/>
      </w:divBdr>
    </w:div>
    <w:div w:id="1207182967">
      <w:bodyDiv w:val="1"/>
      <w:marLeft w:val="0"/>
      <w:marRight w:val="0"/>
      <w:marTop w:val="0"/>
      <w:marBottom w:val="0"/>
      <w:divBdr>
        <w:top w:val="none" w:sz="0" w:space="0" w:color="auto"/>
        <w:left w:val="none" w:sz="0" w:space="0" w:color="auto"/>
        <w:bottom w:val="none" w:sz="0" w:space="0" w:color="auto"/>
        <w:right w:val="none" w:sz="0" w:space="0" w:color="auto"/>
      </w:divBdr>
    </w:div>
    <w:div w:id="1207328192">
      <w:bodyDiv w:val="1"/>
      <w:marLeft w:val="0"/>
      <w:marRight w:val="0"/>
      <w:marTop w:val="0"/>
      <w:marBottom w:val="0"/>
      <w:divBdr>
        <w:top w:val="none" w:sz="0" w:space="0" w:color="auto"/>
        <w:left w:val="none" w:sz="0" w:space="0" w:color="auto"/>
        <w:bottom w:val="none" w:sz="0" w:space="0" w:color="auto"/>
        <w:right w:val="none" w:sz="0" w:space="0" w:color="auto"/>
      </w:divBdr>
    </w:div>
    <w:div w:id="1207835697">
      <w:bodyDiv w:val="1"/>
      <w:marLeft w:val="0"/>
      <w:marRight w:val="0"/>
      <w:marTop w:val="0"/>
      <w:marBottom w:val="0"/>
      <w:divBdr>
        <w:top w:val="none" w:sz="0" w:space="0" w:color="auto"/>
        <w:left w:val="none" w:sz="0" w:space="0" w:color="auto"/>
        <w:bottom w:val="none" w:sz="0" w:space="0" w:color="auto"/>
        <w:right w:val="none" w:sz="0" w:space="0" w:color="auto"/>
      </w:divBdr>
    </w:div>
    <w:div w:id="1208297834">
      <w:bodyDiv w:val="1"/>
      <w:marLeft w:val="0"/>
      <w:marRight w:val="0"/>
      <w:marTop w:val="0"/>
      <w:marBottom w:val="0"/>
      <w:divBdr>
        <w:top w:val="none" w:sz="0" w:space="0" w:color="auto"/>
        <w:left w:val="none" w:sz="0" w:space="0" w:color="auto"/>
        <w:bottom w:val="none" w:sz="0" w:space="0" w:color="auto"/>
        <w:right w:val="none" w:sz="0" w:space="0" w:color="auto"/>
      </w:divBdr>
    </w:div>
    <w:div w:id="1209146707">
      <w:bodyDiv w:val="1"/>
      <w:marLeft w:val="0"/>
      <w:marRight w:val="0"/>
      <w:marTop w:val="0"/>
      <w:marBottom w:val="0"/>
      <w:divBdr>
        <w:top w:val="none" w:sz="0" w:space="0" w:color="auto"/>
        <w:left w:val="none" w:sz="0" w:space="0" w:color="auto"/>
        <w:bottom w:val="none" w:sz="0" w:space="0" w:color="auto"/>
        <w:right w:val="none" w:sz="0" w:space="0" w:color="auto"/>
      </w:divBdr>
    </w:div>
    <w:div w:id="1210874292">
      <w:bodyDiv w:val="1"/>
      <w:marLeft w:val="0"/>
      <w:marRight w:val="0"/>
      <w:marTop w:val="0"/>
      <w:marBottom w:val="0"/>
      <w:divBdr>
        <w:top w:val="none" w:sz="0" w:space="0" w:color="auto"/>
        <w:left w:val="none" w:sz="0" w:space="0" w:color="auto"/>
        <w:bottom w:val="none" w:sz="0" w:space="0" w:color="auto"/>
        <w:right w:val="none" w:sz="0" w:space="0" w:color="auto"/>
      </w:divBdr>
    </w:div>
    <w:div w:id="1212497926">
      <w:bodyDiv w:val="1"/>
      <w:marLeft w:val="0"/>
      <w:marRight w:val="0"/>
      <w:marTop w:val="0"/>
      <w:marBottom w:val="0"/>
      <w:divBdr>
        <w:top w:val="none" w:sz="0" w:space="0" w:color="auto"/>
        <w:left w:val="none" w:sz="0" w:space="0" w:color="auto"/>
        <w:bottom w:val="none" w:sz="0" w:space="0" w:color="auto"/>
        <w:right w:val="none" w:sz="0" w:space="0" w:color="auto"/>
      </w:divBdr>
    </w:div>
    <w:div w:id="1212766866">
      <w:bodyDiv w:val="1"/>
      <w:marLeft w:val="0"/>
      <w:marRight w:val="0"/>
      <w:marTop w:val="0"/>
      <w:marBottom w:val="0"/>
      <w:divBdr>
        <w:top w:val="none" w:sz="0" w:space="0" w:color="auto"/>
        <w:left w:val="none" w:sz="0" w:space="0" w:color="auto"/>
        <w:bottom w:val="none" w:sz="0" w:space="0" w:color="auto"/>
        <w:right w:val="none" w:sz="0" w:space="0" w:color="auto"/>
      </w:divBdr>
    </w:div>
    <w:div w:id="1216041631">
      <w:bodyDiv w:val="1"/>
      <w:marLeft w:val="0"/>
      <w:marRight w:val="0"/>
      <w:marTop w:val="0"/>
      <w:marBottom w:val="0"/>
      <w:divBdr>
        <w:top w:val="none" w:sz="0" w:space="0" w:color="auto"/>
        <w:left w:val="none" w:sz="0" w:space="0" w:color="auto"/>
        <w:bottom w:val="none" w:sz="0" w:space="0" w:color="auto"/>
        <w:right w:val="none" w:sz="0" w:space="0" w:color="auto"/>
      </w:divBdr>
    </w:div>
    <w:div w:id="1218129060">
      <w:bodyDiv w:val="1"/>
      <w:marLeft w:val="0"/>
      <w:marRight w:val="0"/>
      <w:marTop w:val="0"/>
      <w:marBottom w:val="0"/>
      <w:divBdr>
        <w:top w:val="none" w:sz="0" w:space="0" w:color="auto"/>
        <w:left w:val="none" w:sz="0" w:space="0" w:color="auto"/>
        <w:bottom w:val="none" w:sz="0" w:space="0" w:color="auto"/>
        <w:right w:val="none" w:sz="0" w:space="0" w:color="auto"/>
      </w:divBdr>
    </w:div>
    <w:div w:id="1218979744">
      <w:bodyDiv w:val="1"/>
      <w:marLeft w:val="0"/>
      <w:marRight w:val="0"/>
      <w:marTop w:val="0"/>
      <w:marBottom w:val="0"/>
      <w:divBdr>
        <w:top w:val="none" w:sz="0" w:space="0" w:color="auto"/>
        <w:left w:val="none" w:sz="0" w:space="0" w:color="auto"/>
        <w:bottom w:val="none" w:sz="0" w:space="0" w:color="auto"/>
        <w:right w:val="none" w:sz="0" w:space="0" w:color="auto"/>
      </w:divBdr>
    </w:div>
    <w:div w:id="1219628375">
      <w:bodyDiv w:val="1"/>
      <w:marLeft w:val="0"/>
      <w:marRight w:val="0"/>
      <w:marTop w:val="0"/>
      <w:marBottom w:val="0"/>
      <w:divBdr>
        <w:top w:val="none" w:sz="0" w:space="0" w:color="auto"/>
        <w:left w:val="none" w:sz="0" w:space="0" w:color="auto"/>
        <w:bottom w:val="none" w:sz="0" w:space="0" w:color="auto"/>
        <w:right w:val="none" w:sz="0" w:space="0" w:color="auto"/>
      </w:divBdr>
    </w:div>
    <w:div w:id="1222209245">
      <w:bodyDiv w:val="1"/>
      <w:marLeft w:val="0"/>
      <w:marRight w:val="0"/>
      <w:marTop w:val="0"/>
      <w:marBottom w:val="0"/>
      <w:divBdr>
        <w:top w:val="none" w:sz="0" w:space="0" w:color="auto"/>
        <w:left w:val="none" w:sz="0" w:space="0" w:color="auto"/>
        <w:bottom w:val="none" w:sz="0" w:space="0" w:color="auto"/>
        <w:right w:val="none" w:sz="0" w:space="0" w:color="auto"/>
      </w:divBdr>
    </w:div>
    <w:div w:id="1224290084">
      <w:bodyDiv w:val="1"/>
      <w:marLeft w:val="0"/>
      <w:marRight w:val="0"/>
      <w:marTop w:val="0"/>
      <w:marBottom w:val="0"/>
      <w:divBdr>
        <w:top w:val="none" w:sz="0" w:space="0" w:color="auto"/>
        <w:left w:val="none" w:sz="0" w:space="0" w:color="auto"/>
        <w:bottom w:val="none" w:sz="0" w:space="0" w:color="auto"/>
        <w:right w:val="none" w:sz="0" w:space="0" w:color="auto"/>
      </w:divBdr>
    </w:div>
    <w:div w:id="1226335182">
      <w:bodyDiv w:val="1"/>
      <w:marLeft w:val="0"/>
      <w:marRight w:val="0"/>
      <w:marTop w:val="0"/>
      <w:marBottom w:val="0"/>
      <w:divBdr>
        <w:top w:val="none" w:sz="0" w:space="0" w:color="auto"/>
        <w:left w:val="none" w:sz="0" w:space="0" w:color="auto"/>
        <w:bottom w:val="none" w:sz="0" w:space="0" w:color="auto"/>
        <w:right w:val="none" w:sz="0" w:space="0" w:color="auto"/>
      </w:divBdr>
    </w:div>
    <w:div w:id="1226527795">
      <w:bodyDiv w:val="1"/>
      <w:marLeft w:val="0"/>
      <w:marRight w:val="0"/>
      <w:marTop w:val="0"/>
      <w:marBottom w:val="0"/>
      <w:divBdr>
        <w:top w:val="none" w:sz="0" w:space="0" w:color="auto"/>
        <w:left w:val="none" w:sz="0" w:space="0" w:color="auto"/>
        <w:bottom w:val="none" w:sz="0" w:space="0" w:color="auto"/>
        <w:right w:val="none" w:sz="0" w:space="0" w:color="auto"/>
      </w:divBdr>
    </w:div>
    <w:div w:id="1226917266">
      <w:bodyDiv w:val="1"/>
      <w:marLeft w:val="0"/>
      <w:marRight w:val="0"/>
      <w:marTop w:val="0"/>
      <w:marBottom w:val="0"/>
      <w:divBdr>
        <w:top w:val="none" w:sz="0" w:space="0" w:color="auto"/>
        <w:left w:val="none" w:sz="0" w:space="0" w:color="auto"/>
        <w:bottom w:val="none" w:sz="0" w:space="0" w:color="auto"/>
        <w:right w:val="none" w:sz="0" w:space="0" w:color="auto"/>
      </w:divBdr>
    </w:div>
    <w:div w:id="1227842692">
      <w:bodyDiv w:val="1"/>
      <w:marLeft w:val="0"/>
      <w:marRight w:val="0"/>
      <w:marTop w:val="0"/>
      <w:marBottom w:val="0"/>
      <w:divBdr>
        <w:top w:val="none" w:sz="0" w:space="0" w:color="auto"/>
        <w:left w:val="none" w:sz="0" w:space="0" w:color="auto"/>
        <w:bottom w:val="none" w:sz="0" w:space="0" w:color="auto"/>
        <w:right w:val="none" w:sz="0" w:space="0" w:color="auto"/>
      </w:divBdr>
    </w:div>
    <w:div w:id="1227960077">
      <w:bodyDiv w:val="1"/>
      <w:marLeft w:val="0"/>
      <w:marRight w:val="0"/>
      <w:marTop w:val="0"/>
      <w:marBottom w:val="0"/>
      <w:divBdr>
        <w:top w:val="none" w:sz="0" w:space="0" w:color="auto"/>
        <w:left w:val="none" w:sz="0" w:space="0" w:color="auto"/>
        <w:bottom w:val="none" w:sz="0" w:space="0" w:color="auto"/>
        <w:right w:val="none" w:sz="0" w:space="0" w:color="auto"/>
      </w:divBdr>
    </w:div>
    <w:div w:id="1228372149">
      <w:bodyDiv w:val="1"/>
      <w:marLeft w:val="0"/>
      <w:marRight w:val="0"/>
      <w:marTop w:val="0"/>
      <w:marBottom w:val="0"/>
      <w:divBdr>
        <w:top w:val="none" w:sz="0" w:space="0" w:color="auto"/>
        <w:left w:val="none" w:sz="0" w:space="0" w:color="auto"/>
        <w:bottom w:val="none" w:sz="0" w:space="0" w:color="auto"/>
        <w:right w:val="none" w:sz="0" w:space="0" w:color="auto"/>
      </w:divBdr>
    </w:div>
    <w:div w:id="1228805429">
      <w:bodyDiv w:val="1"/>
      <w:marLeft w:val="0"/>
      <w:marRight w:val="0"/>
      <w:marTop w:val="0"/>
      <w:marBottom w:val="0"/>
      <w:divBdr>
        <w:top w:val="none" w:sz="0" w:space="0" w:color="auto"/>
        <w:left w:val="none" w:sz="0" w:space="0" w:color="auto"/>
        <w:bottom w:val="none" w:sz="0" w:space="0" w:color="auto"/>
        <w:right w:val="none" w:sz="0" w:space="0" w:color="auto"/>
      </w:divBdr>
    </w:div>
    <w:div w:id="1229608111">
      <w:bodyDiv w:val="1"/>
      <w:marLeft w:val="0"/>
      <w:marRight w:val="0"/>
      <w:marTop w:val="0"/>
      <w:marBottom w:val="0"/>
      <w:divBdr>
        <w:top w:val="none" w:sz="0" w:space="0" w:color="auto"/>
        <w:left w:val="none" w:sz="0" w:space="0" w:color="auto"/>
        <w:bottom w:val="none" w:sz="0" w:space="0" w:color="auto"/>
        <w:right w:val="none" w:sz="0" w:space="0" w:color="auto"/>
      </w:divBdr>
    </w:div>
    <w:div w:id="1230574380">
      <w:bodyDiv w:val="1"/>
      <w:marLeft w:val="0"/>
      <w:marRight w:val="0"/>
      <w:marTop w:val="0"/>
      <w:marBottom w:val="0"/>
      <w:divBdr>
        <w:top w:val="none" w:sz="0" w:space="0" w:color="auto"/>
        <w:left w:val="none" w:sz="0" w:space="0" w:color="auto"/>
        <w:bottom w:val="none" w:sz="0" w:space="0" w:color="auto"/>
        <w:right w:val="none" w:sz="0" w:space="0" w:color="auto"/>
      </w:divBdr>
    </w:div>
    <w:div w:id="1231186077">
      <w:bodyDiv w:val="1"/>
      <w:marLeft w:val="0"/>
      <w:marRight w:val="0"/>
      <w:marTop w:val="0"/>
      <w:marBottom w:val="0"/>
      <w:divBdr>
        <w:top w:val="none" w:sz="0" w:space="0" w:color="auto"/>
        <w:left w:val="none" w:sz="0" w:space="0" w:color="auto"/>
        <w:bottom w:val="none" w:sz="0" w:space="0" w:color="auto"/>
        <w:right w:val="none" w:sz="0" w:space="0" w:color="auto"/>
      </w:divBdr>
    </w:div>
    <w:div w:id="1232543131">
      <w:bodyDiv w:val="1"/>
      <w:marLeft w:val="0"/>
      <w:marRight w:val="0"/>
      <w:marTop w:val="0"/>
      <w:marBottom w:val="0"/>
      <w:divBdr>
        <w:top w:val="none" w:sz="0" w:space="0" w:color="auto"/>
        <w:left w:val="none" w:sz="0" w:space="0" w:color="auto"/>
        <w:bottom w:val="none" w:sz="0" w:space="0" w:color="auto"/>
        <w:right w:val="none" w:sz="0" w:space="0" w:color="auto"/>
      </w:divBdr>
    </w:div>
    <w:div w:id="1234199102">
      <w:bodyDiv w:val="1"/>
      <w:marLeft w:val="0"/>
      <w:marRight w:val="0"/>
      <w:marTop w:val="0"/>
      <w:marBottom w:val="0"/>
      <w:divBdr>
        <w:top w:val="none" w:sz="0" w:space="0" w:color="auto"/>
        <w:left w:val="none" w:sz="0" w:space="0" w:color="auto"/>
        <w:bottom w:val="none" w:sz="0" w:space="0" w:color="auto"/>
        <w:right w:val="none" w:sz="0" w:space="0" w:color="auto"/>
      </w:divBdr>
    </w:div>
    <w:div w:id="1235892452">
      <w:bodyDiv w:val="1"/>
      <w:marLeft w:val="0"/>
      <w:marRight w:val="0"/>
      <w:marTop w:val="0"/>
      <w:marBottom w:val="0"/>
      <w:divBdr>
        <w:top w:val="none" w:sz="0" w:space="0" w:color="auto"/>
        <w:left w:val="none" w:sz="0" w:space="0" w:color="auto"/>
        <w:bottom w:val="none" w:sz="0" w:space="0" w:color="auto"/>
        <w:right w:val="none" w:sz="0" w:space="0" w:color="auto"/>
      </w:divBdr>
    </w:div>
    <w:div w:id="1238129740">
      <w:bodyDiv w:val="1"/>
      <w:marLeft w:val="0"/>
      <w:marRight w:val="0"/>
      <w:marTop w:val="0"/>
      <w:marBottom w:val="0"/>
      <w:divBdr>
        <w:top w:val="none" w:sz="0" w:space="0" w:color="auto"/>
        <w:left w:val="none" w:sz="0" w:space="0" w:color="auto"/>
        <w:bottom w:val="none" w:sz="0" w:space="0" w:color="auto"/>
        <w:right w:val="none" w:sz="0" w:space="0" w:color="auto"/>
      </w:divBdr>
    </w:div>
    <w:div w:id="1238899000">
      <w:bodyDiv w:val="1"/>
      <w:marLeft w:val="0"/>
      <w:marRight w:val="0"/>
      <w:marTop w:val="0"/>
      <w:marBottom w:val="0"/>
      <w:divBdr>
        <w:top w:val="none" w:sz="0" w:space="0" w:color="auto"/>
        <w:left w:val="none" w:sz="0" w:space="0" w:color="auto"/>
        <w:bottom w:val="none" w:sz="0" w:space="0" w:color="auto"/>
        <w:right w:val="none" w:sz="0" w:space="0" w:color="auto"/>
      </w:divBdr>
    </w:div>
    <w:div w:id="1240560696">
      <w:bodyDiv w:val="1"/>
      <w:marLeft w:val="0"/>
      <w:marRight w:val="0"/>
      <w:marTop w:val="0"/>
      <w:marBottom w:val="0"/>
      <w:divBdr>
        <w:top w:val="none" w:sz="0" w:space="0" w:color="auto"/>
        <w:left w:val="none" w:sz="0" w:space="0" w:color="auto"/>
        <w:bottom w:val="none" w:sz="0" w:space="0" w:color="auto"/>
        <w:right w:val="none" w:sz="0" w:space="0" w:color="auto"/>
      </w:divBdr>
    </w:div>
    <w:div w:id="1241862961">
      <w:bodyDiv w:val="1"/>
      <w:marLeft w:val="0"/>
      <w:marRight w:val="0"/>
      <w:marTop w:val="0"/>
      <w:marBottom w:val="0"/>
      <w:divBdr>
        <w:top w:val="none" w:sz="0" w:space="0" w:color="auto"/>
        <w:left w:val="none" w:sz="0" w:space="0" w:color="auto"/>
        <w:bottom w:val="none" w:sz="0" w:space="0" w:color="auto"/>
        <w:right w:val="none" w:sz="0" w:space="0" w:color="auto"/>
      </w:divBdr>
    </w:div>
    <w:div w:id="1241909769">
      <w:bodyDiv w:val="1"/>
      <w:marLeft w:val="0"/>
      <w:marRight w:val="0"/>
      <w:marTop w:val="0"/>
      <w:marBottom w:val="0"/>
      <w:divBdr>
        <w:top w:val="none" w:sz="0" w:space="0" w:color="auto"/>
        <w:left w:val="none" w:sz="0" w:space="0" w:color="auto"/>
        <w:bottom w:val="none" w:sz="0" w:space="0" w:color="auto"/>
        <w:right w:val="none" w:sz="0" w:space="0" w:color="auto"/>
      </w:divBdr>
    </w:div>
    <w:div w:id="1242907235">
      <w:bodyDiv w:val="1"/>
      <w:marLeft w:val="0"/>
      <w:marRight w:val="0"/>
      <w:marTop w:val="0"/>
      <w:marBottom w:val="0"/>
      <w:divBdr>
        <w:top w:val="none" w:sz="0" w:space="0" w:color="auto"/>
        <w:left w:val="none" w:sz="0" w:space="0" w:color="auto"/>
        <w:bottom w:val="none" w:sz="0" w:space="0" w:color="auto"/>
        <w:right w:val="none" w:sz="0" w:space="0" w:color="auto"/>
      </w:divBdr>
    </w:div>
    <w:div w:id="1244607449">
      <w:bodyDiv w:val="1"/>
      <w:marLeft w:val="0"/>
      <w:marRight w:val="0"/>
      <w:marTop w:val="0"/>
      <w:marBottom w:val="0"/>
      <w:divBdr>
        <w:top w:val="none" w:sz="0" w:space="0" w:color="auto"/>
        <w:left w:val="none" w:sz="0" w:space="0" w:color="auto"/>
        <w:bottom w:val="none" w:sz="0" w:space="0" w:color="auto"/>
        <w:right w:val="none" w:sz="0" w:space="0" w:color="auto"/>
      </w:divBdr>
    </w:div>
    <w:div w:id="1244878833">
      <w:bodyDiv w:val="1"/>
      <w:marLeft w:val="0"/>
      <w:marRight w:val="0"/>
      <w:marTop w:val="0"/>
      <w:marBottom w:val="0"/>
      <w:divBdr>
        <w:top w:val="none" w:sz="0" w:space="0" w:color="auto"/>
        <w:left w:val="none" w:sz="0" w:space="0" w:color="auto"/>
        <w:bottom w:val="none" w:sz="0" w:space="0" w:color="auto"/>
        <w:right w:val="none" w:sz="0" w:space="0" w:color="auto"/>
      </w:divBdr>
    </w:div>
    <w:div w:id="1247954458">
      <w:bodyDiv w:val="1"/>
      <w:marLeft w:val="0"/>
      <w:marRight w:val="0"/>
      <w:marTop w:val="0"/>
      <w:marBottom w:val="0"/>
      <w:divBdr>
        <w:top w:val="none" w:sz="0" w:space="0" w:color="auto"/>
        <w:left w:val="none" w:sz="0" w:space="0" w:color="auto"/>
        <w:bottom w:val="none" w:sz="0" w:space="0" w:color="auto"/>
        <w:right w:val="none" w:sz="0" w:space="0" w:color="auto"/>
      </w:divBdr>
    </w:div>
    <w:div w:id="1249853820">
      <w:bodyDiv w:val="1"/>
      <w:marLeft w:val="0"/>
      <w:marRight w:val="0"/>
      <w:marTop w:val="0"/>
      <w:marBottom w:val="0"/>
      <w:divBdr>
        <w:top w:val="none" w:sz="0" w:space="0" w:color="auto"/>
        <w:left w:val="none" w:sz="0" w:space="0" w:color="auto"/>
        <w:bottom w:val="none" w:sz="0" w:space="0" w:color="auto"/>
        <w:right w:val="none" w:sz="0" w:space="0" w:color="auto"/>
      </w:divBdr>
    </w:div>
    <w:div w:id="1251816422">
      <w:bodyDiv w:val="1"/>
      <w:marLeft w:val="0"/>
      <w:marRight w:val="0"/>
      <w:marTop w:val="0"/>
      <w:marBottom w:val="0"/>
      <w:divBdr>
        <w:top w:val="none" w:sz="0" w:space="0" w:color="auto"/>
        <w:left w:val="none" w:sz="0" w:space="0" w:color="auto"/>
        <w:bottom w:val="none" w:sz="0" w:space="0" w:color="auto"/>
        <w:right w:val="none" w:sz="0" w:space="0" w:color="auto"/>
      </w:divBdr>
    </w:div>
    <w:div w:id="1252155452">
      <w:bodyDiv w:val="1"/>
      <w:marLeft w:val="0"/>
      <w:marRight w:val="0"/>
      <w:marTop w:val="0"/>
      <w:marBottom w:val="0"/>
      <w:divBdr>
        <w:top w:val="none" w:sz="0" w:space="0" w:color="auto"/>
        <w:left w:val="none" w:sz="0" w:space="0" w:color="auto"/>
        <w:bottom w:val="none" w:sz="0" w:space="0" w:color="auto"/>
        <w:right w:val="none" w:sz="0" w:space="0" w:color="auto"/>
      </w:divBdr>
    </w:div>
    <w:div w:id="1253929608">
      <w:bodyDiv w:val="1"/>
      <w:marLeft w:val="0"/>
      <w:marRight w:val="0"/>
      <w:marTop w:val="0"/>
      <w:marBottom w:val="0"/>
      <w:divBdr>
        <w:top w:val="none" w:sz="0" w:space="0" w:color="auto"/>
        <w:left w:val="none" w:sz="0" w:space="0" w:color="auto"/>
        <w:bottom w:val="none" w:sz="0" w:space="0" w:color="auto"/>
        <w:right w:val="none" w:sz="0" w:space="0" w:color="auto"/>
      </w:divBdr>
    </w:div>
    <w:div w:id="1255557493">
      <w:bodyDiv w:val="1"/>
      <w:marLeft w:val="0"/>
      <w:marRight w:val="0"/>
      <w:marTop w:val="0"/>
      <w:marBottom w:val="0"/>
      <w:divBdr>
        <w:top w:val="none" w:sz="0" w:space="0" w:color="auto"/>
        <w:left w:val="none" w:sz="0" w:space="0" w:color="auto"/>
        <w:bottom w:val="none" w:sz="0" w:space="0" w:color="auto"/>
        <w:right w:val="none" w:sz="0" w:space="0" w:color="auto"/>
      </w:divBdr>
    </w:div>
    <w:div w:id="1257325577">
      <w:bodyDiv w:val="1"/>
      <w:marLeft w:val="0"/>
      <w:marRight w:val="0"/>
      <w:marTop w:val="0"/>
      <w:marBottom w:val="0"/>
      <w:divBdr>
        <w:top w:val="none" w:sz="0" w:space="0" w:color="auto"/>
        <w:left w:val="none" w:sz="0" w:space="0" w:color="auto"/>
        <w:bottom w:val="none" w:sz="0" w:space="0" w:color="auto"/>
        <w:right w:val="none" w:sz="0" w:space="0" w:color="auto"/>
      </w:divBdr>
    </w:div>
    <w:div w:id="1258126813">
      <w:bodyDiv w:val="1"/>
      <w:marLeft w:val="0"/>
      <w:marRight w:val="0"/>
      <w:marTop w:val="0"/>
      <w:marBottom w:val="0"/>
      <w:divBdr>
        <w:top w:val="none" w:sz="0" w:space="0" w:color="auto"/>
        <w:left w:val="none" w:sz="0" w:space="0" w:color="auto"/>
        <w:bottom w:val="none" w:sz="0" w:space="0" w:color="auto"/>
        <w:right w:val="none" w:sz="0" w:space="0" w:color="auto"/>
      </w:divBdr>
    </w:div>
    <w:div w:id="1258633683">
      <w:bodyDiv w:val="1"/>
      <w:marLeft w:val="0"/>
      <w:marRight w:val="0"/>
      <w:marTop w:val="0"/>
      <w:marBottom w:val="0"/>
      <w:divBdr>
        <w:top w:val="none" w:sz="0" w:space="0" w:color="auto"/>
        <w:left w:val="none" w:sz="0" w:space="0" w:color="auto"/>
        <w:bottom w:val="none" w:sz="0" w:space="0" w:color="auto"/>
        <w:right w:val="none" w:sz="0" w:space="0" w:color="auto"/>
      </w:divBdr>
    </w:div>
    <w:div w:id="1261253350">
      <w:bodyDiv w:val="1"/>
      <w:marLeft w:val="0"/>
      <w:marRight w:val="0"/>
      <w:marTop w:val="0"/>
      <w:marBottom w:val="0"/>
      <w:divBdr>
        <w:top w:val="none" w:sz="0" w:space="0" w:color="auto"/>
        <w:left w:val="none" w:sz="0" w:space="0" w:color="auto"/>
        <w:bottom w:val="none" w:sz="0" w:space="0" w:color="auto"/>
        <w:right w:val="none" w:sz="0" w:space="0" w:color="auto"/>
      </w:divBdr>
    </w:div>
    <w:div w:id="1262572618">
      <w:bodyDiv w:val="1"/>
      <w:marLeft w:val="0"/>
      <w:marRight w:val="0"/>
      <w:marTop w:val="0"/>
      <w:marBottom w:val="0"/>
      <w:divBdr>
        <w:top w:val="none" w:sz="0" w:space="0" w:color="auto"/>
        <w:left w:val="none" w:sz="0" w:space="0" w:color="auto"/>
        <w:bottom w:val="none" w:sz="0" w:space="0" w:color="auto"/>
        <w:right w:val="none" w:sz="0" w:space="0" w:color="auto"/>
      </w:divBdr>
    </w:div>
    <w:div w:id="1262713986">
      <w:bodyDiv w:val="1"/>
      <w:marLeft w:val="0"/>
      <w:marRight w:val="0"/>
      <w:marTop w:val="0"/>
      <w:marBottom w:val="0"/>
      <w:divBdr>
        <w:top w:val="none" w:sz="0" w:space="0" w:color="auto"/>
        <w:left w:val="none" w:sz="0" w:space="0" w:color="auto"/>
        <w:bottom w:val="none" w:sz="0" w:space="0" w:color="auto"/>
        <w:right w:val="none" w:sz="0" w:space="0" w:color="auto"/>
      </w:divBdr>
    </w:div>
    <w:div w:id="1267887634">
      <w:bodyDiv w:val="1"/>
      <w:marLeft w:val="0"/>
      <w:marRight w:val="0"/>
      <w:marTop w:val="0"/>
      <w:marBottom w:val="0"/>
      <w:divBdr>
        <w:top w:val="none" w:sz="0" w:space="0" w:color="auto"/>
        <w:left w:val="none" w:sz="0" w:space="0" w:color="auto"/>
        <w:bottom w:val="none" w:sz="0" w:space="0" w:color="auto"/>
        <w:right w:val="none" w:sz="0" w:space="0" w:color="auto"/>
      </w:divBdr>
    </w:div>
    <w:div w:id="1270357235">
      <w:bodyDiv w:val="1"/>
      <w:marLeft w:val="0"/>
      <w:marRight w:val="0"/>
      <w:marTop w:val="0"/>
      <w:marBottom w:val="0"/>
      <w:divBdr>
        <w:top w:val="none" w:sz="0" w:space="0" w:color="auto"/>
        <w:left w:val="none" w:sz="0" w:space="0" w:color="auto"/>
        <w:bottom w:val="none" w:sz="0" w:space="0" w:color="auto"/>
        <w:right w:val="none" w:sz="0" w:space="0" w:color="auto"/>
      </w:divBdr>
    </w:div>
    <w:div w:id="1270620445">
      <w:bodyDiv w:val="1"/>
      <w:marLeft w:val="0"/>
      <w:marRight w:val="0"/>
      <w:marTop w:val="0"/>
      <w:marBottom w:val="0"/>
      <w:divBdr>
        <w:top w:val="none" w:sz="0" w:space="0" w:color="auto"/>
        <w:left w:val="none" w:sz="0" w:space="0" w:color="auto"/>
        <w:bottom w:val="none" w:sz="0" w:space="0" w:color="auto"/>
        <w:right w:val="none" w:sz="0" w:space="0" w:color="auto"/>
      </w:divBdr>
    </w:div>
    <w:div w:id="1272785024">
      <w:bodyDiv w:val="1"/>
      <w:marLeft w:val="0"/>
      <w:marRight w:val="0"/>
      <w:marTop w:val="0"/>
      <w:marBottom w:val="0"/>
      <w:divBdr>
        <w:top w:val="none" w:sz="0" w:space="0" w:color="auto"/>
        <w:left w:val="none" w:sz="0" w:space="0" w:color="auto"/>
        <w:bottom w:val="none" w:sz="0" w:space="0" w:color="auto"/>
        <w:right w:val="none" w:sz="0" w:space="0" w:color="auto"/>
      </w:divBdr>
    </w:div>
    <w:div w:id="1272862178">
      <w:bodyDiv w:val="1"/>
      <w:marLeft w:val="0"/>
      <w:marRight w:val="0"/>
      <w:marTop w:val="0"/>
      <w:marBottom w:val="0"/>
      <w:divBdr>
        <w:top w:val="none" w:sz="0" w:space="0" w:color="auto"/>
        <w:left w:val="none" w:sz="0" w:space="0" w:color="auto"/>
        <w:bottom w:val="none" w:sz="0" w:space="0" w:color="auto"/>
        <w:right w:val="none" w:sz="0" w:space="0" w:color="auto"/>
      </w:divBdr>
    </w:div>
    <w:div w:id="1272863214">
      <w:bodyDiv w:val="1"/>
      <w:marLeft w:val="0"/>
      <w:marRight w:val="0"/>
      <w:marTop w:val="0"/>
      <w:marBottom w:val="0"/>
      <w:divBdr>
        <w:top w:val="none" w:sz="0" w:space="0" w:color="auto"/>
        <w:left w:val="none" w:sz="0" w:space="0" w:color="auto"/>
        <w:bottom w:val="none" w:sz="0" w:space="0" w:color="auto"/>
        <w:right w:val="none" w:sz="0" w:space="0" w:color="auto"/>
      </w:divBdr>
    </w:div>
    <w:div w:id="1273322894">
      <w:bodyDiv w:val="1"/>
      <w:marLeft w:val="0"/>
      <w:marRight w:val="0"/>
      <w:marTop w:val="0"/>
      <w:marBottom w:val="0"/>
      <w:divBdr>
        <w:top w:val="none" w:sz="0" w:space="0" w:color="auto"/>
        <w:left w:val="none" w:sz="0" w:space="0" w:color="auto"/>
        <w:bottom w:val="none" w:sz="0" w:space="0" w:color="auto"/>
        <w:right w:val="none" w:sz="0" w:space="0" w:color="auto"/>
      </w:divBdr>
    </w:div>
    <w:div w:id="1274510869">
      <w:bodyDiv w:val="1"/>
      <w:marLeft w:val="0"/>
      <w:marRight w:val="0"/>
      <w:marTop w:val="0"/>
      <w:marBottom w:val="0"/>
      <w:divBdr>
        <w:top w:val="none" w:sz="0" w:space="0" w:color="auto"/>
        <w:left w:val="none" w:sz="0" w:space="0" w:color="auto"/>
        <w:bottom w:val="none" w:sz="0" w:space="0" w:color="auto"/>
        <w:right w:val="none" w:sz="0" w:space="0" w:color="auto"/>
      </w:divBdr>
    </w:div>
    <w:div w:id="1275215393">
      <w:bodyDiv w:val="1"/>
      <w:marLeft w:val="0"/>
      <w:marRight w:val="0"/>
      <w:marTop w:val="0"/>
      <w:marBottom w:val="0"/>
      <w:divBdr>
        <w:top w:val="none" w:sz="0" w:space="0" w:color="auto"/>
        <w:left w:val="none" w:sz="0" w:space="0" w:color="auto"/>
        <w:bottom w:val="none" w:sz="0" w:space="0" w:color="auto"/>
        <w:right w:val="none" w:sz="0" w:space="0" w:color="auto"/>
      </w:divBdr>
    </w:div>
    <w:div w:id="1275288701">
      <w:bodyDiv w:val="1"/>
      <w:marLeft w:val="0"/>
      <w:marRight w:val="0"/>
      <w:marTop w:val="0"/>
      <w:marBottom w:val="0"/>
      <w:divBdr>
        <w:top w:val="none" w:sz="0" w:space="0" w:color="auto"/>
        <w:left w:val="none" w:sz="0" w:space="0" w:color="auto"/>
        <w:bottom w:val="none" w:sz="0" w:space="0" w:color="auto"/>
        <w:right w:val="none" w:sz="0" w:space="0" w:color="auto"/>
      </w:divBdr>
    </w:div>
    <w:div w:id="1278372074">
      <w:bodyDiv w:val="1"/>
      <w:marLeft w:val="0"/>
      <w:marRight w:val="0"/>
      <w:marTop w:val="0"/>
      <w:marBottom w:val="0"/>
      <w:divBdr>
        <w:top w:val="none" w:sz="0" w:space="0" w:color="auto"/>
        <w:left w:val="none" w:sz="0" w:space="0" w:color="auto"/>
        <w:bottom w:val="none" w:sz="0" w:space="0" w:color="auto"/>
        <w:right w:val="none" w:sz="0" w:space="0" w:color="auto"/>
      </w:divBdr>
    </w:div>
    <w:div w:id="1281064060">
      <w:bodyDiv w:val="1"/>
      <w:marLeft w:val="0"/>
      <w:marRight w:val="0"/>
      <w:marTop w:val="0"/>
      <w:marBottom w:val="0"/>
      <w:divBdr>
        <w:top w:val="none" w:sz="0" w:space="0" w:color="auto"/>
        <w:left w:val="none" w:sz="0" w:space="0" w:color="auto"/>
        <w:bottom w:val="none" w:sz="0" w:space="0" w:color="auto"/>
        <w:right w:val="none" w:sz="0" w:space="0" w:color="auto"/>
      </w:divBdr>
    </w:div>
    <w:div w:id="1281498707">
      <w:bodyDiv w:val="1"/>
      <w:marLeft w:val="0"/>
      <w:marRight w:val="0"/>
      <w:marTop w:val="0"/>
      <w:marBottom w:val="0"/>
      <w:divBdr>
        <w:top w:val="none" w:sz="0" w:space="0" w:color="auto"/>
        <w:left w:val="none" w:sz="0" w:space="0" w:color="auto"/>
        <w:bottom w:val="none" w:sz="0" w:space="0" w:color="auto"/>
        <w:right w:val="none" w:sz="0" w:space="0" w:color="auto"/>
      </w:divBdr>
    </w:div>
    <w:div w:id="1284001449">
      <w:bodyDiv w:val="1"/>
      <w:marLeft w:val="0"/>
      <w:marRight w:val="0"/>
      <w:marTop w:val="0"/>
      <w:marBottom w:val="0"/>
      <w:divBdr>
        <w:top w:val="none" w:sz="0" w:space="0" w:color="auto"/>
        <w:left w:val="none" w:sz="0" w:space="0" w:color="auto"/>
        <w:bottom w:val="none" w:sz="0" w:space="0" w:color="auto"/>
        <w:right w:val="none" w:sz="0" w:space="0" w:color="auto"/>
      </w:divBdr>
    </w:div>
    <w:div w:id="1287470885">
      <w:bodyDiv w:val="1"/>
      <w:marLeft w:val="0"/>
      <w:marRight w:val="0"/>
      <w:marTop w:val="0"/>
      <w:marBottom w:val="0"/>
      <w:divBdr>
        <w:top w:val="none" w:sz="0" w:space="0" w:color="auto"/>
        <w:left w:val="none" w:sz="0" w:space="0" w:color="auto"/>
        <w:bottom w:val="none" w:sz="0" w:space="0" w:color="auto"/>
        <w:right w:val="none" w:sz="0" w:space="0" w:color="auto"/>
      </w:divBdr>
    </w:div>
    <w:div w:id="1288195295">
      <w:bodyDiv w:val="1"/>
      <w:marLeft w:val="0"/>
      <w:marRight w:val="0"/>
      <w:marTop w:val="0"/>
      <w:marBottom w:val="0"/>
      <w:divBdr>
        <w:top w:val="none" w:sz="0" w:space="0" w:color="auto"/>
        <w:left w:val="none" w:sz="0" w:space="0" w:color="auto"/>
        <w:bottom w:val="none" w:sz="0" w:space="0" w:color="auto"/>
        <w:right w:val="none" w:sz="0" w:space="0" w:color="auto"/>
      </w:divBdr>
    </w:div>
    <w:div w:id="1288514769">
      <w:bodyDiv w:val="1"/>
      <w:marLeft w:val="0"/>
      <w:marRight w:val="0"/>
      <w:marTop w:val="0"/>
      <w:marBottom w:val="0"/>
      <w:divBdr>
        <w:top w:val="none" w:sz="0" w:space="0" w:color="auto"/>
        <w:left w:val="none" w:sz="0" w:space="0" w:color="auto"/>
        <w:bottom w:val="none" w:sz="0" w:space="0" w:color="auto"/>
        <w:right w:val="none" w:sz="0" w:space="0" w:color="auto"/>
      </w:divBdr>
    </w:div>
    <w:div w:id="1288780268">
      <w:bodyDiv w:val="1"/>
      <w:marLeft w:val="0"/>
      <w:marRight w:val="0"/>
      <w:marTop w:val="0"/>
      <w:marBottom w:val="0"/>
      <w:divBdr>
        <w:top w:val="none" w:sz="0" w:space="0" w:color="auto"/>
        <w:left w:val="none" w:sz="0" w:space="0" w:color="auto"/>
        <w:bottom w:val="none" w:sz="0" w:space="0" w:color="auto"/>
        <w:right w:val="none" w:sz="0" w:space="0" w:color="auto"/>
      </w:divBdr>
    </w:div>
    <w:div w:id="1289506410">
      <w:bodyDiv w:val="1"/>
      <w:marLeft w:val="0"/>
      <w:marRight w:val="0"/>
      <w:marTop w:val="0"/>
      <w:marBottom w:val="0"/>
      <w:divBdr>
        <w:top w:val="none" w:sz="0" w:space="0" w:color="auto"/>
        <w:left w:val="none" w:sz="0" w:space="0" w:color="auto"/>
        <w:bottom w:val="none" w:sz="0" w:space="0" w:color="auto"/>
        <w:right w:val="none" w:sz="0" w:space="0" w:color="auto"/>
      </w:divBdr>
    </w:div>
    <w:div w:id="1289892758">
      <w:bodyDiv w:val="1"/>
      <w:marLeft w:val="0"/>
      <w:marRight w:val="0"/>
      <w:marTop w:val="0"/>
      <w:marBottom w:val="0"/>
      <w:divBdr>
        <w:top w:val="none" w:sz="0" w:space="0" w:color="auto"/>
        <w:left w:val="none" w:sz="0" w:space="0" w:color="auto"/>
        <w:bottom w:val="none" w:sz="0" w:space="0" w:color="auto"/>
        <w:right w:val="none" w:sz="0" w:space="0" w:color="auto"/>
      </w:divBdr>
    </w:div>
    <w:div w:id="1292789202">
      <w:bodyDiv w:val="1"/>
      <w:marLeft w:val="0"/>
      <w:marRight w:val="0"/>
      <w:marTop w:val="0"/>
      <w:marBottom w:val="0"/>
      <w:divBdr>
        <w:top w:val="none" w:sz="0" w:space="0" w:color="auto"/>
        <w:left w:val="none" w:sz="0" w:space="0" w:color="auto"/>
        <w:bottom w:val="none" w:sz="0" w:space="0" w:color="auto"/>
        <w:right w:val="none" w:sz="0" w:space="0" w:color="auto"/>
      </w:divBdr>
    </w:div>
    <w:div w:id="1292980588">
      <w:bodyDiv w:val="1"/>
      <w:marLeft w:val="0"/>
      <w:marRight w:val="0"/>
      <w:marTop w:val="0"/>
      <w:marBottom w:val="0"/>
      <w:divBdr>
        <w:top w:val="none" w:sz="0" w:space="0" w:color="auto"/>
        <w:left w:val="none" w:sz="0" w:space="0" w:color="auto"/>
        <w:bottom w:val="none" w:sz="0" w:space="0" w:color="auto"/>
        <w:right w:val="none" w:sz="0" w:space="0" w:color="auto"/>
      </w:divBdr>
    </w:div>
    <w:div w:id="1293096628">
      <w:bodyDiv w:val="1"/>
      <w:marLeft w:val="0"/>
      <w:marRight w:val="0"/>
      <w:marTop w:val="0"/>
      <w:marBottom w:val="0"/>
      <w:divBdr>
        <w:top w:val="none" w:sz="0" w:space="0" w:color="auto"/>
        <w:left w:val="none" w:sz="0" w:space="0" w:color="auto"/>
        <w:bottom w:val="none" w:sz="0" w:space="0" w:color="auto"/>
        <w:right w:val="none" w:sz="0" w:space="0" w:color="auto"/>
      </w:divBdr>
    </w:div>
    <w:div w:id="1293945563">
      <w:bodyDiv w:val="1"/>
      <w:marLeft w:val="0"/>
      <w:marRight w:val="0"/>
      <w:marTop w:val="0"/>
      <w:marBottom w:val="0"/>
      <w:divBdr>
        <w:top w:val="none" w:sz="0" w:space="0" w:color="auto"/>
        <w:left w:val="none" w:sz="0" w:space="0" w:color="auto"/>
        <w:bottom w:val="none" w:sz="0" w:space="0" w:color="auto"/>
        <w:right w:val="none" w:sz="0" w:space="0" w:color="auto"/>
      </w:divBdr>
    </w:div>
    <w:div w:id="1295016066">
      <w:bodyDiv w:val="1"/>
      <w:marLeft w:val="0"/>
      <w:marRight w:val="0"/>
      <w:marTop w:val="0"/>
      <w:marBottom w:val="0"/>
      <w:divBdr>
        <w:top w:val="none" w:sz="0" w:space="0" w:color="auto"/>
        <w:left w:val="none" w:sz="0" w:space="0" w:color="auto"/>
        <w:bottom w:val="none" w:sz="0" w:space="0" w:color="auto"/>
        <w:right w:val="none" w:sz="0" w:space="0" w:color="auto"/>
      </w:divBdr>
    </w:div>
    <w:div w:id="1295064384">
      <w:bodyDiv w:val="1"/>
      <w:marLeft w:val="0"/>
      <w:marRight w:val="0"/>
      <w:marTop w:val="0"/>
      <w:marBottom w:val="0"/>
      <w:divBdr>
        <w:top w:val="none" w:sz="0" w:space="0" w:color="auto"/>
        <w:left w:val="none" w:sz="0" w:space="0" w:color="auto"/>
        <w:bottom w:val="none" w:sz="0" w:space="0" w:color="auto"/>
        <w:right w:val="none" w:sz="0" w:space="0" w:color="auto"/>
      </w:divBdr>
    </w:div>
    <w:div w:id="1295064709">
      <w:bodyDiv w:val="1"/>
      <w:marLeft w:val="0"/>
      <w:marRight w:val="0"/>
      <w:marTop w:val="0"/>
      <w:marBottom w:val="0"/>
      <w:divBdr>
        <w:top w:val="none" w:sz="0" w:space="0" w:color="auto"/>
        <w:left w:val="none" w:sz="0" w:space="0" w:color="auto"/>
        <w:bottom w:val="none" w:sz="0" w:space="0" w:color="auto"/>
        <w:right w:val="none" w:sz="0" w:space="0" w:color="auto"/>
      </w:divBdr>
    </w:div>
    <w:div w:id="1296059016">
      <w:bodyDiv w:val="1"/>
      <w:marLeft w:val="0"/>
      <w:marRight w:val="0"/>
      <w:marTop w:val="0"/>
      <w:marBottom w:val="0"/>
      <w:divBdr>
        <w:top w:val="none" w:sz="0" w:space="0" w:color="auto"/>
        <w:left w:val="none" w:sz="0" w:space="0" w:color="auto"/>
        <w:bottom w:val="none" w:sz="0" w:space="0" w:color="auto"/>
        <w:right w:val="none" w:sz="0" w:space="0" w:color="auto"/>
      </w:divBdr>
    </w:div>
    <w:div w:id="1296333625">
      <w:bodyDiv w:val="1"/>
      <w:marLeft w:val="0"/>
      <w:marRight w:val="0"/>
      <w:marTop w:val="0"/>
      <w:marBottom w:val="0"/>
      <w:divBdr>
        <w:top w:val="none" w:sz="0" w:space="0" w:color="auto"/>
        <w:left w:val="none" w:sz="0" w:space="0" w:color="auto"/>
        <w:bottom w:val="none" w:sz="0" w:space="0" w:color="auto"/>
        <w:right w:val="none" w:sz="0" w:space="0" w:color="auto"/>
      </w:divBdr>
    </w:div>
    <w:div w:id="1296907143">
      <w:bodyDiv w:val="1"/>
      <w:marLeft w:val="0"/>
      <w:marRight w:val="0"/>
      <w:marTop w:val="0"/>
      <w:marBottom w:val="0"/>
      <w:divBdr>
        <w:top w:val="none" w:sz="0" w:space="0" w:color="auto"/>
        <w:left w:val="none" w:sz="0" w:space="0" w:color="auto"/>
        <w:bottom w:val="none" w:sz="0" w:space="0" w:color="auto"/>
        <w:right w:val="none" w:sz="0" w:space="0" w:color="auto"/>
      </w:divBdr>
    </w:div>
    <w:div w:id="1297829910">
      <w:bodyDiv w:val="1"/>
      <w:marLeft w:val="0"/>
      <w:marRight w:val="0"/>
      <w:marTop w:val="0"/>
      <w:marBottom w:val="0"/>
      <w:divBdr>
        <w:top w:val="none" w:sz="0" w:space="0" w:color="auto"/>
        <w:left w:val="none" w:sz="0" w:space="0" w:color="auto"/>
        <w:bottom w:val="none" w:sz="0" w:space="0" w:color="auto"/>
        <w:right w:val="none" w:sz="0" w:space="0" w:color="auto"/>
      </w:divBdr>
    </w:div>
    <w:div w:id="1298145432">
      <w:bodyDiv w:val="1"/>
      <w:marLeft w:val="0"/>
      <w:marRight w:val="0"/>
      <w:marTop w:val="0"/>
      <w:marBottom w:val="0"/>
      <w:divBdr>
        <w:top w:val="none" w:sz="0" w:space="0" w:color="auto"/>
        <w:left w:val="none" w:sz="0" w:space="0" w:color="auto"/>
        <w:bottom w:val="none" w:sz="0" w:space="0" w:color="auto"/>
        <w:right w:val="none" w:sz="0" w:space="0" w:color="auto"/>
      </w:divBdr>
    </w:div>
    <w:div w:id="1298536381">
      <w:bodyDiv w:val="1"/>
      <w:marLeft w:val="0"/>
      <w:marRight w:val="0"/>
      <w:marTop w:val="0"/>
      <w:marBottom w:val="0"/>
      <w:divBdr>
        <w:top w:val="none" w:sz="0" w:space="0" w:color="auto"/>
        <w:left w:val="none" w:sz="0" w:space="0" w:color="auto"/>
        <w:bottom w:val="none" w:sz="0" w:space="0" w:color="auto"/>
        <w:right w:val="none" w:sz="0" w:space="0" w:color="auto"/>
      </w:divBdr>
    </w:div>
    <w:div w:id="1301688984">
      <w:bodyDiv w:val="1"/>
      <w:marLeft w:val="0"/>
      <w:marRight w:val="0"/>
      <w:marTop w:val="0"/>
      <w:marBottom w:val="0"/>
      <w:divBdr>
        <w:top w:val="none" w:sz="0" w:space="0" w:color="auto"/>
        <w:left w:val="none" w:sz="0" w:space="0" w:color="auto"/>
        <w:bottom w:val="none" w:sz="0" w:space="0" w:color="auto"/>
        <w:right w:val="none" w:sz="0" w:space="0" w:color="auto"/>
      </w:divBdr>
    </w:div>
    <w:div w:id="1304196052">
      <w:bodyDiv w:val="1"/>
      <w:marLeft w:val="0"/>
      <w:marRight w:val="0"/>
      <w:marTop w:val="0"/>
      <w:marBottom w:val="0"/>
      <w:divBdr>
        <w:top w:val="none" w:sz="0" w:space="0" w:color="auto"/>
        <w:left w:val="none" w:sz="0" w:space="0" w:color="auto"/>
        <w:bottom w:val="none" w:sz="0" w:space="0" w:color="auto"/>
        <w:right w:val="none" w:sz="0" w:space="0" w:color="auto"/>
      </w:divBdr>
    </w:div>
    <w:div w:id="1306547078">
      <w:bodyDiv w:val="1"/>
      <w:marLeft w:val="0"/>
      <w:marRight w:val="0"/>
      <w:marTop w:val="0"/>
      <w:marBottom w:val="0"/>
      <w:divBdr>
        <w:top w:val="none" w:sz="0" w:space="0" w:color="auto"/>
        <w:left w:val="none" w:sz="0" w:space="0" w:color="auto"/>
        <w:bottom w:val="none" w:sz="0" w:space="0" w:color="auto"/>
        <w:right w:val="none" w:sz="0" w:space="0" w:color="auto"/>
      </w:divBdr>
    </w:div>
    <w:div w:id="1307860942">
      <w:bodyDiv w:val="1"/>
      <w:marLeft w:val="0"/>
      <w:marRight w:val="0"/>
      <w:marTop w:val="0"/>
      <w:marBottom w:val="0"/>
      <w:divBdr>
        <w:top w:val="none" w:sz="0" w:space="0" w:color="auto"/>
        <w:left w:val="none" w:sz="0" w:space="0" w:color="auto"/>
        <w:bottom w:val="none" w:sz="0" w:space="0" w:color="auto"/>
        <w:right w:val="none" w:sz="0" w:space="0" w:color="auto"/>
      </w:divBdr>
    </w:div>
    <w:div w:id="1309745675">
      <w:bodyDiv w:val="1"/>
      <w:marLeft w:val="0"/>
      <w:marRight w:val="0"/>
      <w:marTop w:val="0"/>
      <w:marBottom w:val="0"/>
      <w:divBdr>
        <w:top w:val="none" w:sz="0" w:space="0" w:color="auto"/>
        <w:left w:val="none" w:sz="0" w:space="0" w:color="auto"/>
        <w:bottom w:val="none" w:sz="0" w:space="0" w:color="auto"/>
        <w:right w:val="none" w:sz="0" w:space="0" w:color="auto"/>
      </w:divBdr>
    </w:div>
    <w:div w:id="1310555328">
      <w:bodyDiv w:val="1"/>
      <w:marLeft w:val="0"/>
      <w:marRight w:val="0"/>
      <w:marTop w:val="0"/>
      <w:marBottom w:val="0"/>
      <w:divBdr>
        <w:top w:val="none" w:sz="0" w:space="0" w:color="auto"/>
        <w:left w:val="none" w:sz="0" w:space="0" w:color="auto"/>
        <w:bottom w:val="none" w:sz="0" w:space="0" w:color="auto"/>
        <w:right w:val="none" w:sz="0" w:space="0" w:color="auto"/>
      </w:divBdr>
    </w:div>
    <w:div w:id="1310748195">
      <w:bodyDiv w:val="1"/>
      <w:marLeft w:val="0"/>
      <w:marRight w:val="0"/>
      <w:marTop w:val="0"/>
      <w:marBottom w:val="0"/>
      <w:divBdr>
        <w:top w:val="none" w:sz="0" w:space="0" w:color="auto"/>
        <w:left w:val="none" w:sz="0" w:space="0" w:color="auto"/>
        <w:bottom w:val="none" w:sz="0" w:space="0" w:color="auto"/>
        <w:right w:val="none" w:sz="0" w:space="0" w:color="auto"/>
      </w:divBdr>
    </w:div>
    <w:div w:id="1311983966">
      <w:bodyDiv w:val="1"/>
      <w:marLeft w:val="0"/>
      <w:marRight w:val="0"/>
      <w:marTop w:val="0"/>
      <w:marBottom w:val="0"/>
      <w:divBdr>
        <w:top w:val="none" w:sz="0" w:space="0" w:color="auto"/>
        <w:left w:val="none" w:sz="0" w:space="0" w:color="auto"/>
        <w:bottom w:val="none" w:sz="0" w:space="0" w:color="auto"/>
        <w:right w:val="none" w:sz="0" w:space="0" w:color="auto"/>
      </w:divBdr>
    </w:div>
    <w:div w:id="1312323936">
      <w:bodyDiv w:val="1"/>
      <w:marLeft w:val="0"/>
      <w:marRight w:val="0"/>
      <w:marTop w:val="0"/>
      <w:marBottom w:val="0"/>
      <w:divBdr>
        <w:top w:val="none" w:sz="0" w:space="0" w:color="auto"/>
        <w:left w:val="none" w:sz="0" w:space="0" w:color="auto"/>
        <w:bottom w:val="none" w:sz="0" w:space="0" w:color="auto"/>
        <w:right w:val="none" w:sz="0" w:space="0" w:color="auto"/>
      </w:divBdr>
    </w:div>
    <w:div w:id="1313607112">
      <w:bodyDiv w:val="1"/>
      <w:marLeft w:val="0"/>
      <w:marRight w:val="0"/>
      <w:marTop w:val="0"/>
      <w:marBottom w:val="0"/>
      <w:divBdr>
        <w:top w:val="none" w:sz="0" w:space="0" w:color="auto"/>
        <w:left w:val="none" w:sz="0" w:space="0" w:color="auto"/>
        <w:bottom w:val="none" w:sz="0" w:space="0" w:color="auto"/>
        <w:right w:val="none" w:sz="0" w:space="0" w:color="auto"/>
      </w:divBdr>
    </w:div>
    <w:div w:id="1314603679">
      <w:bodyDiv w:val="1"/>
      <w:marLeft w:val="0"/>
      <w:marRight w:val="0"/>
      <w:marTop w:val="0"/>
      <w:marBottom w:val="0"/>
      <w:divBdr>
        <w:top w:val="none" w:sz="0" w:space="0" w:color="auto"/>
        <w:left w:val="none" w:sz="0" w:space="0" w:color="auto"/>
        <w:bottom w:val="none" w:sz="0" w:space="0" w:color="auto"/>
        <w:right w:val="none" w:sz="0" w:space="0" w:color="auto"/>
      </w:divBdr>
    </w:div>
    <w:div w:id="1315253522">
      <w:bodyDiv w:val="1"/>
      <w:marLeft w:val="0"/>
      <w:marRight w:val="0"/>
      <w:marTop w:val="0"/>
      <w:marBottom w:val="0"/>
      <w:divBdr>
        <w:top w:val="none" w:sz="0" w:space="0" w:color="auto"/>
        <w:left w:val="none" w:sz="0" w:space="0" w:color="auto"/>
        <w:bottom w:val="none" w:sz="0" w:space="0" w:color="auto"/>
        <w:right w:val="none" w:sz="0" w:space="0" w:color="auto"/>
      </w:divBdr>
    </w:div>
    <w:div w:id="1316034474">
      <w:bodyDiv w:val="1"/>
      <w:marLeft w:val="0"/>
      <w:marRight w:val="0"/>
      <w:marTop w:val="0"/>
      <w:marBottom w:val="0"/>
      <w:divBdr>
        <w:top w:val="none" w:sz="0" w:space="0" w:color="auto"/>
        <w:left w:val="none" w:sz="0" w:space="0" w:color="auto"/>
        <w:bottom w:val="none" w:sz="0" w:space="0" w:color="auto"/>
        <w:right w:val="none" w:sz="0" w:space="0" w:color="auto"/>
      </w:divBdr>
    </w:div>
    <w:div w:id="1316060441">
      <w:bodyDiv w:val="1"/>
      <w:marLeft w:val="0"/>
      <w:marRight w:val="0"/>
      <w:marTop w:val="0"/>
      <w:marBottom w:val="0"/>
      <w:divBdr>
        <w:top w:val="none" w:sz="0" w:space="0" w:color="auto"/>
        <w:left w:val="none" w:sz="0" w:space="0" w:color="auto"/>
        <w:bottom w:val="none" w:sz="0" w:space="0" w:color="auto"/>
        <w:right w:val="none" w:sz="0" w:space="0" w:color="auto"/>
      </w:divBdr>
    </w:div>
    <w:div w:id="1316180260">
      <w:bodyDiv w:val="1"/>
      <w:marLeft w:val="0"/>
      <w:marRight w:val="0"/>
      <w:marTop w:val="0"/>
      <w:marBottom w:val="0"/>
      <w:divBdr>
        <w:top w:val="none" w:sz="0" w:space="0" w:color="auto"/>
        <w:left w:val="none" w:sz="0" w:space="0" w:color="auto"/>
        <w:bottom w:val="none" w:sz="0" w:space="0" w:color="auto"/>
        <w:right w:val="none" w:sz="0" w:space="0" w:color="auto"/>
      </w:divBdr>
    </w:div>
    <w:div w:id="1317492693">
      <w:bodyDiv w:val="1"/>
      <w:marLeft w:val="0"/>
      <w:marRight w:val="0"/>
      <w:marTop w:val="0"/>
      <w:marBottom w:val="0"/>
      <w:divBdr>
        <w:top w:val="none" w:sz="0" w:space="0" w:color="auto"/>
        <w:left w:val="none" w:sz="0" w:space="0" w:color="auto"/>
        <w:bottom w:val="none" w:sz="0" w:space="0" w:color="auto"/>
        <w:right w:val="none" w:sz="0" w:space="0" w:color="auto"/>
      </w:divBdr>
    </w:div>
    <w:div w:id="1317879126">
      <w:bodyDiv w:val="1"/>
      <w:marLeft w:val="0"/>
      <w:marRight w:val="0"/>
      <w:marTop w:val="0"/>
      <w:marBottom w:val="0"/>
      <w:divBdr>
        <w:top w:val="none" w:sz="0" w:space="0" w:color="auto"/>
        <w:left w:val="none" w:sz="0" w:space="0" w:color="auto"/>
        <w:bottom w:val="none" w:sz="0" w:space="0" w:color="auto"/>
        <w:right w:val="none" w:sz="0" w:space="0" w:color="auto"/>
      </w:divBdr>
    </w:div>
    <w:div w:id="1321730997">
      <w:bodyDiv w:val="1"/>
      <w:marLeft w:val="0"/>
      <w:marRight w:val="0"/>
      <w:marTop w:val="0"/>
      <w:marBottom w:val="0"/>
      <w:divBdr>
        <w:top w:val="none" w:sz="0" w:space="0" w:color="auto"/>
        <w:left w:val="none" w:sz="0" w:space="0" w:color="auto"/>
        <w:bottom w:val="none" w:sz="0" w:space="0" w:color="auto"/>
        <w:right w:val="none" w:sz="0" w:space="0" w:color="auto"/>
      </w:divBdr>
    </w:div>
    <w:div w:id="1322544980">
      <w:bodyDiv w:val="1"/>
      <w:marLeft w:val="0"/>
      <w:marRight w:val="0"/>
      <w:marTop w:val="0"/>
      <w:marBottom w:val="0"/>
      <w:divBdr>
        <w:top w:val="none" w:sz="0" w:space="0" w:color="auto"/>
        <w:left w:val="none" w:sz="0" w:space="0" w:color="auto"/>
        <w:bottom w:val="none" w:sz="0" w:space="0" w:color="auto"/>
        <w:right w:val="none" w:sz="0" w:space="0" w:color="auto"/>
      </w:divBdr>
    </w:div>
    <w:div w:id="1323193486">
      <w:bodyDiv w:val="1"/>
      <w:marLeft w:val="0"/>
      <w:marRight w:val="0"/>
      <w:marTop w:val="0"/>
      <w:marBottom w:val="0"/>
      <w:divBdr>
        <w:top w:val="none" w:sz="0" w:space="0" w:color="auto"/>
        <w:left w:val="none" w:sz="0" w:space="0" w:color="auto"/>
        <w:bottom w:val="none" w:sz="0" w:space="0" w:color="auto"/>
        <w:right w:val="none" w:sz="0" w:space="0" w:color="auto"/>
      </w:divBdr>
    </w:div>
    <w:div w:id="1323699606">
      <w:bodyDiv w:val="1"/>
      <w:marLeft w:val="0"/>
      <w:marRight w:val="0"/>
      <w:marTop w:val="0"/>
      <w:marBottom w:val="0"/>
      <w:divBdr>
        <w:top w:val="none" w:sz="0" w:space="0" w:color="auto"/>
        <w:left w:val="none" w:sz="0" w:space="0" w:color="auto"/>
        <w:bottom w:val="none" w:sz="0" w:space="0" w:color="auto"/>
        <w:right w:val="none" w:sz="0" w:space="0" w:color="auto"/>
      </w:divBdr>
    </w:div>
    <w:div w:id="1325663646">
      <w:bodyDiv w:val="1"/>
      <w:marLeft w:val="0"/>
      <w:marRight w:val="0"/>
      <w:marTop w:val="0"/>
      <w:marBottom w:val="0"/>
      <w:divBdr>
        <w:top w:val="none" w:sz="0" w:space="0" w:color="auto"/>
        <w:left w:val="none" w:sz="0" w:space="0" w:color="auto"/>
        <w:bottom w:val="none" w:sz="0" w:space="0" w:color="auto"/>
        <w:right w:val="none" w:sz="0" w:space="0" w:color="auto"/>
      </w:divBdr>
    </w:div>
    <w:div w:id="1328438167">
      <w:bodyDiv w:val="1"/>
      <w:marLeft w:val="0"/>
      <w:marRight w:val="0"/>
      <w:marTop w:val="0"/>
      <w:marBottom w:val="0"/>
      <w:divBdr>
        <w:top w:val="none" w:sz="0" w:space="0" w:color="auto"/>
        <w:left w:val="none" w:sz="0" w:space="0" w:color="auto"/>
        <w:bottom w:val="none" w:sz="0" w:space="0" w:color="auto"/>
        <w:right w:val="none" w:sz="0" w:space="0" w:color="auto"/>
      </w:divBdr>
    </w:div>
    <w:div w:id="1330716937">
      <w:bodyDiv w:val="1"/>
      <w:marLeft w:val="0"/>
      <w:marRight w:val="0"/>
      <w:marTop w:val="0"/>
      <w:marBottom w:val="0"/>
      <w:divBdr>
        <w:top w:val="none" w:sz="0" w:space="0" w:color="auto"/>
        <w:left w:val="none" w:sz="0" w:space="0" w:color="auto"/>
        <w:bottom w:val="none" w:sz="0" w:space="0" w:color="auto"/>
        <w:right w:val="none" w:sz="0" w:space="0" w:color="auto"/>
      </w:divBdr>
    </w:div>
    <w:div w:id="1330910840">
      <w:bodyDiv w:val="1"/>
      <w:marLeft w:val="0"/>
      <w:marRight w:val="0"/>
      <w:marTop w:val="0"/>
      <w:marBottom w:val="0"/>
      <w:divBdr>
        <w:top w:val="none" w:sz="0" w:space="0" w:color="auto"/>
        <w:left w:val="none" w:sz="0" w:space="0" w:color="auto"/>
        <w:bottom w:val="none" w:sz="0" w:space="0" w:color="auto"/>
        <w:right w:val="none" w:sz="0" w:space="0" w:color="auto"/>
      </w:divBdr>
    </w:div>
    <w:div w:id="1331176729">
      <w:bodyDiv w:val="1"/>
      <w:marLeft w:val="0"/>
      <w:marRight w:val="0"/>
      <w:marTop w:val="0"/>
      <w:marBottom w:val="0"/>
      <w:divBdr>
        <w:top w:val="none" w:sz="0" w:space="0" w:color="auto"/>
        <w:left w:val="none" w:sz="0" w:space="0" w:color="auto"/>
        <w:bottom w:val="none" w:sz="0" w:space="0" w:color="auto"/>
        <w:right w:val="none" w:sz="0" w:space="0" w:color="auto"/>
      </w:divBdr>
    </w:div>
    <w:div w:id="1334800430">
      <w:bodyDiv w:val="1"/>
      <w:marLeft w:val="0"/>
      <w:marRight w:val="0"/>
      <w:marTop w:val="0"/>
      <w:marBottom w:val="0"/>
      <w:divBdr>
        <w:top w:val="none" w:sz="0" w:space="0" w:color="auto"/>
        <w:left w:val="none" w:sz="0" w:space="0" w:color="auto"/>
        <w:bottom w:val="none" w:sz="0" w:space="0" w:color="auto"/>
        <w:right w:val="none" w:sz="0" w:space="0" w:color="auto"/>
      </w:divBdr>
    </w:div>
    <w:div w:id="1335450719">
      <w:bodyDiv w:val="1"/>
      <w:marLeft w:val="0"/>
      <w:marRight w:val="0"/>
      <w:marTop w:val="0"/>
      <w:marBottom w:val="0"/>
      <w:divBdr>
        <w:top w:val="none" w:sz="0" w:space="0" w:color="auto"/>
        <w:left w:val="none" w:sz="0" w:space="0" w:color="auto"/>
        <w:bottom w:val="none" w:sz="0" w:space="0" w:color="auto"/>
        <w:right w:val="none" w:sz="0" w:space="0" w:color="auto"/>
      </w:divBdr>
    </w:div>
    <w:div w:id="1335911229">
      <w:bodyDiv w:val="1"/>
      <w:marLeft w:val="0"/>
      <w:marRight w:val="0"/>
      <w:marTop w:val="0"/>
      <w:marBottom w:val="0"/>
      <w:divBdr>
        <w:top w:val="none" w:sz="0" w:space="0" w:color="auto"/>
        <w:left w:val="none" w:sz="0" w:space="0" w:color="auto"/>
        <w:bottom w:val="none" w:sz="0" w:space="0" w:color="auto"/>
        <w:right w:val="none" w:sz="0" w:space="0" w:color="auto"/>
      </w:divBdr>
    </w:div>
    <w:div w:id="1336415318">
      <w:bodyDiv w:val="1"/>
      <w:marLeft w:val="0"/>
      <w:marRight w:val="0"/>
      <w:marTop w:val="0"/>
      <w:marBottom w:val="0"/>
      <w:divBdr>
        <w:top w:val="none" w:sz="0" w:space="0" w:color="auto"/>
        <w:left w:val="none" w:sz="0" w:space="0" w:color="auto"/>
        <w:bottom w:val="none" w:sz="0" w:space="0" w:color="auto"/>
        <w:right w:val="none" w:sz="0" w:space="0" w:color="auto"/>
      </w:divBdr>
    </w:div>
    <w:div w:id="1336683979">
      <w:bodyDiv w:val="1"/>
      <w:marLeft w:val="0"/>
      <w:marRight w:val="0"/>
      <w:marTop w:val="0"/>
      <w:marBottom w:val="0"/>
      <w:divBdr>
        <w:top w:val="none" w:sz="0" w:space="0" w:color="auto"/>
        <w:left w:val="none" w:sz="0" w:space="0" w:color="auto"/>
        <w:bottom w:val="none" w:sz="0" w:space="0" w:color="auto"/>
        <w:right w:val="none" w:sz="0" w:space="0" w:color="auto"/>
      </w:divBdr>
    </w:div>
    <w:div w:id="1337029226">
      <w:bodyDiv w:val="1"/>
      <w:marLeft w:val="0"/>
      <w:marRight w:val="0"/>
      <w:marTop w:val="0"/>
      <w:marBottom w:val="0"/>
      <w:divBdr>
        <w:top w:val="none" w:sz="0" w:space="0" w:color="auto"/>
        <w:left w:val="none" w:sz="0" w:space="0" w:color="auto"/>
        <w:bottom w:val="none" w:sz="0" w:space="0" w:color="auto"/>
        <w:right w:val="none" w:sz="0" w:space="0" w:color="auto"/>
      </w:divBdr>
    </w:div>
    <w:div w:id="1337459041">
      <w:bodyDiv w:val="1"/>
      <w:marLeft w:val="0"/>
      <w:marRight w:val="0"/>
      <w:marTop w:val="0"/>
      <w:marBottom w:val="0"/>
      <w:divBdr>
        <w:top w:val="none" w:sz="0" w:space="0" w:color="auto"/>
        <w:left w:val="none" w:sz="0" w:space="0" w:color="auto"/>
        <w:bottom w:val="none" w:sz="0" w:space="0" w:color="auto"/>
        <w:right w:val="none" w:sz="0" w:space="0" w:color="auto"/>
      </w:divBdr>
    </w:div>
    <w:div w:id="1338119659">
      <w:bodyDiv w:val="1"/>
      <w:marLeft w:val="0"/>
      <w:marRight w:val="0"/>
      <w:marTop w:val="0"/>
      <w:marBottom w:val="0"/>
      <w:divBdr>
        <w:top w:val="none" w:sz="0" w:space="0" w:color="auto"/>
        <w:left w:val="none" w:sz="0" w:space="0" w:color="auto"/>
        <w:bottom w:val="none" w:sz="0" w:space="0" w:color="auto"/>
        <w:right w:val="none" w:sz="0" w:space="0" w:color="auto"/>
      </w:divBdr>
    </w:div>
    <w:div w:id="1338732718">
      <w:bodyDiv w:val="1"/>
      <w:marLeft w:val="0"/>
      <w:marRight w:val="0"/>
      <w:marTop w:val="0"/>
      <w:marBottom w:val="0"/>
      <w:divBdr>
        <w:top w:val="none" w:sz="0" w:space="0" w:color="auto"/>
        <w:left w:val="none" w:sz="0" w:space="0" w:color="auto"/>
        <w:bottom w:val="none" w:sz="0" w:space="0" w:color="auto"/>
        <w:right w:val="none" w:sz="0" w:space="0" w:color="auto"/>
      </w:divBdr>
    </w:div>
    <w:div w:id="1339383642">
      <w:bodyDiv w:val="1"/>
      <w:marLeft w:val="0"/>
      <w:marRight w:val="0"/>
      <w:marTop w:val="0"/>
      <w:marBottom w:val="0"/>
      <w:divBdr>
        <w:top w:val="none" w:sz="0" w:space="0" w:color="auto"/>
        <w:left w:val="none" w:sz="0" w:space="0" w:color="auto"/>
        <w:bottom w:val="none" w:sz="0" w:space="0" w:color="auto"/>
        <w:right w:val="none" w:sz="0" w:space="0" w:color="auto"/>
      </w:divBdr>
    </w:div>
    <w:div w:id="1342511473">
      <w:bodyDiv w:val="1"/>
      <w:marLeft w:val="0"/>
      <w:marRight w:val="0"/>
      <w:marTop w:val="0"/>
      <w:marBottom w:val="0"/>
      <w:divBdr>
        <w:top w:val="none" w:sz="0" w:space="0" w:color="auto"/>
        <w:left w:val="none" w:sz="0" w:space="0" w:color="auto"/>
        <w:bottom w:val="none" w:sz="0" w:space="0" w:color="auto"/>
        <w:right w:val="none" w:sz="0" w:space="0" w:color="auto"/>
      </w:divBdr>
    </w:div>
    <w:div w:id="1346177616">
      <w:bodyDiv w:val="1"/>
      <w:marLeft w:val="0"/>
      <w:marRight w:val="0"/>
      <w:marTop w:val="0"/>
      <w:marBottom w:val="0"/>
      <w:divBdr>
        <w:top w:val="none" w:sz="0" w:space="0" w:color="auto"/>
        <w:left w:val="none" w:sz="0" w:space="0" w:color="auto"/>
        <w:bottom w:val="none" w:sz="0" w:space="0" w:color="auto"/>
        <w:right w:val="none" w:sz="0" w:space="0" w:color="auto"/>
      </w:divBdr>
    </w:div>
    <w:div w:id="1346396659">
      <w:bodyDiv w:val="1"/>
      <w:marLeft w:val="0"/>
      <w:marRight w:val="0"/>
      <w:marTop w:val="0"/>
      <w:marBottom w:val="0"/>
      <w:divBdr>
        <w:top w:val="none" w:sz="0" w:space="0" w:color="auto"/>
        <w:left w:val="none" w:sz="0" w:space="0" w:color="auto"/>
        <w:bottom w:val="none" w:sz="0" w:space="0" w:color="auto"/>
        <w:right w:val="none" w:sz="0" w:space="0" w:color="auto"/>
      </w:divBdr>
    </w:div>
    <w:div w:id="1346594743">
      <w:bodyDiv w:val="1"/>
      <w:marLeft w:val="0"/>
      <w:marRight w:val="0"/>
      <w:marTop w:val="0"/>
      <w:marBottom w:val="0"/>
      <w:divBdr>
        <w:top w:val="none" w:sz="0" w:space="0" w:color="auto"/>
        <w:left w:val="none" w:sz="0" w:space="0" w:color="auto"/>
        <w:bottom w:val="none" w:sz="0" w:space="0" w:color="auto"/>
        <w:right w:val="none" w:sz="0" w:space="0" w:color="auto"/>
      </w:divBdr>
    </w:div>
    <w:div w:id="1348019763">
      <w:bodyDiv w:val="1"/>
      <w:marLeft w:val="0"/>
      <w:marRight w:val="0"/>
      <w:marTop w:val="0"/>
      <w:marBottom w:val="0"/>
      <w:divBdr>
        <w:top w:val="none" w:sz="0" w:space="0" w:color="auto"/>
        <w:left w:val="none" w:sz="0" w:space="0" w:color="auto"/>
        <w:bottom w:val="none" w:sz="0" w:space="0" w:color="auto"/>
        <w:right w:val="none" w:sz="0" w:space="0" w:color="auto"/>
      </w:divBdr>
    </w:div>
    <w:div w:id="1348482834">
      <w:bodyDiv w:val="1"/>
      <w:marLeft w:val="0"/>
      <w:marRight w:val="0"/>
      <w:marTop w:val="0"/>
      <w:marBottom w:val="0"/>
      <w:divBdr>
        <w:top w:val="none" w:sz="0" w:space="0" w:color="auto"/>
        <w:left w:val="none" w:sz="0" w:space="0" w:color="auto"/>
        <w:bottom w:val="none" w:sz="0" w:space="0" w:color="auto"/>
        <w:right w:val="none" w:sz="0" w:space="0" w:color="auto"/>
      </w:divBdr>
    </w:div>
    <w:div w:id="1348753407">
      <w:bodyDiv w:val="1"/>
      <w:marLeft w:val="0"/>
      <w:marRight w:val="0"/>
      <w:marTop w:val="0"/>
      <w:marBottom w:val="0"/>
      <w:divBdr>
        <w:top w:val="none" w:sz="0" w:space="0" w:color="auto"/>
        <w:left w:val="none" w:sz="0" w:space="0" w:color="auto"/>
        <w:bottom w:val="none" w:sz="0" w:space="0" w:color="auto"/>
        <w:right w:val="none" w:sz="0" w:space="0" w:color="auto"/>
      </w:divBdr>
    </w:div>
    <w:div w:id="1349522338">
      <w:bodyDiv w:val="1"/>
      <w:marLeft w:val="0"/>
      <w:marRight w:val="0"/>
      <w:marTop w:val="0"/>
      <w:marBottom w:val="0"/>
      <w:divBdr>
        <w:top w:val="none" w:sz="0" w:space="0" w:color="auto"/>
        <w:left w:val="none" w:sz="0" w:space="0" w:color="auto"/>
        <w:bottom w:val="none" w:sz="0" w:space="0" w:color="auto"/>
        <w:right w:val="none" w:sz="0" w:space="0" w:color="auto"/>
      </w:divBdr>
    </w:div>
    <w:div w:id="1349986046">
      <w:bodyDiv w:val="1"/>
      <w:marLeft w:val="0"/>
      <w:marRight w:val="0"/>
      <w:marTop w:val="0"/>
      <w:marBottom w:val="0"/>
      <w:divBdr>
        <w:top w:val="none" w:sz="0" w:space="0" w:color="auto"/>
        <w:left w:val="none" w:sz="0" w:space="0" w:color="auto"/>
        <w:bottom w:val="none" w:sz="0" w:space="0" w:color="auto"/>
        <w:right w:val="none" w:sz="0" w:space="0" w:color="auto"/>
      </w:divBdr>
    </w:div>
    <w:div w:id="1355883668">
      <w:bodyDiv w:val="1"/>
      <w:marLeft w:val="0"/>
      <w:marRight w:val="0"/>
      <w:marTop w:val="0"/>
      <w:marBottom w:val="0"/>
      <w:divBdr>
        <w:top w:val="none" w:sz="0" w:space="0" w:color="auto"/>
        <w:left w:val="none" w:sz="0" w:space="0" w:color="auto"/>
        <w:bottom w:val="none" w:sz="0" w:space="0" w:color="auto"/>
        <w:right w:val="none" w:sz="0" w:space="0" w:color="auto"/>
      </w:divBdr>
    </w:div>
    <w:div w:id="1357803290">
      <w:bodyDiv w:val="1"/>
      <w:marLeft w:val="0"/>
      <w:marRight w:val="0"/>
      <w:marTop w:val="0"/>
      <w:marBottom w:val="0"/>
      <w:divBdr>
        <w:top w:val="none" w:sz="0" w:space="0" w:color="auto"/>
        <w:left w:val="none" w:sz="0" w:space="0" w:color="auto"/>
        <w:bottom w:val="none" w:sz="0" w:space="0" w:color="auto"/>
        <w:right w:val="none" w:sz="0" w:space="0" w:color="auto"/>
      </w:divBdr>
    </w:div>
    <w:div w:id="1358240693">
      <w:bodyDiv w:val="1"/>
      <w:marLeft w:val="0"/>
      <w:marRight w:val="0"/>
      <w:marTop w:val="0"/>
      <w:marBottom w:val="0"/>
      <w:divBdr>
        <w:top w:val="none" w:sz="0" w:space="0" w:color="auto"/>
        <w:left w:val="none" w:sz="0" w:space="0" w:color="auto"/>
        <w:bottom w:val="none" w:sz="0" w:space="0" w:color="auto"/>
        <w:right w:val="none" w:sz="0" w:space="0" w:color="auto"/>
      </w:divBdr>
    </w:div>
    <w:div w:id="1358265927">
      <w:bodyDiv w:val="1"/>
      <w:marLeft w:val="0"/>
      <w:marRight w:val="0"/>
      <w:marTop w:val="0"/>
      <w:marBottom w:val="0"/>
      <w:divBdr>
        <w:top w:val="none" w:sz="0" w:space="0" w:color="auto"/>
        <w:left w:val="none" w:sz="0" w:space="0" w:color="auto"/>
        <w:bottom w:val="none" w:sz="0" w:space="0" w:color="auto"/>
        <w:right w:val="none" w:sz="0" w:space="0" w:color="auto"/>
      </w:divBdr>
    </w:div>
    <w:div w:id="1358769931">
      <w:bodyDiv w:val="1"/>
      <w:marLeft w:val="0"/>
      <w:marRight w:val="0"/>
      <w:marTop w:val="0"/>
      <w:marBottom w:val="0"/>
      <w:divBdr>
        <w:top w:val="none" w:sz="0" w:space="0" w:color="auto"/>
        <w:left w:val="none" w:sz="0" w:space="0" w:color="auto"/>
        <w:bottom w:val="none" w:sz="0" w:space="0" w:color="auto"/>
        <w:right w:val="none" w:sz="0" w:space="0" w:color="auto"/>
      </w:divBdr>
    </w:div>
    <w:div w:id="1358779246">
      <w:bodyDiv w:val="1"/>
      <w:marLeft w:val="0"/>
      <w:marRight w:val="0"/>
      <w:marTop w:val="0"/>
      <w:marBottom w:val="0"/>
      <w:divBdr>
        <w:top w:val="none" w:sz="0" w:space="0" w:color="auto"/>
        <w:left w:val="none" w:sz="0" w:space="0" w:color="auto"/>
        <w:bottom w:val="none" w:sz="0" w:space="0" w:color="auto"/>
        <w:right w:val="none" w:sz="0" w:space="0" w:color="auto"/>
      </w:divBdr>
    </w:div>
    <w:div w:id="1359114028">
      <w:bodyDiv w:val="1"/>
      <w:marLeft w:val="0"/>
      <w:marRight w:val="0"/>
      <w:marTop w:val="0"/>
      <w:marBottom w:val="0"/>
      <w:divBdr>
        <w:top w:val="none" w:sz="0" w:space="0" w:color="auto"/>
        <w:left w:val="none" w:sz="0" w:space="0" w:color="auto"/>
        <w:bottom w:val="none" w:sz="0" w:space="0" w:color="auto"/>
        <w:right w:val="none" w:sz="0" w:space="0" w:color="auto"/>
      </w:divBdr>
    </w:div>
    <w:div w:id="1359313555">
      <w:bodyDiv w:val="1"/>
      <w:marLeft w:val="0"/>
      <w:marRight w:val="0"/>
      <w:marTop w:val="0"/>
      <w:marBottom w:val="0"/>
      <w:divBdr>
        <w:top w:val="none" w:sz="0" w:space="0" w:color="auto"/>
        <w:left w:val="none" w:sz="0" w:space="0" w:color="auto"/>
        <w:bottom w:val="none" w:sz="0" w:space="0" w:color="auto"/>
        <w:right w:val="none" w:sz="0" w:space="0" w:color="auto"/>
      </w:divBdr>
    </w:div>
    <w:div w:id="1359624823">
      <w:bodyDiv w:val="1"/>
      <w:marLeft w:val="0"/>
      <w:marRight w:val="0"/>
      <w:marTop w:val="0"/>
      <w:marBottom w:val="0"/>
      <w:divBdr>
        <w:top w:val="none" w:sz="0" w:space="0" w:color="auto"/>
        <w:left w:val="none" w:sz="0" w:space="0" w:color="auto"/>
        <w:bottom w:val="none" w:sz="0" w:space="0" w:color="auto"/>
        <w:right w:val="none" w:sz="0" w:space="0" w:color="auto"/>
      </w:divBdr>
    </w:div>
    <w:div w:id="1361587488">
      <w:bodyDiv w:val="1"/>
      <w:marLeft w:val="0"/>
      <w:marRight w:val="0"/>
      <w:marTop w:val="0"/>
      <w:marBottom w:val="0"/>
      <w:divBdr>
        <w:top w:val="none" w:sz="0" w:space="0" w:color="auto"/>
        <w:left w:val="none" w:sz="0" w:space="0" w:color="auto"/>
        <w:bottom w:val="none" w:sz="0" w:space="0" w:color="auto"/>
        <w:right w:val="none" w:sz="0" w:space="0" w:color="auto"/>
      </w:divBdr>
    </w:div>
    <w:div w:id="1361734943">
      <w:bodyDiv w:val="1"/>
      <w:marLeft w:val="0"/>
      <w:marRight w:val="0"/>
      <w:marTop w:val="0"/>
      <w:marBottom w:val="0"/>
      <w:divBdr>
        <w:top w:val="none" w:sz="0" w:space="0" w:color="auto"/>
        <w:left w:val="none" w:sz="0" w:space="0" w:color="auto"/>
        <w:bottom w:val="none" w:sz="0" w:space="0" w:color="auto"/>
        <w:right w:val="none" w:sz="0" w:space="0" w:color="auto"/>
      </w:divBdr>
    </w:div>
    <w:div w:id="1361785658">
      <w:bodyDiv w:val="1"/>
      <w:marLeft w:val="0"/>
      <w:marRight w:val="0"/>
      <w:marTop w:val="0"/>
      <w:marBottom w:val="0"/>
      <w:divBdr>
        <w:top w:val="none" w:sz="0" w:space="0" w:color="auto"/>
        <w:left w:val="none" w:sz="0" w:space="0" w:color="auto"/>
        <w:bottom w:val="none" w:sz="0" w:space="0" w:color="auto"/>
        <w:right w:val="none" w:sz="0" w:space="0" w:color="auto"/>
      </w:divBdr>
    </w:div>
    <w:div w:id="1363677365">
      <w:bodyDiv w:val="1"/>
      <w:marLeft w:val="0"/>
      <w:marRight w:val="0"/>
      <w:marTop w:val="0"/>
      <w:marBottom w:val="0"/>
      <w:divBdr>
        <w:top w:val="none" w:sz="0" w:space="0" w:color="auto"/>
        <w:left w:val="none" w:sz="0" w:space="0" w:color="auto"/>
        <w:bottom w:val="none" w:sz="0" w:space="0" w:color="auto"/>
        <w:right w:val="none" w:sz="0" w:space="0" w:color="auto"/>
      </w:divBdr>
    </w:div>
    <w:div w:id="1364206625">
      <w:bodyDiv w:val="1"/>
      <w:marLeft w:val="0"/>
      <w:marRight w:val="0"/>
      <w:marTop w:val="0"/>
      <w:marBottom w:val="0"/>
      <w:divBdr>
        <w:top w:val="none" w:sz="0" w:space="0" w:color="auto"/>
        <w:left w:val="none" w:sz="0" w:space="0" w:color="auto"/>
        <w:bottom w:val="none" w:sz="0" w:space="0" w:color="auto"/>
        <w:right w:val="none" w:sz="0" w:space="0" w:color="auto"/>
      </w:divBdr>
    </w:div>
    <w:div w:id="1369916557">
      <w:bodyDiv w:val="1"/>
      <w:marLeft w:val="0"/>
      <w:marRight w:val="0"/>
      <w:marTop w:val="0"/>
      <w:marBottom w:val="0"/>
      <w:divBdr>
        <w:top w:val="none" w:sz="0" w:space="0" w:color="auto"/>
        <w:left w:val="none" w:sz="0" w:space="0" w:color="auto"/>
        <w:bottom w:val="none" w:sz="0" w:space="0" w:color="auto"/>
        <w:right w:val="none" w:sz="0" w:space="0" w:color="auto"/>
      </w:divBdr>
    </w:div>
    <w:div w:id="1370227621">
      <w:bodyDiv w:val="1"/>
      <w:marLeft w:val="0"/>
      <w:marRight w:val="0"/>
      <w:marTop w:val="0"/>
      <w:marBottom w:val="0"/>
      <w:divBdr>
        <w:top w:val="none" w:sz="0" w:space="0" w:color="auto"/>
        <w:left w:val="none" w:sz="0" w:space="0" w:color="auto"/>
        <w:bottom w:val="none" w:sz="0" w:space="0" w:color="auto"/>
        <w:right w:val="none" w:sz="0" w:space="0" w:color="auto"/>
      </w:divBdr>
    </w:div>
    <w:div w:id="1370298621">
      <w:bodyDiv w:val="1"/>
      <w:marLeft w:val="0"/>
      <w:marRight w:val="0"/>
      <w:marTop w:val="0"/>
      <w:marBottom w:val="0"/>
      <w:divBdr>
        <w:top w:val="none" w:sz="0" w:space="0" w:color="auto"/>
        <w:left w:val="none" w:sz="0" w:space="0" w:color="auto"/>
        <w:bottom w:val="none" w:sz="0" w:space="0" w:color="auto"/>
        <w:right w:val="none" w:sz="0" w:space="0" w:color="auto"/>
      </w:divBdr>
    </w:div>
    <w:div w:id="1372805523">
      <w:bodyDiv w:val="1"/>
      <w:marLeft w:val="0"/>
      <w:marRight w:val="0"/>
      <w:marTop w:val="0"/>
      <w:marBottom w:val="0"/>
      <w:divBdr>
        <w:top w:val="none" w:sz="0" w:space="0" w:color="auto"/>
        <w:left w:val="none" w:sz="0" w:space="0" w:color="auto"/>
        <w:bottom w:val="none" w:sz="0" w:space="0" w:color="auto"/>
        <w:right w:val="none" w:sz="0" w:space="0" w:color="auto"/>
      </w:divBdr>
    </w:div>
    <w:div w:id="1372916834">
      <w:bodyDiv w:val="1"/>
      <w:marLeft w:val="0"/>
      <w:marRight w:val="0"/>
      <w:marTop w:val="0"/>
      <w:marBottom w:val="0"/>
      <w:divBdr>
        <w:top w:val="none" w:sz="0" w:space="0" w:color="auto"/>
        <w:left w:val="none" w:sz="0" w:space="0" w:color="auto"/>
        <w:bottom w:val="none" w:sz="0" w:space="0" w:color="auto"/>
        <w:right w:val="none" w:sz="0" w:space="0" w:color="auto"/>
      </w:divBdr>
    </w:div>
    <w:div w:id="1374110747">
      <w:bodyDiv w:val="1"/>
      <w:marLeft w:val="0"/>
      <w:marRight w:val="0"/>
      <w:marTop w:val="0"/>
      <w:marBottom w:val="0"/>
      <w:divBdr>
        <w:top w:val="none" w:sz="0" w:space="0" w:color="auto"/>
        <w:left w:val="none" w:sz="0" w:space="0" w:color="auto"/>
        <w:bottom w:val="none" w:sz="0" w:space="0" w:color="auto"/>
        <w:right w:val="none" w:sz="0" w:space="0" w:color="auto"/>
      </w:divBdr>
    </w:div>
    <w:div w:id="1374231449">
      <w:bodyDiv w:val="1"/>
      <w:marLeft w:val="0"/>
      <w:marRight w:val="0"/>
      <w:marTop w:val="0"/>
      <w:marBottom w:val="0"/>
      <w:divBdr>
        <w:top w:val="none" w:sz="0" w:space="0" w:color="auto"/>
        <w:left w:val="none" w:sz="0" w:space="0" w:color="auto"/>
        <w:bottom w:val="none" w:sz="0" w:space="0" w:color="auto"/>
        <w:right w:val="none" w:sz="0" w:space="0" w:color="auto"/>
      </w:divBdr>
    </w:div>
    <w:div w:id="1374647801">
      <w:bodyDiv w:val="1"/>
      <w:marLeft w:val="0"/>
      <w:marRight w:val="0"/>
      <w:marTop w:val="0"/>
      <w:marBottom w:val="0"/>
      <w:divBdr>
        <w:top w:val="none" w:sz="0" w:space="0" w:color="auto"/>
        <w:left w:val="none" w:sz="0" w:space="0" w:color="auto"/>
        <w:bottom w:val="none" w:sz="0" w:space="0" w:color="auto"/>
        <w:right w:val="none" w:sz="0" w:space="0" w:color="auto"/>
      </w:divBdr>
    </w:div>
    <w:div w:id="1374696441">
      <w:bodyDiv w:val="1"/>
      <w:marLeft w:val="0"/>
      <w:marRight w:val="0"/>
      <w:marTop w:val="0"/>
      <w:marBottom w:val="0"/>
      <w:divBdr>
        <w:top w:val="none" w:sz="0" w:space="0" w:color="auto"/>
        <w:left w:val="none" w:sz="0" w:space="0" w:color="auto"/>
        <w:bottom w:val="none" w:sz="0" w:space="0" w:color="auto"/>
        <w:right w:val="none" w:sz="0" w:space="0" w:color="auto"/>
      </w:divBdr>
    </w:div>
    <w:div w:id="1374840298">
      <w:bodyDiv w:val="1"/>
      <w:marLeft w:val="0"/>
      <w:marRight w:val="0"/>
      <w:marTop w:val="0"/>
      <w:marBottom w:val="0"/>
      <w:divBdr>
        <w:top w:val="none" w:sz="0" w:space="0" w:color="auto"/>
        <w:left w:val="none" w:sz="0" w:space="0" w:color="auto"/>
        <w:bottom w:val="none" w:sz="0" w:space="0" w:color="auto"/>
        <w:right w:val="none" w:sz="0" w:space="0" w:color="auto"/>
      </w:divBdr>
    </w:div>
    <w:div w:id="1374884470">
      <w:bodyDiv w:val="1"/>
      <w:marLeft w:val="0"/>
      <w:marRight w:val="0"/>
      <w:marTop w:val="0"/>
      <w:marBottom w:val="0"/>
      <w:divBdr>
        <w:top w:val="none" w:sz="0" w:space="0" w:color="auto"/>
        <w:left w:val="none" w:sz="0" w:space="0" w:color="auto"/>
        <w:bottom w:val="none" w:sz="0" w:space="0" w:color="auto"/>
        <w:right w:val="none" w:sz="0" w:space="0" w:color="auto"/>
      </w:divBdr>
    </w:div>
    <w:div w:id="1375693770">
      <w:bodyDiv w:val="1"/>
      <w:marLeft w:val="0"/>
      <w:marRight w:val="0"/>
      <w:marTop w:val="0"/>
      <w:marBottom w:val="0"/>
      <w:divBdr>
        <w:top w:val="none" w:sz="0" w:space="0" w:color="auto"/>
        <w:left w:val="none" w:sz="0" w:space="0" w:color="auto"/>
        <w:bottom w:val="none" w:sz="0" w:space="0" w:color="auto"/>
        <w:right w:val="none" w:sz="0" w:space="0" w:color="auto"/>
      </w:divBdr>
    </w:div>
    <w:div w:id="1377048818">
      <w:bodyDiv w:val="1"/>
      <w:marLeft w:val="0"/>
      <w:marRight w:val="0"/>
      <w:marTop w:val="0"/>
      <w:marBottom w:val="0"/>
      <w:divBdr>
        <w:top w:val="none" w:sz="0" w:space="0" w:color="auto"/>
        <w:left w:val="none" w:sz="0" w:space="0" w:color="auto"/>
        <w:bottom w:val="none" w:sz="0" w:space="0" w:color="auto"/>
        <w:right w:val="none" w:sz="0" w:space="0" w:color="auto"/>
      </w:divBdr>
    </w:div>
    <w:div w:id="1377970034">
      <w:bodyDiv w:val="1"/>
      <w:marLeft w:val="0"/>
      <w:marRight w:val="0"/>
      <w:marTop w:val="0"/>
      <w:marBottom w:val="0"/>
      <w:divBdr>
        <w:top w:val="none" w:sz="0" w:space="0" w:color="auto"/>
        <w:left w:val="none" w:sz="0" w:space="0" w:color="auto"/>
        <w:bottom w:val="none" w:sz="0" w:space="0" w:color="auto"/>
        <w:right w:val="none" w:sz="0" w:space="0" w:color="auto"/>
      </w:divBdr>
    </w:div>
    <w:div w:id="1379470442">
      <w:bodyDiv w:val="1"/>
      <w:marLeft w:val="0"/>
      <w:marRight w:val="0"/>
      <w:marTop w:val="0"/>
      <w:marBottom w:val="0"/>
      <w:divBdr>
        <w:top w:val="none" w:sz="0" w:space="0" w:color="auto"/>
        <w:left w:val="none" w:sz="0" w:space="0" w:color="auto"/>
        <w:bottom w:val="none" w:sz="0" w:space="0" w:color="auto"/>
        <w:right w:val="none" w:sz="0" w:space="0" w:color="auto"/>
      </w:divBdr>
    </w:div>
    <w:div w:id="1379932704">
      <w:bodyDiv w:val="1"/>
      <w:marLeft w:val="0"/>
      <w:marRight w:val="0"/>
      <w:marTop w:val="0"/>
      <w:marBottom w:val="0"/>
      <w:divBdr>
        <w:top w:val="none" w:sz="0" w:space="0" w:color="auto"/>
        <w:left w:val="none" w:sz="0" w:space="0" w:color="auto"/>
        <w:bottom w:val="none" w:sz="0" w:space="0" w:color="auto"/>
        <w:right w:val="none" w:sz="0" w:space="0" w:color="auto"/>
      </w:divBdr>
    </w:div>
    <w:div w:id="1383137799">
      <w:bodyDiv w:val="1"/>
      <w:marLeft w:val="0"/>
      <w:marRight w:val="0"/>
      <w:marTop w:val="0"/>
      <w:marBottom w:val="0"/>
      <w:divBdr>
        <w:top w:val="none" w:sz="0" w:space="0" w:color="auto"/>
        <w:left w:val="none" w:sz="0" w:space="0" w:color="auto"/>
        <w:bottom w:val="none" w:sz="0" w:space="0" w:color="auto"/>
        <w:right w:val="none" w:sz="0" w:space="0" w:color="auto"/>
      </w:divBdr>
    </w:div>
    <w:div w:id="1383602033">
      <w:bodyDiv w:val="1"/>
      <w:marLeft w:val="0"/>
      <w:marRight w:val="0"/>
      <w:marTop w:val="0"/>
      <w:marBottom w:val="0"/>
      <w:divBdr>
        <w:top w:val="none" w:sz="0" w:space="0" w:color="auto"/>
        <w:left w:val="none" w:sz="0" w:space="0" w:color="auto"/>
        <w:bottom w:val="none" w:sz="0" w:space="0" w:color="auto"/>
        <w:right w:val="none" w:sz="0" w:space="0" w:color="auto"/>
      </w:divBdr>
    </w:div>
    <w:div w:id="1385983794">
      <w:bodyDiv w:val="1"/>
      <w:marLeft w:val="0"/>
      <w:marRight w:val="0"/>
      <w:marTop w:val="0"/>
      <w:marBottom w:val="0"/>
      <w:divBdr>
        <w:top w:val="none" w:sz="0" w:space="0" w:color="auto"/>
        <w:left w:val="none" w:sz="0" w:space="0" w:color="auto"/>
        <w:bottom w:val="none" w:sz="0" w:space="0" w:color="auto"/>
        <w:right w:val="none" w:sz="0" w:space="0" w:color="auto"/>
      </w:divBdr>
    </w:div>
    <w:div w:id="1385986372">
      <w:bodyDiv w:val="1"/>
      <w:marLeft w:val="0"/>
      <w:marRight w:val="0"/>
      <w:marTop w:val="0"/>
      <w:marBottom w:val="0"/>
      <w:divBdr>
        <w:top w:val="none" w:sz="0" w:space="0" w:color="auto"/>
        <w:left w:val="none" w:sz="0" w:space="0" w:color="auto"/>
        <w:bottom w:val="none" w:sz="0" w:space="0" w:color="auto"/>
        <w:right w:val="none" w:sz="0" w:space="0" w:color="auto"/>
      </w:divBdr>
    </w:div>
    <w:div w:id="1386374396">
      <w:bodyDiv w:val="1"/>
      <w:marLeft w:val="0"/>
      <w:marRight w:val="0"/>
      <w:marTop w:val="0"/>
      <w:marBottom w:val="0"/>
      <w:divBdr>
        <w:top w:val="none" w:sz="0" w:space="0" w:color="auto"/>
        <w:left w:val="none" w:sz="0" w:space="0" w:color="auto"/>
        <w:bottom w:val="none" w:sz="0" w:space="0" w:color="auto"/>
        <w:right w:val="none" w:sz="0" w:space="0" w:color="auto"/>
      </w:divBdr>
    </w:div>
    <w:div w:id="1387996088">
      <w:bodyDiv w:val="1"/>
      <w:marLeft w:val="0"/>
      <w:marRight w:val="0"/>
      <w:marTop w:val="0"/>
      <w:marBottom w:val="0"/>
      <w:divBdr>
        <w:top w:val="none" w:sz="0" w:space="0" w:color="auto"/>
        <w:left w:val="none" w:sz="0" w:space="0" w:color="auto"/>
        <w:bottom w:val="none" w:sz="0" w:space="0" w:color="auto"/>
        <w:right w:val="none" w:sz="0" w:space="0" w:color="auto"/>
      </w:divBdr>
    </w:div>
    <w:div w:id="1388794942">
      <w:bodyDiv w:val="1"/>
      <w:marLeft w:val="0"/>
      <w:marRight w:val="0"/>
      <w:marTop w:val="0"/>
      <w:marBottom w:val="0"/>
      <w:divBdr>
        <w:top w:val="none" w:sz="0" w:space="0" w:color="auto"/>
        <w:left w:val="none" w:sz="0" w:space="0" w:color="auto"/>
        <w:bottom w:val="none" w:sz="0" w:space="0" w:color="auto"/>
        <w:right w:val="none" w:sz="0" w:space="0" w:color="auto"/>
      </w:divBdr>
    </w:div>
    <w:div w:id="1391264933">
      <w:bodyDiv w:val="1"/>
      <w:marLeft w:val="0"/>
      <w:marRight w:val="0"/>
      <w:marTop w:val="0"/>
      <w:marBottom w:val="0"/>
      <w:divBdr>
        <w:top w:val="none" w:sz="0" w:space="0" w:color="auto"/>
        <w:left w:val="none" w:sz="0" w:space="0" w:color="auto"/>
        <w:bottom w:val="none" w:sz="0" w:space="0" w:color="auto"/>
        <w:right w:val="none" w:sz="0" w:space="0" w:color="auto"/>
      </w:divBdr>
    </w:div>
    <w:div w:id="1392196218">
      <w:bodyDiv w:val="1"/>
      <w:marLeft w:val="0"/>
      <w:marRight w:val="0"/>
      <w:marTop w:val="0"/>
      <w:marBottom w:val="0"/>
      <w:divBdr>
        <w:top w:val="none" w:sz="0" w:space="0" w:color="auto"/>
        <w:left w:val="none" w:sz="0" w:space="0" w:color="auto"/>
        <w:bottom w:val="none" w:sz="0" w:space="0" w:color="auto"/>
        <w:right w:val="none" w:sz="0" w:space="0" w:color="auto"/>
      </w:divBdr>
    </w:div>
    <w:div w:id="1392387783">
      <w:bodyDiv w:val="1"/>
      <w:marLeft w:val="0"/>
      <w:marRight w:val="0"/>
      <w:marTop w:val="0"/>
      <w:marBottom w:val="0"/>
      <w:divBdr>
        <w:top w:val="none" w:sz="0" w:space="0" w:color="auto"/>
        <w:left w:val="none" w:sz="0" w:space="0" w:color="auto"/>
        <w:bottom w:val="none" w:sz="0" w:space="0" w:color="auto"/>
        <w:right w:val="none" w:sz="0" w:space="0" w:color="auto"/>
      </w:divBdr>
    </w:div>
    <w:div w:id="1393965323">
      <w:bodyDiv w:val="1"/>
      <w:marLeft w:val="0"/>
      <w:marRight w:val="0"/>
      <w:marTop w:val="0"/>
      <w:marBottom w:val="0"/>
      <w:divBdr>
        <w:top w:val="none" w:sz="0" w:space="0" w:color="auto"/>
        <w:left w:val="none" w:sz="0" w:space="0" w:color="auto"/>
        <w:bottom w:val="none" w:sz="0" w:space="0" w:color="auto"/>
        <w:right w:val="none" w:sz="0" w:space="0" w:color="auto"/>
      </w:divBdr>
    </w:div>
    <w:div w:id="1395084193">
      <w:bodyDiv w:val="1"/>
      <w:marLeft w:val="0"/>
      <w:marRight w:val="0"/>
      <w:marTop w:val="0"/>
      <w:marBottom w:val="0"/>
      <w:divBdr>
        <w:top w:val="none" w:sz="0" w:space="0" w:color="auto"/>
        <w:left w:val="none" w:sz="0" w:space="0" w:color="auto"/>
        <w:bottom w:val="none" w:sz="0" w:space="0" w:color="auto"/>
        <w:right w:val="none" w:sz="0" w:space="0" w:color="auto"/>
      </w:divBdr>
    </w:div>
    <w:div w:id="1397508212">
      <w:bodyDiv w:val="1"/>
      <w:marLeft w:val="0"/>
      <w:marRight w:val="0"/>
      <w:marTop w:val="0"/>
      <w:marBottom w:val="0"/>
      <w:divBdr>
        <w:top w:val="none" w:sz="0" w:space="0" w:color="auto"/>
        <w:left w:val="none" w:sz="0" w:space="0" w:color="auto"/>
        <w:bottom w:val="none" w:sz="0" w:space="0" w:color="auto"/>
        <w:right w:val="none" w:sz="0" w:space="0" w:color="auto"/>
      </w:divBdr>
    </w:div>
    <w:div w:id="1399205668">
      <w:bodyDiv w:val="1"/>
      <w:marLeft w:val="0"/>
      <w:marRight w:val="0"/>
      <w:marTop w:val="0"/>
      <w:marBottom w:val="0"/>
      <w:divBdr>
        <w:top w:val="none" w:sz="0" w:space="0" w:color="auto"/>
        <w:left w:val="none" w:sz="0" w:space="0" w:color="auto"/>
        <w:bottom w:val="none" w:sz="0" w:space="0" w:color="auto"/>
        <w:right w:val="none" w:sz="0" w:space="0" w:color="auto"/>
      </w:divBdr>
    </w:div>
    <w:div w:id="1400784828">
      <w:bodyDiv w:val="1"/>
      <w:marLeft w:val="0"/>
      <w:marRight w:val="0"/>
      <w:marTop w:val="0"/>
      <w:marBottom w:val="0"/>
      <w:divBdr>
        <w:top w:val="none" w:sz="0" w:space="0" w:color="auto"/>
        <w:left w:val="none" w:sz="0" w:space="0" w:color="auto"/>
        <w:bottom w:val="none" w:sz="0" w:space="0" w:color="auto"/>
        <w:right w:val="none" w:sz="0" w:space="0" w:color="auto"/>
      </w:divBdr>
    </w:div>
    <w:div w:id="1401489374">
      <w:bodyDiv w:val="1"/>
      <w:marLeft w:val="0"/>
      <w:marRight w:val="0"/>
      <w:marTop w:val="0"/>
      <w:marBottom w:val="0"/>
      <w:divBdr>
        <w:top w:val="none" w:sz="0" w:space="0" w:color="auto"/>
        <w:left w:val="none" w:sz="0" w:space="0" w:color="auto"/>
        <w:bottom w:val="none" w:sz="0" w:space="0" w:color="auto"/>
        <w:right w:val="none" w:sz="0" w:space="0" w:color="auto"/>
      </w:divBdr>
    </w:div>
    <w:div w:id="1404985360">
      <w:bodyDiv w:val="1"/>
      <w:marLeft w:val="0"/>
      <w:marRight w:val="0"/>
      <w:marTop w:val="0"/>
      <w:marBottom w:val="0"/>
      <w:divBdr>
        <w:top w:val="none" w:sz="0" w:space="0" w:color="auto"/>
        <w:left w:val="none" w:sz="0" w:space="0" w:color="auto"/>
        <w:bottom w:val="none" w:sz="0" w:space="0" w:color="auto"/>
        <w:right w:val="none" w:sz="0" w:space="0" w:color="auto"/>
      </w:divBdr>
    </w:div>
    <w:div w:id="1408990788">
      <w:bodyDiv w:val="1"/>
      <w:marLeft w:val="0"/>
      <w:marRight w:val="0"/>
      <w:marTop w:val="0"/>
      <w:marBottom w:val="0"/>
      <w:divBdr>
        <w:top w:val="none" w:sz="0" w:space="0" w:color="auto"/>
        <w:left w:val="none" w:sz="0" w:space="0" w:color="auto"/>
        <w:bottom w:val="none" w:sz="0" w:space="0" w:color="auto"/>
        <w:right w:val="none" w:sz="0" w:space="0" w:color="auto"/>
      </w:divBdr>
    </w:div>
    <w:div w:id="1409811151">
      <w:bodyDiv w:val="1"/>
      <w:marLeft w:val="0"/>
      <w:marRight w:val="0"/>
      <w:marTop w:val="0"/>
      <w:marBottom w:val="0"/>
      <w:divBdr>
        <w:top w:val="none" w:sz="0" w:space="0" w:color="auto"/>
        <w:left w:val="none" w:sz="0" w:space="0" w:color="auto"/>
        <w:bottom w:val="none" w:sz="0" w:space="0" w:color="auto"/>
        <w:right w:val="none" w:sz="0" w:space="0" w:color="auto"/>
      </w:divBdr>
    </w:div>
    <w:div w:id="1410495209">
      <w:bodyDiv w:val="1"/>
      <w:marLeft w:val="0"/>
      <w:marRight w:val="0"/>
      <w:marTop w:val="0"/>
      <w:marBottom w:val="0"/>
      <w:divBdr>
        <w:top w:val="none" w:sz="0" w:space="0" w:color="auto"/>
        <w:left w:val="none" w:sz="0" w:space="0" w:color="auto"/>
        <w:bottom w:val="none" w:sz="0" w:space="0" w:color="auto"/>
        <w:right w:val="none" w:sz="0" w:space="0" w:color="auto"/>
      </w:divBdr>
    </w:div>
    <w:div w:id="1414469540">
      <w:bodyDiv w:val="1"/>
      <w:marLeft w:val="0"/>
      <w:marRight w:val="0"/>
      <w:marTop w:val="0"/>
      <w:marBottom w:val="0"/>
      <w:divBdr>
        <w:top w:val="none" w:sz="0" w:space="0" w:color="auto"/>
        <w:left w:val="none" w:sz="0" w:space="0" w:color="auto"/>
        <w:bottom w:val="none" w:sz="0" w:space="0" w:color="auto"/>
        <w:right w:val="none" w:sz="0" w:space="0" w:color="auto"/>
      </w:divBdr>
    </w:div>
    <w:div w:id="1414931302">
      <w:bodyDiv w:val="1"/>
      <w:marLeft w:val="0"/>
      <w:marRight w:val="0"/>
      <w:marTop w:val="0"/>
      <w:marBottom w:val="0"/>
      <w:divBdr>
        <w:top w:val="none" w:sz="0" w:space="0" w:color="auto"/>
        <w:left w:val="none" w:sz="0" w:space="0" w:color="auto"/>
        <w:bottom w:val="none" w:sz="0" w:space="0" w:color="auto"/>
        <w:right w:val="none" w:sz="0" w:space="0" w:color="auto"/>
      </w:divBdr>
    </w:div>
    <w:div w:id="1416056155">
      <w:bodyDiv w:val="1"/>
      <w:marLeft w:val="0"/>
      <w:marRight w:val="0"/>
      <w:marTop w:val="0"/>
      <w:marBottom w:val="0"/>
      <w:divBdr>
        <w:top w:val="none" w:sz="0" w:space="0" w:color="auto"/>
        <w:left w:val="none" w:sz="0" w:space="0" w:color="auto"/>
        <w:bottom w:val="none" w:sz="0" w:space="0" w:color="auto"/>
        <w:right w:val="none" w:sz="0" w:space="0" w:color="auto"/>
      </w:divBdr>
    </w:div>
    <w:div w:id="1418096082">
      <w:bodyDiv w:val="1"/>
      <w:marLeft w:val="0"/>
      <w:marRight w:val="0"/>
      <w:marTop w:val="0"/>
      <w:marBottom w:val="0"/>
      <w:divBdr>
        <w:top w:val="none" w:sz="0" w:space="0" w:color="auto"/>
        <w:left w:val="none" w:sz="0" w:space="0" w:color="auto"/>
        <w:bottom w:val="none" w:sz="0" w:space="0" w:color="auto"/>
        <w:right w:val="none" w:sz="0" w:space="0" w:color="auto"/>
      </w:divBdr>
    </w:div>
    <w:div w:id="1418790694">
      <w:bodyDiv w:val="1"/>
      <w:marLeft w:val="0"/>
      <w:marRight w:val="0"/>
      <w:marTop w:val="0"/>
      <w:marBottom w:val="0"/>
      <w:divBdr>
        <w:top w:val="none" w:sz="0" w:space="0" w:color="auto"/>
        <w:left w:val="none" w:sz="0" w:space="0" w:color="auto"/>
        <w:bottom w:val="none" w:sz="0" w:space="0" w:color="auto"/>
        <w:right w:val="none" w:sz="0" w:space="0" w:color="auto"/>
      </w:divBdr>
    </w:div>
    <w:div w:id="1419667514">
      <w:bodyDiv w:val="1"/>
      <w:marLeft w:val="0"/>
      <w:marRight w:val="0"/>
      <w:marTop w:val="0"/>
      <w:marBottom w:val="0"/>
      <w:divBdr>
        <w:top w:val="none" w:sz="0" w:space="0" w:color="auto"/>
        <w:left w:val="none" w:sz="0" w:space="0" w:color="auto"/>
        <w:bottom w:val="none" w:sz="0" w:space="0" w:color="auto"/>
        <w:right w:val="none" w:sz="0" w:space="0" w:color="auto"/>
      </w:divBdr>
    </w:div>
    <w:div w:id="1421026777">
      <w:bodyDiv w:val="1"/>
      <w:marLeft w:val="0"/>
      <w:marRight w:val="0"/>
      <w:marTop w:val="0"/>
      <w:marBottom w:val="0"/>
      <w:divBdr>
        <w:top w:val="none" w:sz="0" w:space="0" w:color="auto"/>
        <w:left w:val="none" w:sz="0" w:space="0" w:color="auto"/>
        <w:bottom w:val="none" w:sz="0" w:space="0" w:color="auto"/>
        <w:right w:val="none" w:sz="0" w:space="0" w:color="auto"/>
      </w:divBdr>
    </w:div>
    <w:div w:id="1421759166">
      <w:bodyDiv w:val="1"/>
      <w:marLeft w:val="0"/>
      <w:marRight w:val="0"/>
      <w:marTop w:val="0"/>
      <w:marBottom w:val="0"/>
      <w:divBdr>
        <w:top w:val="none" w:sz="0" w:space="0" w:color="auto"/>
        <w:left w:val="none" w:sz="0" w:space="0" w:color="auto"/>
        <w:bottom w:val="none" w:sz="0" w:space="0" w:color="auto"/>
        <w:right w:val="none" w:sz="0" w:space="0" w:color="auto"/>
      </w:divBdr>
    </w:div>
    <w:div w:id="1422946560">
      <w:bodyDiv w:val="1"/>
      <w:marLeft w:val="0"/>
      <w:marRight w:val="0"/>
      <w:marTop w:val="0"/>
      <w:marBottom w:val="0"/>
      <w:divBdr>
        <w:top w:val="none" w:sz="0" w:space="0" w:color="auto"/>
        <w:left w:val="none" w:sz="0" w:space="0" w:color="auto"/>
        <w:bottom w:val="none" w:sz="0" w:space="0" w:color="auto"/>
        <w:right w:val="none" w:sz="0" w:space="0" w:color="auto"/>
      </w:divBdr>
    </w:div>
    <w:div w:id="1424569305">
      <w:bodyDiv w:val="1"/>
      <w:marLeft w:val="0"/>
      <w:marRight w:val="0"/>
      <w:marTop w:val="0"/>
      <w:marBottom w:val="0"/>
      <w:divBdr>
        <w:top w:val="none" w:sz="0" w:space="0" w:color="auto"/>
        <w:left w:val="none" w:sz="0" w:space="0" w:color="auto"/>
        <w:bottom w:val="none" w:sz="0" w:space="0" w:color="auto"/>
        <w:right w:val="none" w:sz="0" w:space="0" w:color="auto"/>
      </w:divBdr>
    </w:div>
    <w:div w:id="1424885036">
      <w:bodyDiv w:val="1"/>
      <w:marLeft w:val="0"/>
      <w:marRight w:val="0"/>
      <w:marTop w:val="0"/>
      <w:marBottom w:val="0"/>
      <w:divBdr>
        <w:top w:val="none" w:sz="0" w:space="0" w:color="auto"/>
        <w:left w:val="none" w:sz="0" w:space="0" w:color="auto"/>
        <w:bottom w:val="none" w:sz="0" w:space="0" w:color="auto"/>
        <w:right w:val="none" w:sz="0" w:space="0" w:color="auto"/>
      </w:divBdr>
    </w:div>
    <w:div w:id="1425420167">
      <w:bodyDiv w:val="1"/>
      <w:marLeft w:val="0"/>
      <w:marRight w:val="0"/>
      <w:marTop w:val="0"/>
      <w:marBottom w:val="0"/>
      <w:divBdr>
        <w:top w:val="none" w:sz="0" w:space="0" w:color="auto"/>
        <w:left w:val="none" w:sz="0" w:space="0" w:color="auto"/>
        <w:bottom w:val="none" w:sz="0" w:space="0" w:color="auto"/>
        <w:right w:val="none" w:sz="0" w:space="0" w:color="auto"/>
      </w:divBdr>
    </w:div>
    <w:div w:id="1425616037">
      <w:bodyDiv w:val="1"/>
      <w:marLeft w:val="0"/>
      <w:marRight w:val="0"/>
      <w:marTop w:val="0"/>
      <w:marBottom w:val="0"/>
      <w:divBdr>
        <w:top w:val="none" w:sz="0" w:space="0" w:color="auto"/>
        <w:left w:val="none" w:sz="0" w:space="0" w:color="auto"/>
        <w:bottom w:val="none" w:sz="0" w:space="0" w:color="auto"/>
        <w:right w:val="none" w:sz="0" w:space="0" w:color="auto"/>
      </w:divBdr>
    </w:div>
    <w:div w:id="1426341800">
      <w:bodyDiv w:val="1"/>
      <w:marLeft w:val="0"/>
      <w:marRight w:val="0"/>
      <w:marTop w:val="0"/>
      <w:marBottom w:val="0"/>
      <w:divBdr>
        <w:top w:val="none" w:sz="0" w:space="0" w:color="auto"/>
        <w:left w:val="none" w:sz="0" w:space="0" w:color="auto"/>
        <w:bottom w:val="none" w:sz="0" w:space="0" w:color="auto"/>
        <w:right w:val="none" w:sz="0" w:space="0" w:color="auto"/>
      </w:divBdr>
    </w:div>
    <w:div w:id="1426919808">
      <w:bodyDiv w:val="1"/>
      <w:marLeft w:val="0"/>
      <w:marRight w:val="0"/>
      <w:marTop w:val="0"/>
      <w:marBottom w:val="0"/>
      <w:divBdr>
        <w:top w:val="none" w:sz="0" w:space="0" w:color="auto"/>
        <w:left w:val="none" w:sz="0" w:space="0" w:color="auto"/>
        <w:bottom w:val="none" w:sz="0" w:space="0" w:color="auto"/>
        <w:right w:val="none" w:sz="0" w:space="0" w:color="auto"/>
      </w:divBdr>
    </w:div>
    <w:div w:id="1427341030">
      <w:bodyDiv w:val="1"/>
      <w:marLeft w:val="0"/>
      <w:marRight w:val="0"/>
      <w:marTop w:val="0"/>
      <w:marBottom w:val="0"/>
      <w:divBdr>
        <w:top w:val="none" w:sz="0" w:space="0" w:color="auto"/>
        <w:left w:val="none" w:sz="0" w:space="0" w:color="auto"/>
        <w:bottom w:val="none" w:sz="0" w:space="0" w:color="auto"/>
        <w:right w:val="none" w:sz="0" w:space="0" w:color="auto"/>
      </w:divBdr>
    </w:div>
    <w:div w:id="1428116648">
      <w:bodyDiv w:val="1"/>
      <w:marLeft w:val="0"/>
      <w:marRight w:val="0"/>
      <w:marTop w:val="0"/>
      <w:marBottom w:val="0"/>
      <w:divBdr>
        <w:top w:val="none" w:sz="0" w:space="0" w:color="auto"/>
        <w:left w:val="none" w:sz="0" w:space="0" w:color="auto"/>
        <w:bottom w:val="none" w:sz="0" w:space="0" w:color="auto"/>
        <w:right w:val="none" w:sz="0" w:space="0" w:color="auto"/>
      </w:divBdr>
    </w:div>
    <w:div w:id="1428309482">
      <w:bodyDiv w:val="1"/>
      <w:marLeft w:val="0"/>
      <w:marRight w:val="0"/>
      <w:marTop w:val="0"/>
      <w:marBottom w:val="0"/>
      <w:divBdr>
        <w:top w:val="none" w:sz="0" w:space="0" w:color="auto"/>
        <w:left w:val="none" w:sz="0" w:space="0" w:color="auto"/>
        <w:bottom w:val="none" w:sz="0" w:space="0" w:color="auto"/>
        <w:right w:val="none" w:sz="0" w:space="0" w:color="auto"/>
      </w:divBdr>
    </w:div>
    <w:div w:id="1428696865">
      <w:bodyDiv w:val="1"/>
      <w:marLeft w:val="0"/>
      <w:marRight w:val="0"/>
      <w:marTop w:val="0"/>
      <w:marBottom w:val="0"/>
      <w:divBdr>
        <w:top w:val="none" w:sz="0" w:space="0" w:color="auto"/>
        <w:left w:val="none" w:sz="0" w:space="0" w:color="auto"/>
        <w:bottom w:val="none" w:sz="0" w:space="0" w:color="auto"/>
        <w:right w:val="none" w:sz="0" w:space="0" w:color="auto"/>
      </w:divBdr>
    </w:div>
    <w:div w:id="1430005708">
      <w:bodyDiv w:val="1"/>
      <w:marLeft w:val="0"/>
      <w:marRight w:val="0"/>
      <w:marTop w:val="0"/>
      <w:marBottom w:val="0"/>
      <w:divBdr>
        <w:top w:val="none" w:sz="0" w:space="0" w:color="auto"/>
        <w:left w:val="none" w:sz="0" w:space="0" w:color="auto"/>
        <w:bottom w:val="none" w:sz="0" w:space="0" w:color="auto"/>
        <w:right w:val="none" w:sz="0" w:space="0" w:color="auto"/>
      </w:divBdr>
    </w:div>
    <w:div w:id="1430737768">
      <w:bodyDiv w:val="1"/>
      <w:marLeft w:val="0"/>
      <w:marRight w:val="0"/>
      <w:marTop w:val="0"/>
      <w:marBottom w:val="0"/>
      <w:divBdr>
        <w:top w:val="none" w:sz="0" w:space="0" w:color="auto"/>
        <w:left w:val="none" w:sz="0" w:space="0" w:color="auto"/>
        <w:bottom w:val="none" w:sz="0" w:space="0" w:color="auto"/>
        <w:right w:val="none" w:sz="0" w:space="0" w:color="auto"/>
      </w:divBdr>
    </w:div>
    <w:div w:id="1433239229">
      <w:bodyDiv w:val="1"/>
      <w:marLeft w:val="0"/>
      <w:marRight w:val="0"/>
      <w:marTop w:val="0"/>
      <w:marBottom w:val="0"/>
      <w:divBdr>
        <w:top w:val="none" w:sz="0" w:space="0" w:color="auto"/>
        <w:left w:val="none" w:sz="0" w:space="0" w:color="auto"/>
        <w:bottom w:val="none" w:sz="0" w:space="0" w:color="auto"/>
        <w:right w:val="none" w:sz="0" w:space="0" w:color="auto"/>
      </w:divBdr>
    </w:div>
    <w:div w:id="1433553603">
      <w:bodyDiv w:val="1"/>
      <w:marLeft w:val="0"/>
      <w:marRight w:val="0"/>
      <w:marTop w:val="0"/>
      <w:marBottom w:val="0"/>
      <w:divBdr>
        <w:top w:val="none" w:sz="0" w:space="0" w:color="auto"/>
        <w:left w:val="none" w:sz="0" w:space="0" w:color="auto"/>
        <w:bottom w:val="none" w:sz="0" w:space="0" w:color="auto"/>
        <w:right w:val="none" w:sz="0" w:space="0" w:color="auto"/>
      </w:divBdr>
    </w:div>
    <w:div w:id="1435242920">
      <w:bodyDiv w:val="1"/>
      <w:marLeft w:val="0"/>
      <w:marRight w:val="0"/>
      <w:marTop w:val="0"/>
      <w:marBottom w:val="0"/>
      <w:divBdr>
        <w:top w:val="none" w:sz="0" w:space="0" w:color="auto"/>
        <w:left w:val="none" w:sz="0" w:space="0" w:color="auto"/>
        <w:bottom w:val="none" w:sz="0" w:space="0" w:color="auto"/>
        <w:right w:val="none" w:sz="0" w:space="0" w:color="auto"/>
      </w:divBdr>
    </w:div>
    <w:div w:id="1436360495">
      <w:bodyDiv w:val="1"/>
      <w:marLeft w:val="0"/>
      <w:marRight w:val="0"/>
      <w:marTop w:val="0"/>
      <w:marBottom w:val="0"/>
      <w:divBdr>
        <w:top w:val="none" w:sz="0" w:space="0" w:color="auto"/>
        <w:left w:val="none" w:sz="0" w:space="0" w:color="auto"/>
        <w:bottom w:val="none" w:sz="0" w:space="0" w:color="auto"/>
        <w:right w:val="none" w:sz="0" w:space="0" w:color="auto"/>
      </w:divBdr>
    </w:div>
    <w:div w:id="1436364327">
      <w:bodyDiv w:val="1"/>
      <w:marLeft w:val="0"/>
      <w:marRight w:val="0"/>
      <w:marTop w:val="0"/>
      <w:marBottom w:val="0"/>
      <w:divBdr>
        <w:top w:val="none" w:sz="0" w:space="0" w:color="auto"/>
        <w:left w:val="none" w:sz="0" w:space="0" w:color="auto"/>
        <w:bottom w:val="none" w:sz="0" w:space="0" w:color="auto"/>
        <w:right w:val="none" w:sz="0" w:space="0" w:color="auto"/>
      </w:divBdr>
    </w:div>
    <w:div w:id="1439912760">
      <w:bodyDiv w:val="1"/>
      <w:marLeft w:val="0"/>
      <w:marRight w:val="0"/>
      <w:marTop w:val="0"/>
      <w:marBottom w:val="0"/>
      <w:divBdr>
        <w:top w:val="none" w:sz="0" w:space="0" w:color="auto"/>
        <w:left w:val="none" w:sz="0" w:space="0" w:color="auto"/>
        <w:bottom w:val="none" w:sz="0" w:space="0" w:color="auto"/>
        <w:right w:val="none" w:sz="0" w:space="0" w:color="auto"/>
      </w:divBdr>
    </w:div>
    <w:div w:id="1446801836">
      <w:bodyDiv w:val="1"/>
      <w:marLeft w:val="0"/>
      <w:marRight w:val="0"/>
      <w:marTop w:val="0"/>
      <w:marBottom w:val="0"/>
      <w:divBdr>
        <w:top w:val="none" w:sz="0" w:space="0" w:color="auto"/>
        <w:left w:val="none" w:sz="0" w:space="0" w:color="auto"/>
        <w:bottom w:val="none" w:sz="0" w:space="0" w:color="auto"/>
        <w:right w:val="none" w:sz="0" w:space="0" w:color="auto"/>
      </w:divBdr>
    </w:div>
    <w:div w:id="1448114265">
      <w:bodyDiv w:val="1"/>
      <w:marLeft w:val="0"/>
      <w:marRight w:val="0"/>
      <w:marTop w:val="0"/>
      <w:marBottom w:val="0"/>
      <w:divBdr>
        <w:top w:val="none" w:sz="0" w:space="0" w:color="auto"/>
        <w:left w:val="none" w:sz="0" w:space="0" w:color="auto"/>
        <w:bottom w:val="none" w:sz="0" w:space="0" w:color="auto"/>
        <w:right w:val="none" w:sz="0" w:space="0" w:color="auto"/>
      </w:divBdr>
    </w:div>
    <w:div w:id="1448966250">
      <w:bodyDiv w:val="1"/>
      <w:marLeft w:val="0"/>
      <w:marRight w:val="0"/>
      <w:marTop w:val="0"/>
      <w:marBottom w:val="0"/>
      <w:divBdr>
        <w:top w:val="none" w:sz="0" w:space="0" w:color="auto"/>
        <w:left w:val="none" w:sz="0" w:space="0" w:color="auto"/>
        <w:bottom w:val="none" w:sz="0" w:space="0" w:color="auto"/>
        <w:right w:val="none" w:sz="0" w:space="0" w:color="auto"/>
      </w:divBdr>
    </w:div>
    <w:div w:id="1450275564">
      <w:bodyDiv w:val="1"/>
      <w:marLeft w:val="0"/>
      <w:marRight w:val="0"/>
      <w:marTop w:val="0"/>
      <w:marBottom w:val="0"/>
      <w:divBdr>
        <w:top w:val="none" w:sz="0" w:space="0" w:color="auto"/>
        <w:left w:val="none" w:sz="0" w:space="0" w:color="auto"/>
        <w:bottom w:val="none" w:sz="0" w:space="0" w:color="auto"/>
        <w:right w:val="none" w:sz="0" w:space="0" w:color="auto"/>
      </w:divBdr>
    </w:div>
    <w:div w:id="1450778155">
      <w:bodyDiv w:val="1"/>
      <w:marLeft w:val="0"/>
      <w:marRight w:val="0"/>
      <w:marTop w:val="0"/>
      <w:marBottom w:val="0"/>
      <w:divBdr>
        <w:top w:val="none" w:sz="0" w:space="0" w:color="auto"/>
        <w:left w:val="none" w:sz="0" w:space="0" w:color="auto"/>
        <w:bottom w:val="none" w:sz="0" w:space="0" w:color="auto"/>
        <w:right w:val="none" w:sz="0" w:space="0" w:color="auto"/>
      </w:divBdr>
    </w:div>
    <w:div w:id="1454440954">
      <w:bodyDiv w:val="1"/>
      <w:marLeft w:val="0"/>
      <w:marRight w:val="0"/>
      <w:marTop w:val="0"/>
      <w:marBottom w:val="0"/>
      <w:divBdr>
        <w:top w:val="none" w:sz="0" w:space="0" w:color="auto"/>
        <w:left w:val="none" w:sz="0" w:space="0" w:color="auto"/>
        <w:bottom w:val="none" w:sz="0" w:space="0" w:color="auto"/>
        <w:right w:val="none" w:sz="0" w:space="0" w:color="auto"/>
      </w:divBdr>
    </w:div>
    <w:div w:id="1455637242">
      <w:bodyDiv w:val="1"/>
      <w:marLeft w:val="0"/>
      <w:marRight w:val="0"/>
      <w:marTop w:val="0"/>
      <w:marBottom w:val="0"/>
      <w:divBdr>
        <w:top w:val="none" w:sz="0" w:space="0" w:color="auto"/>
        <w:left w:val="none" w:sz="0" w:space="0" w:color="auto"/>
        <w:bottom w:val="none" w:sz="0" w:space="0" w:color="auto"/>
        <w:right w:val="none" w:sz="0" w:space="0" w:color="auto"/>
      </w:divBdr>
    </w:div>
    <w:div w:id="1455829357">
      <w:bodyDiv w:val="1"/>
      <w:marLeft w:val="0"/>
      <w:marRight w:val="0"/>
      <w:marTop w:val="0"/>
      <w:marBottom w:val="0"/>
      <w:divBdr>
        <w:top w:val="none" w:sz="0" w:space="0" w:color="auto"/>
        <w:left w:val="none" w:sz="0" w:space="0" w:color="auto"/>
        <w:bottom w:val="none" w:sz="0" w:space="0" w:color="auto"/>
        <w:right w:val="none" w:sz="0" w:space="0" w:color="auto"/>
      </w:divBdr>
    </w:div>
    <w:div w:id="1460293720">
      <w:bodyDiv w:val="1"/>
      <w:marLeft w:val="0"/>
      <w:marRight w:val="0"/>
      <w:marTop w:val="0"/>
      <w:marBottom w:val="0"/>
      <w:divBdr>
        <w:top w:val="none" w:sz="0" w:space="0" w:color="auto"/>
        <w:left w:val="none" w:sz="0" w:space="0" w:color="auto"/>
        <w:bottom w:val="none" w:sz="0" w:space="0" w:color="auto"/>
        <w:right w:val="none" w:sz="0" w:space="0" w:color="auto"/>
      </w:divBdr>
    </w:div>
    <w:div w:id="1461143437">
      <w:bodyDiv w:val="1"/>
      <w:marLeft w:val="0"/>
      <w:marRight w:val="0"/>
      <w:marTop w:val="0"/>
      <w:marBottom w:val="0"/>
      <w:divBdr>
        <w:top w:val="none" w:sz="0" w:space="0" w:color="auto"/>
        <w:left w:val="none" w:sz="0" w:space="0" w:color="auto"/>
        <w:bottom w:val="none" w:sz="0" w:space="0" w:color="auto"/>
        <w:right w:val="none" w:sz="0" w:space="0" w:color="auto"/>
      </w:divBdr>
    </w:div>
    <w:div w:id="1462729059">
      <w:bodyDiv w:val="1"/>
      <w:marLeft w:val="0"/>
      <w:marRight w:val="0"/>
      <w:marTop w:val="0"/>
      <w:marBottom w:val="0"/>
      <w:divBdr>
        <w:top w:val="none" w:sz="0" w:space="0" w:color="auto"/>
        <w:left w:val="none" w:sz="0" w:space="0" w:color="auto"/>
        <w:bottom w:val="none" w:sz="0" w:space="0" w:color="auto"/>
        <w:right w:val="none" w:sz="0" w:space="0" w:color="auto"/>
      </w:divBdr>
    </w:div>
    <w:div w:id="1463615761">
      <w:bodyDiv w:val="1"/>
      <w:marLeft w:val="0"/>
      <w:marRight w:val="0"/>
      <w:marTop w:val="0"/>
      <w:marBottom w:val="0"/>
      <w:divBdr>
        <w:top w:val="none" w:sz="0" w:space="0" w:color="auto"/>
        <w:left w:val="none" w:sz="0" w:space="0" w:color="auto"/>
        <w:bottom w:val="none" w:sz="0" w:space="0" w:color="auto"/>
        <w:right w:val="none" w:sz="0" w:space="0" w:color="auto"/>
      </w:divBdr>
    </w:div>
    <w:div w:id="1464616483">
      <w:bodyDiv w:val="1"/>
      <w:marLeft w:val="0"/>
      <w:marRight w:val="0"/>
      <w:marTop w:val="0"/>
      <w:marBottom w:val="0"/>
      <w:divBdr>
        <w:top w:val="none" w:sz="0" w:space="0" w:color="auto"/>
        <w:left w:val="none" w:sz="0" w:space="0" w:color="auto"/>
        <w:bottom w:val="none" w:sz="0" w:space="0" w:color="auto"/>
        <w:right w:val="none" w:sz="0" w:space="0" w:color="auto"/>
      </w:divBdr>
    </w:div>
    <w:div w:id="1470510855">
      <w:bodyDiv w:val="1"/>
      <w:marLeft w:val="0"/>
      <w:marRight w:val="0"/>
      <w:marTop w:val="0"/>
      <w:marBottom w:val="0"/>
      <w:divBdr>
        <w:top w:val="none" w:sz="0" w:space="0" w:color="auto"/>
        <w:left w:val="none" w:sz="0" w:space="0" w:color="auto"/>
        <w:bottom w:val="none" w:sz="0" w:space="0" w:color="auto"/>
        <w:right w:val="none" w:sz="0" w:space="0" w:color="auto"/>
      </w:divBdr>
    </w:div>
    <w:div w:id="1471904158">
      <w:bodyDiv w:val="1"/>
      <w:marLeft w:val="0"/>
      <w:marRight w:val="0"/>
      <w:marTop w:val="0"/>
      <w:marBottom w:val="0"/>
      <w:divBdr>
        <w:top w:val="none" w:sz="0" w:space="0" w:color="auto"/>
        <w:left w:val="none" w:sz="0" w:space="0" w:color="auto"/>
        <w:bottom w:val="none" w:sz="0" w:space="0" w:color="auto"/>
        <w:right w:val="none" w:sz="0" w:space="0" w:color="auto"/>
      </w:divBdr>
    </w:div>
    <w:div w:id="1476532179">
      <w:bodyDiv w:val="1"/>
      <w:marLeft w:val="0"/>
      <w:marRight w:val="0"/>
      <w:marTop w:val="0"/>
      <w:marBottom w:val="0"/>
      <w:divBdr>
        <w:top w:val="none" w:sz="0" w:space="0" w:color="auto"/>
        <w:left w:val="none" w:sz="0" w:space="0" w:color="auto"/>
        <w:bottom w:val="none" w:sz="0" w:space="0" w:color="auto"/>
        <w:right w:val="none" w:sz="0" w:space="0" w:color="auto"/>
      </w:divBdr>
    </w:div>
    <w:div w:id="1476991821">
      <w:bodyDiv w:val="1"/>
      <w:marLeft w:val="0"/>
      <w:marRight w:val="0"/>
      <w:marTop w:val="0"/>
      <w:marBottom w:val="0"/>
      <w:divBdr>
        <w:top w:val="none" w:sz="0" w:space="0" w:color="auto"/>
        <w:left w:val="none" w:sz="0" w:space="0" w:color="auto"/>
        <w:bottom w:val="none" w:sz="0" w:space="0" w:color="auto"/>
        <w:right w:val="none" w:sz="0" w:space="0" w:color="auto"/>
      </w:divBdr>
    </w:div>
    <w:div w:id="1477144080">
      <w:bodyDiv w:val="1"/>
      <w:marLeft w:val="0"/>
      <w:marRight w:val="0"/>
      <w:marTop w:val="0"/>
      <w:marBottom w:val="0"/>
      <w:divBdr>
        <w:top w:val="none" w:sz="0" w:space="0" w:color="auto"/>
        <w:left w:val="none" w:sz="0" w:space="0" w:color="auto"/>
        <w:bottom w:val="none" w:sz="0" w:space="0" w:color="auto"/>
        <w:right w:val="none" w:sz="0" w:space="0" w:color="auto"/>
      </w:divBdr>
    </w:div>
    <w:div w:id="1477718820">
      <w:bodyDiv w:val="1"/>
      <w:marLeft w:val="0"/>
      <w:marRight w:val="0"/>
      <w:marTop w:val="0"/>
      <w:marBottom w:val="0"/>
      <w:divBdr>
        <w:top w:val="none" w:sz="0" w:space="0" w:color="auto"/>
        <w:left w:val="none" w:sz="0" w:space="0" w:color="auto"/>
        <w:bottom w:val="none" w:sz="0" w:space="0" w:color="auto"/>
        <w:right w:val="none" w:sz="0" w:space="0" w:color="auto"/>
      </w:divBdr>
    </w:div>
    <w:div w:id="1478230201">
      <w:bodyDiv w:val="1"/>
      <w:marLeft w:val="0"/>
      <w:marRight w:val="0"/>
      <w:marTop w:val="0"/>
      <w:marBottom w:val="0"/>
      <w:divBdr>
        <w:top w:val="none" w:sz="0" w:space="0" w:color="auto"/>
        <w:left w:val="none" w:sz="0" w:space="0" w:color="auto"/>
        <w:bottom w:val="none" w:sz="0" w:space="0" w:color="auto"/>
        <w:right w:val="none" w:sz="0" w:space="0" w:color="auto"/>
      </w:divBdr>
    </w:div>
    <w:div w:id="1481386912">
      <w:bodyDiv w:val="1"/>
      <w:marLeft w:val="0"/>
      <w:marRight w:val="0"/>
      <w:marTop w:val="0"/>
      <w:marBottom w:val="0"/>
      <w:divBdr>
        <w:top w:val="none" w:sz="0" w:space="0" w:color="auto"/>
        <w:left w:val="none" w:sz="0" w:space="0" w:color="auto"/>
        <w:bottom w:val="none" w:sz="0" w:space="0" w:color="auto"/>
        <w:right w:val="none" w:sz="0" w:space="0" w:color="auto"/>
      </w:divBdr>
    </w:div>
    <w:div w:id="1481539275">
      <w:bodyDiv w:val="1"/>
      <w:marLeft w:val="0"/>
      <w:marRight w:val="0"/>
      <w:marTop w:val="0"/>
      <w:marBottom w:val="0"/>
      <w:divBdr>
        <w:top w:val="none" w:sz="0" w:space="0" w:color="auto"/>
        <w:left w:val="none" w:sz="0" w:space="0" w:color="auto"/>
        <w:bottom w:val="none" w:sz="0" w:space="0" w:color="auto"/>
        <w:right w:val="none" w:sz="0" w:space="0" w:color="auto"/>
      </w:divBdr>
    </w:div>
    <w:div w:id="1481649615">
      <w:bodyDiv w:val="1"/>
      <w:marLeft w:val="0"/>
      <w:marRight w:val="0"/>
      <w:marTop w:val="0"/>
      <w:marBottom w:val="0"/>
      <w:divBdr>
        <w:top w:val="none" w:sz="0" w:space="0" w:color="auto"/>
        <w:left w:val="none" w:sz="0" w:space="0" w:color="auto"/>
        <w:bottom w:val="none" w:sz="0" w:space="0" w:color="auto"/>
        <w:right w:val="none" w:sz="0" w:space="0" w:color="auto"/>
      </w:divBdr>
    </w:div>
    <w:div w:id="1484541431">
      <w:bodyDiv w:val="1"/>
      <w:marLeft w:val="0"/>
      <w:marRight w:val="0"/>
      <w:marTop w:val="0"/>
      <w:marBottom w:val="0"/>
      <w:divBdr>
        <w:top w:val="none" w:sz="0" w:space="0" w:color="auto"/>
        <w:left w:val="none" w:sz="0" w:space="0" w:color="auto"/>
        <w:bottom w:val="none" w:sz="0" w:space="0" w:color="auto"/>
        <w:right w:val="none" w:sz="0" w:space="0" w:color="auto"/>
      </w:divBdr>
    </w:div>
    <w:div w:id="1486698404">
      <w:bodyDiv w:val="1"/>
      <w:marLeft w:val="0"/>
      <w:marRight w:val="0"/>
      <w:marTop w:val="0"/>
      <w:marBottom w:val="0"/>
      <w:divBdr>
        <w:top w:val="none" w:sz="0" w:space="0" w:color="auto"/>
        <w:left w:val="none" w:sz="0" w:space="0" w:color="auto"/>
        <w:bottom w:val="none" w:sz="0" w:space="0" w:color="auto"/>
        <w:right w:val="none" w:sz="0" w:space="0" w:color="auto"/>
      </w:divBdr>
    </w:div>
    <w:div w:id="1486967663">
      <w:bodyDiv w:val="1"/>
      <w:marLeft w:val="0"/>
      <w:marRight w:val="0"/>
      <w:marTop w:val="0"/>
      <w:marBottom w:val="0"/>
      <w:divBdr>
        <w:top w:val="none" w:sz="0" w:space="0" w:color="auto"/>
        <w:left w:val="none" w:sz="0" w:space="0" w:color="auto"/>
        <w:bottom w:val="none" w:sz="0" w:space="0" w:color="auto"/>
        <w:right w:val="none" w:sz="0" w:space="0" w:color="auto"/>
      </w:divBdr>
    </w:div>
    <w:div w:id="1487551993">
      <w:bodyDiv w:val="1"/>
      <w:marLeft w:val="0"/>
      <w:marRight w:val="0"/>
      <w:marTop w:val="0"/>
      <w:marBottom w:val="0"/>
      <w:divBdr>
        <w:top w:val="none" w:sz="0" w:space="0" w:color="auto"/>
        <w:left w:val="none" w:sz="0" w:space="0" w:color="auto"/>
        <w:bottom w:val="none" w:sz="0" w:space="0" w:color="auto"/>
        <w:right w:val="none" w:sz="0" w:space="0" w:color="auto"/>
      </w:divBdr>
    </w:div>
    <w:div w:id="1487623889">
      <w:bodyDiv w:val="1"/>
      <w:marLeft w:val="0"/>
      <w:marRight w:val="0"/>
      <w:marTop w:val="0"/>
      <w:marBottom w:val="0"/>
      <w:divBdr>
        <w:top w:val="none" w:sz="0" w:space="0" w:color="auto"/>
        <w:left w:val="none" w:sz="0" w:space="0" w:color="auto"/>
        <w:bottom w:val="none" w:sz="0" w:space="0" w:color="auto"/>
        <w:right w:val="none" w:sz="0" w:space="0" w:color="auto"/>
      </w:divBdr>
    </w:div>
    <w:div w:id="1489908128">
      <w:bodyDiv w:val="1"/>
      <w:marLeft w:val="0"/>
      <w:marRight w:val="0"/>
      <w:marTop w:val="0"/>
      <w:marBottom w:val="0"/>
      <w:divBdr>
        <w:top w:val="none" w:sz="0" w:space="0" w:color="auto"/>
        <w:left w:val="none" w:sz="0" w:space="0" w:color="auto"/>
        <w:bottom w:val="none" w:sz="0" w:space="0" w:color="auto"/>
        <w:right w:val="none" w:sz="0" w:space="0" w:color="auto"/>
      </w:divBdr>
    </w:div>
    <w:div w:id="1491289845">
      <w:bodyDiv w:val="1"/>
      <w:marLeft w:val="0"/>
      <w:marRight w:val="0"/>
      <w:marTop w:val="0"/>
      <w:marBottom w:val="0"/>
      <w:divBdr>
        <w:top w:val="none" w:sz="0" w:space="0" w:color="auto"/>
        <w:left w:val="none" w:sz="0" w:space="0" w:color="auto"/>
        <w:bottom w:val="none" w:sz="0" w:space="0" w:color="auto"/>
        <w:right w:val="none" w:sz="0" w:space="0" w:color="auto"/>
      </w:divBdr>
    </w:div>
    <w:div w:id="1495073410">
      <w:bodyDiv w:val="1"/>
      <w:marLeft w:val="0"/>
      <w:marRight w:val="0"/>
      <w:marTop w:val="0"/>
      <w:marBottom w:val="0"/>
      <w:divBdr>
        <w:top w:val="none" w:sz="0" w:space="0" w:color="auto"/>
        <w:left w:val="none" w:sz="0" w:space="0" w:color="auto"/>
        <w:bottom w:val="none" w:sz="0" w:space="0" w:color="auto"/>
        <w:right w:val="none" w:sz="0" w:space="0" w:color="auto"/>
      </w:divBdr>
    </w:div>
    <w:div w:id="1495140885">
      <w:bodyDiv w:val="1"/>
      <w:marLeft w:val="0"/>
      <w:marRight w:val="0"/>
      <w:marTop w:val="0"/>
      <w:marBottom w:val="0"/>
      <w:divBdr>
        <w:top w:val="none" w:sz="0" w:space="0" w:color="auto"/>
        <w:left w:val="none" w:sz="0" w:space="0" w:color="auto"/>
        <w:bottom w:val="none" w:sz="0" w:space="0" w:color="auto"/>
        <w:right w:val="none" w:sz="0" w:space="0" w:color="auto"/>
      </w:divBdr>
    </w:div>
    <w:div w:id="1497110269">
      <w:bodyDiv w:val="1"/>
      <w:marLeft w:val="0"/>
      <w:marRight w:val="0"/>
      <w:marTop w:val="0"/>
      <w:marBottom w:val="0"/>
      <w:divBdr>
        <w:top w:val="none" w:sz="0" w:space="0" w:color="auto"/>
        <w:left w:val="none" w:sz="0" w:space="0" w:color="auto"/>
        <w:bottom w:val="none" w:sz="0" w:space="0" w:color="auto"/>
        <w:right w:val="none" w:sz="0" w:space="0" w:color="auto"/>
      </w:divBdr>
    </w:div>
    <w:div w:id="1498568713">
      <w:bodyDiv w:val="1"/>
      <w:marLeft w:val="0"/>
      <w:marRight w:val="0"/>
      <w:marTop w:val="0"/>
      <w:marBottom w:val="0"/>
      <w:divBdr>
        <w:top w:val="none" w:sz="0" w:space="0" w:color="auto"/>
        <w:left w:val="none" w:sz="0" w:space="0" w:color="auto"/>
        <w:bottom w:val="none" w:sz="0" w:space="0" w:color="auto"/>
        <w:right w:val="none" w:sz="0" w:space="0" w:color="auto"/>
      </w:divBdr>
    </w:div>
    <w:div w:id="1498770535">
      <w:bodyDiv w:val="1"/>
      <w:marLeft w:val="0"/>
      <w:marRight w:val="0"/>
      <w:marTop w:val="0"/>
      <w:marBottom w:val="0"/>
      <w:divBdr>
        <w:top w:val="none" w:sz="0" w:space="0" w:color="auto"/>
        <w:left w:val="none" w:sz="0" w:space="0" w:color="auto"/>
        <w:bottom w:val="none" w:sz="0" w:space="0" w:color="auto"/>
        <w:right w:val="none" w:sz="0" w:space="0" w:color="auto"/>
      </w:divBdr>
    </w:div>
    <w:div w:id="1499613265">
      <w:bodyDiv w:val="1"/>
      <w:marLeft w:val="0"/>
      <w:marRight w:val="0"/>
      <w:marTop w:val="0"/>
      <w:marBottom w:val="0"/>
      <w:divBdr>
        <w:top w:val="none" w:sz="0" w:space="0" w:color="auto"/>
        <w:left w:val="none" w:sz="0" w:space="0" w:color="auto"/>
        <w:bottom w:val="none" w:sz="0" w:space="0" w:color="auto"/>
        <w:right w:val="none" w:sz="0" w:space="0" w:color="auto"/>
      </w:divBdr>
    </w:div>
    <w:div w:id="1500922259">
      <w:bodyDiv w:val="1"/>
      <w:marLeft w:val="0"/>
      <w:marRight w:val="0"/>
      <w:marTop w:val="0"/>
      <w:marBottom w:val="0"/>
      <w:divBdr>
        <w:top w:val="none" w:sz="0" w:space="0" w:color="auto"/>
        <w:left w:val="none" w:sz="0" w:space="0" w:color="auto"/>
        <w:bottom w:val="none" w:sz="0" w:space="0" w:color="auto"/>
        <w:right w:val="none" w:sz="0" w:space="0" w:color="auto"/>
      </w:divBdr>
    </w:div>
    <w:div w:id="1502508951">
      <w:bodyDiv w:val="1"/>
      <w:marLeft w:val="0"/>
      <w:marRight w:val="0"/>
      <w:marTop w:val="0"/>
      <w:marBottom w:val="0"/>
      <w:divBdr>
        <w:top w:val="none" w:sz="0" w:space="0" w:color="auto"/>
        <w:left w:val="none" w:sz="0" w:space="0" w:color="auto"/>
        <w:bottom w:val="none" w:sz="0" w:space="0" w:color="auto"/>
        <w:right w:val="none" w:sz="0" w:space="0" w:color="auto"/>
      </w:divBdr>
    </w:div>
    <w:div w:id="1502969516">
      <w:bodyDiv w:val="1"/>
      <w:marLeft w:val="0"/>
      <w:marRight w:val="0"/>
      <w:marTop w:val="0"/>
      <w:marBottom w:val="0"/>
      <w:divBdr>
        <w:top w:val="none" w:sz="0" w:space="0" w:color="auto"/>
        <w:left w:val="none" w:sz="0" w:space="0" w:color="auto"/>
        <w:bottom w:val="none" w:sz="0" w:space="0" w:color="auto"/>
        <w:right w:val="none" w:sz="0" w:space="0" w:color="auto"/>
      </w:divBdr>
    </w:div>
    <w:div w:id="1503230246">
      <w:bodyDiv w:val="1"/>
      <w:marLeft w:val="0"/>
      <w:marRight w:val="0"/>
      <w:marTop w:val="0"/>
      <w:marBottom w:val="0"/>
      <w:divBdr>
        <w:top w:val="none" w:sz="0" w:space="0" w:color="auto"/>
        <w:left w:val="none" w:sz="0" w:space="0" w:color="auto"/>
        <w:bottom w:val="none" w:sz="0" w:space="0" w:color="auto"/>
        <w:right w:val="none" w:sz="0" w:space="0" w:color="auto"/>
      </w:divBdr>
    </w:div>
    <w:div w:id="1505785039">
      <w:bodyDiv w:val="1"/>
      <w:marLeft w:val="0"/>
      <w:marRight w:val="0"/>
      <w:marTop w:val="0"/>
      <w:marBottom w:val="0"/>
      <w:divBdr>
        <w:top w:val="none" w:sz="0" w:space="0" w:color="auto"/>
        <w:left w:val="none" w:sz="0" w:space="0" w:color="auto"/>
        <w:bottom w:val="none" w:sz="0" w:space="0" w:color="auto"/>
        <w:right w:val="none" w:sz="0" w:space="0" w:color="auto"/>
      </w:divBdr>
    </w:div>
    <w:div w:id="1508519871">
      <w:bodyDiv w:val="1"/>
      <w:marLeft w:val="0"/>
      <w:marRight w:val="0"/>
      <w:marTop w:val="0"/>
      <w:marBottom w:val="0"/>
      <w:divBdr>
        <w:top w:val="none" w:sz="0" w:space="0" w:color="auto"/>
        <w:left w:val="none" w:sz="0" w:space="0" w:color="auto"/>
        <w:bottom w:val="none" w:sz="0" w:space="0" w:color="auto"/>
        <w:right w:val="none" w:sz="0" w:space="0" w:color="auto"/>
      </w:divBdr>
    </w:div>
    <w:div w:id="1510296998">
      <w:bodyDiv w:val="1"/>
      <w:marLeft w:val="0"/>
      <w:marRight w:val="0"/>
      <w:marTop w:val="0"/>
      <w:marBottom w:val="0"/>
      <w:divBdr>
        <w:top w:val="none" w:sz="0" w:space="0" w:color="auto"/>
        <w:left w:val="none" w:sz="0" w:space="0" w:color="auto"/>
        <w:bottom w:val="none" w:sz="0" w:space="0" w:color="auto"/>
        <w:right w:val="none" w:sz="0" w:space="0" w:color="auto"/>
      </w:divBdr>
    </w:div>
    <w:div w:id="1511479994">
      <w:bodyDiv w:val="1"/>
      <w:marLeft w:val="0"/>
      <w:marRight w:val="0"/>
      <w:marTop w:val="0"/>
      <w:marBottom w:val="0"/>
      <w:divBdr>
        <w:top w:val="none" w:sz="0" w:space="0" w:color="auto"/>
        <w:left w:val="none" w:sz="0" w:space="0" w:color="auto"/>
        <w:bottom w:val="none" w:sz="0" w:space="0" w:color="auto"/>
        <w:right w:val="none" w:sz="0" w:space="0" w:color="auto"/>
      </w:divBdr>
    </w:div>
    <w:div w:id="1512447389">
      <w:bodyDiv w:val="1"/>
      <w:marLeft w:val="0"/>
      <w:marRight w:val="0"/>
      <w:marTop w:val="0"/>
      <w:marBottom w:val="0"/>
      <w:divBdr>
        <w:top w:val="none" w:sz="0" w:space="0" w:color="auto"/>
        <w:left w:val="none" w:sz="0" w:space="0" w:color="auto"/>
        <w:bottom w:val="none" w:sz="0" w:space="0" w:color="auto"/>
        <w:right w:val="none" w:sz="0" w:space="0" w:color="auto"/>
      </w:divBdr>
    </w:div>
    <w:div w:id="1514372758">
      <w:bodyDiv w:val="1"/>
      <w:marLeft w:val="0"/>
      <w:marRight w:val="0"/>
      <w:marTop w:val="0"/>
      <w:marBottom w:val="0"/>
      <w:divBdr>
        <w:top w:val="none" w:sz="0" w:space="0" w:color="auto"/>
        <w:left w:val="none" w:sz="0" w:space="0" w:color="auto"/>
        <w:bottom w:val="none" w:sz="0" w:space="0" w:color="auto"/>
        <w:right w:val="none" w:sz="0" w:space="0" w:color="auto"/>
      </w:divBdr>
    </w:div>
    <w:div w:id="1514492261">
      <w:bodyDiv w:val="1"/>
      <w:marLeft w:val="0"/>
      <w:marRight w:val="0"/>
      <w:marTop w:val="0"/>
      <w:marBottom w:val="0"/>
      <w:divBdr>
        <w:top w:val="none" w:sz="0" w:space="0" w:color="auto"/>
        <w:left w:val="none" w:sz="0" w:space="0" w:color="auto"/>
        <w:bottom w:val="none" w:sz="0" w:space="0" w:color="auto"/>
        <w:right w:val="none" w:sz="0" w:space="0" w:color="auto"/>
      </w:divBdr>
    </w:div>
    <w:div w:id="1514566146">
      <w:bodyDiv w:val="1"/>
      <w:marLeft w:val="0"/>
      <w:marRight w:val="0"/>
      <w:marTop w:val="0"/>
      <w:marBottom w:val="0"/>
      <w:divBdr>
        <w:top w:val="none" w:sz="0" w:space="0" w:color="auto"/>
        <w:left w:val="none" w:sz="0" w:space="0" w:color="auto"/>
        <w:bottom w:val="none" w:sz="0" w:space="0" w:color="auto"/>
        <w:right w:val="none" w:sz="0" w:space="0" w:color="auto"/>
      </w:divBdr>
    </w:div>
    <w:div w:id="1514566370">
      <w:bodyDiv w:val="1"/>
      <w:marLeft w:val="0"/>
      <w:marRight w:val="0"/>
      <w:marTop w:val="0"/>
      <w:marBottom w:val="0"/>
      <w:divBdr>
        <w:top w:val="none" w:sz="0" w:space="0" w:color="auto"/>
        <w:left w:val="none" w:sz="0" w:space="0" w:color="auto"/>
        <w:bottom w:val="none" w:sz="0" w:space="0" w:color="auto"/>
        <w:right w:val="none" w:sz="0" w:space="0" w:color="auto"/>
      </w:divBdr>
    </w:div>
    <w:div w:id="1514801193">
      <w:bodyDiv w:val="1"/>
      <w:marLeft w:val="0"/>
      <w:marRight w:val="0"/>
      <w:marTop w:val="0"/>
      <w:marBottom w:val="0"/>
      <w:divBdr>
        <w:top w:val="none" w:sz="0" w:space="0" w:color="auto"/>
        <w:left w:val="none" w:sz="0" w:space="0" w:color="auto"/>
        <w:bottom w:val="none" w:sz="0" w:space="0" w:color="auto"/>
        <w:right w:val="none" w:sz="0" w:space="0" w:color="auto"/>
      </w:divBdr>
    </w:div>
    <w:div w:id="1514801808">
      <w:bodyDiv w:val="1"/>
      <w:marLeft w:val="0"/>
      <w:marRight w:val="0"/>
      <w:marTop w:val="0"/>
      <w:marBottom w:val="0"/>
      <w:divBdr>
        <w:top w:val="none" w:sz="0" w:space="0" w:color="auto"/>
        <w:left w:val="none" w:sz="0" w:space="0" w:color="auto"/>
        <w:bottom w:val="none" w:sz="0" w:space="0" w:color="auto"/>
        <w:right w:val="none" w:sz="0" w:space="0" w:color="auto"/>
      </w:divBdr>
    </w:div>
    <w:div w:id="1514880221">
      <w:bodyDiv w:val="1"/>
      <w:marLeft w:val="0"/>
      <w:marRight w:val="0"/>
      <w:marTop w:val="0"/>
      <w:marBottom w:val="0"/>
      <w:divBdr>
        <w:top w:val="none" w:sz="0" w:space="0" w:color="auto"/>
        <w:left w:val="none" w:sz="0" w:space="0" w:color="auto"/>
        <w:bottom w:val="none" w:sz="0" w:space="0" w:color="auto"/>
        <w:right w:val="none" w:sz="0" w:space="0" w:color="auto"/>
      </w:divBdr>
    </w:div>
    <w:div w:id="1515680744">
      <w:bodyDiv w:val="1"/>
      <w:marLeft w:val="0"/>
      <w:marRight w:val="0"/>
      <w:marTop w:val="0"/>
      <w:marBottom w:val="0"/>
      <w:divBdr>
        <w:top w:val="none" w:sz="0" w:space="0" w:color="auto"/>
        <w:left w:val="none" w:sz="0" w:space="0" w:color="auto"/>
        <w:bottom w:val="none" w:sz="0" w:space="0" w:color="auto"/>
        <w:right w:val="none" w:sz="0" w:space="0" w:color="auto"/>
      </w:divBdr>
    </w:div>
    <w:div w:id="1518538208">
      <w:bodyDiv w:val="1"/>
      <w:marLeft w:val="0"/>
      <w:marRight w:val="0"/>
      <w:marTop w:val="0"/>
      <w:marBottom w:val="0"/>
      <w:divBdr>
        <w:top w:val="none" w:sz="0" w:space="0" w:color="auto"/>
        <w:left w:val="none" w:sz="0" w:space="0" w:color="auto"/>
        <w:bottom w:val="none" w:sz="0" w:space="0" w:color="auto"/>
        <w:right w:val="none" w:sz="0" w:space="0" w:color="auto"/>
      </w:divBdr>
    </w:div>
    <w:div w:id="1518538392">
      <w:bodyDiv w:val="1"/>
      <w:marLeft w:val="0"/>
      <w:marRight w:val="0"/>
      <w:marTop w:val="0"/>
      <w:marBottom w:val="0"/>
      <w:divBdr>
        <w:top w:val="none" w:sz="0" w:space="0" w:color="auto"/>
        <w:left w:val="none" w:sz="0" w:space="0" w:color="auto"/>
        <w:bottom w:val="none" w:sz="0" w:space="0" w:color="auto"/>
        <w:right w:val="none" w:sz="0" w:space="0" w:color="auto"/>
      </w:divBdr>
    </w:div>
    <w:div w:id="1519344650">
      <w:bodyDiv w:val="1"/>
      <w:marLeft w:val="0"/>
      <w:marRight w:val="0"/>
      <w:marTop w:val="0"/>
      <w:marBottom w:val="0"/>
      <w:divBdr>
        <w:top w:val="none" w:sz="0" w:space="0" w:color="auto"/>
        <w:left w:val="none" w:sz="0" w:space="0" w:color="auto"/>
        <w:bottom w:val="none" w:sz="0" w:space="0" w:color="auto"/>
        <w:right w:val="none" w:sz="0" w:space="0" w:color="auto"/>
      </w:divBdr>
    </w:div>
    <w:div w:id="1520004268">
      <w:bodyDiv w:val="1"/>
      <w:marLeft w:val="0"/>
      <w:marRight w:val="0"/>
      <w:marTop w:val="0"/>
      <w:marBottom w:val="0"/>
      <w:divBdr>
        <w:top w:val="none" w:sz="0" w:space="0" w:color="auto"/>
        <w:left w:val="none" w:sz="0" w:space="0" w:color="auto"/>
        <w:bottom w:val="none" w:sz="0" w:space="0" w:color="auto"/>
        <w:right w:val="none" w:sz="0" w:space="0" w:color="auto"/>
      </w:divBdr>
    </w:div>
    <w:div w:id="1520073773">
      <w:bodyDiv w:val="1"/>
      <w:marLeft w:val="0"/>
      <w:marRight w:val="0"/>
      <w:marTop w:val="0"/>
      <w:marBottom w:val="0"/>
      <w:divBdr>
        <w:top w:val="none" w:sz="0" w:space="0" w:color="auto"/>
        <w:left w:val="none" w:sz="0" w:space="0" w:color="auto"/>
        <w:bottom w:val="none" w:sz="0" w:space="0" w:color="auto"/>
        <w:right w:val="none" w:sz="0" w:space="0" w:color="auto"/>
      </w:divBdr>
    </w:div>
    <w:div w:id="1520585238">
      <w:bodyDiv w:val="1"/>
      <w:marLeft w:val="0"/>
      <w:marRight w:val="0"/>
      <w:marTop w:val="0"/>
      <w:marBottom w:val="0"/>
      <w:divBdr>
        <w:top w:val="none" w:sz="0" w:space="0" w:color="auto"/>
        <w:left w:val="none" w:sz="0" w:space="0" w:color="auto"/>
        <w:bottom w:val="none" w:sz="0" w:space="0" w:color="auto"/>
        <w:right w:val="none" w:sz="0" w:space="0" w:color="auto"/>
      </w:divBdr>
    </w:div>
    <w:div w:id="1521892920">
      <w:bodyDiv w:val="1"/>
      <w:marLeft w:val="0"/>
      <w:marRight w:val="0"/>
      <w:marTop w:val="0"/>
      <w:marBottom w:val="0"/>
      <w:divBdr>
        <w:top w:val="none" w:sz="0" w:space="0" w:color="auto"/>
        <w:left w:val="none" w:sz="0" w:space="0" w:color="auto"/>
        <w:bottom w:val="none" w:sz="0" w:space="0" w:color="auto"/>
        <w:right w:val="none" w:sz="0" w:space="0" w:color="auto"/>
      </w:divBdr>
    </w:div>
    <w:div w:id="1522206294">
      <w:bodyDiv w:val="1"/>
      <w:marLeft w:val="0"/>
      <w:marRight w:val="0"/>
      <w:marTop w:val="0"/>
      <w:marBottom w:val="0"/>
      <w:divBdr>
        <w:top w:val="none" w:sz="0" w:space="0" w:color="auto"/>
        <w:left w:val="none" w:sz="0" w:space="0" w:color="auto"/>
        <w:bottom w:val="none" w:sz="0" w:space="0" w:color="auto"/>
        <w:right w:val="none" w:sz="0" w:space="0" w:color="auto"/>
      </w:divBdr>
    </w:div>
    <w:div w:id="1524055740">
      <w:bodyDiv w:val="1"/>
      <w:marLeft w:val="0"/>
      <w:marRight w:val="0"/>
      <w:marTop w:val="0"/>
      <w:marBottom w:val="0"/>
      <w:divBdr>
        <w:top w:val="none" w:sz="0" w:space="0" w:color="auto"/>
        <w:left w:val="none" w:sz="0" w:space="0" w:color="auto"/>
        <w:bottom w:val="none" w:sz="0" w:space="0" w:color="auto"/>
        <w:right w:val="none" w:sz="0" w:space="0" w:color="auto"/>
      </w:divBdr>
    </w:div>
    <w:div w:id="1524131688">
      <w:bodyDiv w:val="1"/>
      <w:marLeft w:val="0"/>
      <w:marRight w:val="0"/>
      <w:marTop w:val="0"/>
      <w:marBottom w:val="0"/>
      <w:divBdr>
        <w:top w:val="none" w:sz="0" w:space="0" w:color="auto"/>
        <w:left w:val="none" w:sz="0" w:space="0" w:color="auto"/>
        <w:bottom w:val="none" w:sz="0" w:space="0" w:color="auto"/>
        <w:right w:val="none" w:sz="0" w:space="0" w:color="auto"/>
      </w:divBdr>
    </w:div>
    <w:div w:id="1524662043">
      <w:bodyDiv w:val="1"/>
      <w:marLeft w:val="0"/>
      <w:marRight w:val="0"/>
      <w:marTop w:val="0"/>
      <w:marBottom w:val="0"/>
      <w:divBdr>
        <w:top w:val="none" w:sz="0" w:space="0" w:color="auto"/>
        <w:left w:val="none" w:sz="0" w:space="0" w:color="auto"/>
        <w:bottom w:val="none" w:sz="0" w:space="0" w:color="auto"/>
        <w:right w:val="none" w:sz="0" w:space="0" w:color="auto"/>
      </w:divBdr>
    </w:div>
    <w:div w:id="1526476737">
      <w:bodyDiv w:val="1"/>
      <w:marLeft w:val="0"/>
      <w:marRight w:val="0"/>
      <w:marTop w:val="0"/>
      <w:marBottom w:val="0"/>
      <w:divBdr>
        <w:top w:val="none" w:sz="0" w:space="0" w:color="auto"/>
        <w:left w:val="none" w:sz="0" w:space="0" w:color="auto"/>
        <w:bottom w:val="none" w:sz="0" w:space="0" w:color="auto"/>
        <w:right w:val="none" w:sz="0" w:space="0" w:color="auto"/>
      </w:divBdr>
    </w:div>
    <w:div w:id="1527716754">
      <w:bodyDiv w:val="1"/>
      <w:marLeft w:val="0"/>
      <w:marRight w:val="0"/>
      <w:marTop w:val="0"/>
      <w:marBottom w:val="0"/>
      <w:divBdr>
        <w:top w:val="none" w:sz="0" w:space="0" w:color="auto"/>
        <w:left w:val="none" w:sz="0" w:space="0" w:color="auto"/>
        <w:bottom w:val="none" w:sz="0" w:space="0" w:color="auto"/>
        <w:right w:val="none" w:sz="0" w:space="0" w:color="auto"/>
      </w:divBdr>
    </w:div>
    <w:div w:id="1530795586">
      <w:bodyDiv w:val="1"/>
      <w:marLeft w:val="0"/>
      <w:marRight w:val="0"/>
      <w:marTop w:val="0"/>
      <w:marBottom w:val="0"/>
      <w:divBdr>
        <w:top w:val="none" w:sz="0" w:space="0" w:color="auto"/>
        <w:left w:val="none" w:sz="0" w:space="0" w:color="auto"/>
        <w:bottom w:val="none" w:sz="0" w:space="0" w:color="auto"/>
        <w:right w:val="none" w:sz="0" w:space="0" w:color="auto"/>
      </w:divBdr>
    </w:div>
    <w:div w:id="1531911889">
      <w:bodyDiv w:val="1"/>
      <w:marLeft w:val="0"/>
      <w:marRight w:val="0"/>
      <w:marTop w:val="0"/>
      <w:marBottom w:val="0"/>
      <w:divBdr>
        <w:top w:val="none" w:sz="0" w:space="0" w:color="auto"/>
        <w:left w:val="none" w:sz="0" w:space="0" w:color="auto"/>
        <w:bottom w:val="none" w:sz="0" w:space="0" w:color="auto"/>
        <w:right w:val="none" w:sz="0" w:space="0" w:color="auto"/>
      </w:divBdr>
    </w:div>
    <w:div w:id="1533574407">
      <w:bodyDiv w:val="1"/>
      <w:marLeft w:val="0"/>
      <w:marRight w:val="0"/>
      <w:marTop w:val="0"/>
      <w:marBottom w:val="0"/>
      <w:divBdr>
        <w:top w:val="none" w:sz="0" w:space="0" w:color="auto"/>
        <w:left w:val="none" w:sz="0" w:space="0" w:color="auto"/>
        <w:bottom w:val="none" w:sz="0" w:space="0" w:color="auto"/>
        <w:right w:val="none" w:sz="0" w:space="0" w:color="auto"/>
      </w:divBdr>
    </w:div>
    <w:div w:id="1536114754">
      <w:bodyDiv w:val="1"/>
      <w:marLeft w:val="0"/>
      <w:marRight w:val="0"/>
      <w:marTop w:val="0"/>
      <w:marBottom w:val="0"/>
      <w:divBdr>
        <w:top w:val="none" w:sz="0" w:space="0" w:color="auto"/>
        <w:left w:val="none" w:sz="0" w:space="0" w:color="auto"/>
        <w:bottom w:val="none" w:sz="0" w:space="0" w:color="auto"/>
        <w:right w:val="none" w:sz="0" w:space="0" w:color="auto"/>
      </w:divBdr>
    </w:div>
    <w:div w:id="1536306303">
      <w:bodyDiv w:val="1"/>
      <w:marLeft w:val="0"/>
      <w:marRight w:val="0"/>
      <w:marTop w:val="0"/>
      <w:marBottom w:val="0"/>
      <w:divBdr>
        <w:top w:val="none" w:sz="0" w:space="0" w:color="auto"/>
        <w:left w:val="none" w:sz="0" w:space="0" w:color="auto"/>
        <w:bottom w:val="none" w:sz="0" w:space="0" w:color="auto"/>
        <w:right w:val="none" w:sz="0" w:space="0" w:color="auto"/>
      </w:divBdr>
    </w:div>
    <w:div w:id="1536500310">
      <w:bodyDiv w:val="1"/>
      <w:marLeft w:val="0"/>
      <w:marRight w:val="0"/>
      <w:marTop w:val="0"/>
      <w:marBottom w:val="0"/>
      <w:divBdr>
        <w:top w:val="none" w:sz="0" w:space="0" w:color="auto"/>
        <w:left w:val="none" w:sz="0" w:space="0" w:color="auto"/>
        <w:bottom w:val="none" w:sz="0" w:space="0" w:color="auto"/>
        <w:right w:val="none" w:sz="0" w:space="0" w:color="auto"/>
      </w:divBdr>
    </w:div>
    <w:div w:id="1537236275">
      <w:bodyDiv w:val="1"/>
      <w:marLeft w:val="0"/>
      <w:marRight w:val="0"/>
      <w:marTop w:val="0"/>
      <w:marBottom w:val="0"/>
      <w:divBdr>
        <w:top w:val="none" w:sz="0" w:space="0" w:color="auto"/>
        <w:left w:val="none" w:sz="0" w:space="0" w:color="auto"/>
        <w:bottom w:val="none" w:sz="0" w:space="0" w:color="auto"/>
        <w:right w:val="none" w:sz="0" w:space="0" w:color="auto"/>
      </w:divBdr>
    </w:div>
    <w:div w:id="1538345988">
      <w:bodyDiv w:val="1"/>
      <w:marLeft w:val="0"/>
      <w:marRight w:val="0"/>
      <w:marTop w:val="0"/>
      <w:marBottom w:val="0"/>
      <w:divBdr>
        <w:top w:val="none" w:sz="0" w:space="0" w:color="auto"/>
        <w:left w:val="none" w:sz="0" w:space="0" w:color="auto"/>
        <w:bottom w:val="none" w:sz="0" w:space="0" w:color="auto"/>
        <w:right w:val="none" w:sz="0" w:space="0" w:color="auto"/>
      </w:divBdr>
    </w:div>
    <w:div w:id="1540046947">
      <w:bodyDiv w:val="1"/>
      <w:marLeft w:val="0"/>
      <w:marRight w:val="0"/>
      <w:marTop w:val="0"/>
      <w:marBottom w:val="0"/>
      <w:divBdr>
        <w:top w:val="none" w:sz="0" w:space="0" w:color="auto"/>
        <w:left w:val="none" w:sz="0" w:space="0" w:color="auto"/>
        <w:bottom w:val="none" w:sz="0" w:space="0" w:color="auto"/>
        <w:right w:val="none" w:sz="0" w:space="0" w:color="auto"/>
      </w:divBdr>
    </w:div>
    <w:div w:id="1540168884">
      <w:bodyDiv w:val="1"/>
      <w:marLeft w:val="0"/>
      <w:marRight w:val="0"/>
      <w:marTop w:val="0"/>
      <w:marBottom w:val="0"/>
      <w:divBdr>
        <w:top w:val="none" w:sz="0" w:space="0" w:color="auto"/>
        <w:left w:val="none" w:sz="0" w:space="0" w:color="auto"/>
        <w:bottom w:val="none" w:sz="0" w:space="0" w:color="auto"/>
        <w:right w:val="none" w:sz="0" w:space="0" w:color="auto"/>
      </w:divBdr>
    </w:div>
    <w:div w:id="1540706947">
      <w:bodyDiv w:val="1"/>
      <w:marLeft w:val="0"/>
      <w:marRight w:val="0"/>
      <w:marTop w:val="0"/>
      <w:marBottom w:val="0"/>
      <w:divBdr>
        <w:top w:val="none" w:sz="0" w:space="0" w:color="auto"/>
        <w:left w:val="none" w:sz="0" w:space="0" w:color="auto"/>
        <w:bottom w:val="none" w:sz="0" w:space="0" w:color="auto"/>
        <w:right w:val="none" w:sz="0" w:space="0" w:color="auto"/>
      </w:divBdr>
    </w:div>
    <w:div w:id="1541240653">
      <w:bodyDiv w:val="1"/>
      <w:marLeft w:val="0"/>
      <w:marRight w:val="0"/>
      <w:marTop w:val="0"/>
      <w:marBottom w:val="0"/>
      <w:divBdr>
        <w:top w:val="none" w:sz="0" w:space="0" w:color="auto"/>
        <w:left w:val="none" w:sz="0" w:space="0" w:color="auto"/>
        <w:bottom w:val="none" w:sz="0" w:space="0" w:color="auto"/>
        <w:right w:val="none" w:sz="0" w:space="0" w:color="auto"/>
      </w:divBdr>
    </w:div>
    <w:div w:id="1541432118">
      <w:bodyDiv w:val="1"/>
      <w:marLeft w:val="0"/>
      <w:marRight w:val="0"/>
      <w:marTop w:val="0"/>
      <w:marBottom w:val="0"/>
      <w:divBdr>
        <w:top w:val="none" w:sz="0" w:space="0" w:color="auto"/>
        <w:left w:val="none" w:sz="0" w:space="0" w:color="auto"/>
        <w:bottom w:val="none" w:sz="0" w:space="0" w:color="auto"/>
        <w:right w:val="none" w:sz="0" w:space="0" w:color="auto"/>
      </w:divBdr>
    </w:div>
    <w:div w:id="1543395313">
      <w:bodyDiv w:val="1"/>
      <w:marLeft w:val="0"/>
      <w:marRight w:val="0"/>
      <w:marTop w:val="0"/>
      <w:marBottom w:val="0"/>
      <w:divBdr>
        <w:top w:val="none" w:sz="0" w:space="0" w:color="auto"/>
        <w:left w:val="none" w:sz="0" w:space="0" w:color="auto"/>
        <w:bottom w:val="none" w:sz="0" w:space="0" w:color="auto"/>
        <w:right w:val="none" w:sz="0" w:space="0" w:color="auto"/>
      </w:divBdr>
    </w:div>
    <w:div w:id="1543864174">
      <w:bodyDiv w:val="1"/>
      <w:marLeft w:val="0"/>
      <w:marRight w:val="0"/>
      <w:marTop w:val="0"/>
      <w:marBottom w:val="0"/>
      <w:divBdr>
        <w:top w:val="none" w:sz="0" w:space="0" w:color="auto"/>
        <w:left w:val="none" w:sz="0" w:space="0" w:color="auto"/>
        <w:bottom w:val="none" w:sz="0" w:space="0" w:color="auto"/>
        <w:right w:val="none" w:sz="0" w:space="0" w:color="auto"/>
      </w:divBdr>
    </w:div>
    <w:div w:id="1544513354">
      <w:bodyDiv w:val="1"/>
      <w:marLeft w:val="0"/>
      <w:marRight w:val="0"/>
      <w:marTop w:val="0"/>
      <w:marBottom w:val="0"/>
      <w:divBdr>
        <w:top w:val="none" w:sz="0" w:space="0" w:color="auto"/>
        <w:left w:val="none" w:sz="0" w:space="0" w:color="auto"/>
        <w:bottom w:val="none" w:sz="0" w:space="0" w:color="auto"/>
        <w:right w:val="none" w:sz="0" w:space="0" w:color="auto"/>
      </w:divBdr>
    </w:div>
    <w:div w:id="1546407055">
      <w:bodyDiv w:val="1"/>
      <w:marLeft w:val="0"/>
      <w:marRight w:val="0"/>
      <w:marTop w:val="0"/>
      <w:marBottom w:val="0"/>
      <w:divBdr>
        <w:top w:val="none" w:sz="0" w:space="0" w:color="auto"/>
        <w:left w:val="none" w:sz="0" w:space="0" w:color="auto"/>
        <w:bottom w:val="none" w:sz="0" w:space="0" w:color="auto"/>
        <w:right w:val="none" w:sz="0" w:space="0" w:color="auto"/>
      </w:divBdr>
    </w:div>
    <w:div w:id="1549219536">
      <w:bodyDiv w:val="1"/>
      <w:marLeft w:val="0"/>
      <w:marRight w:val="0"/>
      <w:marTop w:val="0"/>
      <w:marBottom w:val="0"/>
      <w:divBdr>
        <w:top w:val="none" w:sz="0" w:space="0" w:color="auto"/>
        <w:left w:val="none" w:sz="0" w:space="0" w:color="auto"/>
        <w:bottom w:val="none" w:sz="0" w:space="0" w:color="auto"/>
        <w:right w:val="none" w:sz="0" w:space="0" w:color="auto"/>
      </w:divBdr>
    </w:div>
    <w:div w:id="1552423837">
      <w:bodyDiv w:val="1"/>
      <w:marLeft w:val="0"/>
      <w:marRight w:val="0"/>
      <w:marTop w:val="0"/>
      <w:marBottom w:val="0"/>
      <w:divBdr>
        <w:top w:val="none" w:sz="0" w:space="0" w:color="auto"/>
        <w:left w:val="none" w:sz="0" w:space="0" w:color="auto"/>
        <w:bottom w:val="none" w:sz="0" w:space="0" w:color="auto"/>
        <w:right w:val="none" w:sz="0" w:space="0" w:color="auto"/>
      </w:divBdr>
    </w:div>
    <w:div w:id="1557162818">
      <w:bodyDiv w:val="1"/>
      <w:marLeft w:val="0"/>
      <w:marRight w:val="0"/>
      <w:marTop w:val="0"/>
      <w:marBottom w:val="0"/>
      <w:divBdr>
        <w:top w:val="none" w:sz="0" w:space="0" w:color="auto"/>
        <w:left w:val="none" w:sz="0" w:space="0" w:color="auto"/>
        <w:bottom w:val="none" w:sz="0" w:space="0" w:color="auto"/>
        <w:right w:val="none" w:sz="0" w:space="0" w:color="auto"/>
      </w:divBdr>
    </w:div>
    <w:div w:id="1557622180">
      <w:bodyDiv w:val="1"/>
      <w:marLeft w:val="0"/>
      <w:marRight w:val="0"/>
      <w:marTop w:val="0"/>
      <w:marBottom w:val="0"/>
      <w:divBdr>
        <w:top w:val="none" w:sz="0" w:space="0" w:color="auto"/>
        <w:left w:val="none" w:sz="0" w:space="0" w:color="auto"/>
        <w:bottom w:val="none" w:sz="0" w:space="0" w:color="auto"/>
        <w:right w:val="none" w:sz="0" w:space="0" w:color="auto"/>
      </w:divBdr>
    </w:div>
    <w:div w:id="1558315740">
      <w:bodyDiv w:val="1"/>
      <w:marLeft w:val="0"/>
      <w:marRight w:val="0"/>
      <w:marTop w:val="0"/>
      <w:marBottom w:val="0"/>
      <w:divBdr>
        <w:top w:val="none" w:sz="0" w:space="0" w:color="auto"/>
        <w:left w:val="none" w:sz="0" w:space="0" w:color="auto"/>
        <w:bottom w:val="none" w:sz="0" w:space="0" w:color="auto"/>
        <w:right w:val="none" w:sz="0" w:space="0" w:color="auto"/>
      </w:divBdr>
    </w:div>
    <w:div w:id="1559319256">
      <w:bodyDiv w:val="1"/>
      <w:marLeft w:val="0"/>
      <w:marRight w:val="0"/>
      <w:marTop w:val="0"/>
      <w:marBottom w:val="0"/>
      <w:divBdr>
        <w:top w:val="none" w:sz="0" w:space="0" w:color="auto"/>
        <w:left w:val="none" w:sz="0" w:space="0" w:color="auto"/>
        <w:bottom w:val="none" w:sz="0" w:space="0" w:color="auto"/>
        <w:right w:val="none" w:sz="0" w:space="0" w:color="auto"/>
      </w:divBdr>
    </w:div>
    <w:div w:id="1562252887">
      <w:bodyDiv w:val="1"/>
      <w:marLeft w:val="0"/>
      <w:marRight w:val="0"/>
      <w:marTop w:val="0"/>
      <w:marBottom w:val="0"/>
      <w:divBdr>
        <w:top w:val="none" w:sz="0" w:space="0" w:color="auto"/>
        <w:left w:val="none" w:sz="0" w:space="0" w:color="auto"/>
        <w:bottom w:val="none" w:sz="0" w:space="0" w:color="auto"/>
        <w:right w:val="none" w:sz="0" w:space="0" w:color="auto"/>
      </w:divBdr>
    </w:div>
    <w:div w:id="1562671694">
      <w:bodyDiv w:val="1"/>
      <w:marLeft w:val="0"/>
      <w:marRight w:val="0"/>
      <w:marTop w:val="0"/>
      <w:marBottom w:val="0"/>
      <w:divBdr>
        <w:top w:val="none" w:sz="0" w:space="0" w:color="auto"/>
        <w:left w:val="none" w:sz="0" w:space="0" w:color="auto"/>
        <w:bottom w:val="none" w:sz="0" w:space="0" w:color="auto"/>
        <w:right w:val="none" w:sz="0" w:space="0" w:color="auto"/>
      </w:divBdr>
    </w:div>
    <w:div w:id="1568878206">
      <w:bodyDiv w:val="1"/>
      <w:marLeft w:val="0"/>
      <w:marRight w:val="0"/>
      <w:marTop w:val="0"/>
      <w:marBottom w:val="0"/>
      <w:divBdr>
        <w:top w:val="none" w:sz="0" w:space="0" w:color="auto"/>
        <w:left w:val="none" w:sz="0" w:space="0" w:color="auto"/>
        <w:bottom w:val="none" w:sz="0" w:space="0" w:color="auto"/>
        <w:right w:val="none" w:sz="0" w:space="0" w:color="auto"/>
      </w:divBdr>
    </w:div>
    <w:div w:id="1572302128">
      <w:bodyDiv w:val="1"/>
      <w:marLeft w:val="0"/>
      <w:marRight w:val="0"/>
      <w:marTop w:val="0"/>
      <w:marBottom w:val="0"/>
      <w:divBdr>
        <w:top w:val="none" w:sz="0" w:space="0" w:color="auto"/>
        <w:left w:val="none" w:sz="0" w:space="0" w:color="auto"/>
        <w:bottom w:val="none" w:sz="0" w:space="0" w:color="auto"/>
        <w:right w:val="none" w:sz="0" w:space="0" w:color="auto"/>
      </w:divBdr>
    </w:div>
    <w:div w:id="1572502109">
      <w:bodyDiv w:val="1"/>
      <w:marLeft w:val="0"/>
      <w:marRight w:val="0"/>
      <w:marTop w:val="0"/>
      <w:marBottom w:val="0"/>
      <w:divBdr>
        <w:top w:val="none" w:sz="0" w:space="0" w:color="auto"/>
        <w:left w:val="none" w:sz="0" w:space="0" w:color="auto"/>
        <w:bottom w:val="none" w:sz="0" w:space="0" w:color="auto"/>
        <w:right w:val="none" w:sz="0" w:space="0" w:color="auto"/>
      </w:divBdr>
    </w:div>
    <w:div w:id="1576158658">
      <w:bodyDiv w:val="1"/>
      <w:marLeft w:val="0"/>
      <w:marRight w:val="0"/>
      <w:marTop w:val="0"/>
      <w:marBottom w:val="0"/>
      <w:divBdr>
        <w:top w:val="none" w:sz="0" w:space="0" w:color="auto"/>
        <w:left w:val="none" w:sz="0" w:space="0" w:color="auto"/>
        <w:bottom w:val="none" w:sz="0" w:space="0" w:color="auto"/>
        <w:right w:val="none" w:sz="0" w:space="0" w:color="auto"/>
      </w:divBdr>
    </w:div>
    <w:div w:id="1577086321">
      <w:bodyDiv w:val="1"/>
      <w:marLeft w:val="0"/>
      <w:marRight w:val="0"/>
      <w:marTop w:val="0"/>
      <w:marBottom w:val="0"/>
      <w:divBdr>
        <w:top w:val="none" w:sz="0" w:space="0" w:color="auto"/>
        <w:left w:val="none" w:sz="0" w:space="0" w:color="auto"/>
        <w:bottom w:val="none" w:sz="0" w:space="0" w:color="auto"/>
        <w:right w:val="none" w:sz="0" w:space="0" w:color="auto"/>
      </w:divBdr>
    </w:div>
    <w:div w:id="1577666715">
      <w:bodyDiv w:val="1"/>
      <w:marLeft w:val="0"/>
      <w:marRight w:val="0"/>
      <w:marTop w:val="0"/>
      <w:marBottom w:val="0"/>
      <w:divBdr>
        <w:top w:val="none" w:sz="0" w:space="0" w:color="auto"/>
        <w:left w:val="none" w:sz="0" w:space="0" w:color="auto"/>
        <w:bottom w:val="none" w:sz="0" w:space="0" w:color="auto"/>
        <w:right w:val="none" w:sz="0" w:space="0" w:color="auto"/>
      </w:divBdr>
    </w:div>
    <w:div w:id="1577977819">
      <w:bodyDiv w:val="1"/>
      <w:marLeft w:val="0"/>
      <w:marRight w:val="0"/>
      <w:marTop w:val="0"/>
      <w:marBottom w:val="0"/>
      <w:divBdr>
        <w:top w:val="none" w:sz="0" w:space="0" w:color="auto"/>
        <w:left w:val="none" w:sz="0" w:space="0" w:color="auto"/>
        <w:bottom w:val="none" w:sz="0" w:space="0" w:color="auto"/>
        <w:right w:val="none" w:sz="0" w:space="0" w:color="auto"/>
      </w:divBdr>
    </w:div>
    <w:div w:id="1578244701">
      <w:bodyDiv w:val="1"/>
      <w:marLeft w:val="0"/>
      <w:marRight w:val="0"/>
      <w:marTop w:val="0"/>
      <w:marBottom w:val="0"/>
      <w:divBdr>
        <w:top w:val="none" w:sz="0" w:space="0" w:color="auto"/>
        <w:left w:val="none" w:sz="0" w:space="0" w:color="auto"/>
        <w:bottom w:val="none" w:sz="0" w:space="0" w:color="auto"/>
        <w:right w:val="none" w:sz="0" w:space="0" w:color="auto"/>
      </w:divBdr>
    </w:div>
    <w:div w:id="1579749163">
      <w:bodyDiv w:val="1"/>
      <w:marLeft w:val="0"/>
      <w:marRight w:val="0"/>
      <w:marTop w:val="0"/>
      <w:marBottom w:val="0"/>
      <w:divBdr>
        <w:top w:val="none" w:sz="0" w:space="0" w:color="auto"/>
        <w:left w:val="none" w:sz="0" w:space="0" w:color="auto"/>
        <w:bottom w:val="none" w:sz="0" w:space="0" w:color="auto"/>
        <w:right w:val="none" w:sz="0" w:space="0" w:color="auto"/>
      </w:divBdr>
    </w:div>
    <w:div w:id="1581939296">
      <w:bodyDiv w:val="1"/>
      <w:marLeft w:val="0"/>
      <w:marRight w:val="0"/>
      <w:marTop w:val="0"/>
      <w:marBottom w:val="0"/>
      <w:divBdr>
        <w:top w:val="none" w:sz="0" w:space="0" w:color="auto"/>
        <w:left w:val="none" w:sz="0" w:space="0" w:color="auto"/>
        <w:bottom w:val="none" w:sz="0" w:space="0" w:color="auto"/>
        <w:right w:val="none" w:sz="0" w:space="0" w:color="auto"/>
      </w:divBdr>
    </w:div>
    <w:div w:id="1582715731">
      <w:bodyDiv w:val="1"/>
      <w:marLeft w:val="0"/>
      <w:marRight w:val="0"/>
      <w:marTop w:val="0"/>
      <w:marBottom w:val="0"/>
      <w:divBdr>
        <w:top w:val="none" w:sz="0" w:space="0" w:color="auto"/>
        <w:left w:val="none" w:sz="0" w:space="0" w:color="auto"/>
        <w:bottom w:val="none" w:sz="0" w:space="0" w:color="auto"/>
        <w:right w:val="none" w:sz="0" w:space="0" w:color="auto"/>
      </w:divBdr>
    </w:div>
    <w:div w:id="1582835420">
      <w:bodyDiv w:val="1"/>
      <w:marLeft w:val="0"/>
      <w:marRight w:val="0"/>
      <w:marTop w:val="0"/>
      <w:marBottom w:val="0"/>
      <w:divBdr>
        <w:top w:val="none" w:sz="0" w:space="0" w:color="auto"/>
        <w:left w:val="none" w:sz="0" w:space="0" w:color="auto"/>
        <w:bottom w:val="none" w:sz="0" w:space="0" w:color="auto"/>
        <w:right w:val="none" w:sz="0" w:space="0" w:color="auto"/>
      </w:divBdr>
    </w:div>
    <w:div w:id="1585072346">
      <w:bodyDiv w:val="1"/>
      <w:marLeft w:val="0"/>
      <w:marRight w:val="0"/>
      <w:marTop w:val="0"/>
      <w:marBottom w:val="0"/>
      <w:divBdr>
        <w:top w:val="none" w:sz="0" w:space="0" w:color="auto"/>
        <w:left w:val="none" w:sz="0" w:space="0" w:color="auto"/>
        <w:bottom w:val="none" w:sz="0" w:space="0" w:color="auto"/>
        <w:right w:val="none" w:sz="0" w:space="0" w:color="auto"/>
      </w:divBdr>
    </w:div>
    <w:div w:id="1585216148">
      <w:bodyDiv w:val="1"/>
      <w:marLeft w:val="0"/>
      <w:marRight w:val="0"/>
      <w:marTop w:val="0"/>
      <w:marBottom w:val="0"/>
      <w:divBdr>
        <w:top w:val="none" w:sz="0" w:space="0" w:color="auto"/>
        <w:left w:val="none" w:sz="0" w:space="0" w:color="auto"/>
        <w:bottom w:val="none" w:sz="0" w:space="0" w:color="auto"/>
        <w:right w:val="none" w:sz="0" w:space="0" w:color="auto"/>
      </w:divBdr>
    </w:div>
    <w:div w:id="1588071273">
      <w:bodyDiv w:val="1"/>
      <w:marLeft w:val="0"/>
      <w:marRight w:val="0"/>
      <w:marTop w:val="0"/>
      <w:marBottom w:val="0"/>
      <w:divBdr>
        <w:top w:val="none" w:sz="0" w:space="0" w:color="auto"/>
        <w:left w:val="none" w:sz="0" w:space="0" w:color="auto"/>
        <w:bottom w:val="none" w:sz="0" w:space="0" w:color="auto"/>
        <w:right w:val="none" w:sz="0" w:space="0" w:color="auto"/>
      </w:divBdr>
    </w:div>
    <w:div w:id="1589314056">
      <w:bodyDiv w:val="1"/>
      <w:marLeft w:val="0"/>
      <w:marRight w:val="0"/>
      <w:marTop w:val="0"/>
      <w:marBottom w:val="0"/>
      <w:divBdr>
        <w:top w:val="none" w:sz="0" w:space="0" w:color="auto"/>
        <w:left w:val="none" w:sz="0" w:space="0" w:color="auto"/>
        <w:bottom w:val="none" w:sz="0" w:space="0" w:color="auto"/>
        <w:right w:val="none" w:sz="0" w:space="0" w:color="auto"/>
      </w:divBdr>
    </w:div>
    <w:div w:id="1590189622">
      <w:bodyDiv w:val="1"/>
      <w:marLeft w:val="0"/>
      <w:marRight w:val="0"/>
      <w:marTop w:val="0"/>
      <w:marBottom w:val="0"/>
      <w:divBdr>
        <w:top w:val="none" w:sz="0" w:space="0" w:color="auto"/>
        <w:left w:val="none" w:sz="0" w:space="0" w:color="auto"/>
        <w:bottom w:val="none" w:sz="0" w:space="0" w:color="auto"/>
        <w:right w:val="none" w:sz="0" w:space="0" w:color="auto"/>
      </w:divBdr>
    </w:div>
    <w:div w:id="1591041943">
      <w:bodyDiv w:val="1"/>
      <w:marLeft w:val="0"/>
      <w:marRight w:val="0"/>
      <w:marTop w:val="0"/>
      <w:marBottom w:val="0"/>
      <w:divBdr>
        <w:top w:val="none" w:sz="0" w:space="0" w:color="auto"/>
        <w:left w:val="none" w:sz="0" w:space="0" w:color="auto"/>
        <w:bottom w:val="none" w:sz="0" w:space="0" w:color="auto"/>
        <w:right w:val="none" w:sz="0" w:space="0" w:color="auto"/>
      </w:divBdr>
    </w:div>
    <w:div w:id="1591625790">
      <w:bodyDiv w:val="1"/>
      <w:marLeft w:val="0"/>
      <w:marRight w:val="0"/>
      <w:marTop w:val="0"/>
      <w:marBottom w:val="0"/>
      <w:divBdr>
        <w:top w:val="none" w:sz="0" w:space="0" w:color="auto"/>
        <w:left w:val="none" w:sz="0" w:space="0" w:color="auto"/>
        <w:bottom w:val="none" w:sz="0" w:space="0" w:color="auto"/>
        <w:right w:val="none" w:sz="0" w:space="0" w:color="auto"/>
      </w:divBdr>
    </w:div>
    <w:div w:id="1591697904">
      <w:bodyDiv w:val="1"/>
      <w:marLeft w:val="0"/>
      <w:marRight w:val="0"/>
      <w:marTop w:val="0"/>
      <w:marBottom w:val="0"/>
      <w:divBdr>
        <w:top w:val="none" w:sz="0" w:space="0" w:color="auto"/>
        <w:left w:val="none" w:sz="0" w:space="0" w:color="auto"/>
        <w:bottom w:val="none" w:sz="0" w:space="0" w:color="auto"/>
        <w:right w:val="none" w:sz="0" w:space="0" w:color="auto"/>
      </w:divBdr>
    </w:div>
    <w:div w:id="1591890713">
      <w:bodyDiv w:val="1"/>
      <w:marLeft w:val="0"/>
      <w:marRight w:val="0"/>
      <w:marTop w:val="0"/>
      <w:marBottom w:val="0"/>
      <w:divBdr>
        <w:top w:val="none" w:sz="0" w:space="0" w:color="auto"/>
        <w:left w:val="none" w:sz="0" w:space="0" w:color="auto"/>
        <w:bottom w:val="none" w:sz="0" w:space="0" w:color="auto"/>
        <w:right w:val="none" w:sz="0" w:space="0" w:color="auto"/>
      </w:divBdr>
    </w:div>
    <w:div w:id="1592012451">
      <w:bodyDiv w:val="1"/>
      <w:marLeft w:val="0"/>
      <w:marRight w:val="0"/>
      <w:marTop w:val="0"/>
      <w:marBottom w:val="0"/>
      <w:divBdr>
        <w:top w:val="none" w:sz="0" w:space="0" w:color="auto"/>
        <w:left w:val="none" w:sz="0" w:space="0" w:color="auto"/>
        <w:bottom w:val="none" w:sz="0" w:space="0" w:color="auto"/>
        <w:right w:val="none" w:sz="0" w:space="0" w:color="auto"/>
      </w:divBdr>
    </w:div>
    <w:div w:id="1593127325">
      <w:bodyDiv w:val="1"/>
      <w:marLeft w:val="0"/>
      <w:marRight w:val="0"/>
      <w:marTop w:val="0"/>
      <w:marBottom w:val="0"/>
      <w:divBdr>
        <w:top w:val="none" w:sz="0" w:space="0" w:color="auto"/>
        <w:left w:val="none" w:sz="0" w:space="0" w:color="auto"/>
        <w:bottom w:val="none" w:sz="0" w:space="0" w:color="auto"/>
        <w:right w:val="none" w:sz="0" w:space="0" w:color="auto"/>
      </w:divBdr>
    </w:div>
    <w:div w:id="1597789670">
      <w:bodyDiv w:val="1"/>
      <w:marLeft w:val="0"/>
      <w:marRight w:val="0"/>
      <w:marTop w:val="0"/>
      <w:marBottom w:val="0"/>
      <w:divBdr>
        <w:top w:val="none" w:sz="0" w:space="0" w:color="auto"/>
        <w:left w:val="none" w:sz="0" w:space="0" w:color="auto"/>
        <w:bottom w:val="none" w:sz="0" w:space="0" w:color="auto"/>
        <w:right w:val="none" w:sz="0" w:space="0" w:color="auto"/>
      </w:divBdr>
    </w:div>
    <w:div w:id="1598174788">
      <w:bodyDiv w:val="1"/>
      <w:marLeft w:val="0"/>
      <w:marRight w:val="0"/>
      <w:marTop w:val="0"/>
      <w:marBottom w:val="0"/>
      <w:divBdr>
        <w:top w:val="none" w:sz="0" w:space="0" w:color="auto"/>
        <w:left w:val="none" w:sz="0" w:space="0" w:color="auto"/>
        <w:bottom w:val="none" w:sz="0" w:space="0" w:color="auto"/>
        <w:right w:val="none" w:sz="0" w:space="0" w:color="auto"/>
      </w:divBdr>
    </w:div>
    <w:div w:id="1598252442">
      <w:bodyDiv w:val="1"/>
      <w:marLeft w:val="0"/>
      <w:marRight w:val="0"/>
      <w:marTop w:val="0"/>
      <w:marBottom w:val="0"/>
      <w:divBdr>
        <w:top w:val="none" w:sz="0" w:space="0" w:color="auto"/>
        <w:left w:val="none" w:sz="0" w:space="0" w:color="auto"/>
        <w:bottom w:val="none" w:sz="0" w:space="0" w:color="auto"/>
        <w:right w:val="none" w:sz="0" w:space="0" w:color="auto"/>
      </w:divBdr>
    </w:div>
    <w:div w:id="1599213255">
      <w:bodyDiv w:val="1"/>
      <w:marLeft w:val="0"/>
      <w:marRight w:val="0"/>
      <w:marTop w:val="0"/>
      <w:marBottom w:val="0"/>
      <w:divBdr>
        <w:top w:val="none" w:sz="0" w:space="0" w:color="auto"/>
        <w:left w:val="none" w:sz="0" w:space="0" w:color="auto"/>
        <w:bottom w:val="none" w:sz="0" w:space="0" w:color="auto"/>
        <w:right w:val="none" w:sz="0" w:space="0" w:color="auto"/>
      </w:divBdr>
    </w:div>
    <w:div w:id="1600917202">
      <w:bodyDiv w:val="1"/>
      <w:marLeft w:val="0"/>
      <w:marRight w:val="0"/>
      <w:marTop w:val="0"/>
      <w:marBottom w:val="0"/>
      <w:divBdr>
        <w:top w:val="none" w:sz="0" w:space="0" w:color="auto"/>
        <w:left w:val="none" w:sz="0" w:space="0" w:color="auto"/>
        <w:bottom w:val="none" w:sz="0" w:space="0" w:color="auto"/>
        <w:right w:val="none" w:sz="0" w:space="0" w:color="auto"/>
      </w:divBdr>
    </w:div>
    <w:div w:id="1602907473">
      <w:bodyDiv w:val="1"/>
      <w:marLeft w:val="0"/>
      <w:marRight w:val="0"/>
      <w:marTop w:val="0"/>
      <w:marBottom w:val="0"/>
      <w:divBdr>
        <w:top w:val="none" w:sz="0" w:space="0" w:color="auto"/>
        <w:left w:val="none" w:sz="0" w:space="0" w:color="auto"/>
        <w:bottom w:val="none" w:sz="0" w:space="0" w:color="auto"/>
        <w:right w:val="none" w:sz="0" w:space="0" w:color="auto"/>
      </w:divBdr>
    </w:div>
    <w:div w:id="1606377481">
      <w:bodyDiv w:val="1"/>
      <w:marLeft w:val="0"/>
      <w:marRight w:val="0"/>
      <w:marTop w:val="0"/>
      <w:marBottom w:val="0"/>
      <w:divBdr>
        <w:top w:val="none" w:sz="0" w:space="0" w:color="auto"/>
        <w:left w:val="none" w:sz="0" w:space="0" w:color="auto"/>
        <w:bottom w:val="none" w:sz="0" w:space="0" w:color="auto"/>
        <w:right w:val="none" w:sz="0" w:space="0" w:color="auto"/>
      </w:divBdr>
    </w:div>
    <w:div w:id="1606496536">
      <w:bodyDiv w:val="1"/>
      <w:marLeft w:val="0"/>
      <w:marRight w:val="0"/>
      <w:marTop w:val="0"/>
      <w:marBottom w:val="0"/>
      <w:divBdr>
        <w:top w:val="none" w:sz="0" w:space="0" w:color="auto"/>
        <w:left w:val="none" w:sz="0" w:space="0" w:color="auto"/>
        <w:bottom w:val="none" w:sz="0" w:space="0" w:color="auto"/>
        <w:right w:val="none" w:sz="0" w:space="0" w:color="auto"/>
      </w:divBdr>
    </w:div>
    <w:div w:id="1608853617">
      <w:bodyDiv w:val="1"/>
      <w:marLeft w:val="0"/>
      <w:marRight w:val="0"/>
      <w:marTop w:val="0"/>
      <w:marBottom w:val="0"/>
      <w:divBdr>
        <w:top w:val="none" w:sz="0" w:space="0" w:color="auto"/>
        <w:left w:val="none" w:sz="0" w:space="0" w:color="auto"/>
        <w:bottom w:val="none" w:sz="0" w:space="0" w:color="auto"/>
        <w:right w:val="none" w:sz="0" w:space="0" w:color="auto"/>
      </w:divBdr>
    </w:div>
    <w:div w:id="1610358940">
      <w:bodyDiv w:val="1"/>
      <w:marLeft w:val="0"/>
      <w:marRight w:val="0"/>
      <w:marTop w:val="0"/>
      <w:marBottom w:val="0"/>
      <w:divBdr>
        <w:top w:val="none" w:sz="0" w:space="0" w:color="auto"/>
        <w:left w:val="none" w:sz="0" w:space="0" w:color="auto"/>
        <w:bottom w:val="none" w:sz="0" w:space="0" w:color="auto"/>
        <w:right w:val="none" w:sz="0" w:space="0" w:color="auto"/>
      </w:divBdr>
    </w:div>
    <w:div w:id="1611627414">
      <w:bodyDiv w:val="1"/>
      <w:marLeft w:val="0"/>
      <w:marRight w:val="0"/>
      <w:marTop w:val="0"/>
      <w:marBottom w:val="0"/>
      <w:divBdr>
        <w:top w:val="none" w:sz="0" w:space="0" w:color="auto"/>
        <w:left w:val="none" w:sz="0" w:space="0" w:color="auto"/>
        <w:bottom w:val="none" w:sz="0" w:space="0" w:color="auto"/>
        <w:right w:val="none" w:sz="0" w:space="0" w:color="auto"/>
      </w:divBdr>
    </w:div>
    <w:div w:id="1611889437">
      <w:bodyDiv w:val="1"/>
      <w:marLeft w:val="0"/>
      <w:marRight w:val="0"/>
      <w:marTop w:val="0"/>
      <w:marBottom w:val="0"/>
      <w:divBdr>
        <w:top w:val="none" w:sz="0" w:space="0" w:color="auto"/>
        <w:left w:val="none" w:sz="0" w:space="0" w:color="auto"/>
        <w:bottom w:val="none" w:sz="0" w:space="0" w:color="auto"/>
        <w:right w:val="none" w:sz="0" w:space="0" w:color="auto"/>
      </w:divBdr>
    </w:div>
    <w:div w:id="1614559942">
      <w:bodyDiv w:val="1"/>
      <w:marLeft w:val="0"/>
      <w:marRight w:val="0"/>
      <w:marTop w:val="0"/>
      <w:marBottom w:val="0"/>
      <w:divBdr>
        <w:top w:val="none" w:sz="0" w:space="0" w:color="auto"/>
        <w:left w:val="none" w:sz="0" w:space="0" w:color="auto"/>
        <w:bottom w:val="none" w:sz="0" w:space="0" w:color="auto"/>
        <w:right w:val="none" w:sz="0" w:space="0" w:color="auto"/>
      </w:divBdr>
    </w:div>
    <w:div w:id="1614746957">
      <w:bodyDiv w:val="1"/>
      <w:marLeft w:val="0"/>
      <w:marRight w:val="0"/>
      <w:marTop w:val="0"/>
      <w:marBottom w:val="0"/>
      <w:divBdr>
        <w:top w:val="none" w:sz="0" w:space="0" w:color="auto"/>
        <w:left w:val="none" w:sz="0" w:space="0" w:color="auto"/>
        <w:bottom w:val="none" w:sz="0" w:space="0" w:color="auto"/>
        <w:right w:val="none" w:sz="0" w:space="0" w:color="auto"/>
      </w:divBdr>
    </w:div>
    <w:div w:id="1616475099">
      <w:bodyDiv w:val="1"/>
      <w:marLeft w:val="0"/>
      <w:marRight w:val="0"/>
      <w:marTop w:val="0"/>
      <w:marBottom w:val="0"/>
      <w:divBdr>
        <w:top w:val="none" w:sz="0" w:space="0" w:color="auto"/>
        <w:left w:val="none" w:sz="0" w:space="0" w:color="auto"/>
        <w:bottom w:val="none" w:sz="0" w:space="0" w:color="auto"/>
        <w:right w:val="none" w:sz="0" w:space="0" w:color="auto"/>
      </w:divBdr>
    </w:div>
    <w:div w:id="1616866223">
      <w:bodyDiv w:val="1"/>
      <w:marLeft w:val="0"/>
      <w:marRight w:val="0"/>
      <w:marTop w:val="0"/>
      <w:marBottom w:val="0"/>
      <w:divBdr>
        <w:top w:val="none" w:sz="0" w:space="0" w:color="auto"/>
        <w:left w:val="none" w:sz="0" w:space="0" w:color="auto"/>
        <w:bottom w:val="none" w:sz="0" w:space="0" w:color="auto"/>
        <w:right w:val="none" w:sz="0" w:space="0" w:color="auto"/>
      </w:divBdr>
    </w:div>
    <w:div w:id="1617178284">
      <w:bodyDiv w:val="1"/>
      <w:marLeft w:val="0"/>
      <w:marRight w:val="0"/>
      <w:marTop w:val="0"/>
      <w:marBottom w:val="0"/>
      <w:divBdr>
        <w:top w:val="none" w:sz="0" w:space="0" w:color="auto"/>
        <w:left w:val="none" w:sz="0" w:space="0" w:color="auto"/>
        <w:bottom w:val="none" w:sz="0" w:space="0" w:color="auto"/>
        <w:right w:val="none" w:sz="0" w:space="0" w:color="auto"/>
      </w:divBdr>
    </w:div>
    <w:div w:id="1617710060">
      <w:bodyDiv w:val="1"/>
      <w:marLeft w:val="0"/>
      <w:marRight w:val="0"/>
      <w:marTop w:val="0"/>
      <w:marBottom w:val="0"/>
      <w:divBdr>
        <w:top w:val="none" w:sz="0" w:space="0" w:color="auto"/>
        <w:left w:val="none" w:sz="0" w:space="0" w:color="auto"/>
        <w:bottom w:val="none" w:sz="0" w:space="0" w:color="auto"/>
        <w:right w:val="none" w:sz="0" w:space="0" w:color="auto"/>
      </w:divBdr>
    </w:div>
    <w:div w:id="1618100516">
      <w:bodyDiv w:val="1"/>
      <w:marLeft w:val="0"/>
      <w:marRight w:val="0"/>
      <w:marTop w:val="0"/>
      <w:marBottom w:val="0"/>
      <w:divBdr>
        <w:top w:val="none" w:sz="0" w:space="0" w:color="auto"/>
        <w:left w:val="none" w:sz="0" w:space="0" w:color="auto"/>
        <w:bottom w:val="none" w:sz="0" w:space="0" w:color="auto"/>
        <w:right w:val="none" w:sz="0" w:space="0" w:color="auto"/>
      </w:divBdr>
    </w:div>
    <w:div w:id="1618442333">
      <w:bodyDiv w:val="1"/>
      <w:marLeft w:val="0"/>
      <w:marRight w:val="0"/>
      <w:marTop w:val="0"/>
      <w:marBottom w:val="0"/>
      <w:divBdr>
        <w:top w:val="none" w:sz="0" w:space="0" w:color="auto"/>
        <w:left w:val="none" w:sz="0" w:space="0" w:color="auto"/>
        <w:bottom w:val="none" w:sz="0" w:space="0" w:color="auto"/>
        <w:right w:val="none" w:sz="0" w:space="0" w:color="auto"/>
      </w:divBdr>
    </w:div>
    <w:div w:id="1620644632">
      <w:bodyDiv w:val="1"/>
      <w:marLeft w:val="0"/>
      <w:marRight w:val="0"/>
      <w:marTop w:val="0"/>
      <w:marBottom w:val="0"/>
      <w:divBdr>
        <w:top w:val="none" w:sz="0" w:space="0" w:color="auto"/>
        <w:left w:val="none" w:sz="0" w:space="0" w:color="auto"/>
        <w:bottom w:val="none" w:sz="0" w:space="0" w:color="auto"/>
        <w:right w:val="none" w:sz="0" w:space="0" w:color="auto"/>
      </w:divBdr>
    </w:div>
    <w:div w:id="1620841091">
      <w:bodyDiv w:val="1"/>
      <w:marLeft w:val="0"/>
      <w:marRight w:val="0"/>
      <w:marTop w:val="0"/>
      <w:marBottom w:val="0"/>
      <w:divBdr>
        <w:top w:val="none" w:sz="0" w:space="0" w:color="auto"/>
        <w:left w:val="none" w:sz="0" w:space="0" w:color="auto"/>
        <w:bottom w:val="none" w:sz="0" w:space="0" w:color="auto"/>
        <w:right w:val="none" w:sz="0" w:space="0" w:color="auto"/>
      </w:divBdr>
    </w:div>
    <w:div w:id="1621566719">
      <w:bodyDiv w:val="1"/>
      <w:marLeft w:val="0"/>
      <w:marRight w:val="0"/>
      <w:marTop w:val="0"/>
      <w:marBottom w:val="0"/>
      <w:divBdr>
        <w:top w:val="none" w:sz="0" w:space="0" w:color="auto"/>
        <w:left w:val="none" w:sz="0" w:space="0" w:color="auto"/>
        <w:bottom w:val="none" w:sz="0" w:space="0" w:color="auto"/>
        <w:right w:val="none" w:sz="0" w:space="0" w:color="auto"/>
      </w:divBdr>
    </w:div>
    <w:div w:id="1623655928">
      <w:bodyDiv w:val="1"/>
      <w:marLeft w:val="0"/>
      <w:marRight w:val="0"/>
      <w:marTop w:val="0"/>
      <w:marBottom w:val="0"/>
      <w:divBdr>
        <w:top w:val="none" w:sz="0" w:space="0" w:color="auto"/>
        <w:left w:val="none" w:sz="0" w:space="0" w:color="auto"/>
        <w:bottom w:val="none" w:sz="0" w:space="0" w:color="auto"/>
        <w:right w:val="none" w:sz="0" w:space="0" w:color="auto"/>
      </w:divBdr>
    </w:div>
    <w:div w:id="1624724841">
      <w:bodyDiv w:val="1"/>
      <w:marLeft w:val="0"/>
      <w:marRight w:val="0"/>
      <w:marTop w:val="0"/>
      <w:marBottom w:val="0"/>
      <w:divBdr>
        <w:top w:val="none" w:sz="0" w:space="0" w:color="auto"/>
        <w:left w:val="none" w:sz="0" w:space="0" w:color="auto"/>
        <w:bottom w:val="none" w:sz="0" w:space="0" w:color="auto"/>
        <w:right w:val="none" w:sz="0" w:space="0" w:color="auto"/>
      </w:divBdr>
    </w:div>
    <w:div w:id="1625577760">
      <w:bodyDiv w:val="1"/>
      <w:marLeft w:val="0"/>
      <w:marRight w:val="0"/>
      <w:marTop w:val="0"/>
      <w:marBottom w:val="0"/>
      <w:divBdr>
        <w:top w:val="none" w:sz="0" w:space="0" w:color="auto"/>
        <w:left w:val="none" w:sz="0" w:space="0" w:color="auto"/>
        <w:bottom w:val="none" w:sz="0" w:space="0" w:color="auto"/>
        <w:right w:val="none" w:sz="0" w:space="0" w:color="auto"/>
      </w:divBdr>
    </w:div>
    <w:div w:id="1625769583">
      <w:bodyDiv w:val="1"/>
      <w:marLeft w:val="0"/>
      <w:marRight w:val="0"/>
      <w:marTop w:val="0"/>
      <w:marBottom w:val="0"/>
      <w:divBdr>
        <w:top w:val="none" w:sz="0" w:space="0" w:color="auto"/>
        <w:left w:val="none" w:sz="0" w:space="0" w:color="auto"/>
        <w:bottom w:val="none" w:sz="0" w:space="0" w:color="auto"/>
        <w:right w:val="none" w:sz="0" w:space="0" w:color="auto"/>
      </w:divBdr>
    </w:div>
    <w:div w:id="1626279534">
      <w:bodyDiv w:val="1"/>
      <w:marLeft w:val="0"/>
      <w:marRight w:val="0"/>
      <w:marTop w:val="0"/>
      <w:marBottom w:val="0"/>
      <w:divBdr>
        <w:top w:val="none" w:sz="0" w:space="0" w:color="auto"/>
        <w:left w:val="none" w:sz="0" w:space="0" w:color="auto"/>
        <w:bottom w:val="none" w:sz="0" w:space="0" w:color="auto"/>
        <w:right w:val="none" w:sz="0" w:space="0" w:color="auto"/>
      </w:divBdr>
    </w:div>
    <w:div w:id="1627153844">
      <w:bodyDiv w:val="1"/>
      <w:marLeft w:val="0"/>
      <w:marRight w:val="0"/>
      <w:marTop w:val="0"/>
      <w:marBottom w:val="0"/>
      <w:divBdr>
        <w:top w:val="none" w:sz="0" w:space="0" w:color="auto"/>
        <w:left w:val="none" w:sz="0" w:space="0" w:color="auto"/>
        <w:bottom w:val="none" w:sz="0" w:space="0" w:color="auto"/>
        <w:right w:val="none" w:sz="0" w:space="0" w:color="auto"/>
      </w:divBdr>
    </w:div>
    <w:div w:id="1627930022">
      <w:bodyDiv w:val="1"/>
      <w:marLeft w:val="0"/>
      <w:marRight w:val="0"/>
      <w:marTop w:val="0"/>
      <w:marBottom w:val="0"/>
      <w:divBdr>
        <w:top w:val="none" w:sz="0" w:space="0" w:color="auto"/>
        <w:left w:val="none" w:sz="0" w:space="0" w:color="auto"/>
        <w:bottom w:val="none" w:sz="0" w:space="0" w:color="auto"/>
        <w:right w:val="none" w:sz="0" w:space="0" w:color="auto"/>
      </w:divBdr>
    </w:div>
    <w:div w:id="1628125835">
      <w:bodyDiv w:val="1"/>
      <w:marLeft w:val="0"/>
      <w:marRight w:val="0"/>
      <w:marTop w:val="0"/>
      <w:marBottom w:val="0"/>
      <w:divBdr>
        <w:top w:val="none" w:sz="0" w:space="0" w:color="auto"/>
        <w:left w:val="none" w:sz="0" w:space="0" w:color="auto"/>
        <w:bottom w:val="none" w:sz="0" w:space="0" w:color="auto"/>
        <w:right w:val="none" w:sz="0" w:space="0" w:color="auto"/>
      </w:divBdr>
    </w:div>
    <w:div w:id="1628972685">
      <w:bodyDiv w:val="1"/>
      <w:marLeft w:val="0"/>
      <w:marRight w:val="0"/>
      <w:marTop w:val="0"/>
      <w:marBottom w:val="0"/>
      <w:divBdr>
        <w:top w:val="none" w:sz="0" w:space="0" w:color="auto"/>
        <w:left w:val="none" w:sz="0" w:space="0" w:color="auto"/>
        <w:bottom w:val="none" w:sz="0" w:space="0" w:color="auto"/>
        <w:right w:val="none" w:sz="0" w:space="0" w:color="auto"/>
      </w:divBdr>
    </w:div>
    <w:div w:id="1630359132">
      <w:bodyDiv w:val="1"/>
      <w:marLeft w:val="0"/>
      <w:marRight w:val="0"/>
      <w:marTop w:val="0"/>
      <w:marBottom w:val="0"/>
      <w:divBdr>
        <w:top w:val="none" w:sz="0" w:space="0" w:color="auto"/>
        <w:left w:val="none" w:sz="0" w:space="0" w:color="auto"/>
        <w:bottom w:val="none" w:sz="0" w:space="0" w:color="auto"/>
        <w:right w:val="none" w:sz="0" w:space="0" w:color="auto"/>
      </w:divBdr>
    </w:div>
    <w:div w:id="1630933563">
      <w:bodyDiv w:val="1"/>
      <w:marLeft w:val="0"/>
      <w:marRight w:val="0"/>
      <w:marTop w:val="0"/>
      <w:marBottom w:val="0"/>
      <w:divBdr>
        <w:top w:val="none" w:sz="0" w:space="0" w:color="auto"/>
        <w:left w:val="none" w:sz="0" w:space="0" w:color="auto"/>
        <w:bottom w:val="none" w:sz="0" w:space="0" w:color="auto"/>
        <w:right w:val="none" w:sz="0" w:space="0" w:color="auto"/>
      </w:divBdr>
    </w:div>
    <w:div w:id="1632518579">
      <w:bodyDiv w:val="1"/>
      <w:marLeft w:val="0"/>
      <w:marRight w:val="0"/>
      <w:marTop w:val="0"/>
      <w:marBottom w:val="0"/>
      <w:divBdr>
        <w:top w:val="none" w:sz="0" w:space="0" w:color="auto"/>
        <w:left w:val="none" w:sz="0" w:space="0" w:color="auto"/>
        <w:bottom w:val="none" w:sz="0" w:space="0" w:color="auto"/>
        <w:right w:val="none" w:sz="0" w:space="0" w:color="auto"/>
      </w:divBdr>
    </w:div>
    <w:div w:id="1632705638">
      <w:bodyDiv w:val="1"/>
      <w:marLeft w:val="0"/>
      <w:marRight w:val="0"/>
      <w:marTop w:val="0"/>
      <w:marBottom w:val="0"/>
      <w:divBdr>
        <w:top w:val="none" w:sz="0" w:space="0" w:color="auto"/>
        <w:left w:val="none" w:sz="0" w:space="0" w:color="auto"/>
        <w:bottom w:val="none" w:sz="0" w:space="0" w:color="auto"/>
        <w:right w:val="none" w:sz="0" w:space="0" w:color="auto"/>
      </w:divBdr>
    </w:div>
    <w:div w:id="1636249964">
      <w:bodyDiv w:val="1"/>
      <w:marLeft w:val="0"/>
      <w:marRight w:val="0"/>
      <w:marTop w:val="0"/>
      <w:marBottom w:val="0"/>
      <w:divBdr>
        <w:top w:val="none" w:sz="0" w:space="0" w:color="auto"/>
        <w:left w:val="none" w:sz="0" w:space="0" w:color="auto"/>
        <w:bottom w:val="none" w:sz="0" w:space="0" w:color="auto"/>
        <w:right w:val="none" w:sz="0" w:space="0" w:color="auto"/>
      </w:divBdr>
    </w:div>
    <w:div w:id="1639719652">
      <w:bodyDiv w:val="1"/>
      <w:marLeft w:val="0"/>
      <w:marRight w:val="0"/>
      <w:marTop w:val="0"/>
      <w:marBottom w:val="0"/>
      <w:divBdr>
        <w:top w:val="none" w:sz="0" w:space="0" w:color="auto"/>
        <w:left w:val="none" w:sz="0" w:space="0" w:color="auto"/>
        <w:bottom w:val="none" w:sz="0" w:space="0" w:color="auto"/>
        <w:right w:val="none" w:sz="0" w:space="0" w:color="auto"/>
      </w:divBdr>
    </w:div>
    <w:div w:id="1640719115">
      <w:bodyDiv w:val="1"/>
      <w:marLeft w:val="0"/>
      <w:marRight w:val="0"/>
      <w:marTop w:val="0"/>
      <w:marBottom w:val="0"/>
      <w:divBdr>
        <w:top w:val="none" w:sz="0" w:space="0" w:color="auto"/>
        <w:left w:val="none" w:sz="0" w:space="0" w:color="auto"/>
        <w:bottom w:val="none" w:sz="0" w:space="0" w:color="auto"/>
        <w:right w:val="none" w:sz="0" w:space="0" w:color="auto"/>
      </w:divBdr>
    </w:div>
    <w:div w:id="1641691573">
      <w:bodyDiv w:val="1"/>
      <w:marLeft w:val="0"/>
      <w:marRight w:val="0"/>
      <w:marTop w:val="0"/>
      <w:marBottom w:val="0"/>
      <w:divBdr>
        <w:top w:val="none" w:sz="0" w:space="0" w:color="auto"/>
        <w:left w:val="none" w:sz="0" w:space="0" w:color="auto"/>
        <w:bottom w:val="none" w:sz="0" w:space="0" w:color="auto"/>
        <w:right w:val="none" w:sz="0" w:space="0" w:color="auto"/>
      </w:divBdr>
    </w:div>
    <w:div w:id="1643726480">
      <w:bodyDiv w:val="1"/>
      <w:marLeft w:val="0"/>
      <w:marRight w:val="0"/>
      <w:marTop w:val="0"/>
      <w:marBottom w:val="0"/>
      <w:divBdr>
        <w:top w:val="none" w:sz="0" w:space="0" w:color="auto"/>
        <w:left w:val="none" w:sz="0" w:space="0" w:color="auto"/>
        <w:bottom w:val="none" w:sz="0" w:space="0" w:color="auto"/>
        <w:right w:val="none" w:sz="0" w:space="0" w:color="auto"/>
      </w:divBdr>
    </w:div>
    <w:div w:id="1645158649">
      <w:bodyDiv w:val="1"/>
      <w:marLeft w:val="0"/>
      <w:marRight w:val="0"/>
      <w:marTop w:val="0"/>
      <w:marBottom w:val="0"/>
      <w:divBdr>
        <w:top w:val="none" w:sz="0" w:space="0" w:color="auto"/>
        <w:left w:val="none" w:sz="0" w:space="0" w:color="auto"/>
        <w:bottom w:val="none" w:sz="0" w:space="0" w:color="auto"/>
        <w:right w:val="none" w:sz="0" w:space="0" w:color="auto"/>
      </w:divBdr>
    </w:div>
    <w:div w:id="1645313927">
      <w:bodyDiv w:val="1"/>
      <w:marLeft w:val="0"/>
      <w:marRight w:val="0"/>
      <w:marTop w:val="0"/>
      <w:marBottom w:val="0"/>
      <w:divBdr>
        <w:top w:val="none" w:sz="0" w:space="0" w:color="auto"/>
        <w:left w:val="none" w:sz="0" w:space="0" w:color="auto"/>
        <w:bottom w:val="none" w:sz="0" w:space="0" w:color="auto"/>
        <w:right w:val="none" w:sz="0" w:space="0" w:color="auto"/>
      </w:divBdr>
    </w:div>
    <w:div w:id="1646739406">
      <w:bodyDiv w:val="1"/>
      <w:marLeft w:val="0"/>
      <w:marRight w:val="0"/>
      <w:marTop w:val="0"/>
      <w:marBottom w:val="0"/>
      <w:divBdr>
        <w:top w:val="none" w:sz="0" w:space="0" w:color="auto"/>
        <w:left w:val="none" w:sz="0" w:space="0" w:color="auto"/>
        <w:bottom w:val="none" w:sz="0" w:space="0" w:color="auto"/>
        <w:right w:val="none" w:sz="0" w:space="0" w:color="auto"/>
      </w:divBdr>
    </w:div>
    <w:div w:id="1648896617">
      <w:bodyDiv w:val="1"/>
      <w:marLeft w:val="0"/>
      <w:marRight w:val="0"/>
      <w:marTop w:val="0"/>
      <w:marBottom w:val="0"/>
      <w:divBdr>
        <w:top w:val="none" w:sz="0" w:space="0" w:color="auto"/>
        <w:left w:val="none" w:sz="0" w:space="0" w:color="auto"/>
        <w:bottom w:val="none" w:sz="0" w:space="0" w:color="auto"/>
        <w:right w:val="none" w:sz="0" w:space="0" w:color="auto"/>
      </w:divBdr>
    </w:div>
    <w:div w:id="1649164570">
      <w:bodyDiv w:val="1"/>
      <w:marLeft w:val="0"/>
      <w:marRight w:val="0"/>
      <w:marTop w:val="0"/>
      <w:marBottom w:val="0"/>
      <w:divBdr>
        <w:top w:val="none" w:sz="0" w:space="0" w:color="auto"/>
        <w:left w:val="none" w:sz="0" w:space="0" w:color="auto"/>
        <w:bottom w:val="none" w:sz="0" w:space="0" w:color="auto"/>
        <w:right w:val="none" w:sz="0" w:space="0" w:color="auto"/>
      </w:divBdr>
    </w:div>
    <w:div w:id="1649746580">
      <w:bodyDiv w:val="1"/>
      <w:marLeft w:val="0"/>
      <w:marRight w:val="0"/>
      <w:marTop w:val="0"/>
      <w:marBottom w:val="0"/>
      <w:divBdr>
        <w:top w:val="none" w:sz="0" w:space="0" w:color="auto"/>
        <w:left w:val="none" w:sz="0" w:space="0" w:color="auto"/>
        <w:bottom w:val="none" w:sz="0" w:space="0" w:color="auto"/>
        <w:right w:val="none" w:sz="0" w:space="0" w:color="auto"/>
      </w:divBdr>
    </w:div>
    <w:div w:id="1650397660">
      <w:bodyDiv w:val="1"/>
      <w:marLeft w:val="0"/>
      <w:marRight w:val="0"/>
      <w:marTop w:val="0"/>
      <w:marBottom w:val="0"/>
      <w:divBdr>
        <w:top w:val="none" w:sz="0" w:space="0" w:color="auto"/>
        <w:left w:val="none" w:sz="0" w:space="0" w:color="auto"/>
        <w:bottom w:val="none" w:sz="0" w:space="0" w:color="auto"/>
        <w:right w:val="none" w:sz="0" w:space="0" w:color="auto"/>
      </w:divBdr>
    </w:div>
    <w:div w:id="1651322042">
      <w:bodyDiv w:val="1"/>
      <w:marLeft w:val="0"/>
      <w:marRight w:val="0"/>
      <w:marTop w:val="0"/>
      <w:marBottom w:val="0"/>
      <w:divBdr>
        <w:top w:val="none" w:sz="0" w:space="0" w:color="auto"/>
        <w:left w:val="none" w:sz="0" w:space="0" w:color="auto"/>
        <w:bottom w:val="none" w:sz="0" w:space="0" w:color="auto"/>
        <w:right w:val="none" w:sz="0" w:space="0" w:color="auto"/>
      </w:divBdr>
    </w:div>
    <w:div w:id="1653369374">
      <w:bodyDiv w:val="1"/>
      <w:marLeft w:val="0"/>
      <w:marRight w:val="0"/>
      <w:marTop w:val="0"/>
      <w:marBottom w:val="0"/>
      <w:divBdr>
        <w:top w:val="none" w:sz="0" w:space="0" w:color="auto"/>
        <w:left w:val="none" w:sz="0" w:space="0" w:color="auto"/>
        <w:bottom w:val="none" w:sz="0" w:space="0" w:color="auto"/>
        <w:right w:val="none" w:sz="0" w:space="0" w:color="auto"/>
      </w:divBdr>
    </w:div>
    <w:div w:id="1653943480">
      <w:bodyDiv w:val="1"/>
      <w:marLeft w:val="0"/>
      <w:marRight w:val="0"/>
      <w:marTop w:val="0"/>
      <w:marBottom w:val="0"/>
      <w:divBdr>
        <w:top w:val="none" w:sz="0" w:space="0" w:color="auto"/>
        <w:left w:val="none" w:sz="0" w:space="0" w:color="auto"/>
        <w:bottom w:val="none" w:sz="0" w:space="0" w:color="auto"/>
        <w:right w:val="none" w:sz="0" w:space="0" w:color="auto"/>
      </w:divBdr>
    </w:div>
    <w:div w:id="1654991849">
      <w:bodyDiv w:val="1"/>
      <w:marLeft w:val="0"/>
      <w:marRight w:val="0"/>
      <w:marTop w:val="0"/>
      <w:marBottom w:val="0"/>
      <w:divBdr>
        <w:top w:val="none" w:sz="0" w:space="0" w:color="auto"/>
        <w:left w:val="none" w:sz="0" w:space="0" w:color="auto"/>
        <w:bottom w:val="none" w:sz="0" w:space="0" w:color="auto"/>
        <w:right w:val="none" w:sz="0" w:space="0" w:color="auto"/>
      </w:divBdr>
    </w:div>
    <w:div w:id="1656685427">
      <w:bodyDiv w:val="1"/>
      <w:marLeft w:val="0"/>
      <w:marRight w:val="0"/>
      <w:marTop w:val="0"/>
      <w:marBottom w:val="0"/>
      <w:divBdr>
        <w:top w:val="none" w:sz="0" w:space="0" w:color="auto"/>
        <w:left w:val="none" w:sz="0" w:space="0" w:color="auto"/>
        <w:bottom w:val="none" w:sz="0" w:space="0" w:color="auto"/>
        <w:right w:val="none" w:sz="0" w:space="0" w:color="auto"/>
      </w:divBdr>
    </w:div>
    <w:div w:id="1656686709">
      <w:bodyDiv w:val="1"/>
      <w:marLeft w:val="0"/>
      <w:marRight w:val="0"/>
      <w:marTop w:val="0"/>
      <w:marBottom w:val="0"/>
      <w:divBdr>
        <w:top w:val="none" w:sz="0" w:space="0" w:color="auto"/>
        <w:left w:val="none" w:sz="0" w:space="0" w:color="auto"/>
        <w:bottom w:val="none" w:sz="0" w:space="0" w:color="auto"/>
        <w:right w:val="none" w:sz="0" w:space="0" w:color="auto"/>
      </w:divBdr>
    </w:div>
    <w:div w:id="1657108557">
      <w:bodyDiv w:val="1"/>
      <w:marLeft w:val="0"/>
      <w:marRight w:val="0"/>
      <w:marTop w:val="0"/>
      <w:marBottom w:val="0"/>
      <w:divBdr>
        <w:top w:val="none" w:sz="0" w:space="0" w:color="auto"/>
        <w:left w:val="none" w:sz="0" w:space="0" w:color="auto"/>
        <w:bottom w:val="none" w:sz="0" w:space="0" w:color="auto"/>
        <w:right w:val="none" w:sz="0" w:space="0" w:color="auto"/>
      </w:divBdr>
    </w:div>
    <w:div w:id="1658412164">
      <w:bodyDiv w:val="1"/>
      <w:marLeft w:val="0"/>
      <w:marRight w:val="0"/>
      <w:marTop w:val="0"/>
      <w:marBottom w:val="0"/>
      <w:divBdr>
        <w:top w:val="none" w:sz="0" w:space="0" w:color="auto"/>
        <w:left w:val="none" w:sz="0" w:space="0" w:color="auto"/>
        <w:bottom w:val="none" w:sz="0" w:space="0" w:color="auto"/>
        <w:right w:val="none" w:sz="0" w:space="0" w:color="auto"/>
      </w:divBdr>
    </w:div>
    <w:div w:id="1658925189">
      <w:bodyDiv w:val="1"/>
      <w:marLeft w:val="0"/>
      <w:marRight w:val="0"/>
      <w:marTop w:val="0"/>
      <w:marBottom w:val="0"/>
      <w:divBdr>
        <w:top w:val="none" w:sz="0" w:space="0" w:color="auto"/>
        <w:left w:val="none" w:sz="0" w:space="0" w:color="auto"/>
        <w:bottom w:val="none" w:sz="0" w:space="0" w:color="auto"/>
        <w:right w:val="none" w:sz="0" w:space="0" w:color="auto"/>
      </w:divBdr>
    </w:div>
    <w:div w:id="1659647295">
      <w:bodyDiv w:val="1"/>
      <w:marLeft w:val="0"/>
      <w:marRight w:val="0"/>
      <w:marTop w:val="0"/>
      <w:marBottom w:val="0"/>
      <w:divBdr>
        <w:top w:val="none" w:sz="0" w:space="0" w:color="auto"/>
        <w:left w:val="none" w:sz="0" w:space="0" w:color="auto"/>
        <w:bottom w:val="none" w:sz="0" w:space="0" w:color="auto"/>
        <w:right w:val="none" w:sz="0" w:space="0" w:color="auto"/>
      </w:divBdr>
    </w:div>
    <w:div w:id="1666475549">
      <w:bodyDiv w:val="1"/>
      <w:marLeft w:val="0"/>
      <w:marRight w:val="0"/>
      <w:marTop w:val="0"/>
      <w:marBottom w:val="0"/>
      <w:divBdr>
        <w:top w:val="none" w:sz="0" w:space="0" w:color="auto"/>
        <w:left w:val="none" w:sz="0" w:space="0" w:color="auto"/>
        <w:bottom w:val="none" w:sz="0" w:space="0" w:color="auto"/>
        <w:right w:val="none" w:sz="0" w:space="0" w:color="auto"/>
      </w:divBdr>
    </w:div>
    <w:div w:id="1667005453">
      <w:bodyDiv w:val="1"/>
      <w:marLeft w:val="0"/>
      <w:marRight w:val="0"/>
      <w:marTop w:val="0"/>
      <w:marBottom w:val="0"/>
      <w:divBdr>
        <w:top w:val="none" w:sz="0" w:space="0" w:color="auto"/>
        <w:left w:val="none" w:sz="0" w:space="0" w:color="auto"/>
        <w:bottom w:val="none" w:sz="0" w:space="0" w:color="auto"/>
        <w:right w:val="none" w:sz="0" w:space="0" w:color="auto"/>
      </w:divBdr>
    </w:div>
    <w:div w:id="1667513529">
      <w:bodyDiv w:val="1"/>
      <w:marLeft w:val="0"/>
      <w:marRight w:val="0"/>
      <w:marTop w:val="0"/>
      <w:marBottom w:val="0"/>
      <w:divBdr>
        <w:top w:val="none" w:sz="0" w:space="0" w:color="auto"/>
        <w:left w:val="none" w:sz="0" w:space="0" w:color="auto"/>
        <w:bottom w:val="none" w:sz="0" w:space="0" w:color="auto"/>
        <w:right w:val="none" w:sz="0" w:space="0" w:color="auto"/>
      </w:divBdr>
    </w:div>
    <w:div w:id="1669357829">
      <w:bodyDiv w:val="1"/>
      <w:marLeft w:val="0"/>
      <w:marRight w:val="0"/>
      <w:marTop w:val="0"/>
      <w:marBottom w:val="0"/>
      <w:divBdr>
        <w:top w:val="none" w:sz="0" w:space="0" w:color="auto"/>
        <w:left w:val="none" w:sz="0" w:space="0" w:color="auto"/>
        <w:bottom w:val="none" w:sz="0" w:space="0" w:color="auto"/>
        <w:right w:val="none" w:sz="0" w:space="0" w:color="auto"/>
      </w:divBdr>
    </w:div>
    <w:div w:id="1669558226">
      <w:bodyDiv w:val="1"/>
      <w:marLeft w:val="0"/>
      <w:marRight w:val="0"/>
      <w:marTop w:val="0"/>
      <w:marBottom w:val="0"/>
      <w:divBdr>
        <w:top w:val="none" w:sz="0" w:space="0" w:color="auto"/>
        <w:left w:val="none" w:sz="0" w:space="0" w:color="auto"/>
        <w:bottom w:val="none" w:sz="0" w:space="0" w:color="auto"/>
        <w:right w:val="none" w:sz="0" w:space="0" w:color="auto"/>
      </w:divBdr>
    </w:div>
    <w:div w:id="1669676574">
      <w:bodyDiv w:val="1"/>
      <w:marLeft w:val="0"/>
      <w:marRight w:val="0"/>
      <w:marTop w:val="0"/>
      <w:marBottom w:val="0"/>
      <w:divBdr>
        <w:top w:val="none" w:sz="0" w:space="0" w:color="auto"/>
        <w:left w:val="none" w:sz="0" w:space="0" w:color="auto"/>
        <w:bottom w:val="none" w:sz="0" w:space="0" w:color="auto"/>
        <w:right w:val="none" w:sz="0" w:space="0" w:color="auto"/>
      </w:divBdr>
    </w:div>
    <w:div w:id="1671250662">
      <w:bodyDiv w:val="1"/>
      <w:marLeft w:val="0"/>
      <w:marRight w:val="0"/>
      <w:marTop w:val="0"/>
      <w:marBottom w:val="0"/>
      <w:divBdr>
        <w:top w:val="none" w:sz="0" w:space="0" w:color="auto"/>
        <w:left w:val="none" w:sz="0" w:space="0" w:color="auto"/>
        <w:bottom w:val="none" w:sz="0" w:space="0" w:color="auto"/>
        <w:right w:val="none" w:sz="0" w:space="0" w:color="auto"/>
      </w:divBdr>
    </w:div>
    <w:div w:id="1673796121">
      <w:bodyDiv w:val="1"/>
      <w:marLeft w:val="0"/>
      <w:marRight w:val="0"/>
      <w:marTop w:val="0"/>
      <w:marBottom w:val="0"/>
      <w:divBdr>
        <w:top w:val="none" w:sz="0" w:space="0" w:color="auto"/>
        <w:left w:val="none" w:sz="0" w:space="0" w:color="auto"/>
        <w:bottom w:val="none" w:sz="0" w:space="0" w:color="auto"/>
        <w:right w:val="none" w:sz="0" w:space="0" w:color="auto"/>
      </w:divBdr>
    </w:div>
    <w:div w:id="1675571001">
      <w:bodyDiv w:val="1"/>
      <w:marLeft w:val="0"/>
      <w:marRight w:val="0"/>
      <w:marTop w:val="0"/>
      <w:marBottom w:val="0"/>
      <w:divBdr>
        <w:top w:val="none" w:sz="0" w:space="0" w:color="auto"/>
        <w:left w:val="none" w:sz="0" w:space="0" w:color="auto"/>
        <w:bottom w:val="none" w:sz="0" w:space="0" w:color="auto"/>
        <w:right w:val="none" w:sz="0" w:space="0" w:color="auto"/>
      </w:divBdr>
    </w:div>
    <w:div w:id="1676227718">
      <w:bodyDiv w:val="1"/>
      <w:marLeft w:val="0"/>
      <w:marRight w:val="0"/>
      <w:marTop w:val="0"/>
      <w:marBottom w:val="0"/>
      <w:divBdr>
        <w:top w:val="none" w:sz="0" w:space="0" w:color="auto"/>
        <w:left w:val="none" w:sz="0" w:space="0" w:color="auto"/>
        <w:bottom w:val="none" w:sz="0" w:space="0" w:color="auto"/>
        <w:right w:val="none" w:sz="0" w:space="0" w:color="auto"/>
      </w:divBdr>
    </w:div>
    <w:div w:id="1680741775">
      <w:bodyDiv w:val="1"/>
      <w:marLeft w:val="0"/>
      <w:marRight w:val="0"/>
      <w:marTop w:val="0"/>
      <w:marBottom w:val="0"/>
      <w:divBdr>
        <w:top w:val="none" w:sz="0" w:space="0" w:color="auto"/>
        <w:left w:val="none" w:sz="0" w:space="0" w:color="auto"/>
        <w:bottom w:val="none" w:sz="0" w:space="0" w:color="auto"/>
        <w:right w:val="none" w:sz="0" w:space="0" w:color="auto"/>
      </w:divBdr>
    </w:div>
    <w:div w:id="1681201673">
      <w:bodyDiv w:val="1"/>
      <w:marLeft w:val="0"/>
      <w:marRight w:val="0"/>
      <w:marTop w:val="0"/>
      <w:marBottom w:val="0"/>
      <w:divBdr>
        <w:top w:val="none" w:sz="0" w:space="0" w:color="auto"/>
        <w:left w:val="none" w:sz="0" w:space="0" w:color="auto"/>
        <w:bottom w:val="none" w:sz="0" w:space="0" w:color="auto"/>
        <w:right w:val="none" w:sz="0" w:space="0" w:color="auto"/>
      </w:divBdr>
    </w:div>
    <w:div w:id="1682510952">
      <w:bodyDiv w:val="1"/>
      <w:marLeft w:val="0"/>
      <w:marRight w:val="0"/>
      <w:marTop w:val="0"/>
      <w:marBottom w:val="0"/>
      <w:divBdr>
        <w:top w:val="none" w:sz="0" w:space="0" w:color="auto"/>
        <w:left w:val="none" w:sz="0" w:space="0" w:color="auto"/>
        <w:bottom w:val="none" w:sz="0" w:space="0" w:color="auto"/>
        <w:right w:val="none" w:sz="0" w:space="0" w:color="auto"/>
      </w:divBdr>
    </w:div>
    <w:div w:id="1682782048">
      <w:bodyDiv w:val="1"/>
      <w:marLeft w:val="0"/>
      <w:marRight w:val="0"/>
      <w:marTop w:val="0"/>
      <w:marBottom w:val="0"/>
      <w:divBdr>
        <w:top w:val="none" w:sz="0" w:space="0" w:color="auto"/>
        <w:left w:val="none" w:sz="0" w:space="0" w:color="auto"/>
        <w:bottom w:val="none" w:sz="0" w:space="0" w:color="auto"/>
        <w:right w:val="none" w:sz="0" w:space="0" w:color="auto"/>
      </w:divBdr>
    </w:div>
    <w:div w:id="1683782834">
      <w:bodyDiv w:val="1"/>
      <w:marLeft w:val="0"/>
      <w:marRight w:val="0"/>
      <w:marTop w:val="0"/>
      <w:marBottom w:val="0"/>
      <w:divBdr>
        <w:top w:val="none" w:sz="0" w:space="0" w:color="auto"/>
        <w:left w:val="none" w:sz="0" w:space="0" w:color="auto"/>
        <w:bottom w:val="none" w:sz="0" w:space="0" w:color="auto"/>
        <w:right w:val="none" w:sz="0" w:space="0" w:color="auto"/>
      </w:divBdr>
    </w:div>
    <w:div w:id="1685981327">
      <w:bodyDiv w:val="1"/>
      <w:marLeft w:val="0"/>
      <w:marRight w:val="0"/>
      <w:marTop w:val="0"/>
      <w:marBottom w:val="0"/>
      <w:divBdr>
        <w:top w:val="none" w:sz="0" w:space="0" w:color="auto"/>
        <w:left w:val="none" w:sz="0" w:space="0" w:color="auto"/>
        <w:bottom w:val="none" w:sz="0" w:space="0" w:color="auto"/>
        <w:right w:val="none" w:sz="0" w:space="0" w:color="auto"/>
      </w:divBdr>
    </w:div>
    <w:div w:id="1687511991">
      <w:bodyDiv w:val="1"/>
      <w:marLeft w:val="0"/>
      <w:marRight w:val="0"/>
      <w:marTop w:val="0"/>
      <w:marBottom w:val="0"/>
      <w:divBdr>
        <w:top w:val="none" w:sz="0" w:space="0" w:color="auto"/>
        <w:left w:val="none" w:sz="0" w:space="0" w:color="auto"/>
        <w:bottom w:val="none" w:sz="0" w:space="0" w:color="auto"/>
        <w:right w:val="none" w:sz="0" w:space="0" w:color="auto"/>
      </w:divBdr>
    </w:div>
    <w:div w:id="1689067558">
      <w:bodyDiv w:val="1"/>
      <w:marLeft w:val="0"/>
      <w:marRight w:val="0"/>
      <w:marTop w:val="0"/>
      <w:marBottom w:val="0"/>
      <w:divBdr>
        <w:top w:val="none" w:sz="0" w:space="0" w:color="auto"/>
        <w:left w:val="none" w:sz="0" w:space="0" w:color="auto"/>
        <w:bottom w:val="none" w:sz="0" w:space="0" w:color="auto"/>
        <w:right w:val="none" w:sz="0" w:space="0" w:color="auto"/>
      </w:divBdr>
    </w:div>
    <w:div w:id="1690598564">
      <w:bodyDiv w:val="1"/>
      <w:marLeft w:val="0"/>
      <w:marRight w:val="0"/>
      <w:marTop w:val="0"/>
      <w:marBottom w:val="0"/>
      <w:divBdr>
        <w:top w:val="none" w:sz="0" w:space="0" w:color="auto"/>
        <w:left w:val="none" w:sz="0" w:space="0" w:color="auto"/>
        <w:bottom w:val="none" w:sz="0" w:space="0" w:color="auto"/>
        <w:right w:val="none" w:sz="0" w:space="0" w:color="auto"/>
      </w:divBdr>
    </w:div>
    <w:div w:id="1691099995">
      <w:bodyDiv w:val="1"/>
      <w:marLeft w:val="0"/>
      <w:marRight w:val="0"/>
      <w:marTop w:val="0"/>
      <w:marBottom w:val="0"/>
      <w:divBdr>
        <w:top w:val="none" w:sz="0" w:space="0" w:color="auto"/>
        <w:left w:val="none" w:sz="0" w:space="0" w:color="auto"/>
        <w:bottom w:val="none" w:sz="0" w:space="0" w:color="auto"/>
        <w:right w:val="none" w:sz="0" w:space="0" w:color="auto"/>
      </w:divBdr>
    </w:div>
    <w:div w:id="1691681830">
      <w:bodyDiv w:val="1"/>
      <w:marLeft w:val="0"/>
      <w:marRight w:val="0"/>
      <w:marTop w:val="0"/>
      <w:marBottom w:val="0"/>
      <w:divBdr>
        <w:top w:val="none" w:sz="0" w:space="0" w:color="auto"/>
        <w:left w:val="none" w:sz="0" w:space="0" w:color="auto"/>
        <w:bottom w:val="none" w:sz="0" w:space="0" w:color="auto"/>
        <w:right w:val="none" w:sz="0" w:space="0" w:color="auto"/>
      </w:divBdr>
    </w:div>
    <w:div w:id="1691948363">
      <w:bodyDiv w:val="1"/>
      <w:marLeft w:val="0"/>
      <w:marRight w:val="0"/>
      <w:marTop w:val="0"/>
      <w:marBottom w:val="0"/>
      <w:divBdr>
        <w:top w:val="none" w:sz="0" w:space="0" w:color="auto"/>
        <w:left w:val="none" w:sz="0" w:space="0" w:color="auto"/>
        <w:bottom w:val="none" w:sz="0" w:space="0" w:color="auto"/>
        <w:right w:val="none" w:sz="0" w:space="0" w:color="auto"/>
      </w:divBdr>
    </w:div>
    <w:div w:id="1694762234">
      <w:bodyDiv w:val="1"/>
      <w:marLeft w:val="0"/>
      <w:marRight w:val="0"/>
      <w:marTop w:val="0"/>
      <w:marBottom w:val="0"/>
      <w:divBdr>
        <w:top w:val="none" w:sz="0" w:space="0" w:color="auto"/>
        <w:left w:val="none" w:sz="0" w:space="0" w:color="auto"/>
        <w:bottom w:val="none" w:sz="0" w:space="0" w:color="auto"/>
        <w:right w:val="none" w:sz="0" w:space="0" w:color="auto"/>
      </w:divBdr>
    </w:div>
    <w:div w:id="1695837849">
      <w:bodyDiv w:val="1"/>
      <w:marLeft w:val="0"/>
      <w:marRight w:val="0"/>
      <w:marTop w:val="0"/>
      <w:marBottom w:val="0"/>
      <w:divBdr>
        <w:top w:val="none" w:sz="0" w:space="0" w:color="auto"/>
        <w:left w:val="none" w:sz="0" w:space="0" w:color="auto"/>
        <w:bottom w:val="none" w:sz="0" w:space="0" w:color="auto"/>
        <w:right w:val="none" w:sz="0" w:space="0" w:color="auto"/>
      </w:divBdr>
    </w:div>
    <w:div w:id="1697349631">
      <w:bodyDiv w:val="1"/>
      <w:marLeft w:val="0"/>
      <w:marRight w:val="0"/>
      <w:marTop w:val="0"/>
      <w:marBottom w:val="0"/>
      <w:divBdr>
        <w:top w:val="none" w:sz="0" w:space="0" w:color="auto"/>
        <w:left w:val="none" w:sz="0" w:space="0" w:color="auto"/>
        <w:bottom w:val="none" w:sz="0" w:space="0" w:color="auto"/>
        <w:right w:val="none" w:sz="0" w:space="0" w:color="auto"/>
      </w:divBdr>
    </w:div>
    <w:div w:id="1699891044">
      <w:bodyDiv w:val="1"/>
      <w:marLeft w:val="0"/>
      <w:marRight w:val="0"/>
      <w:marTop w:val="0"/>
      <w:marBottom w:val="0"/>
      <w:divBdr>
        <w:top w:val="none" w:sz="0" w:space="0" w:color="auto"/>
        <w:left w:val="none" w:sz="0" w:space="0" w:color="auto"/>
        <w:bottom w:val="none" w:sz="0" w:space="0" w:color="auto"/>
        <w:right w:val="none" w:sz="0" w:space="0" w:color="auto"/>
      </w:divBdr>
    </w:div>
    <w:div w:id="1702239386">
      <w:bodyDiv w:val="1"/>
      <w:marLeft w:val="0"/>
      <w:marRight w:val="0"/>
      <w:marTop w:val="0"/>
      <w:marBottom w:val="0"/>
      <w:divBdr>
        <w:top w:val="none" w:sz="0" w:space="0" w:color="auto"/>
        <w:left w:val="none" w:sz="0" w:space="0" w:color="auto"/>
        <w:bottom w:val="none" w:sz="0" w:space="0" w:color="auto"/>
        <w:right w:val="none" w:sz="0" w:space="0" w:color="auto"/>
      </w:divBdr>
    </w:div>
    <w:div w:id="1702970690">
      <w:bodyDiv w:val="1"/>
      <w:marLeft w:val="0"/>
      <w:marRight w:val="0"/>
      <w:marTop w:val="0"/>
      <w:marBottom w:val="0"/>
      <w:divBdr>
        <w:top w:val="none" w:sz="0" w:space="0" w:color="auto"/>
        <w:left w:val="none" w:sz="0" w:space="0" w:color="auto"/>
        <w:bottom w:val="none" w:sz="0" w:space="0" w:color="auto"/>
        <w:right w:val="none" w:sz="0" w:space="0" w:color="auto"/>
      </w:divBdr>
    </w:div>
    <w:div w:id="1707674415">
      <w:bodyDiv w:val="1"/>
      <w:marLeft w:val="0"/>
      <w:marRight w:val="0"/>
      <w:marTop w:val="0"/>
      <w:marBottom w:val="0"/>
      <w:divBdr>
        <w:top w:val="none" w:sz="0" w:space="0" w:color="auto"/>
        <w:left w:val="none" w:sz="0" w:space="0" w:color="auto"/>
        <w:bottom w:val="none" w:sz="0" w:space="0" w:color="auto"/>
        <w:right w:val="none" w:sz="0" w:space="0" w:color="auto"/>
      </w:divBdr>
    </w:div>
    <w:div w:id="1708987991">
      <w:bodyDiv w:val="1"/>
      <w:marLeft w:val="0"/>
      <w:marRight w:val="0"/>
      <w:marTop w:val="0"/>
      <w:marBottom w:val="0"/>
      <w:divBdr>
        <w:top w:val="none" w:sz="0" w:space="0" w:color="auto"/>
        <w:left w:val="none" w:sz="0" w:space="0" w:color="auto"/>
        <w:bottom w:val="none" w:sz="0" w:space="0" w:color="auto"/>
        <w:right w:val="none" w:sz="0" w:space="0" w:color="auto"/>
      </w:divBdr>
    </w:div>
    <w:div w:id="1709376541">
      <w:bodyDiv w:val="1"/>
      <w:marLeft w:val="0"/>
      <w:marRight w:val="0"/>
      <w:marTop w:val="0"/>
      <w:marBottom w:val="0"/>
      <w:divBdr>
        <w:top w:val="none" w:sz="0" w:space="0" w:color="auto"/>
        <w:left w:val="none" w:sz="0" w:space="0" w:color="auto"/>
        <w:bottom w:val="none" w:sz="0" w:space="0" w:color="auto"/>
        <w:right w:val="none" w:sz="0" w:space="0" w:color="auto"/>
      </w:divBdr>
    </w:div>
    <w:div w:id="1710687303">
      <w:bodyDiv w:val="1"/>
      <w:marLeft w:val="0"/>
      <w:marRight w:val="0"/>
      <w:marTop w:val="0"/>
      <w:marBottom w:val="0"/>
      <w:divBdr>
        <w:top w:val="none" w:sz="0" w:space="0" w:color="auto"/>
        <w:left w:val="none" w:sz="0" w:space="0" w:color="auto"/>
        <w:bottom w:val="none" w:sz="0" w:space="0" w:color="auto"/>
        <w:right w:val="none" w:sz="0" w:space="0" w:color="auto"/>
      </w:divBdr>
    </w:div>
    <w:div w:id="1711568206">
      <w:bodyDiv w:val="1"/>
      <w:marLeft w:val="0"/>
      <w:marRight w:val="0"/>
      <w:marTop w:val="0"/>
      <w:marBottom w:val="0"/>
      <w:divBdr>
        <w:top w:val="none" w:sz="0" w:space="0" w:color="auto"/>
        <w:left w:val="none" w:sz="0" w:space="0" w:color="auto"/>
        <w:bottom w:val="none" w:sz="0" w:space="0" w:color="auto"/>
        <w:right w:val="none" w:sz="0" w:space="0" w:color="auto"/>
      </w:divBdr>
    </w:div>
    <w:div w:id="1712654724">
      <w:bodyDiv w:val="1"/>
      <w:marLeft w:val="0"/>
      <w:marRight w:val="0"/>
      <w:marTop w:val="0"/>
      <w:marBottom w:val="0"/>
      <w:divBdr>
        <w:top w:val="none" w:sz="0" w:space="0" w:color="auto"/>
        <w:left w:val="none" w:sz="0" w:space="0" w:color="auto"/>
        <w:bottom w:val="none" w:sz="0" w:space="0" w:color="auto"/>
        <w:right w:val="none" w:sz="0" w:space="0" w:color="auto"/>
      </w:divBdr>
    </w:div>
    <w:div w:id="1714114153">
      <w:bodyDiv w:val="1"/>
      <w:marLeft w:val="0"/>
      <w:marRight w:val="0"/>
      <w:marTop w:val="0"/>
      <w:marBottom w:val="0"/>
      <w:divBdr>
        <w:top w:val="none" w:sz="0" w:space="0" w:color="auto"/>
        <w:left w:val="none" w:sz="0" w:space="0" w:color="auto"/>
        <w:bottom w:val="none" w:sz="0" w:space="0" w:color="auto"/>
        <w:right w:val="none" w:sz="0" w:space="0" w:color="auto"/>
      </w:divBdr>
    </w:div>
    <w:div w:id="1714386685">
      <w:bodyDiv w:val="1"/>
      <w:marLeft w:val="0"/>
      <w:marRight w:val="0"/>
      <w:marTop w:val="0"/>
      <w:marBottom w:val="0"/>
      <w:divBdr>
        <w:top w:val="none" w:sz="0" w:space="0" w:color="auto"/>
        <w:left w:val="none" w:sz="0" w:space="0" w:color="auto"/>
        <w:bottom w:val="none" w:sz="0" w:space="0" w:color="auto"/>
        <w:right w:val="none" w:sz="0" w:space="0" w:color="auto"/>
      </w:divBdr>
    </w:div>
    <w:div w:id="1714503161">
      <w:bodyDiv w:val="1"/>
      <w:marLeft w:val="0"/>
      <w:marRight w:val="0"/>
      <w:marTop w:val="0"/>
      <w:marBottom w:val="0"/>
      <w:divBdr>
        <w:top w:val="none" w:sz="0" w:space="0" w:color="auto"/>
        <w:left w:val="none" w:sz="0" w:space="0" w:color="auto"/>
        <w:bottom w:val="none" w:sz="0" w:space="0" w:color="auto"/>
        <w:right w:val="none" w:sz="0" w:space="0" w:color="auto"/>
      </w:divBdr>
    </w:div>
    <w:div w:id="1714621182">
      <w:bodyDiv w:val="1"/>
      <w:marLeft w:val="0"/>
      <w:marRight w:val="0"/>
      <w:marTop w:val="0"/>
      <w:marBottom w:val="0"/>
      <w:divBdr>
        <w:top w:val="none" w:sz="0" w:space="0" w:color="auto"/>
        <w:left w:val="none" w:sz="0" w:space="0" w:color="auto"/>
        <w:bottom w:val="none" w:sz="0" w:space="0" w:color="auto"/>
        <w:right w:val="none" w:sz="0" w:space="0" w:color="auto"/>
      </w:divBdr>
    </w:div>
    <w:div w:id="1715276616">
      <w:bodyDiv w:val="1"/>
      <w:marLeft w:val="0"/>
      <w:marRight w:val="0"/>
      <w:marTop w:val="0"/>
      <w:marBottom w:val="0"/>
      <w:divBdr>
        <w:top w:val="none" w:sz="0" w:space="0" w:color="auto"/>
        <w:left w:val="none" w:sz="0" w:space="0" w:color="auto"/>
        <w:bottom w:val="none" w:sz="0" w:space="0" w:color="auto"/>
        <w:right w:val="none" w:sz="0" w:space="0" w:color="auto"/>
      </w:divBdr>
    </w:div>
    <w:div w:id="1716806872">
      <w:bodyDiv w:val="1"/>
      <w:marLeft w:val="0"/>
      <w:marRight w:val="0"/>
      <w:marTop w:val="0"/>
      <w:marBottom w:val="0"/>
      <w:divBdr>
        <w:top w:val="none" w:sz="0" w:space="0" w:color="auto"/>
        <w:left w:val="none" w:sz="0" w:space="0" w:color="auto"/>
        <w:bottom w:val="none" w:sz="0" w:space="0" w:color="auto"/>
        <w:right w:val="none" w:sz="0" w:space="0" w:color="auto"/>
      </w:divBdr>
    </w:div>
    <w:div w:id="1717584675">
      <w:bodyDiv w:val="1"/>
      <w:marLeft w:val="0"/>
      <w:marRight w:val="0"/>
      <w:marTop w:val="0"/>
      <w:marBottom w:val="0"/>
      <w:divBdr>
        <w:top w:val="none" w:sz="0" w:space="0" w:color="auto"/>
        <w:left w:val="none" w:sz="0" w:space="0" w:color="auto"/>
        <w:bottom w:val="none" w:sz="0" w:space="0" w:color="auto"/>
        <w:right w:val="none" w:sz="0" w:space="0" w:color="auto"/>
      </w:divBdr>
    </w:div>
    <w:div w:id="1719469499">
      <w:bodyDiv w:val="1"/>
      <w:marLeft w:val="0"/>
      <w:marRight w:val="0"/>
      <w:marTop w:val="0"/>
      <w:marBottom w:val="0"/>
      <w:divBdr>
        <w:top w:val="none" w:sz="0" w:space="0" w:color="auto"/>
        <w:left w:val="none" w:sz="0" w:space="0" w:color="auto"/>
        <w:bottom w:val="none" w:sz="0" w:space="0" w:color="auto"/>
        <w:right w:val="none" w:sz="0" w:space="0" w:color="auto"/>
      </w:divBdr>
    </w:div>
    <w:div w:id="1720744626">
      <w:bodyDiv w:val="1"/>
      <w:marLeft w:val="0"/>
      <w:marRight w:val="0"/>
      <w:marTop w:val="0"/>
      <w:marBottom w:val="0"/>
      <w:divBdr>
        <w:top w:val="none" w:sz="0" w:space="0" w:color="auto"/>
        <w:left w:val="none" w:sz="0" w:space="0" w:color="auto"/>
        <w:bottom w:val="none" w:sz="0" w:space="0" w:color="auto"/>
        <w:right w:val="none" w:sz="0" w:space="0" w:color="auto"/>
      </w:divBdr>
    </w:div>
    <w:div w:id="1726370628">
      <w:bodyDiv w:val="1"/>
      <w:marLeft w:val="0"/>
      <w:marRight w:val="0"/>
      <w:marTop w:val="0"/>
      <w:marBottom w:val="0"/>
      <w:divBdr>
        <w:top w:val="none" w:sz="0" w:space="0" w:color="auto"/>
        <w:left w:val="none" w:sz="0" w:space="0" w:color="auto"/>
        <w:bottom w:val="none" w:sz="0" w:space="0" w:color="auto"/>
        <w:right w:val="none" w:sz="0" w:space="0" w:color="auto"/>
      </w:divBdr>
    </w:div>
    <w:div w:id="1728919248">
      <w:bodyDiv w:val="1"/>
      <w:marLeft w:val="0"/>
      <w:marRight w:val="0"/>
      <w:marTop w:val="0"/>
      <w:marBottom w:val="0"/>
      <w:divBdr>
        <w:top w:val="none" w:sz="0" w:space="0" w:color="auto"/>
        <w:left w:val="none" w:sz="0" w:space="0" w:color="auto"/>
        <w:bottom w:val="none" w:sz="0" w:space="0" w:color="auto"/>
        <w:right w:val="none" w:sz="0" w:space="0" w:color="auto"/>
      </w:divBdr>
    </w:div>
    <w:div w:id="1729107574">
      <w:bodyDiv w:val="1"/>
      <w:marLeft w:val="0"/>
      <w:marRight w:val="0"/>
      <w:marTop w:val="0"/>
      <w:marBottom w:val="0"/>
      <w:divBdr>
        <w:top w:val="none" w:sz="0" w:space="0" w:color="auto"/>
        <w:left w:val="none" w:sz="0" w:space="0" w:color="auto"/>
        <w:bottom w:val="none" w:sz="0" w:space="0" w:color="auto"/>
        <w:right w:val="none" w:sz="0" w:space="0" w:color="auto"/>
      </w:divBdr>
    </w:div>
    <w:div w:id="1729915772">
      <w:bodyDiv w:val="1"/>
      <w:marLeft w:val="0"/>
      <w:marRight w:val="0"/>
      <w:marTop w:val="0"/>
      <w:marBottom w:val="0"/>
      <w:divBdr>
        <w:top w:val="none" w:sz="0" w:space="0" w:color="auto"/>
        <w:left w:val="none" w:sz="0" w:space="0" w:color="auto"/>
        <w:bottom w:val="none" w:sz="0" w:space="0" w:color="auto"/>
        <w:right w:val="none" w:sz="0" w:space="0" w:color="auto"/>
      </w:divBdr>
    </w:div>
    <w:div w:id="1730687146">
      <w:bodyDiv w:val="1"/>
      <w:marLeft w:val="0"/>
      <w:marRight w:val="0"/>
      <w:marTop w:val="0"/>
      <w:marBottom w:val="0"/>
      <w:divBdr>
        <w:top w:val="none" w:sz="0" w:space="0" w:color="auto"/>
        <w:left w:val="none" w:sz="0" w:space="0" w:color="auto"/>
        <w:bottom w:val="none" w:sz="0" w:space="0" w:color="auto"/>
        <w:right w:val="none" w:sz="0" w:space="0" w:color="auto"/>
      </w:divBdr>
    </w:div>
    <w:div w:id="1731228036">
      <w:bodyDiv w:val="1"/>
      <w:marLeft w:val="0"/>
      <w:marRight w:val="0"/>
      <w:marTop w:val="0"/>
      <w:marBottom w:val="0"/>
      <w:divBdr>
        <w:top w:val="none" w:sz="0" w:space="0" w:color="auto"/>
        <w:left w:val="none" w:sz="0" w:space="0" w:color="auto"/>
        <w:bottom w:val="none" w:sz="0" w:space="0" w:color="auto"/>
        <w:right w:val="none" w:sz="0" w:space="0" w:color="auto"/>
      </w:divBdr>
    </w:div>
    <w:div w:id="1734504912">
      <w:bodyDiv w:val="1"/>
      <w:marLeft w:val="0"/>
      <w:marRight w:val="0"/>
      <w:marTop w:val="0"/>
      <w:marBottom w:val="0"/>
      <w:divBdr>
        <w:top w:val="none" w:sz="0" w:space="0" w:color="auto"/>
        <w:left w:val="none" w:sz="0" w:space="0" w:color="auto"/>
        <w:bottom w:val="none" w:sz="0" w:space="0" w:color="auto"/>
        <w:right w:val="none" w:sz="0" w:space="0" w:color="auto"/>
      </w:divBdr>
    </w:div>
    <w:div w:id="1734690902">
      <w:bodyDiv w:val="1"/>
      <w:marLeft w:val="0"/>
      <w:marRight w:val="0"/>
      <w:marTop w:val="0"/>
      <w:marBottom w:val="0"/>
      <w:divBdr>
        <w:top w:val="none" w:sz="0" w:space="0" w:color="auto"/>
        <w:left w:val="none" w:sz="0" w:space="0" w:color="auto"/>
        <w:bottom w:val="none" w:sz="0" w:space="0" w:color="auto"/>
        <w:right w:val="none" w:sz="0" w:space="0" w:color="auto"/>
      </w:divBdr>
    </w:div>
    <w:div w:id="1736198890">
      <w:bodyDiv w:val="1"/>
      <w:marLeft w:val="0"/>
      <w:marRight w:val="0"/>
      <w:marTop w:val="0"/>
      <w:marBottom w:val="0"/>
      <w:divBdr>
        <w:top w:val="none" w:sz="0" w:space="0" w:color="auto"/>
        <w:left w:val="none" w:sz="0" w:space="0" w:color="auto"/>
        <w:bottom w:val="none" w:sz="0" w:space="0" w:color="auto"/>
        <w:right w:val="none" w:sz="0" w:space="0" w:color="auto"/>
      </w:divBdr>
    </w:div>
    <w:div w:id="1736509606">
      <w:bodyDiv w:val="1"/>
      <w:marLeft w:val="0"/>
      <w:marRight w:val="0"/>
      <w:marTop w:val="0"/>
      <w:marBottom w:val="0"/>
      <w:divBdr>
        <w:top w:val="none" w:sz="0" w:space="0" w:color="auto"/>
        <w:left w:val="none" w:sz="0" w:space="0" w:color="auto"/>
        <w:bottom w:val="none" w:sz="0" w:space="0" w:color="auto"/>
        <w:right w:val="none" w:sz="0" w:space="0" w:color="auto"/>
      </w:divBdr>
    </w:div>
    <w:div w:id="1736967998">
      <w:bodyDiv w:val="1"/>
      <w:marLeft w:val="0"/>
      <w:marRight w:val="0"/>
      <w:marTop w:val="0"/>
      <w:marBottom w:val="0"/>
      <w:divBdr>
        <w:top w:val="none" w:sz="0" w:space="0" w:color="auto"/>
        <w:left w:val="none" w:sz="0" w:space="0" w:color="auto"/>
        <w:bottom w:val="none" w:sz="0" w:space="0" w:color="auto"/>
        <w:right w:val="none" w:sz="0" w:space="0" w:color="auto"/>
      </w:divBdr>
    </w:div>
    <w:div w:id="1738740579">
      <w:bodyDiv w:val="1"/>
      <w:marLeft w:val="0"/>
      <w:marRight w:val="0"/>
      <w:marTop w:val="0"/>
      <w:marBottom w:val="0"/>
      <w:divBdr>
        <w:top w:val="none" w:sz="0" w:space="0" w:color="auto"/>
        <w:left w:val="none" w:sz="0" w:space="0" w:color="auto"/>
        <w:bottom w:val="none" w:sz="0" w:space="0" w:color="auto"/>
        <w:right w:val="none" w:sz="0" w:space="0" w:color="auto"/>
      </w:divBdr>
    </w:div>
    <w:div w:id="1741516345">
      <w:bodyDiv w:val="1"/>
      <w:marLeft w:val="0"/>
      <w:marRight w:val="0"/>
      <w:marTop w:val="0"/>
      <w:marBottom w:val="0"/>
      <w:divBdr>
        <w:top w:val="none" w:sz="0" w:space="0" w:color="auto"/>
        <w:left w:val="none" w:sz="0" w:space="0" w:color="auto"/>
        <w:bottom w:val="none" w:sz="0" w:space="0" w:color="auto"/>
        <w:right w:val="none" w:sz="0" w:space="0" w:color="auto"/>
      </w:divBdr>
    </w:div>
    <w:div w:id="1747610613">
      <w:bodyDiv w:val="1"/>
      <w:marLeft w:val="0"/>
      <w:marRight w:val="0"/>
      <w:marTop w:val="0"/>
      <w:marBottom w:val="0"/>
      <w:divBdr>
        <w:top w:val="none" w:sz="0" w:space="0" w:color="auto"/>
        <w:left w:val="none" w:sz="0" w:space="0" w:color="auto"/>
        <w:bottom w:val="none" w:sz="0" w:space="0" w:color="auto"/>
        <w:right w:val="none" w:sz="0" w:space="0" w:color="auto"/>
      </w:divBdr>
    </w:div>
    <w:div w:id="1747877788">
      <w:bodyDiv w:val="1"/>
      <w:marLeft w:val="0"/>
      <w:marRight w:val="0"/>
      <w:marTop w:val="0"/>
      <w:marBottom w:val="0"/>
      <w:divBdr>
        <w:top w:val="none" w:sz="0" w:space="0" w:color="auto"/>
        <w:left w:val="none" w:sz="0" w:space="0" w:color="auto"/>
        <w:bottom w:val="none" w:sz="0" w:space="0" w:color="auto"/>
        <w:right w:val="none" w:sz="0" w:space="0" w:color="auto"/>
      </w:divBdr>
    </w:div>
    <w:div w:id="1748847011">
      <w:bodyDiv w:val="1"/>
      <w:marLeft w:val="0"/>
      <w:marRight w:val="0"/>
      <w:marTop w:val="0"/>
      <w:marBottom w:val="0"/>
      <w:divBdr>
        <w:top w:val="none" w:sz="0" w:space="0" w:color="auto"/>
        <w:left w:val="none" w:sz="0" w:space="0" w:color="auto"/>
        <w:bottom w:val="none" w:sz="0" w:space="0" w:color="auto"/>
        <w:right w:val="none" w:sz="0" w:space="0" w:color="auto"/>
      </w:divBdr>
    </w:div>
    <w:div w:id="1749493568">
      <w:bodyDiv w:val="1"/>
      <w:marLeft w:val="0"/>
      <w:marRight w:val="0"/>
      <w:marTop w:val="0"/>
      <w:marBottom w:val="0"/>
      <w:divBdr>
        <w:top w:val="none" w:sz="0" w:space="0" w:color="auto"/>
        <w:left w:val="none" w:sz="0" w:space="0" w:color="auto"/>
        <w:bottom w:val="none" w:sz="0" w:space="0" w:color="auto"/>
        <w:right w:val="none" w:sz="0" w:space="0" w:color="auto"/>
      </w:divBdr>
    </w:div>
    <w:div w:id="1749494496">
      <w:bodyDiv w:val="1"/>
      <w:marLeft w:val="0"/>
      <w:marRight w:val="0"/>
      <w:marTop w:val="0"/>
      <w:marBottom w:val="0"/>
      <w:divBdr>
        <w:top w:val="none" w:sz="0" w:space="0" w:color="auto"/>
        <w:left w:val="none" w:sz="0" w:space="0" w:color="auto"/>
        <w:bottom w:val="none" w:sz="0" w:space="0" w:color="auto"/>
        <w:right w:val="none" w:sz="0" w:space="0" w:color="auto"/>
      </w:divBdr>
    </w:div>
    <w:div w:id="1749575030">
      <w:bodyDiv w:val="1"/>
      <w:marLeft w:val="0"/>
      <w:marRight w:val="0"/>
      <w:marTop w:val="0"/>
      <w:marBottom w:val="0"/>
      <w:divBdr>
        <w:top w:val="none" w:sz="0" w:space="0" w:color="auto"/>
        <w:left w:val="none" w:sz="0" w:space="0" w:color="auto"/>
        <w:bottom w:val="none" w:sz="0" w:space="0" w:color="auto"/>
        <w:right w:val="none" w:sz="0" w:space="0" w:color="auto"/>
      </w:divBdr>
    </w:div>
    <w:div w:id="1749688679">
      <w:bodyDiv w:val="1"/>
      <w:marLeft w:val="0"/>
      <w:marRight w:val="0"/>
      <w:marTop w:val="0"/>
      <w:marBottom w:val="0"/>
      <w:divBdr>
        <w:top w:val="none" w:sz="0" w:space="0" w:color="auto"/>
        <w:left w:val="none" w:sz="0" w:space="0" w:color="auto"/>
        <w:bottom w:val="none" w:sz="0" w:space="0" w:color="auto"/>
        <w:right w:val="none" w:sz="0" w:space="0" w:color="auto"/>
      </w:divBdr>
    </w:div>
    <w:div w:id="1750225494">
      <w:bodyDiv w:val="1"/>
      <w:marLeft w:val="0"/>
      <w:marRight w:val="0"/>
      <w:marTop w:val="0"/>
      <w:marBottom w:val="0"/>
      <w:divBdr>
        <w:top w:val="none" w:sz="0" w:space="0" w:color="auto"/>
        <w:left w:val="none" w:sz="0" w:space="0" w:color="auto"/>
        <w:bottom w:val="none" w:sz="0" w:space="0" w:color="auto"/>
        <w:right w:val="none" w:sz="0" w:space="0" w:color="auto"/>
      </w:divBdr>
    </w:div>
    <w:div w:id="1750615124">
      <w:bodyDiv w:val="1"/>
      <w:marLeft w:val="0"/>
      <w:marRight w:val="0"/>
      <w:marTop w:val="0"/>
      <w:marBottom w:val="0"/>
      <w:divBdr>
        <w:top w:val="none" w:sz="0" w:space="0" w:color="auto"/>
        <w:left w:val="none" w:sz="0" w:space="0" w:color="auto"/>
        <w:bottom w:val="none" w:sz="0" w:space="0" w:color="auto"/>
        <w:right w:val="none" w:sz="0" w:space="0" w:color="auto"/>
      </w:divBdr>
    </w:div>
    <w:div w:id="1750615737">
      <w:bodyDiv w:val="1"/>
      <w:marLeft w:val="0"/>
      <w:marRight w:val="0"/>
      <w:marTop w:val="0"/>
      <w:marBottom w:val="0"/>
      <w:divBdr>
        <w:top w:val="none" w:sz="0" w:space="0" w:color="auto"/>
        <w:left w:val="none" w:sz="0" w:space="0" w:color="auto"/>
        <w:bottom w:val="none" w:sz="0" w:space="0" w:color="auto"/>
        <w:right w:val="none" w:sz="0" w:space="0" w:color="auto"/>
      </w:divBdr>
    </w:div>
    <w:div w:id="1751004318">
      <w:bodyDiv w:val="1"/>
      <w:marLeft w:val="0"/>
      <w:marRight w:val="0"/>
      <w:marTop w:val="0"/>
      <w:marBottom w:val="0"/>
      <w:divBdr>
        <w:top w:val="none" w:sz="0" w:space="0" w:color="auto"/>
        <w:left w:val="none" w:sz="0" w:space="0" w:color="auto"/>
        <w:bottom w:val="none" w:sz="0" w:space="0" w:color="auto"/>
        <w:right w:val="none" w:sz="0" w:space="0" w:color="auto"/>
      </w:divBdr>
    </w:div>
    <w:div w:id="1751194861">
      <w:bodyDiv w:val="1"/>
      <w:marLeft w:val="0"/>
      <w:marRight w:val="0"/>
      <w:marTop w:val="0"/>
      <w:marBottom w:val="0"/>
      <w:divBdr>
        <w:top w:val="none" w:sz="0" w:space="0" w:color="auto"/>
        <w:left w:val="none" w:sz="0" w:space="0" w:color="auto"/>
        <w:bottom w:val="none" w:sz="0" w:space="0" w:color="auto"/>
        <w:right w:val="none" w:sz="0" w:space="0" w:color="auto"/>
      </w:divBdr>
    </w:div>
    <w:div w:id="1752853933">
      <w:bodyDiv w:val="1"/>
      <w:marLeft w:val="0"/>
      <w:marRight w:val="0"/>
      <w:marTop w:val="0"/>
      <w:marBottom w:val="0"/>
      <w:divBdr>
        <w:top w:val="none" w:sz="0" w:space="0" w:color="auto"/>
        <w:left w:val="none" w:sz="0" w:space="0" w:color="auto"/>
        <w:bottom w:val="none" w:sz="0" w:space="0" w:color="auto"/>
        <w:right w:val="none" w:sz="0" w:space="0" w:color="auto"/>
      </w:divBdr>
    </w:div>
    <w:div w:id="1753620093">
      <w:bodyDiv w:val="1"/>
      <w:marLeft w:val="0"/>
      <w:marRight w:val="0"/>
      <w:marTop w:val="0"/>
      <w:marBottom w:val="0"/>
      <w:divBdr>
        <w:top w:val="none" w:sz="0" w:space="0" w:color="auto"/>
        <w:left w:val="none" w:sz="0" w:space="0" w:color="auto"/>
        <w:bottom w:val="none" w:sz="0" w:space="0" w:color="auto"/>
        <w:right w:val="none" w:sz="0" w:space="0" w:color="auto"/>
      </w:divBdr>
    </w:div>
    <w:div w:id="1754617685">
      <w:bodyDiv w:val="1"/>
      <w:marLeft w:val="0"/>
      <w:marRight w:val="0"/>
      <w:marTop w:val="0"/>
      <w:marBottom w:val="0"/>
      <w:divBdr>
        <w:top w:val="none" w:sz="0" w:space="0" w:color="auto"/>
        <w:left w:val="none" w:sz="0" w:space="0" w:color="auto"/>
        <w:bottom w:val="none" w:sz="0" w:space="0" w:color="auto"/>
        <w:right w:val="none" w:sz="0" w:space="0" w:color="auto"/>
      </w:divBdr>
    </w:div>
    <w:div w:id="1754737039">
      <w:bodyDiv w:val="1"/>
      <w:marLeft w:val="0"/>
      <w:marRight w:val="0"/>
      <w:marTop w:val="0"/>
      <w:marBottom w:val="0"/>
      <w:divBdr>
        <w:top w:val="none" w:sz="0" w:space="0" w:color="auto"/>
        <w:left w:val="none" w:sz="0" w:space="0" w:color="auto"/>
        <w:bottom w:val="none" w:sz="0" w:space="0" w:color="auto"/>
        <w:right w:val="none" w:sz="0" w:space="0" w:color="auto"/>
      </w:divBdr>
    </w:div>
    <w:div w:id="1755391561">
      <w:bodyDiv w:val="1"/>
      <w:marLeft w:val="0"/>
      <w:marRight w:val="0"/>
      <w:marTop w:val="0"/>
      <w:marBottom w:val="0"/>
      <w:divBdr>
        <w:top w:val="none" w:sz="0" w:space="0" w:color="auto"/>
        <w:left w:val="none" w:sz="0" w:space="0" w:color="auto"/>
        <w:bottom w:val="none" w:sz="0" w:space="0" w:color="auto"/>
        <w:right w:val="none" w:sz="0" w:space="0" w:color="auto"/>
      </w:divBdr>
    </w:div>
    <w:div w:id="1755980391">
      <w:bodyDiv w:val="1"/>
      <w:marLeft w:val="0"/>
      <w:marRight w:val="0"/>
      <w:marTop w:val="0"/>
      <w:marBottom w:val="0"/>
      <w:divBdr>
        <w:top w:val="none" w:sz="0" w:space="0" w:color="auto"/>
        <w:left w:val="none" w:sz="0" w:space="0" w:color="auto"/>
        <w:bottom w:val="none" w:sz="0" w:space="0" w:color="auto"/>
        <w:right w:val="none" w:sz="0" w:space="0" w:color="auto"/>
      </w:divBdr>
    </w:div>
    <w:div w:id="1757049499">
      <w:bodyDiv w:val="1"/>
      <w:marLeft w:val="0"/>
      <w:marRight w:val="0"/>
      <w:marTop w:val="0"/>
      <w:marBottom w:val="0"/>
      <w:divBdr>
        <w:top w:val="none" w:sz="0" w:space="0" w:color="auto"/>
        <w:left w:val="none" w:sz="0" w:space="0" w:color="auto"/>
        <w:bottom w:val="none" w:sz="0" w:space="0" w:color="auto"/>
        <w:right w:val="none" w:sz="0" w:space="0" w:color="auto"/>
      </w:divBdr>
    </w:div>
    <w:div w:id="1757938703">
      <w:bodyDiv w:val="1"/>
      <w:marLeft w:val="0"/>
      <w:marRight w:val="0"/>
      <w:marTop w:val="0"/>
      <w:marBottom w:val="0"/>
      <w:divBdr>
        <w:top w:val="none" w:sz="0" w:space="0" w:color="auto"/>
        <w:left w:val="none" w:sz="0" w:space="0" w:color="auto"/>
        <w:bottom w:val="none" w:sz="0" w:space="0" w:color="auto"/>
        <w:right w:val="none" w:sz="0" w:space="0" w:color="auto"/>
      </w:divBdr>
    </w:div>
    <w:div w:id="1760062297">
      <w:bodyDiv w:val="1"/>
      <w:marLeft w:val="0"/>
      <w:marRight w:val="0"/>
      <w:marTop w:val="0"/>
      <w:marBottom w:val="0"/>
      <w:divBdr>
        <w:top w:val="none" w:sz="0" w:space="0" w:color="auto"/>
        <w:left w:val="none" w:sz="0" w:space="0" w:color="auto"/>
        <w:bottom w:val="none" w:sz="0" w:space="0" w:color="auto"/>
        <w:right w:val="none" w:sz="0" w:space="0" w:color="auto"/>
      </w:divBdr>
    </w:div>
    <w:div w:id="1762557670">
      <w:bodyDiv w:val="1"/>
      <w:marLeft w:val="0"/>
      <w:marRight w:val="0"/>
      <w:marTop w:val="0"/>
      <w:marBottom w:val="0"/>
      <w:divBdr>
        <w:top w:val="none" w:sz="0" w:space="0" w:color="auto"/>
        <w:left w:val="none" w:sz="0" w:space="0" w:color="auto"/>
        <w:bottom w:val="none" w:sz="0" w:space="0" w:color="auto"/>
        <w:right w:val="none" w:sz="0" w:space="0" w:color="auto"/>
      </w:divBdr>
    </w:div>
    <w:div w:id="1766733209">
      <w:bodyDiv w:val="1"/>
      <w:marLeft w:val="0"/>
      <w:marRight w:val="0"/>
      <w:marTop w:val="0"/>
      <w:marBottom w:val="0"/>
      <w:divBdr>
        <w:top w:val="none" w:sz="0" w:space="0" w:color="auto"/>
        <w:left w:val="none" w:sz="0" w:space="0" w:color="auto"/>
        <w:bottom w:val="none" w:sz="0" w:space="0" w:color="auto"/>
        <w:right w:val="none" w:sz="0" w:space="0" w:color="auto"/>
      </w:divBdr>
    </w:div>
    <w:div w:id="1767385132">
      <w:bodyDiv w:val="1"/>
      <w:marLeft w:val="0"/>
      <w:marRight w:val="0"/>
      <w:marTop w:val="0"/>
      <w:marBottom w:val="0"/>
      <w:divBdr>
        <w:top w:val="none" w:sz="0" w:space="0" w:color="auto"/>
        <w:left w:val="none" w:sz="0" w:space="0" w:color="auto"/>
        <w:bottom w:val="none" w:sz="0" w:space="0" w:color="auto"/>
        <w:right w:val="none" w:sz="0" w:space="0" w:color="auto"/>
      </w:divBdr>
    </w:div>
    <w:div w:id="1768309985">
      <w:bodyDiv w:val="1"/>
      <w:marLeft w:val="0"/>
      <w:marRight w:val="0"/>
      <w:marTop w:val="0"/>
      <w:marBottom w:val="0"/>
      <w:divBdr>
        <w:top w:val="none" w:sz="0" w:space="0" w:color="auto"/>
        <w:left w:val="none" w:sz="0" w:space="0" w:color="auto"/>
        <w:bottom w:val="none" w:sz="0" w:space="0" w:color="auto"/>
        <w:right w:val="none" w:sz="0" w:space="0" w:color="auto"/>
      </w:divBdr>
    </w:div>
    <w:div w:id="1774354418">
      <w:bodyDiv w:val="1"/>
      <w:marLeft w:val="0"/>
      <w:marRight w:val="0"/>
      <w:marTop w:val="0"/>
      <w:marBottom w:val="0"/>
      <w:divBdr>
        <w:top w:val="none" w:sz="0" w:space="0" w:color="auto"/>
        <w:left w:val="none" w:sz="0" w:space="0" w:color="auto"/>
        <w:bottom w:val="none" w:sz="0" w:space="0" w:color="auto"/>
        <w:right w:val="none" w:sz="0" w:space="0" w:color="auto"/>
      </w:divBdr>
    </w:div>
    <w:div w:id="1775973338">
      <w:bodyDiv w:val="1"/>
      <w:marLeft w:val="0"/>
      <w:marRight w:val="0"/>
      <w:marTop w:val="0"/>
      <w:marBottom w:val="0"/>
      <w:divBdr>
        <w:top w:val="none" w:sz="0" w:space="0" w:color="auto"/>
        <w:left w:val="none" w:sz="0" w:space="0" w:color="auto"/>
        <w:bottom w:val="none" w:sz="0" w:space="0" w:color="auto"/>
        <w:right w:val="none" w:sz="0" w:space="0" w:color="auto"/>
      </w:divBdr>
    </w:div>
    <w:div w:id="1776435400">
      <w:bodyDiv w:val="1"/>
      <w:marLeft w:val="0"/>
      <w:marRight w:val="0"/>
      <w:marTop w:val="0"/>
      <w:marBottom w:val="0"/>
      <w:divBdr>
        <w:top w:val="none" w:sz="0" w:space="0" w:color="auto"/>
        <w:left w:val="none" w:sz="0" w:space="0" w:color="auto"/>
        <w:bottom w:val="none" w:sz="0" w:space="0" w:color="auto"/>
        <w:right w:val="none" w:sz="0" w:space="0" w:color="auto"/>
      </w:divBdr>
    </w:div>
    <w:div w:id="1777168928">
      <w:bodyDiv w:val="1"/>
      <w:marLeft w:val="0"/>
      <w:marRight w:val="0"/>
      <w:marTop w:val="0"/>
      <w:marBottom w:val="0"/>
      <w:divBdr>
        <w:top w:val="none" w:sz="0" w:space="0" w:color="auto"/>
        <w:left w:val="none" w:sz="0" w:space="0" w:color="auto"/>
        <w:bottom w:val="none" w:sz="0" w:space="0" w:color="auto"/>
        <w:right w:val="none" w:sz="0" w:space="0" w:color="auto"/>
      </w:divBdr>
    </w:div>
    <w:div w:id="1779564858">
      <w:bodyDiv w:val="1"/>
      <w:marLeft w:val="0"/>
      <w:marRight w:val="0"/>
      <w:marTop w:val="0"/>
      <w:marBottom w:val="0"/>
      <w:divBdr>
        <w:top w:val="none" w:sz="0" w:space="0" w:color="auto"/>
        <w:left w:val="none" w:sz="0" w:space="0" w:color="auto"/>
        <w:bottom w:val="none" w:sz="0" w:space="0" w:color="auto"/>
        <w:right w:val="none" w:sz="0" w:space="0" w:color="auto"/>
      </w:divBdr>
    </w:div>
    <w:div w:id="1781607008">
      <w:bodyDiv w:val="1"/>
      <w:marLeft w:val="0"/>
      <w:marRight w:val="0"/>
      <w:marTop w:val="0"/>
      <w:marBottom w:val="0"/>
      <w:divBdr>
        <w:top w:val="none" w:sz="0" w:space="0" w:color="auto"/>
        <w:left w:val="none" w:sz="0" w:space="0" w:color="auto"/>
        <w:bottom w:val="none" w:sz="0" w:space="0" w:color="auto"/>
        <w:right w:val="none" w:sz="0" w:space="0" w:color="auto"/>
      </w:divBdr>
    </w:div>
    <w:div w:id="1785885653">
      <w:bodyDiv w:val="1"/>
      <w:marLeft w:val="0"/>
      <w:marRight w:val="0"/>
      <w:marTop w:val="0"/>
      <w:marBottom w:val="0"/>
      <w:divBdr>
        <w:top w:val="none" w:sz="0" w:space="0" w:color="auto"/>
        <w:left w:val="none" w:sz="0" w:space="0" w:color="auto"/>
        <w:bottom w:val="none" w:sz="0" w:space="0" w:color="auto"/>
        <w:right w:val="none" w:sz="0" w:space="0" w:color="auto"/>
      </w:divBdr>
    </w:div>
    <w:div w:id="1786466285">
      <w:bodyDiv w:val="1"/>
      <w:marLeft w:val="0"/>
      <w:marRight w:val="0"/>
      <w:marTop w:val="0"/>
      <w:marBottom w:val="0"/>
      <w:divBdr>
        <w:top w:val="none" w:sz="0" w:space="0" w:color="auto"/>
        <w:left w:val="none" w:sz="0" w:space="0" w:color="auto"/>
        <w:bottom w:val="none" w:sz="0" w:space="0" w:color="auto"/>
        <w:right w:val="none" w:sz="0" w:space="0" w:color="auto"/>
      </w:divBdr>
    </w:div>
    <w:div w:id="1786925211">
      <w:bodyDiv w:val="1"/>
      <w:marLeft w:val="0"/>
      <w:marRight w:val="0"/>
      <w:marTop w:val="0"/>
      <w:marBottom w:val="0"/>
      <w:divBdr>
        <w:top w:val="none" w:sz="0" w:space="0" w:color="auto"/>
        <w:left w:val="none" w:sz="0" w:space="0" w:color="auto"/>
        <w:bottom w:val="none" w:sz="0" w:space="0" w:color="auto"/>
        <w:right w:val="none" w:sz="0" w:space="0" w:color="auto"/>
      </w:divBdr>
    </w:div>
    <w:div w:id="1787037781">
      <w:bodyDiv w:val="1"/>
      <w:marLeft w:val="0"/>
      <w:marRight w:val="0"/>
      <w:marTop w:val="0"/>
      <w:marBottom w:val="0"/>
      <w:divBdr>
        <w:top w:val="none" w:sz="0" w:space="0" w:color="auto"/>
        <w:left w:val="none" w:sz="0" w:space="0" w:color="auto"/>
        <w:bottom w:val="none" w:sz="0" w:space="0" w:color="auto"/>
        <w:right w:val="none" w:sz="0" w:space="0" w:color="auto"/>
      </w:divBdr>
    </w:div>
    <w:div w:id="1788353752">
      <w:bodyDiv w:val="1"/>
      <w:marLeft w:val="0"/>
      <w:marRight w:val="0"/>
      <w:marTop w:val="0"/>
      <w:marBottom w:val="0"/>
      <w:divBdr>
        <w:top w:val="none" w:sz="0" w:space="0" w:color="auto"/>
        <w:left w:val="none" w:sz="0" w:space="0" w:color="auto"/>
        <w:bottom w:val="none" w:sz="0" w:space="0" w:color="auto"/>
        <w:right w:val="none" w:sz="0" w:space="0" w:color="auto"/>
      </w:divBdr>
    </w:div>
    <w:div w:id="1791168513">
      <w:bodyDiv w:val="1"/>
      <w:marLeft w:val="0"/>
      <w:marRight w:val="0"/>
      <w:marTop w:val="0"/>
      <w:marBottom w:val="0"/>
      <w:divBdr>
        <w:top w:val="none" w:sz="0" w:space="0" w:color="auto"/>
        <w:left w:val="none" w:sz="0" w:space="0" w:color="auto"/>
        <w:bottom w:val="none" w:sz="0" w:space="0" w:color="auto"/>
        <w:right w:val="none" w:sz="0" w:space="0" w:color="auto"/>
      </w:divBdr>
    </w:div>
    <w:div w:id="1792045693">
      <w:bodyDiv w:val="1"/>
      <w:marLeft w:val="0"/>
      <w:marRight w:val="0"/>
      <w:marTop w:val="0"/>
      <w:marBottom w:val="0"/>
      <w:divBdr>
        <w:top w:val="none" w:sz="0" w:space="0" w:color="auto"/>
        <w:left w:val="none" w:sz="0" w:space="0" w:color="auto"/>
        <w:bottom w:val="none" w:sz="0" w:space="0" w:color="auto"/>
        <w:right w:val="none" w:sz="0" w:space="0" w:color="auto"/>
      </w:divBdr>
    </w:div>
    <w:div w:id="1792895631">
      <w:bodyDiv w:val="1"/>
      <w:marLeft w:val="0"/>
      <w:marRight w:val="0"/>
      <w:marTop w:val="0"/>
      <w:marBottom w:val="0"/>
      <w:divBdr>
        <w:top w:val="none" w:sz="0" w:space="0" w:color="auto"/>
        <w:left w:val="none" w:sz="0" w:space="0" w:color="auto"/>
        <w:bottom w:val="none" w:sz="0" w:space="0" w:color="auto"/>
        <w:right w:val="none" w:sz="0" w:space="0" w:color="auto"/>
      </w:divBdr>
    </w:div>
    <w:div w:id="1793359190">
      <w:bodyDiv w:val="1"/>
      <w:marLeft w:val="0"/>
      <w:marRight w:val="0"/>
      <w:marTop w:val="0"/>
      <w:marBottom w:val="0"/>
      <w:divBdr>
        <w:top w:val="none" w:sz="0" w:space="0" w:color="auto"/>
        <w:left w:val="none" w:sz="0" w:space="0" w:color="auto"/>
        <w:bottom w:val="none" w:sz="0" w:space="0" w:color="auto"/>
        <w:right w:val="none" w:sz="0" w:space="0" w:color="auto"/>
      </w:divBdr>
    </w:div>
    <w:div w:id="1795173769">
      <w:bodyDiv w:val="1"/>
      <w:marLeft w:val="0"/>
      <w:marRight w:val="0"/>
      <w:marTop w:val="0"/>
      <w:marBottom w:val="0"/>
      <w:divBdr>
        <w:top w:val="none" w:sz="0" w:space="0" w:color="auto"/>
        <w:left w:val="none" w:sz="0" w:space="0" w:color="auto"/>
        <w:bottom w:val="none" w:sz="0" w:space="0" w:color="auto"/>
        <w:right w:val="none" w:sz="0" w:space="0" w:color="auto"/>
      </w:divBdr>
    </w:div>
    <w:div w:id="1796749374">
      <w:bodyDiv w:val="1"/>
      <w:marLeft w:val="0"/>
      <w:marRight w:val="0"/>
      <w:marTop w:val="0"/>
      <w:marBottom w:val="0"/>
      <w:divBdr>
        <w:top w:val="none" w:sz="0" w:space="0" w:color="auto"/>
        <w:left w:val="none" w:sz="0" w:space="0" w:color="auto"/>
        <w:bottom w:val="none" w:sz="0" w:space="0" w:color="auto"/>
        <w:right w:val="none" w:sz="0" w:space="0" w:color="auto"/>
      </w:divBdr>
    </w:div>
    <w:div w:id="1797600231">
      <w:bodyDiv w:val="1"/>
      <w:marLeft w:val="0"/>
      <w:marRight w:val="0"/>
      <w:marTop w:val="0"/>
      <w:marBottom w:val="0"/>
      <w:divBdr>
        <w:top w:val="none" w:sz="0" w:space="0" w:color="auto"/>
        <w:left w:val="none" w:sz="0" w:space="0" w:color="auto"/>
        <w:bottom w:val="none" w:sz="0" w:space="0" w:color="auto"/>
        <w:right w:val="none" w:sz="0" w:space="0" w:color="auto"/>
      </w:divBdr>
    </w:div>
    <w:div w:id="1798260747">
      <w:bodyDiv w:val="1"/>
      <w:marLeft w:val="0"/>
      <w:marRight w:val="0"/>
      <w:marTop w:val="0"/>
      <w:marBottom w:val="0"/>
      <w:divBdr>
        <w:top w:val="none" w:sz="0" w:space="0" w:color="auto"/>
        <w:left w:val="none" w:sz="0" w:space="0" w:color="auto"/>
        <w:bottom w:val="none" w:sz="0" w:space="0" w:color="auto"/>
        <w:right w:val="none" w:sz="0" w:space="0" w:color="auto"/>
      </w:divBdr>
    </w:div>
    <w:div w:id="1798334280">
      <w:bodyDiv w:val="1"/>
      <w:marLeft w:val="0"/>
      <w:marRight w:val="0"/>
      <w:marTop w:val="0"/>
      <w:marBottom w:val="0"/>
      <w:divBdr>
        <w:top w:val="none" w:sz="0" w:space="0" w:color="auto"/>
        <w:left w:val="none" w:sz="0" w:space="0" w:color="auto"/>
        <w:bottom w:val="none" w:sz="0" w:space="0" w:color="auto"/>
        <w:right w:val="none" w:sz="0" w:space="0" w:color="auto"/>
      </w:divBdr>
    </w:div>
    <w:div w:id="1800607930">
      <w:bodyDiv w:val="1"/>
      <w:marLeft w:val="0"/>
      <w:marRight w:val="0"/>
      <w:marTop w:val="0"/>
      <w:marBottom w:val="0"/>
      <w:divBdr>
        <w:top w:val="none" w:sz="0" w:space="0" w:color="auto"/>
        <w:left w:val="none" w:sz="0" w:space="0" w:color="auto"/>
        <w:bottom w:val="none" w:sz="0" w:space="0" w:color="auto"/>
        <w:right w:val="none" w:sz="0" w:space="0" w:color="auto"/>
      </w:divBdr>
    </w:div>
    <w:div w:id="1802385102">
      <w:bodyDiv w:val="1"/>
      <w:marLeft w:val="0"/>
      <w:marRight w:val="0"/>
      <w:marTop w:val="0"/>
      <w:marBottom w:val="0"/>
      <w:divBdr>
        <w:top w:val="none" w:sz="0" w:space="0" w:color="auto"/>
        <w:left w:val="none" w:sz="0" w:space="0" w:color="auto"/>
        <w:bottom w:val="none" w:sz="0" w:space="0" w:color="auto"/>
        <w:right w:val="none" w:sz="0" w:space="0" w:color="auto"/>
      </w:divBdr>
    </w:div>
    <w:div w:id="1803039597">
      <w:bodyDiv w:val="1"/>
      <w:marLeft w:val="0"/>
      <w:marRight w:val="0"/>
      <w:marTop w:val="0"/>
      <w:marBottom w:val="0"/>
      <w:divBdr>
        <w:top w:val="none" w:sz="0" w:space="0" w:color="auto"/>
        <w:left w:val="none" w:sz="0" w:space="0" w:color="auto"/>
        <w:bottom w:val="none" w:sz="0" w:space="0" w:color="auto"/>
        <w:right w:val="none" w:sz="0" w:space="0" w:color="auto"/>
      </w:divBdr>
    </w:div>
    <w:div w:id="1803302914">
      <w:bodyDiv w:val="1"/>
      <w:marLeft w:val="0"/>
      <w:marRight w:val="0"/>
      <w:marTop w:val="0"/>
      <w:marBottom w:val="0"/>
      <w:divBdr>
        <w:top w:val="none" w:sz="0" w:space="0" w:color="auto"/>
        <w:left w:val="none" w:sz="0" w:space="0" w:color="auto"/>
        <w:bottom w:val="none" w:sz="0" w:space="0" w:color="auto"/>
        <w:right w:val="none" w:sz="0" w:space="0" w:color="auto"/>
      </w:divBdr>
    </w:div>
    <w:div w:id="1804037308">
      <w:bodyDiv w:val="1"/>
      <w:marLeft w:val="0"/>
      <w:marRight w:val="0"/>
      <w:marTop w:val="0"/>
      <w:marBottom w:val="0"/>
      <w:divBdr>
        <w:top w:val="none" w:sz="0" w:space="0" w:color="auto"/>
        <w:left w:val="none" w:sz="0" w:space="0" w:color="auto"/>
        <w:bottom w:val="none" w:sz="0" w:space="0" w:color="auto"/>
        <w:right w:val="none" w:sz="0" w:space="0" w:color="auto"/>
      </w:divBdr>
    </w:div>
    <w:div w:id="1805544442">
      <w:bodyDiv w:val="1"/>
      <w:marLeft w:val="0"/>
      <w:marRight w:val="0"/>
      <w:marTop w:val="0"/>
      <w:marBottom w:val="0"/>
      <w:divBdr>
        <w:top w:val="none" w:sz="0" w:space="0" w:color="auto"/>
        <w:left w:val="none" w:sz="0" w:space="0" w:color="auto"/>
        <w:bottom w:val="none" w:sz="0" w:space="0" w:color="auto"/>
        <w:right w:val="none" w:sz="0" w:space="0" w:color="auto"/>
      </w:divBdr>
    </w:div>
    <w:div w:id="1808889383">
      <w:bodyDiv w:val="1"/>
      <w:marLeft w:val="0"/>
      <w:marRight w:val="0"/>
      <w:marTop w:val="0"/>
      <w:marBottom w:val="0"/>
      <w:divBdr>
        <w:top w:val="none" w:sz="0" w:space="0" w:color="auto"/>
        <w:left w:val="none" w:sz="0" w:space="0" w:color="auto"/>
        <w:bottom w:val="none" w:sz="0" w:space="0" w:color="auto"/>
        <w:right w:val="none" w:sz="0" w:space="0" w:color="auto"/>
      </w:divBdr>
    </w:div>
    <w:div w:id="1810249581">
      <w:bodyDiv w:val="1"/>
      <w:marLeft w:val="0"/>
      <w:marRight w:val="0"/>
      <w:marTop w:val="0"/>
      <w:marBottom w:val="0"/>
      <w:divBdr>
        <w:top w:val="none" w:sz="0" w:space="0" w:color="auto"/>
        <w:left w:val="none" w:sz="0" w:space="0" w:color="auto"/>
        <w:bottom w:val="none" w:sz="0" w:space="0" w:color="auto"/>
        <w:right w:val="none" w:sz="0" w:space="0" w:color="auto"/>
      </w:divBdr>
    </w:div>
    <w:div w:id="1812865759">
      <w:bodyDiv w:val="1"/>
      <w:marLeft w:val="0"/>
      <w:marRight w:val="0"/>
      <w:marTop w:val="0"/>
      <w:marBottom w:val="0"/>
      <w:divBdr>
        <w:top w:val="none" w:sz="0" w:space="0" w:color="auto"/>
        <w:left w:val="none" w:sz="0" w:space="0" w:color="auto"/>
        <w:bottom w:val="none" w:sz="0" w:space="0" w:color="auto"/>
        <w:right w:val="none" w:sz="0" w:space="0" w:color="auto"/>
      </w:divBdr>
    </w:div>
    <w:div w:id="1813670932">
      <w:bodyDiv w:val="1"/>
      <w:marLeft w:val="0"/>
      <w:marRight w:val="0"/>
      <w:marTop w:val="0"/>
      <w:marBottom w:val="0"/>
      <w:divBdr>
        <w:top w:val="none" w:sz="0" w:space="0" w:color="auto"/>
        <w:left w:val="none" w:sz="0" w:space="0" w:color="auto"/>
        <w:bottom w:val="none" w:sz="0" w:space="0" w:color="auto"/>
        <w:right w:val="none" w:sz="0" w:space="0" w:color="auto"/>
      </w:divBdr>
    </w:div>
    <w:div w:id="1813794299">
      <w:bodyDiv w:val="1"/>
      <w:marLeft w:val="0"/>
      <w:marRight w:val="0"/>
      <w:marTop w:val="0"/>
      <w:marBottom w:val="0"/>
      <w:divBdr>
        <w:top w:val="none" w:sz="0" w:space="0" w:color="auto"/>
        <w:left w:val="none" w:sz="0" w:space="0" w:color="auto"/>
        <w:bottom w:val="none" w:sz="0" w:space="0" w:color="auto"/>
        <w:right w:val="none" w:sz="0" w:space="0" w:color="auto"/>
      </w:divBdr>
    </w:div>
    <w:div w:id="1814591070">
      <w:bodyDiv w:val="1"/>
      <w:marLeft w:val="0"/>
      <w:marRight w:val="0"/>
      <w:marTop w:val="0"/>
      <w:marBottom w:val="0"/>
      <w:divBdr>
        <w:top w:val="none" w:sz="0" w:space="0" w:color="auto"/>
        <w:left w:val="none" w:sz="0" w:space="0" w:color="auto"/>
        <w:bottom w:val="none" w:sz="0" w:space="0" w:color="auto"/>
        <w:right w:val="none" w:sz="0" w:space="0" w:color="auto"/>
      </w:divBdr>
    </w:div>
    <w:div w:id="1815174882">
      <w:bodyDiv w:val="1"/>
      <w:marLeft w:val="0"/>
      <w:marRight w:val="0"/>
      <w:marTop w:val="0"/>
      <w:marBottom w:val="0"/>
      <w:divBdr>
        <w:top w:val="none" w:sz="0" w:space="0" w:color="auto"/>
        <w:left w:val="none" w:sz="0" w:space="0" w:color="auto"/>
        <w:bottom w:val="none" w:sz="0" w:space="0" w:color="auto"/>
        <w:right w:val="none" w:sz="0" w:space="0" w:color="auto"/>
      </w:divBdr>
    </w:div>
    <w:div w:id="1815831429">
      <w:bodyDiv w:val="1"/>
      <w:marLeft w:val="0"/>
      <w:marRight w:val="0"/>
      <w:marTop w:val="0"/>
      <w:marBottom w:val="0"/>
      <w:divBdr>
        <w:top w:val="none" w:sz="0" w:space="0" w:color="auto"/>
        <w:left w:val="none" w:sz="0" w:space="0" w:color="auto"/>
        <w:bottom w:val="none" w:sz="0" w:space="0" w:color="auto"/>
        <w:right w:val="none" w:sz="0" w:space="0" w:color="auto"/>
      </w:divBdr>
    </w:div>
    <w:div w:id="1816020923">
      <w:bodyDiv w:val="1"/>
      <w:marLeft w:val="0"/>
      <w:marRight w:val="0"/>
      <w:marTop w:val="0"/>
      <w:marBottom w:val="0"/>
      <w:divBdr>
        <w:top w:val="none" w:sz="0" w:space="0" w:color="auto"/>
        <w:left w:val="none" w:sz="0" w:space="0" w:color="auto"/>
        <w:bottom w:val="none" w:sz="0" w:space="0" w:color="auto"/>
        <w:right w:val="none" w:sz="0" w:space="0" w:color="auto"/>
      </w:divBdr>
    </w:div>
    <w:div w:id="1816875890">
      <w:bodyDiv w:val="1"/>
      <w:marLeft w:val="0"/>
      <w:marRight w:val="0"/>
      <w:marTop w:val="0"/>
      <w:marBottom w:val="0"/>
      <w:divBdr>
        <w:top w:val="none" w:sz="0" w:space="0" w:color="auto"/>
        <w:left w:val="none" w:sz="0" w:space="0" w:color="auto"/>
        <w:bottom w:val="none" w:sz="0" w:space="0" w:color="auto"/>
        <w:right w:val="none" w:sz="0" w:space="0" w:color="auto"/>
      </w:divBdr>
    </w:div>
    <w:div w:id="1818691516">
      <w:bodyDiv w:val="1"/>
      <w:marLeft w:val="0"/>
      <w:marRight w:val="0"/>
      <w:marTop w:val="0"/>
      <w:marBottom w:val="0"/>
      <w:divBdr>
        <w:top w:val="none" w:sz="0" w:space="0" w:color="auto"/>
        <w:left w:val="none" w:sz="0" w:space="0" w:color="auto"/>
        <w:bottom w:val="none" w:sz="0" w:space="0" w:color="auto"/>
        <w:right w:val="none" w:sz="0" w:space="0" w:color="auto"/>
      </w:divBdr>
    </w:div>
    <w:div w:id="1825848554">
      <w:bodyDiv w:val="1"/>
      <w:marLeft w:val="0"/>
      <w:marRight w:val="0"/>
      <w:marTop w:val="0"/>
      <w:marBottom w:val="0"/>
      <w:divBdr>
        <w:top w:val="none" w:sz="0" w:space="0" w:color="auto"/>
        <w:left w:val="none" w:sz="0" w:space="0" w:color="auto"/>
        <w:bottom w:val="none" w:sz="0" w:space="0" w:color="auto"/>
        <w:right w:val="none" w:sz="0" w:space="0" w:color="auto"/>
      </w:divBdr>
    </w:div>
    <w:div w:id="1826050579">
      <w:bodyDiv w:val="1"/>
      <w:marLeft w:val="0"/>
      <w:marRight w:val="0"/>
      <w:marTop w:val="0"/>
      <w:marBottom w:val="0"/>
      <w:divBdr>
        <w:top w:val="none" w:sz="0" w:space="0" w:color="auto"/>
        <w:left w:val="none" w:sz="0" w:space="0" w:color="auto"/>
        <w:bottom w:val="none" w:sz="0" w:space="0" w:color="auto"/>
        <w:right w:val="none" w:sz="0" w:space="0" w:color="auto"/>
      </w:divBdr>
    </w:div>
    <w:div w:id="1829900863">
      <w:bodyDiv w:val="1"/>
      <w:marLeft w:val="0"/>
      <w:marRight w:val="0"/>
      <w:marTop w:val="0"/>
      <w:marBottom w:val="0"/>
      <w:divBdr>
        <w:top w:val="none" w:sz="0" w:space="0" w:color="auto"/>
        <w:left w:val="none" w:sz="0" w:space="0" w:color="auto"/>
        <w:bottom w:val="none" w:sz="0" w:space="0" w:color="auto"/>
        <w:right w:val="none" w:sz="0" w:space="0" w:color="auto"/>
      </w:divBdr>
    </w:div>
    <w:div w:id="1829981858">
      <w:bodyDiv w:val="1"/>
      <w:marLeft w:val="0"/>
      <w:marRight w:val="0"/>
      <w:marTop w:val="0"/>
      <w:marBottom w:val="0"/>
      <w:divBdr>
        <w:top w:val="none" w:sz="0" w:space="0" w:color="auto"/>
        <w:left w:val="none" w:sz="0" w:space="0" w:color="auto"/>
        <w:bottom w:val="none" w:sz="0" w:space="0" w:color="auto"/>
        <w:right w:val="none" w:sz="0" w:space="0" w:color="auto"/>
      </w:divBdr>
    </w:div>
    <w:div w:id="1831094088">
      <w:bodyDiv w:val="1"/>
      <w:marLeft w:val="0"/>
      <w:marRight w:val="0"/>
      <w:marTop w:val="0"/>
      <w:marBottom w:val="0"/>
      <w:divBdr>
        <w:top w:val="none" w:sz="0" w:space="0" w:color="auto"/>
        <w:left w:val="none" w:sz="0" w:space="0" w:color="auto"/>
        <w:bottom w:val="none" w:sz="0" w:space="0" w:color="auto"/>
        <w:right w:val="none" w:sz="0" w:space="0" w:color="auto"/>
      </w:divBdr>
    </w:div>
    <w:div w:id="1832745431">
      <w:bodyDiv w:val="1"/>
      <w:marLeft w:val="0"/>
      <w:marRight w:val="0"/>
      <w:marTop w:val="0"/>
      <w:marBottom w:val="0"/>
      <w:divBdr>
        <w:top w:val="none" w:sz="0" w:space="0" w:color="auto"/>
        <w:left w:val="none" w:sz="0" w:space="0" w:color="auto"/>
        <w:bottom w:val="none" w:sz="0" w:space="0" w:color="auto"/>
        <w:right w:val="none" w:sz="0" w:space="0" w:color="auto"/>
      </w:divBdr>
    </w:div>
    <w:div w:id="1834098957">
      <w:bodyDiv w:val="1"/>
      <w:marLeft w:val="0"/>
      <w:marRight w:val="0"/>
      <w:marTop w:val="0"/>
      <w:marBottom w:val="0"/>
      <w:divBdr>
        <w:top w:val="none" w:sz="0" w:space="0" w:color="auto"/>
        <w:left w:val="none" w:sz="0" w:space="0" w:color="auto"/>
        <w:bottom w:val="none" w:sz="0" w:space="0" w:color="auto"/>
        <w:right w:val="none" w:sz="0" w:space="0" w:color="auto"/>
      </w:divBdr>
    </w:div>
    <w:div w:id="1834638022">
      <w:bodyDiv w:val="1"/>
      <w:marLeft w:val="0"/>
      <w:marRight w:val="0"/>
      <w:marTop w:val="0"/>
      <w:marBottom w:val="0"/>
      <w:divBdr>
        <w:top w:val="none" w:sz="0" w:space="0" w:color="auto"/>
        <w:left w:val="none" w:sz="0" w:space="0" w:color="auto"/>
        <w:bottom w:val="none" w:sz="0" w:space="0" w:color="auto"/>
        <w:right w:val="none" w:sz="0" w:space="0" w:color="auto"/>
      </w:divBdr>
    </w:div>
    <w:div w:id="1834761687">
      <w:bodyDiv w:val="1"/>
      <w:marLeft w:val="0"/>
      <w:marRight w:val="0"/>
      <w:marTop w:val="0"/>
      <w:marBottom w:val="0"/>
      <w:divBdr>
        <w:top w:val="none" w:sz="0" w:space="0" w:color="auto"/>
        <w:left w:val="none" w:sz="0" w:space="0" w:color="auto"/>
        <w:bottom w:val="none" w:sz="0" w:space="0" w:color="auto"/>
        <w:right w:val="none" w:sz="0" w:space="0" w:color="auto"/>
      </w:divBdr>
    </w:div>
    <w:div w:id="1835220974">
      <w:bodyDiv w:val="1"/>
      <w:marLeft w:val="0"/>
      <w:marRight w:val="0"/>
      <w:marTop w:val="0"/>
      <w:marBottom w:val="0"/>
      <w:divBdr>
        <w:top w:val="none" w:sz="0" w:space="0" w:color="auto"/>
        <w:left w:val="none" w:sz="0" w:space="0" w:color="auto"/>
        <w:bottom w:val="none" w:sz="0" w:space="0" w:color="auto"/>
        <w:right w:val="none" w:sz="0" w:space="0" w:color="auto"/>
      </w:divBdr>
    </w:div>
    <w:div w:id="1836726590">
      <w:bodyDiv w:val="1"/>
      <w:marLeft w:val="0"/>
      <w:marRight w:val="0"/>
      <w:marTop w:val="0"/>
      <w:marBottom w:val="0"/>
      <w:divBdr>
        <w:top w:val="none" w:sz="0" w:space="0" w:color="auto"/>
        <w:left w:val="none" w:sz="0" w:space="0" w:color="auto"/>
        <w:bottom w:val="none" w:sz="0" w:space="0" w:color="auto"/>
        <w:right w:val="none" w:sz="0" w:space="0" w:color="auto"/>
      </w:divBdr>
    </w:div>
    <w:div w:id="1841501045">
      <w:bodyDiv w:val="1"/>
      <w:marLeft w:val="0"/>
      <w:marRight w:val="0"/>
      <w:marTop w:val="0"/>
      <w:marBottom w:val="0"/>
      <w:divBdr>
        <w:top w:val="none" w:sz="0" w:space="0" w:color="auto"/>
        <w:left w:val="none" w:sz="0" w:space="0" w:color="auto"/>
        <w:bottom w:val="none" w:sz="0" w:space="0" w:color="auto"/>
        <w:right w:val="none" w:sz="0" w:space="0" w:color="auto"/>
      </w:divBdr>
    </w:div>
    <w:div w:id="1843154570">
      <w:bodyDiv w:val="1"/>
      <w:marLeft w:val="0"/>
      <w:marRight w:val="0"/>
      <w:marTop w:val="0"/>
      <w:marBottom w:val="0"/>
      <w:divBdr>
        <w:top w:val="none" w:sz="0" w:space="0" w:color="auto"/>
        <w:left w:val="none" w:sz="0" w:space="0" w:color="auto"/>
        <w:bottom w:val="none" w:sz="0" w:space="0" w:color="auto"/>
        <w:right w:val="none" w:sz="0" w:space="0" w:color="auto"/>
      </w:divBdr>
    </w:div>
    <w:div w:id="1847161679">
      <w:bodyDiv w:val="1"/>
      <w:marLeft w:val="0"/>
      <w:marRight w:val="0"/>
      <w:marTop w:val="0"/>
      <w:marBottom w:val="0"/>
      <w:divBdr>
        <w:top w:val="none" w:sz="0" w:space="0" w:color="auto"/>
        <w:left w:val="none" w:sz="0" w:space="0" w:color="auto"/>
        <w:bottom w:val="none" w:sz="0" w:space="0" w:color="auto"/>
        <w:right w:val="none" w:sz="0" w:space="0" w:color="auto"/>
      </w:divBdr>
    </w:div>
    <w:div w:id="1847331266">
      <w:bodyDiv w:val="1"/>
      <w:marLeft w:val="0"/>
      <w:marRight w:val="0"/>
      <w:marTop w:val="0"/>
      <w:marBottom w:val="0"/>
      <w:divBdr>
        <w:top w:val="none" w:sz="0" w:space="0" w:color="auto"/>
        <w:left w:val="none" w:sz="0" w:space="0" w:color="auto"/>
        <w:bottom w:val="none" w:sz="0" w:space="0" w:color="auto"/>
        <w:right w:val="none" w:sz="0" w:space="0" w:color="auto"/>
      </w:divBdr>
    </w:div>
    <w:div w:id="1847399093">
      <w:bodyDiv w:val="1"/>
      <w:marLeft w:val="0"/>
      <w:marRight w:val="0"/>
      <w:marTop w:val="0"/>
      <w:marBottom w:val="0"/>
      <w:divBdr>
        <w:top w:val="none" w:sz="0" w:space="0" w:color="auto"/>
        <w:left w:val="none" w:sz="0" w:space="0" w:color="auto"/>
        <w:bottom w:val="none" w:sz="0" w:space="0" w:color="auto"/>
        <w:right w:val="none" w:sz="0" w:space="0" w:color="auto"/>
      </w:divBdr>
    </w:div>
    <w:div w:id="1850488479">
      <w:bodyDiv w:val="1"/>
      <w:marLeft w:val="0"/>
      <w:marRight w:val="0"/>
      <w:marTop w:val="0"/>
      <w:marBottom w:val="0"/>
      <w:divBdr>
        <w:top w:val="none" w:sz="0" w:space="0" w:color="auto"/>
        <w:left w:val="none" w:sz="0" w:space="0" w:color="auto"/>
        <w:bottom w:val="none" w:sz="0" w:space="0" w:color="auto"/>
        <w:right w:val="none" w:sz="0" w:space="0" w:color="auto"/>
      </w:divBdr>
    </w:div>
    <w:div w:id="1850943278">
      <w:bodyDiv w:val="1"/>
      <w:marLeft w:val="0"/>
      <w:marRight w:val="0"/>
      <w:marTop w:val="0"/>
      <w:marBottom w:val="0"/>
      <w:divBdr>
        <w:top w:val="none" w:sz="0" w:space="0" w:color="auto"/>
        <w:left w:val="none" w:sz="0" w:space="0" w:color="auto"/>
        <w:bottom w:val="none" w:sz="0" w:space="0" w:color="auto"/>
        <w:right w:val="none" w:sz="0" w:space="0" w:color="auto"/>
      </w:divBdr>
    </w:div>
    <w:div w:id="1852334285">
      <w:bodyDiv w:val="1"/>
      <w:marLeft w:val="0"/>
      <w:marRight w:val="0"/>
      <w:marTop w:val="0"/>
      <w:marBottom w:val="0"/>
      <w:divBdr>
        <w:top w:val="none" w:sz="0" w:space="0" w:color="auto"/>
        <w:left w:val="none" w:sz="0" w:space="0" w:color="auto"/>
        <w:bottom w:val="none" w:sz="0" w:space="0" w:color="auto"/>
        <w:right w:val="none" w:sz="0" w:space="0" w:color="auto"/>
      </w:divBdr>
    </w:div>
    <w:div w:id="1854416613">
      <w:bodyDiv w:val="1"/>
      <w:marLeft w:val="0"/>
      <w:marRight w:val="0"/>
      <w:marTop w:val="0"/>
      <w:marBottom w:val="0"/>
      <w:divBdr>
        <w:top w:val="none" w:sz="0" w:space="0" w:color="auto"/>
        <w:left w:val="none" w:sz="0" w:space="0" w:color="auto"/>
        <w:bottom w:val="none" w:sz="0" w:space="0" w:color="auto"/>
        <w:right w:val="none" w:sz="0" w:space="0" w:color="auto"/>
      </w:divBdr>
    </w:div>
    <w:div w:id="1855613698">
      <w:bodyDiv w:val="1"/>
      <w:marLeft w:val="0"/>
      <w:marRight w:val="0"/>
      <w:marTop w:val="0"/>
      <w:marBottom w:val="0"/>
      <w:divBdr>
        <w:top w:val="none" w:sz="0" w:space="0" w:color="auto"/>
        <w:left w:val="none" w:sz="0" w:space="0" w:color="auto"/>
        <w:bottom w:val="none" w:sz="0" w:space="0" w:color="auto"/>
        <w:right w:val="none" w:sz="0" w:space="0" w:color="auto"/>
      </w:divBdr>
    </w:div>
    <w:div w:id="1856071661">
      <w:bodyDiv w:val="1"/>
      <w:marLeft w:val="0"/>
      <w:marRight w:val="0"/>
      <w:marTop w:val="0"/>
      <w:marBottom w:val="0"/>
      <w:divBdr>
        <w:top w:val="none" w:sz="0" w:space="0" w:color="auto"/>
        <w:left w:val="none" w:sz="0" w:space="0" w:color="auto"/>
        <w:bottom w:val="none" w:sz="0" w:space="0" w:color="auto"/>
        <w:right w:val="none" w:sz="0" w:space="0" w:color="auto"/>
      </w:divBdr>
    </w:div>
    <w:div w:id="1857185044">
      <w:bodyDiv w:val="1"/>
      <w:marLeft w:val="0"/>
      <w:marRight w:val="0"/>
      <w:marTop w:val="0"/>
      <w:marBottom w:val="0"/>
      <w:divBdr>
        <w:top w:val="none" w:sz="0" w:space="0" w:color="auto"/>
        <w:left w:val="none" w:sz="0" w:space="0" w:color="auto"/>
        <w:bottom w:val="none" w:sz="0" w:space="0" w:color="auto"/>
        <w:right w:val="none" w:sz="0" w:space="0" w:color="auto"/>
      </w:divBdr>
    </w:div>
    <w:div w:id="1858694511">
      <w:bodyDiv w:val="1"/>
      <w:marLeft w:val="0"/>
      <w:marRight w:val="0"/>
      <w:marTop w:val="0"/>
      <w:marBottom w:val="0"/>
      <w:divBdr>
        <w:top w:val="none" w:sz="0" w:space="0" w:color="auto"/>
        <w:left w:val="none" w:sz="0" w:space="0" w:color="auto"/>
        <w:bottom w:val="none" w:sz="0" w:space="0" w:color="auto"/>
        <w:right w:val="none" w:sz="0" w:space="0" w:color="auto"/>
      </w:divBdr>
    </w:div>
    <w:div w:id="1859388053">
      <w:bodyDiv w:val="1"/>
      <w:marLeft w:val="0"/>
      <w:marRight w:val="0"/>
      <w:marTop w:val="0"/>
      <w:marBottom w:val="0"/>
      <w:divBdr>
        <w:top w:val="none" w:sz="0" w:space="0" w:color="auto"/>
        <w:left w:val="none" w:sz="0" w:space="0" w:color="auto"/>
        <w:bottom w:val="none" w:sz="0" w:space="0" w:color="auto"/>
        <w:right w:val="none" w:sz="0" w:space="0" w:color="auto"/>
      </w:divBdr>
    </w:div>
    <w:div w:id="1860972620">
      <w:bodyDiv w:val="1"/>
      <w:marLeft w:val="0"/>
      <w:marRight w:val="0"/>
      <w:marTop w:val="0"/>
      <w:marBottom w:val="0"/>
      <w:divBdr>
        <w:top w:val="none" w:sz="0" w:space="0" w:color="auto"/>
        <w:left w:val="none" w:sz="0" w:space="0" w:color="auto"/>
        <w:bottom w:val="none" w:sz="0" w:space="0" w:color="auto"/>
        <w:right w:val="none" w:sz="0" w:space="0" w:color="auto"/>
      </w:divBdr>
    </w:div>
    <w:div w:id="1861582076">
      <w:bodyDiv w:val="1"/>
      <w:marLeft w:val="0"/>
      <w:marRight w:val="0"/>
      <w:marTop w:val="0"/>
      <w:marBottom w:val="0"/>
      <w:divBdr>
        <w:top w:val="none" w:sz="0" w:space="0" w:color="auto"/>
        <w:left w:val="none" w:sz="0" w:space="0" w:color="auto"/>
        <w:bottom w:val="none" w:sz="0" w:space="0" w:color="auto"/>
        <w:right w:val="none" w:sz="0" w:space="0" w:color="auto"/>
      </w:divBdr>
    </w:div>
    <w:div w:id="1861697496">
      <w:bodyDiv w:val="1"/>
      <w:marLeft w:val="0"/>
      <w:marRight w:val="0"/>
      <w:marTop w:val="0"/>
      <w:marBottom w:val="0"/>
      <w:divBdr>
        <w:top w:val="none" w:sz="0" w:space="0" w:color="auto"/>
        <w:left w:val="none" w:sz="0" w:space="0" w:color="auto"/>
        <w:bottom w:val="none" w:sz="0" w:space="0" w:color="auto"/>
        <w:right w:val="none" w:sz="0" w:space="0" w:color="auto"/>
      </w:divBdr>
    </w:div>
    <w:div w:id="1865438952">
      <w:bodyDiv w:val="1"/>
      <w:marLeft w:val="0"/>
      <w:marRight w:val="0"/>
      <w:marTop w:val="0"/>
      <w:marBottom w:val="0"/>
      <w:divBdr>
        <w:top w:val="none" w:sz="0" w:space="0" w:color="auto"/>
        <w:left w:val="none" w:sz="0" w:space="0" w:color="auto"/>
        <w:bottom w:val="none" w:sz="0" w:space="0" w:color="auto"/>
        <w:right w:val="none" w:sz="0" w:space="0" w:color="auto"/>
      </w:divBdr>
    </w:div>
    <w:div w:id="1867449441">
      <w:bodyDiv w:val="1"/>
      <w:marLeft w:val="0"/>
      <w:marRight w:val="0"/>
      <w:marTop w:val="0"/>
      <w:marBottom w:val="0"/>
      <w:divBdr>
        <w:top w:val="none" w:sz="0" w:space="0" w:color="auto"/>
        <w:left w:val="none" w:sz="0" w:space="0" w:color="auto"/>
        <w:bottom w:val="none" w:sz="0" w:space="0" w:color="auto"/>
        <w:right w:val="none" w:sz="0" w:space="0" w:color="auto"/>
      </w:divBdr>
    </w:div>
    <w:div w:id="1867793446">
      <w:bodyDiv w:val="1"/>
      <w:marLeft w:val="0"/>
      <w:marRight w:val="0"/>
      <w:marTop w:val="0"/>
      <w:marBottom w:val="0"/>
      <w:divBdr>
        <w:top w:val="none" w:sz="0" w:space="0" w:color="auto"/>
        <w:left w:val="none" w:sz="0" w:space="0" w:color="auto"/>
        <w:bottom w:val="none" w:sz="0" w:space="0" w:color="auto"/>
        <w:right w:val="none" w:sz="0" w:space="0" w:color="auto"/>
      </w:divBdr>
    </w:div>
    <w:div w:id="1868130953">
      <w:bodyDiv w:val="1"/>
      <w:marLeft w:val="0"/>
      <w:marRight w:val="0"/>
      <w:marTop w:val="0"/>
      <w:marBottom w:val="0"/>
      <w:divBdr>
        <w:top w:val="none" w:sz="0" w:space="0" w:color="auto"/>
        <w:left w:val="none" w:sz="0" w:space="0" w:color="auto"/>
        <w:bottom w:val="none" w:sz="0" w:space="0" w:color="auto"/>
        <w:right w:val="none" w:sz="0" w:space="0" w:color="auto"/>
      </w:divBdr>
    </w:div>
    <w:div w:id="1868636961">
      <w:bodyDiv w:val="1"/>
      <w:marLeft w:val="0"/>
      <w:marRight w:val="0"/>
      <w:marTop w:val="0"/>
      <w:marBottom w:val="0"/>
      <w:divBdr>
        <w:top w:val="none" w:sz="0" w:space="0" w:color="auto"/>
        <w:left w:val="none" w:sz="0" w:space="0" w:color="auto"/>
        <w:bottom w:val="none" w:sz="0" w:space="0" w:color="auto"/>
        <w:right w:val="none" w:sz="0" w:space="0" w:color="auto"/>
      </w:divBdr>
    </w:div>
    <w:div w:id="1869903118">
      <w:bodyDiv w:val="1"/>
      <w:marLeft w:val="0"/>
      <w:marRight w:val="0"/>
      <w:marTop w:val="0"/>
      <w:marBottom w:val="0"/>
      <w:divBdr>
        <w:top w:val="none" w:sz="0" w:space="0" w:color="auto"/>
        <w:left w:val="none" w:sz="0" w:space="0" w:color="auto"/>
        <w:bottom w:val="none" w:sz="0" w:space="0" w:color="auto"/>
        <w:right w:val="none" w:sz="0" w:space="0" w:color="auto"/>
      </w:divBdr>
    </w:div>
    <w:div w:id="1871142914">
      <w:bodyDiv w:val="1"/>
      <w:marLeft w:val="0"/>
      <w:marRight w:val="0"/>
      <w:marTop w:val="0"/>
      <w:marBottom w:val="0"/>
      <w:divBdr>
        <w:top w:val="none" w:sz="0" w:space="0" w:color="auto"/>
        <w:left w:val="none" w:sz="0" w:space="0" w:color="auto"/>
        <w:bottom w:val="none" w:sz="0" w:space="0" w:color="auto"/>
        <w:right w:val="none" w:sz="0" w:space="0" w:color="auto"/>
      </w:divBdr>
    </w:div>
    <w:div w:id="1873033221">
      <w:bodyDiv w:val="1"/>
      <w:marLeft w:val="0"/>
      <w:marRight w:val="0"/>
      <w:marTop w:val="0"/>
      <w:marBottom w:val="0"/>
      <w:divBdr>
        <w:top w:val="none" w:sz="0" w:space="0" w:color="auto"/>
        <w:left w:val="none" w:sz="0" w:space="0" w:color="auto"/>
        <w:bottom w:val="none" w:sz="0" w:space="0" w:color="auto"/>
        <w:right w:val="none" w:sz="0" w:space="0" w:color="auto"/>
      </w:divBdr>
    </w:div>
    <w:div w:id="1874420853">
      <w:bodyDiv w:val="1"/>
      <w:marLeft w:val="0"/>
      <w:marRight w:val="0"/>
      <w:marTop w:val="0"/>
      <w:marBottom w:val="0"/>
      <w:divBdr>
        <w:top w:val="none" w:sz="0" w:space="0" w:color="auto"/>
        <w:left w:val="none" w:sz="0" w:space="0" w:color="auto"/>
        <w:bottom w:val="none" w:sz="0" w:space="0" w:color="auto"/>
        <w:right w:val="none" w:sz="0" w:space="0" w:color="auto"/>
      </w:divBdr>
    </w:div>
    <w:div w:id="1875118935">
      <w:bodyDiv w:val="1"/>
      <w:marLeft w:val="0"/>
      <w:marRight w:val="0"/>
      <w:marTop w:val="0"/>
      <w:marBottom w:val="0"/>
      <w:divBdr>
        <w:top w:val="none" w:sz="0" w:space="0" w:color="auto"/>
        <w:left w:val="none" w:sz="0" w:space="0" w:color="auto"/>
        <w:bottom w:val="none" w:sz="0" w:space="0" w:color="auto"/>
        <w:right w:val="none" w:sz="0" w:space="0" w:color="auto"/>
      </w:divBdr>
    </w:div>
    <w:div w:id="1875146194">
      <w:bodyDiv w:val="1"/>
      <w:marLeft w:val="0"/>
      <w:marRight w:val="0"/>
      <w:marTop w:val="0"/>
      <w:marBottom w:val="0"/>
      <w:divBdr>
        <w:top w:val="none" w:sz="0" w:space="0" w:color="auto"/>
        <w:left w:val="none" w:sz="0" w:space="0" w:color="auto"/>
        <w:bottom w:val="none" w:sz="0" w:space="0" w:color="auto"/>
        <w:right w:val="none" w:sz="0" w:space="0" w:color="auto"/>
      </w:divBdr>
    </w:div>
    <w:div w:id="1877041555">
      <w:bodyDiv w:val="1"/>
      <w:marLeft w:val="0"/>
      <w:marRight w:val="0"/>
      <w:marTop w:val="0"/>
      <w:marBottom w:val="0"/>
      <w:divBdr>
        <w:top w:val="none" w:sz="0" w:space="0" w:color="auto"/>
        <w:left w:val="none" w:sz="0" w:space="0" w:color="auto"/>
        <w:bottom w:val="none" w:sz="0" w:space="0" w:color="auto"/>
        <w:right w:val="none" w:sz="0" w:space="0" w:color="auto"/>
      </w:divBdr>
    </w:div>
    <w:div w:id="1877429963">
      <w:bodyDiv w:val="1"/>
      <w:marLeft w:val="0"/>
      <w:marRight w:val="0"/>
      <w:marTop w:val="0"/>
      <w:marBottom w:val="0"/>
      <w:divBdr>
        <w:top w:val="none" w:sz="0" w:space="0" w:color="auto"/>
        <w:left w:val="none" w:sz="0" w:space="0" w:color="auto"/>
        <w:bottom w:val="none" w:sz="0" w:space="0" w:color="auto"/>
        <w:right w:val="none" w:sz="0" w:space="0" w:color="auto"/>
      </w:divBdr>
    </w:div>
    <w:div w:id="1878198757">
      <w:bodyDiv w:val="1"/>
      <w:marLeft w:val="0"/>
      <w:marRight w:val="0"/>
      <w:marTop w:val="0"/>
      <w:marBottom w:val="0"/>
      <w:divBdr>
        <w:top w:val="none" w:sz="0" w:space="0" w:color="auto"/>
        <w:left w:val="none" w:sz="0" w:space="0" w:color="auto"/>
        <w:bottom w:val="none" w:sz="0" w:space="0" w:color="auto"/>
        <w:right w:val="none" w:sz="0" w:space="0" w:color="auto"/>
      </w:divBdr>
    </w:div>
    <w:div w:id="1878349891">
      <w:bodyDiv w:val="1"/>
      <w:marLeft w:val="0"/>
      <w:marRight w:val="0"/>
      <w:marTop w:val="0"/>
      <w:marBottom w:val="0"/>
      <w:divBdr>
        <w:top w:val="none" w:sz="0" w:space="0" w:color="auto"/>
        <w:left w:val="none" w:sz="0" w:space="0" w:color="auto"/>
        <w:bottom w:val="none" w:sz="0" w:space="0" w:color="auto"/>
        <w:right w:val="none" w:sz="0" w:space="0" w:color="auto"/>
      </w:divBdr>
    </w:div>
    <w:div w:id="1879388940">
      <w:bodyDiv w:val="1"/>
      <w:marLeft w:val="0"/>
      <w:marRight w:val="0"/>
      <w:marTop w:val="0"/>
      <w:marBottom w:val="0"/>
      <w:divBdr>
        <w:top w:val="none" w:sz="0" w:space="0" w:color="auto"/>
        <w:left w:val="none" w:sz="0" w:space="0" w:color="auto"/>
        <w:bottom w:val="none" w:sz="0" w:space="0" w:color="auto"/>
        <w:right w:val="none" w:sz="0" w:space="0" w:color="auto"/>
      </w:divBdr>
    </w:div>
    <w:div w:id="1881355905">
      <w:bodyDiv w:val="1"/>
      <w:marLeft w:val="0"/>
      <w:marRight w:val="0"/>
      <w:marTop w:val="0"/>
      <w:marBottom w:val="0"/>
      <w:divBdr>
        <w:top w:val="none" w:sz="0" w:space="0" w:color="auto"/>
        <w:left w:val="none" w:sz="0" w:space="0" w:color="auto"/>
        <w:bottom w:val="none" w:sz="0" w:space="0" w:color="auto"/>
        <w:right w:val="none" w:sz="0" w:space="0" w:color="auto"/>
      </w:divBdr>
    </w:div>
    <w:div w:id="1882549111">
      <w:bodyDiv w:val="1"/>
      <w:marLeft w:val="0"/>
      <w:marRight w:val="0"/>
      <w:marTop w:val="0"/>
      <w:marBottom w:val="0"/>
      <w:divBdr>
        <w:top w:val="none" w:sz="0" w:space="0" w:color="auto"/>
        <w:left w:val="none" w:sz="0" w:space="0" w:color="auto"/>
        <w:bottom w:val="none" w:sz="0" w:space="0" w:color="auto"/>
        <w:right w:val="none" w:sz="0" w:space="0" w:color="auto"/>
      </w:divBdr>
    </w:div>
    <w:div w:id="1884827083">
      <w:bodyDiv w:val="1"/>
      <w:marLeft w:val="0"/>
      <w:marRight w:val="0"/>
      <w:marTop w:val="0"/>
      <w:marBottom w:val="0"/>
      <w:divBdr>
        <w:top w:val="none" w:sz="0" w:space="0" w:color="auto"/>
        <w:left w:val="none" w:sz="0" w:space="0" w:color="auto"/>
        <w:bottom w:val="none" w:sz="0" w:space="0" w:color="auto"/>
        <w:right w:val="none" w:sz="0" w:space="0" w:color="auto"/>
      </w:divBdr>
    </w:div>
    <w:div w:id="1885021696">
      <w:bodyDiv w:val="1"/>
      <w:marLeft w:val="0"/>
      <w:marRight w:val="0"/>
      <w:marTop w:val="0"/>
      <w:marBottom w:val="0"/>
      <w:divBdr>
        <w:top w:val="none" w:sz="0" w:space="0" w:color="auto"/>
        <w:left w:val="none" w:sz="0" w:space="0" w:color="auto"/>
        <w:bottom w:val="none" w:sz="0" w:space="0" w:color="auto"/>
        <w:right w:val="none" w:sz="0" w:space="0" w:color="auto"/>
      </w:divBdr>
    </w:div>
    <w:div w:id="1885870631">
      <w:bodyDiv w:val="1"/>
      <w:marLeft w:val="0"/>
      <w:marRight w:val="0"/>
      <w:marTop w:val="0"/>
      <w:marBottom w:val="0"/>
      <w:divBdr>
        <w:top w:val="none" w:sz="0" w:space="0" w:color="auto"/>
        <w:left w:val="none" w:sz="0" w:space="0" w:color="auto"/>
        <w:bottom w:val="none" w:sz="0" w:space="0" w:color="auto"/>
        <w:right w:val="none" w:sz="0" w:space="0" w:color="auto"/>
      </w:divBdr>
    </w:div>
    <w:div w:id="1886477941">
      <w:bodyDiv w:val="1"/>
      <w:marLeft w:val="0"/>
      <w:marRight w:val="0"/>
      <w:marTop w:val="0"/>
      <w:marBottom w:val="0"/>
      <w:divBdr>
        <w:top w:val="none" w:sz="0" w:space="0" w:color="auto"/>
        <w:left w:val="none" w:sz="0" w:space="0" w:color="auto"/>
        <w:bottom w:val="none" w:sz="0" w:space="0" w:color="auto"/>
        <w:right w:val="none" w:sz="0" w:space="0" w:color="auto"/>
      </w:divBdr>
    </w:div>
    <w:div w:id="1890192220">
      <w:bodyDiv w:val="1"/>
      <w:marLeft w:val="0"/>
      <w:marRight w:val="0"/>
      <w:marTop w:val="0"/>
      <w:marBottom w:val="0"/>
      <w:divBdr>
        <w:top w:val="none" w:sz="0" w:space="0" w:color="auto"/>
        <w:left w:val="none" w:sz="0" w:space="0" w:color="auto"/>
        <w:bottom w:val="none" w:sz="0" w:space="0" w:color="auto"/>
        <w:right w:val="none" w:sz="0" w:space="0" w:color="auto"/>
      </w:divBdr>
    </w:div>
    <w:div w:id="1892763757">
      <w:bodyDiv w:val="1"/>
      <w:marLeft w:val="0"/>
      <w:marRight w:val="0"/>
      <w:marTop w:val="0"/>
      <w:marBottom w:val="0"/>
      <w:divBdr>
        <w:top w:val="none" w:sz="0" w:space="0" w:color="auto"/>
        <w:left w:val="none" w:sz="0" w:space="0" w:color="auto"/>
        <w:bottom w:val="none" w:sz="0" w:space="0" w:color="auto"/>
        <w:right w:val="none" w:sz="0" w:space="0" w:color="auto"/>
      </w:divBdr>
    </w:div>
    <w:div w:id="1894997722">
      <w:bodyDiv w:val="1"/>
      <w:marLeft w:val="0"/>
      <w:marRight w:val="0"/>
      <w:marTop w:val="0"/>
      <w:marBottom w:val="0"/>
      <w:divBdr>
        <w:top w:val="none" w:sz="0" w:space="0" w:color="auto"/>
        <w:left w:val="none" w:sz="0" w:space="0" w:color="auto"/>
        <w:bottom w:val="none" w:sz="0" w:space="0" w:color="auto"/>
        <w:right w:val="none" w:sz="0" w:space="0" w:color="auto"/>
      </w:divBdr>
    </w:div>
    <w:div w:id="1896236403">
      <w:bodyDiv w:val="1"/>
      <w:marLeft w:val="0"/>
      <w:marRight w:val="0"/>
      <w:marTop w:val="0"/>
      <w:marBottom w:val="0"/>
      <w:divBdr>
        <w:top w:val="none" w:sz="0" w:space="0" w:color="auto"/>
        <w:left w:val="none" w:sz="0" w:space="0" w:color="auto"/>
        <w:bottom w:val="none" w:sz="0" w:space="0" w:color="auto"/>
        <w:right w:val="none" w:sz="0" w:space="0" w:color="auto"/>
      </w:divBdr>
    </w:div>
    <w:div w:id="1896499899">
      <w:bodyDiv w:val="1"/>
      <w:marLeft w:val="0"/>
      <w:marRight w:val="0"/>
      <w:marTop w:val="0"/>
      <w:marBottom w:val="0"/>
      <w:divBdr>
        <w:top w:val="none" w:sz="0" w:space="0" w:color="auto"/>
        <w:left w:val="none" w:sz="0" w:space="0" w:color="auto"/>
        <w:bottom w:val="none" w:sz="0" w:space="0" w:color="auto"/>
        <w:right w:val="none" w:sz="0" w:space="0" w:color="auto"/>
      </w:divBdr>
    </w:div>
    <w:div w:id="1906985063">
      <w:bodyDiv w:val="1"/>
      <w:marLeft w:val="0"/>
      <w:marRight w:val="0"/>
      <w:marTop w:val="0"/>
      <w:marBottom w:val="0"/>
      <w:divBdr>
        <w:top w:val="none" w:sz="0" w:space="0" w:color="auto"/>
        <w:left w:val="none" w:sz="0" w:space="0" w:color="auto"/>
        <w:bottom w:val="none" w:sz="0" w:space="0" w:color="auto"/>
        <w:right w:val="none" w:sz="0" w:space="0" w:color="auto"/>
      </w:divBdr>
    </w:div>
    <w:div w:id="1907105984">
      <w:bodyDiv w:val="1"/>
      <w:marLeft w:val="0"/>
      <w:marRight w:val="0"/>
      <w:marTop w:val="0"/>
      <w:marBottom w:val="0"/>
      <w:divBdr>
        <w:top w:val="none" w:sz="0" w:space="0" w:color="auto"/>
        <w:left w:val="none" w:sz="0" w:space="0" w:color="auto"/>
        <w:bottom w:val="none" w:sz="0" w:space="0" w:color="auto"/>
        <w:right w:val="none" w:sz="0" w:space="0" w:color="auto"/>
      </w:divBdr>
    </w:div>
    <w:div w:id="1908027865">
      <w:bodyDiv w:val="1"/>
      <w:marLeft w:val="0"/>
      <w:marRight w:val="0"/>
      <w:marTop w:val="0"/>
      <w:marBottom w:val="0"/>
      <w:divBdr>
        <w:top w:val="none" w:sz="0" w:space="0" w:color="auto"/>
        <w:left w:val="none" w:sz="0" w:space="0" w:color="auto"/>
        <w:bottom w:val="none" w:sz="0" w:space="0" w:color="auto"/>
        <w:right w:val="none" w:sz="0" w:space="0" w:color="auto"/>
      </w:divBdr>
    </w:div>
    <w:div w:id="1908497404">
      <w:bodyDiv w:val="1"/>
      <w:marLeft w:val="0"/>
      <w:marRight w:val="0"/>
      <w:marTop w:val="0"/>
      <w:marBottom w:val="0"/>
      <w:divBdr>
        <w:top w:val="none" w:sz="0" w:space="0" w:color="auto"/>
        <w:left w:val="none" w:sz="0" w:space="0" w:color="auto"/>
        <w:bottom w:val="none" w:sz="0" w:space="0" w:color="auto"/>
        <w:right w:val="none" w:sz="0" w:space="0" w:color="auto"/>
      </w:divBdr>
    </w:div>
    <w:div w:id="1908805584">
      <w:bodyDiv w:val="1"/>
      <w:marLeft w:val="0"/>
      <w:marRight w:val="0"/>
      <w:marTop w:val="0"/>
      <w:marBottom w:val="0"/>
      <w:divBdr>
        <w:top w:val="none" w:sz="0" w:space="0" w:color="auto"/>
        <w:left w:val="none" w:sz="0" w:space="0" w:color="auto"/>
        <w:bottom w:val="none" w:sz="0" w:space="0" w:color="auto"/>
        <w:right w:val="none" w:sz="0" w:space="0" w:color="auto"/>
      </w:divBdr>
    </w:div>
    <w:div w:id="1909414848">
      <w:bodyDiv w:val="1"/>
      <w:marLeft w:val="0"/>
      <w:marRight w:val="0"/>
      <w:marTop w:val="0"/>
      <w:marBottom w:val="0"/>
      <w:divBdr>
        <w:top w:val="none" w:sz="0" w:space="0" w:color="auto"/>
        <w:left w:val="none" w:sz="0" w:space="0" w:color="auto"/>
        <w:bottom w:val="none" w:sz="0" w:space="0" w:color="auto"/>
        <w:right w:val="none" w:sz="0" w:space="0" w:color="auto"/>
      </w:divBdr>
    </w:div>
    <w:div w:id="1911230588">
      <w:bodyDiv w:val="1"/>
      <w:marLeft w:val="0"/>
      <w:marRight w:val="0"/>
      <w:marTop w:val="0"/>
      <w:marBottom w:val="0"/>
      <w:divBdr>
        <w:top w:val="none" w:sz="0" w:space="0" w:color="auto"/>
        <w:left w:val="none" w:sz="0" w:space="0" w:color="auto"/>
        <w:bottom w:val="none" w:sz="0" w:space="0" w:color="auto"/>
        <w:right w:val="none" w:sz="0" w:space="0" w:color="auto"/>
      </w:divBdr>
    </w:div>
    <w:div w:id="1912616911">
      <w:bodyDiv w:val="1"/>
      <w:marLeft w:val="0"/>
      <w:marRight w:val="0"/>
      <w:marTop w:val="0"/>
      <w:marBottom w:val="0"/>
      <w:divBdr>
        <w:top w:val="none" w:sz="0" w:space="0" w:color="auto"/>
        <w:left w:val="none" w:sz="0" w:space="0" w:color="auto"/>
        <w:bottom w:val="none" w:sz="0" w:space="0" w:color="auto"/>
        <w:right w:val="none" w:sz="0" w:space="0" w:color="auto"/>
      </w:divBdr>
    </w:div>
    <w:div w:id="1912808683">
      <w:bodyDiv w:val="1"/>
      <w:marLeft w:val="0"/>
      <w:marRight w:val="0"/>
      <w:marTop w:val="0"/>
      <w:marBottom w:val="0"/>
      <w:divBdr>
        <w:top w:val="none" w:sz="0" w:space="0" w:color="auto"/>
        <w:left w:val="none" w:sz="0" w:space="0" w:color="auto"/>
        <w:bottom w:val="none" w:sz="0" w:space="0" w:color="auto"/>
        <w:right w:val="none" w:sz="0" w:space="0" w:color="auto"/>
      </w:divBdr>
    </w:div>
    <w:div w:id="1913272492">
      <w:bodyDiv w:val="1"/>
      <w:marLeft w:val="0"/>
      <w:marRight w:val="0"/>
      <w:marTop w:val="0"/>
      <w:marBottom w:val="0"/>
      <w:divBdr>
        <w:top w:val="none" w:sz="0" w:space="0" w:color="auto"/>
        <w:left w:val="none" w:sz="0" w:space="0" w:color="auto"/>
        <w:bottom w:val="none" w:sz="0" w:space="0" w:color="auto"/>
        <w:right w:val="none" w:sz="0" w:space="0" w:color="auto"/>
      </w:divBdr>
    </w:div>
    <w:div w:id="1914393895">
      <w:bodyDiv w:val="1"/>
      <w:marLeft w:val="0"/>
      <w:marRight w:val="0"/>
      <w:marTop w:val="0"/>
      <w:marBottom w:val="0"/>
      <w:divBdr>
        <w:top w:val="none" w:sz="0" w:space="0" w:color="auto"/>
        <w:left w:val="none" w:sz="0" w:space="0" w:color="auto"/>
        <w:bottom w:val="none" w:sz="0" w:space="0" w:color="auto"/>
        <w:right w:val="none" w:sz="0" w:space="0" w:color="auto"/>
      </w:divBdr>
    </w:div>
    <w:div w:id="1914776688">
      <w:bodyDiv w:val="1"/>
      <w:marLeft w:val="0"/>
      <w:marRight w:val="0"/>
      <w:marTop w:val="0"/>
      <w:marBottom w:val="0"/>
      <w:divBdr>
        <w:top w:val="none" w:sz="0" w:space="0" w:color="auto"/>
        <w:left w:val="none" w:sz="0" w:space="0" w:color="auto"/>
        <w:bottom w:val="none" w:sz="0" w:space="0" w:color="auto"/>
        <w:right w:val="none" w:sz="0" w:space="0" w:color="auto"/>
      </w:divBdr>
    </w:div>
    <w:div w:id="1915360301">
      <w:bodyDiv w:val="1"/>
      <w:marLeft w:val="0"/>
      <w:marRight w:val="0"/>
      <w:marTop w:val="0"/>
      <w:marBottom w:val="0"/>
      <w:divBdr>
        <w:top w:val="none" w:sz="0" w:space="0" w:color="auto"/>
        <w:left w:val="none" w:sz="0" w:space="0" w:color="auto"/>
        <w:bottom w:val="none" w:sz="0" w:space="0" w:color="auto"/>
        <w:right w:val="none" w:sz="0" w:space="0" w:color="auto"/>
      </w:divBdr>
    </w:div>
    <w:div w:id="1916359864">
      <w:bodyDiv w:val="1"/>
      <w:marLeft w:val="0"/>
      <w:marRight w:val="0"/>
      <w:marTop w:val="0"/>
      <w:marBottom w:val="0"/>
      <w:divBdr>
        <w:top w:val="none" w:sz="0" w:space="0" w:color="auto"/>
        <w:left w:val="none" w:sz="0" w:space="0" w:color="auto"/>
        <w:bottom w:val="none" w:sz="0" w:space="0" w:color="auto"/>
        <w:right w:val="none" w:sz="0" w:space="0" w:color="auto"/>
      </w:divBdr>
    </w:div>
    <w:div w:id="1917205413">
      <w:bodyDiv w:val="1"/>
      <w:marLeft w:val="0"/>
      <w:marRight w:val="0"/>
      <w:marTop w:val="0"/>
      <w:marBottom w:val="0"/>
      <w:divBdr>
        <w:top w:val="none" w:sz="0" w:space="0" w:color="auto"/>
        <w:left w:val="none" w:sz="0" w:space="0" w:color="auto"/>
        <w:bottom w:val="none" w:sz="0" w:space="0" w:color="auto"/>
        <w:right w:val="none" w:sz="0" w:space="0" w:color="auto"/>
      </w:divBdr>
    </w:div>
    <w:div w:id="1918321875">
      <w:bodyDiv w:val="1"/>
      <w:marLeft w:val="0"/>
      <w:marRight w:val="0"/>
      <w:marTop w:val="0"/>
      <w:marBottom w:val="0"/>
      <w:divBdr>
        <w:top w:val="none" w:sz="0" w:space="0" w:color="auto"/>
        <w:left w:val="none" w:sz="0" w:space="0" w:color="auto"/>
        <w:bottom w:val="none" w:sz="0" w:space="0" w:color="auto"/>
        <w:right w:val="none" w:sz="0" w:space="0" w:color="auto"/>
      </w:divBdr>
    </w:div>
    <w:div w:id="1918401055">
      <w:bodyDiv w:val="1"/>
      <w:marLeft w:val="0"/>
      <w:marRight w:val="0"/>
      <w:marTop w:val="0"/>
      <w:marBottom w:val="0"/>
      <w:divBdr>
        <w:top w:val="none" w:sz="0" w:space="0" w:color="auto"/>
        <w:left w:val="none" w:sz="0" w:space="0" w:color="auto"/>
        <w:bottom w:val="none" w:sz="0" w:space="0" w:color="auto"/>
        <w:right w:val="none" w:sz="0" w:space="0" w:color="auto"/>
      </w:divBdr>
    </w:div>
    <w:div w:id="1922372769">
      <w:bodyDiv w:val="1"/>
      <w:marLeft w:val="0"/>
      <w:marRight w:val="0"/>
      <w:marTop w:val="0"/>
      <w:marBottom w:val="0"/>
      <w:divBdr>
        <w:top w:val="none" w:sz="0" w:space="0" w:color="auto"/>
        <w:left w:val="none" w:sz="0" w:space="0" w:color="auto"/>
        <w:bottom w:val="none" w:sz="0" w:space="0" w:color="auto"/>
        <w:right w:val="none" w:sz="0" w:space="0" w:color="auto"/>
      </w:divBdr>
    </w:div>
    <w:div w:id="1923954253">
      <w:bodyDiv w:val="1"/>
      <w:marLeft w:val="0"/>
      <w:marRight w:val="0"/>
      <w:marTop w:val="0"/>
      <w:marBottom w:val="0"/>
      <w:divBdr>
        <w:top w:val="none" w:sz="0" w:space="0" w:color="auto"/>
        <w:left w:val="none" w:sz="0" w:space="0" w:color="auto"/>
        <w:bottom w:val="none" w:sz="0" w:space="0" w:color="auto"/>
        <w:right w:val="none" w:sz="0" w:space="0" w:color="auto"/>
      </w:divBdr>
    </w:div>
    <w:div w:id="1926301603">
      <w:bodyDiv w:val="1"/>
      <w:marLeft w:val="0"/>
      <w:marRight w:val="0"/>
      <w:marTop w:val="0"/>
      <w:marBottom w:val="0"/>
      <w:divBdr>
        <w:top w:val="none" w:sz="0" w:space="0" w:color="auto"/>
        <w:left w:val="none" w:sz="0" w:space="0" w:color="auto"/>
        <w:bottom w:val="none" w:sz="0" w:space="0" w:color="auto"/>
        <w:right w:val="none" w:sz="0" w:space="0" w:color="auto"/>
      </w:divBdr>
    </w:div>
    <w:div w:id="1926302006">
      <w:bodyDiv w:val="1"/>
      <w:marLeft w:val="0"/>
      <w:marRight w:val="0"/>
      <w:marTop w:val="0"/>
      <w:marBottom w:val="0"/>
      <w:divBdr>
        <w:top w:val="none" w:sz="0" w:space="0" w:color="auto"/>
        <w:left w:val="none" w:sz="0" w:space="0" w:color="auto"/>
        <w:bottom w:val="none" w:sz="0" w:space="0" w:color="auto"/>
        <w:right w:val="none" w:sz="0" w:space="0" w:color="auto"/>
      </w:divBdr>
    </w:div>
    <w:div w:id="1926305703">
      <w:bodyDiv w:val="1"/>
      <w:marLeft w:val="0"/>
      <w:marRight w:val="0"/>
      <w:marTop w:val="0"/>
      <w:marBottom w:val="0"/>
      <w:divBdr>
        <w:top w:val="none" w:sz="0" w:space="0" w:color="auto"/>
        <w:left w:val="none" w:sz="0" w:space="0" w:color="auto"/>
        <w:bottom w:val="none" w:sz="0" w:space="0" w:color="auto"/>
        <w:right w:val="none" w:sz="0" w:space="0" w:color="auto"/>
      </w:divBdr>
    </w:div>
    <w:div w:id="1927885762">
      <w:bodyDiv w:val="1"/>
      <w:marLeft w:val="0"/>
      <w:marRight w:val="0"/>
      <w:marTop w:val="0"/>
      <w:marBottom w:val="0"/>
      <w:divBdr>
        <w:top w:val="none" w:sz="0" w:space="0" w:color="auto"/>
        <w:left w:val="none" w:sz="0" w:space="0" w:color="auto"/>
        <w:bottom w:val="none" w:sz="0" w:space="0" w:color="auto"/>
        <w:right w:val="none" w:sz="0" w:space="0" w:color="auto"/>
      </w:divBdr>
    </w:div>
    <w:div w:id="1929999949">
      <w:bodyDiv w:val="1"/>
      <w:marLeft w:val="0"/>
      <w:marRight w:val="0"/>
      <w:marTop w:val="0"/>
      <w:marBottom w:val="0"/>
      <w:divBdr>
        <w:top w:val="none" w:sz="0" w:space="0" w:color="auto"/>
        <w:left w:val="none" w:sz="0" w:space="0" w:color="auto"/>
        <w:bottom w:val="none" w:sz="0" w:space="0" w:color="auto"/>
        <w:right w:val="none" w:sz="0" w:space="0" w:color="auto"/>
      </w:divBdr>
    </w:div>
    <w:div w:id="1930114830">
      <w:bodyDiv w:val="1"/>
      <w:marLeft w:val="0"/>
      <w:marRight w:val="0"/>
      <w:marTop w:val="0"/>
      <w:marBottom w:val="0"/>
      <w:divBdr>
        <w:top w:val="none" w:sz="0" w:space="0" w:color="auto"/>
        <w:left w:val="none" w:sz="0" w:space="0" w:color="auto"/>
        <w:bottom w:val="none" w:sz="0" w:space="0" w:color="auto"/>
        <w:right w:val="none" w:sz="0" w:space="0" w:color="auto"/>
      </w:divBdr>
    </w:div>
    <w:div w:id="1932885696">
      <w:bodyDiv w:val="1"/>
      <w:marLeft w:val="0"/>
      <w:marRight w:val="0"/>
      <w:marTop w:val="0"/>
      <w:marBottom w:val="0"/>
      <w:divBdr>
        <w:top w:val="none" w:sz="0" w:space="0" w:color="auto"/>
        <w:left w:val="none" w:sz="0" w:space="0" w:color="auto"/>
        <w:bottom w:val="none" w:sz="0" w:space="0" w:color="auto"/>
        <w:right w:val="none" w:sz="0" w:space="0" w:color="auto"/>
      </w:divBdr>
    </w:div>
    <w:div w:id="1933467377">
      <w:bodyDiv w:val="1"/>
      <w:marLeft w:val="0"/>
      <w:marRight w:val="0"/>
      <w:marTop w:val="0"/>
      <w:marBottom w:val="0"/>
      <w:divBdr>
        <w:top w:val="none" w:sz="0" w:space="0" w:color="auto"/>
        <w:left w:val="none" w:sz="0" w:space="0" w:color="auto"/>
        <w:bottom w:val="none" w:sz="0" w:space="0" w:color="auto"/>
        <w:right w:val="none" w:sz="0" w:space="0" w:color="auto"/>
      </w:divBdr>
    </w:div>
    <w:div w:id="1933934024">
      <w:bodyDiv w:val="1"/>
      <w:marLeft w:val="0"/>
      <w:marRight w:val="0"/>
      <w:marTop w:val="0"/>
      <w:marBottom w:val="0"/>
      <w:divBdr>
        <w:top w:val="none" w:sz="0" w:space="0" w:color="auto"/>
        <w:left w:val="none" w:sz="0" w:space="0" w:color="auto"/>
        <w:bottom w:val="none" w:sz="0" w:space="0" w:color="auto"/>
        <w:right w:val="none" w:sz="0" w:space="0" w:color="auto"/>
      </w:divBdr>
    </w:div>
    <w:div w:id="1935169750">
      <w:bodyDiv w:val="1"/>
      <w:marLeft w:val="0"/>
      <w:marRight w:val="0"/>
      <w:marTop w:val="0"/>
      <w:marBottom w:val="0"/>
      <w:divBdr>
        <w:top w:val="none" w:sz="0" w:space="0" w:color="auto"/>
        <w:left w:val="none" w:sz="0" w:space="0" w:color="auto"/>
        <w:bottom w:val="none" w:sz="0" w:space="0" w:color="auto"/>
        <w:right w:val="none" w:sz="0" w:space="0" w:color="auto"/>
      </w:divBdr>
    </w:div>
    <w:div w:id="1935431527">
      <w:bodyDiv w:val="1"/>
      <w:marLeft w:val="0"/>
      <w:marRight w:val="0"/>
      <w:marTop w:val="0"/>
      <w:marBottom w:val="0"/>
      <w:divBdr>
        <w:top w:val="none" w:sz="0" w:space="0" w:color="auto"/>
        <w:left w:val="none" w:sz="0" w:space="0" w:color="auto"/>
        <w:bottom w:val="none" w:sz="0" w:space="0" w:color="auto"/>
        <w:right w:val="none" w:sz="0" w:space="0" w:color="auto"/>
      </w:divBdr>
    </w:div>
    <w:div w:id="1935507308">
      <w:bodyDiv w:val="1"/>
      <w:marLeft w:val="0"/>
      <w:marRight w:val="0"/>
      <w:marTop w:val="0"/>
      <w:marBottom w:val="0"/>
      <w:divBdr>
        <w:top w:val="none" w:sz="0" w:space="0" w:color="auto"/>
        <w:left w:val="none" w:sz="0" w:space="0" w:color="auto"/>
        <w:bottom w:val="none" w:sz="0" w:space="0" w:color="auto"/>
        <w:right w:val="none" w:sz="0" w:space="0" w:color="auto"/>
      </w:divBdr>
    </w:div>
    <w:div w:id="1936745610">
      <w:bodyDiv w:val="1"/>
      <w:marLeft w:val="0"/>
      <w:marRight w:val="0"/>
      <w:marTop w:val="0"/>
      <w:marBottom w:val="0"/>
      <w:divBdr>
        <w:top w:val="none" w:sz="0" w:space="0" w:color="auto"/>
        <w:left w:val="none" w:sz="0" w:space="0" w:color="auto"/>
        <w:bottom w:val="none" w:sz="0" w:space="0" w:color="auto"/>
        <w:right w:val="none" w:sz="0" w:space="0" w:color="auto"/>
      </w:divBdr>
    </w:div>
    <w:div w:id="1937058671">
      <w:bodyDiv w:val="1"/>
      <w:marLeft w:val="0"/>
      <w:marRight w:val="0"/>
      <w:marTop w:val="0"/>
      <w:marBottom w:val="0"/>
      <w:divBdr>
        <w:top w:val="none" w:sz="0" w:space="0" w:color="auto"/>
        <w:left w:val="none" w:sz="0" w:space="0" w:color="auto"/>
        <w:bottom w:val="none" w:sz="0" w:space="0" w:color="auto"/>
        <w:right w:val="none" w:sz="0" w:space="0" w:color="auto"/>
      </w:divBdr>
    </w:div>
    <w:div w:id="1937979127">
      <w:bodyDiv w:val="1"/>
      <w:marLeft w:val="0"/>
      <w:marRight w:val="0"/>
      <w:marTop w:val="0"/>
      <w:marBottom w:val="0"/>
      <w:divBdr>
        <w:top w:val="none" w:sz="0" w:space="0" w:color="auto"/>
        <w:left w:val="none" w:sz="0" w:space="0" w:color="auto"/>
        <w:bottom w:val="none" w:sz="0" w:space="0" w:color="auto"/>
        <w:right w:val="none" w:sz="0" w:space="0" w:color="auto"/>
      </w:divBdr>
    </w:div>
    <w:div w:id="1938827807">
      <w:bodyDiv w:val="1"/>
      <w:marLeft w:val="0"/>
      <w:marRight w:val="0"/>
      <w:marTop w:val="0"/>
      <w:marBottom w:val="0"/>
      <w:divBdr>
        <w:top w:val="none" w:sz="0" w:space="0" w:color="auto"/>
        <w:left w:val="none" w:sz="0" w:space="0" w:color="auto"/>
        <w:bottom w:val="none" w:sz="0" w:space="0" w:color="auto"/>
        <w:right w:val="none" w:sz="0" w:space="0" w:color="auto"/>
      </w:divBdr>
    </w:div>
    <w:div w:id="1939869518">
      <w:bodyDiv w:val="1"/>
      <w:marLeft w:val="0"/>
      <w:marRight w:val="0"/>
      <w:marTop w:val="0"/>
      <w:marBottom w:val="0"/>
      <w:divBdr>
        <w:top w:val="none" w:sz="0" w:space="0" w:color="auto"/>
        <w:left w:val="none" w:sz="0" w:space="0" w:color="auto"/>
        <w:bottom w:val="none" w:sz="0" w:space="0" w:color="auto"/>
        <w:right w:val="none" w:sz="0" w:space="0" w:color="auto"/>
      </w:divBdr>
    </w:div>
    <w:div w:id="1940605631">
      <w:bodyDiv w:val="1"/>
      <w:marLeft w:val="0"/>
      <w:marRight w:val="0"/>
      <w:marTop w:val="0"/>
      <w:marBottom w:val="0"/>
      <w:divBdr>
        <w:top w:val="none" w:sz="0" w:space="0" w:color="auto"/>
        <w:left w:val="none" w:sz="0" w:space="0" w:color="auto"/>
        <w:bottom w:val="none" w:sz="0" w:space="0" w:color="auto"/>
        <w:right w:val="none" w:sz="0" w:space="0" w:color="auto"/>
      </w:divBdr>
    </w:div>
    <w:div w:id="1940982909">
      <w:bodyDiv w:val="1"/>
      <w:marLeft w:val="0"/>
      <w:marRight w:val="0"/>
      <w:marTop w:val="0"/>
      <w:marBottom w:val="0"/>
      <w:divBdr>
        <w:top w:val="none" w:sz="0" w:space="0" w:color="auto"/>
        <w:left w:val="none" w:sz="0" w:space="0" w:color="auto"/>
        <w:bottom w:val="none" w:sz="0" w:space="0" w:color="auto"/>
        <w:right w:val="none" w:sz="0" w:space="0" w:color="auto"/>
      </w:divBdr>
    </w:div>
    <w:div w:id="1942103460">
      <w:bodyDiv w:val="1"/>
      <w:marLeft w:val="0"/>
      <w:marRight w:val="0"/>
      <w:marTop w:val="0"/>
      <w:marBottom w:val="0"/>
      <w:divBdr>
        <w:top w:val="none" w:sz="0" w:space="0" w:color="auto"/>
        <w:left w:val="none" w:sz="0" w:space="0" w:color="auto"/>
        <w:bottom w:val="none" w:sz="0" w:space="0" w:color="auto"/>
        <w:right w:val="none" w:sz="0" w:space="0" w:color="auto"/>
      </w:divBdr>
    </w:div>
    <w:div w:id="1942298528">
      <w:bodyDiv w:val="1"/>
      <w:marLeft w:val="0"/>
      <w:marRight w:val="0"/>
      <w:marTop w:val="0"/>
      <w:marBottom w:val="0"/>
      <w:divBdr>
        <w:top w:val="none" w:sz="0" w:space="0" w:color="auto"/>
        <w:left w:val="none" w:sz="0" w:space="0" w:color="auto"/>
        <w:bottom w:val="none" w:sz="0" w:space="0" w:color="auto"/>
        <w:right w:val="none" w:sz="0" w:space="0" w:color="auto"/>
      </w:divBdr>
    </w:div>
    <w:div w:id="1943537459">
      <w:bodyDiv w:val="1"/>
      <w:marLeft w:val="0"/>
      <w:marRight w:val="0"/>
      <w:marTop w:val="0"/>
      <w:marBottom w:val="0"/>
      <w:divBdr>
        <w:top w:val="none" w:sz="0" w:space="0" w:color="auto"/>
        <w:left w:val="none" w:sz="0" w:space="0" w:color="auto"/>
        <w:bottom w:val="none" w:sz="0" w:space="0" w:color="auto"/>
        <w:right w:val="none" w:sz="0" w:space="0" w:color="auto"/>
      </w:divBdr>
    </w:div>
    <w:div w:id="1943609622">
      <w:bodyDiv w:val="1"/>
      <w:marLeft w:val="0"/>
      <w:marRight w:val="0"/>
      <w:marTop w:val="0"/>
      <w:marBottom w:val="0"/>
      <w:divBdr>
        <w:top w:val="none" w:sz="0" w:space="0" w:color="auto"/>
        <w:left w:val="none" w:sz="0" w:space="0" w:color="auto"/>
        <w:bottom w:val="none" w:sz="0" w:space="0" w:color="auto"/>
        <w:right w:val="none" w:sz="0" w:space="0" w:color="auto"/>
      </w:divBdr>
    </w:div>
    <w:div w:id="1944073352">
      <w:bodyDiv w:val="1"/>
      <w:marLeft w:val="0"/>
      <w:marRight w:val="0"/>
      <w:marTop w:val="0"/>
      <w:marBottom w:val="0"/>
      <w:divBdr>
        <w:top w:val="none" w:sz="0" w:space="0" w:color="auto"/>
        <w:left w:val="none" w:sz="0" w:space="0" w:color="auto"/>
        <w:bottom w:val="none" w:sz="0" w:space="0" w:color="auto"/>
        <w:right w:val="none" w:sz="0" w:space="0" w:color="auto"/>
      </w:divBdr>
    </w:div>
    <w:div w:id="1944417010">
      <w:bodyDiv w:val="1"/>
      <w:marLeft w:val="0"/>
      <w:marRight w:val="0"/>
      <w:marTop w:val="0"/>
      <w:marBottom w:val="0"/>
      <w:divBdr>
        <w:top w:val="none" w:sz="0" w:space="0" w:color="auto"/>
        <w:left w:val="none" w:sz="0" w:space="0" w:color="auto"/>
        <w:bottom w:val="none" w:sz="0" w:space="0" w:color="auto"/>
        <w:right w:val="none" w:sz="0" w:space="0" w:color="auto"/>
      </w:divBdr>
    </w:div>
    <w:div w:id="1946157107">
      <w:bodyDiv w:val="1"/>
      <w:marLeft w:val="0"/>
      <w:marRight w:val="0"/>
      <w:marTop w:val="0"/>
      <w:marBottom w:val="0"/>
      <w:divBdr>
        <w:top w:val="none" w:sz="0" w:space="0" w:color="auto"/>
        <w:left w:val="none" w:sz="0" w:space="0" w:color="auto"/>
        <w:bottom w:val="none" w:sz="0" w:space="0" w:color="auto"/>
        <w:right w:val="none" w:sz="0" w:space="0" w:color="auto"/>
      </w:divBdr>
    </w:div>
    <w:div w:id="1946451376">
      <w:bodyDiv w:val="1"/>
      <w:marLeft w:val="0"/>
      <w:marRight w:val="0"/>
      <w:marTop w:val="0"/>
      <w:marBottom w:val="0"/>
      <w:divBdr>
        <w:top w:val="none" w:sz="0" w:space="0" w:color="auto"/>
        <w:left w:val="none" w:sz="0" w:space="0" w:color="auto"/>
        <w:bottom w:val="none" w:sz="0" w:space="0" w:color="auto"/>
        <w:right w:val="none" w:sz="0" w:space="0" w:color="auto"/>
      </w:divBdr>
    </w:div>
    <w:div w:id="1949117781">
      <w:bodyDiv w:val="1"/>
      <w:marLeft w:val="0"/>
      <w:marRight w:val="0"/>
      <w:marTop w:val="0"/>
      <w:marBottom w:val="0"/>
      <w:divBdr>
        <w:top w:val="none" w:sz="0" w:space="0" w:color="auto"/>
        <w:left w:val="none" w:sz="0" w:space="0" w:color="auto"/>
        <w:bottom w:val="none" w:sz="0" w:space="0" w:color="auto"/>
        <w:right w:val="none" w:sz="0" w:space="0" w:color="auto"/>
      </w:divBdr>
    </w:div>
    <w:div w:id="1950811832">
      <w:bodyDiv w:val="1"/>
      <w:marLeft w:val="0"/>
      <w:marRight w:val="0"/>
      <w:marTop w:val="0"/>
      <w:marBottom w:val="0"/>
      <w:divBdr>
        <w:top w:val="none" w:sz="0" w:space="0" w:color="auto"/>
        <w:left w:val="none" w:sz="0" w:space="0" w:color="auto"/>
        <w:bottom w:val="none" w:sz="0" w:space="0" w:color="auto"/>
        <w:right w:val="none" w:sz="0" w:space="0" w:color="auto"/>
      </w:divBdr>
    </w:div>
    <w:div w:id="1951162675">
      <w:bodyDiv w:val="1"/>
      <w:marLeft w:val="0"/>
      <w:marRight w:val="0"/>
      <w:marTop w:val="0"/>
      <w:marBottom w:val="0"/>
      <w:divBdr>
        <w:top w:val="none" w:sz="0" w:space="0" w:color="auto"/>
        <w:left w:val="none" w:sz="0" w:space="0" w:color="auto"/>
        <w:bottom w:val="none" w:sz="0" w:space="0" w:color="auto"/>
        <w:right w:val="none" w:sz="0" w:space="0" w:color="auto"/>
      </w:divBdr>
    </w:div>
    <w:div w:id="1952660685">
      <w:bodyDiv w:val="1"/>
      <w:marLeft w:val="0"/>
      <w:marRight w:val="0"/>
      <w:marTop w:val="0"/>
      <w:marBottom w:val="0"/>
      <w:divBdr>
        <w:top w:val="none" w:sz="0" w:space="0" w:color="auto"/>
        <w:left w:val="none" w:sz="0" w:space="0" w:color="auto"/>
        <w:bottom w:val="none" w:sz="0" w:space="0" w:color="auto"/>
        <w:right w:val="none" w:sz="0" w:space="0" w:color="auto"/>
      </w:divBdr>
    </w:div>
    <w:div w:id="1952973168">
      <w:bodyDiv w:val="1"/>
      <w:marLeft w:val="0"/>
      <w:marRight w:val="0"/>
      <w:marTop w:val="0"/>
      <w:marBottom w:val="0"/>
      <w:divBdr>
        <w:top w:val="none" w:sz="0" w:space="0" w:color="auto"/>
        <w:left w:val="none" w:sz="0" w:space="0" w:color="auto"/>
        <w:bottom w:val="none" w:sz="0" w:space="0" w:color="auto"/>
        <w:right w:val="none" w:sz="0" w:space="0" w:color="auto"/>
      </w:divBdr>
    </w:div>
    <w:div w:id="1953392280">
      <w:bodyDiv w:val="1"/>
      <w:marLeft w:val="0"/>
      <w:marRight w:val="0"/>
      <w:marTop w:val="0"/>
      <w:marBottom w:val="0"/>
      <w:divBdr>
        <w:top w:val="none" w:sz="0" w:space="0" w:color="auto"/>
        <w:left w:val="none" w:sz="0" w:space="0" w:color="auto"/>
        <w:bottom w:val="none" w:sz="0" w:space="0" w:color="auto"/>
        <w:right w:val="none" w:sz="0" w:space="0" w:color="auto"/>
      </w:divBdr>
    </w:div>
    <w:div w:id="1953703508">
      <w:bodyDiv w:val="1"/>
      <w:marLeft w:val="0"/>
      <w:marRight w:val="0"/>
      <w:marTop w:val="0"/>
      <w:marBottom w:val="0"/>
      <w:divBdr>
        <w:top w:val="none" w:sz="0" w:space="0" w:color="auto"/>
        <w:left w:val="none" w:sz="0" w:space="0" w:color="auto"/>
        <w:bottom w:val="none" w:sz="0" w:space="0" w:color="auto"/>
        <w:right w:val="none" w:sz="0" w:space="0" w:color="auto"/>
      </w:divBdr>
    </w:div>
    <w:div w:id="1953782347">
      <w:bodyDiv w:val="1"/>
      <w:marLeft w:val="0"/>
      <w:marRight w:val="0"/>
      <w:marTop w:val="0"/>
      <w:marBottom w:val="0"/>
      <w:divBdr>
        <w:top w:val="none" w:sz="0" w:space="0" w:color="auto"/>
        <w:left w:val="none" w:sz="0" w:space="0" w:color="auto"/>
        <w:bottom w:val="none" w:sz="0" w:space="0" w:color="auto"/>
        <w:right w:val="none" w:sz="0" w:space="0" w:color="auto"/>
      </w:divBdr>
    </w:div>
    <w:div w:id="1953901772">
      <w:bodyDiv w:val="1"/>
      <w:marLeft w:val="0"/>
      <w:marRight w:val="0"/>
      <w:marTop w:val="0"/>
      <w:marBottom w:val="0"/>
      <w:divBdr>
        <w:top w:val="none" w:sz="0" w:space="0" w:color="auto"/>
        <w:left w:val="none" w:sz="0" w:space="0" w:color="auto"/>
        <w:bottom w:val="none" w:sz="0" w:space="0" w:color="auto"/>
        <w:right w:val="none" w:sz="0" w:space="0" w:color="auto"/>
      </w:divBdr>
    </w:div>
    <w:div w:id="1954052664">
      <w:bodyDiv w:val="1"/>
      <w:marLeft w:val="0"/>
      <w:marRight w:val="0"/>
      <w:marTop w:val="0"/>
      <w:marBottom w:val="0"/>
      <w:divBdr>
        <w:top w:val="none" w:sz="0" w:space="0" w:color="auto"/>
        <w:left w:val="none" w:sz="0" w:space="0" w:color="auto"/>
        <w:bottom w:val="none" w:sz="0" w:space="0" w:color="auto"/>
        <w:right w:val="none" w:sz="0" w:space="0" w:color="auto"/>
      </w:divBdr>
    </w:div>
    <w:div w:id="1954824876">
      <w:bodyDiv w:val="1"/>
      <w:marLeft w:val="0"/>
      <w:marRight w:val="0"/>
      <w:marTop w:val="0"/>
      <w:marBottom w:val="0"/>
      <w:divBdr>
        <w:top w:val="none" w:sz="0" w:space="0" w:color="auto"/>
        <w:left w:val="none" w:sz="0" w:space="0" w:color="auto"/>
        <w:bottom w:val="none" w:sz="0" w:space="0" w:color="auto"/>
        <w:right w:val="none" w:sz="0" w:space="0" w:color="auto"/>
      </w:divBdr>
    </w:div>
    <w:div w:id="1955168222">
      <w:bodyDiv w:val="1"/>
      <w:marLeft w:val="0"/>
      <w:marRight w:val="0"/>
      <w:marTop w:val="0"/>
      <w:marBottom w:val="0"/>
      <w:divBdr>
        <w:top w:val="none" w:sz="0" w:space="0" w:color="auto"/>
        <w:left w:val="none" w:sz="0" w:space="0" w:color="auto"/>
        <w:bottom w:val="none" w:sz="0" w:space="0" w:color="auto"/>
        <w:right w:val="none" w:sz="0" w:space="0" w:color="auto"/>
      </w:divBdr>
    </w:div>
    <w:div w:id="1957365319">
      <w:bodyDiv w:val="1"/>
      <w:marLeft w:val="0"/>
      <w:marRight w:val="0"/>
      <w:marTop w:val="0"/>
      <w:marBottom w:val="0"/>
      <w:divBdr>
        <w:top w:val="none" w:sz="0" w:space="0" w:color="auto"/>
        <w:left w:val="none" w:sz="0" w:space="0" w:color="auto"/>
        <w:bottom w:val="none" w:sz="0" w:space="0" w:color="auto"/>
        <w:right w:val="none" w:sz="0" w:space="0" w:color="auto"/>
      </w:divBdr>
    </w:div>
    <w:div w:id="1958608955">
      <w:bodyDiv w:val="1"/>
      <w:marLeft w:val="0"/>
      <w:marRight w:val="0"/>
      <w:marTop w:val="0"/>
      <w:marBottom w:val="0"/>
      <w:divBdr>
        <w:top w:val="none" w:sz="0" w:space="0" w:color="auto"/>
        <w:left w:val="none" w:sz="0" w:space="0" w:color="auto"/>
        <w:bottom w:val="none" w:sz="0" w:space="0" w:color="auto"/>
        <w:right w:val="none" w:sz="0" w:space="0" w:color="auto"/>
      </w:divBdr>
    </w:div>
    <w:div w:id="1962414552">
      <w:bodyDiv w:val="1"/>
      <w:marLeft w:val="0"/>
      <w:marRight w:val="0"/>
      <w:marTop w:val="0"/>
      <w:marBottom w:val="0"/>
      <w:divBdr>
        <w:top w:val="none" w:sz="0" w:space="0" w:color="auto"/>
        <w:left w:val="none" w:sz="0" w:space="0" w:color="auto"/>
        <w:bottom w:val="none" w:sz="0" w:space="0" w:color="auto"/>
        <w:right w:val="none" w:sz="0" w:space="0" w:color="auto"/>
      </w:divBdr>
    </w:div>
    <w:div w:id="1965497665">
      <w:bodyDiv w:val="1"/>
      <w:marLeft w:val="0"/>
      <w:marRight w:val="0"/>
      <w:marTop w:val="0"/>
      <w:marBottom w:val="0"/>
      <w:divBdr>
        <w:top w:val="none" w:sz="0" w:space="0" w:color="auto"/>
        <w:left w:val="none" w:sz="0" w:space="0" w:color="auto"/>
        <w:bottom w:val="none" w:sz="0" w:space="0" w:color="auto"/>
        <w:right w:val="none" w:sz="0" w:space="0" w:color="auto"/>
      </w:divBdr>
    </w:div>
    <w:div w:id="1967200459">
      <w:bodyDiv w:val="1"/>
      <w:marLeft w:val="0"/>
      <w:marRight w:val="0"/>
      <w:marTop w:val="0"/>
      <w:marBottom w:val="0"/>
      <w:divBdr>
        <w:top w:val="none" w:sz="0" w:space="0" w:color="auto"/>
        <w:left w:val="none" w:sz="0" w:space="0" w:color="auto"/>
        <w:bottom w:val="none" w:sz="0" w:space="0" w:color="auto"/>
        <w:right w:val="none" w:sz="0" w:space="0" w:color="auto"/>
      </w:divBdr>
    </w:div>
    <w:div w:id="1968663980">
      <w:bodyDiv w:val="1"/>
      <w:marLeft w:val="0"/>
      <w:marRight w:val="0"/>
      <w:marTop w:val="0"/>
      <w:marBottom w:val="0"/>
      <w:divBdr>
        <w:top w:val="none" w:sz="0" w:space="0" w:color="auto"/>
        <w:left w:val="none" w:sz="0" w:space="0" w:color="auto"/>
        <w:bottom w:val="none" w:sz="0" w:space="0" w:color="auto"/>
        <w:right w:val="none" w:sz="0" w:space="0" w:color="auto"/>
      </w:divBdr>
    </w:div>
    <w:div w:id="1972663297">
      <w:bodyDiv w:val="1"/>
      <w:marLeft w:val="0"/>
      <w:marRight w:val="0"/>
      <w:marTop w:val="0"/>
      <w:marBottom w:val="0"/>
      <w:divBdr>
        <w:top w:val="none" w:sz="0" w:space="0" w:color="auto"/>
        <w:left w:val="none" w:sz="0" w:space="0" w:color="auto"/>
        <w:bottom w:val="none" w:sz="0" w:space="0" w:color="auto"/>
        <w:right w:val="none" w:sz="0" w:space="0" w:color="auto"/>
      </w:divBdr>
    </w:div>
    <w:div w:id="1973710268">
      <w:bodyDiv w:val="1"/>
      <w:marLeft w:val="0"/>
      <w:marRight w:val="0"/>
      <w:marTop w:val="0"/>
      <w:marBottom w:val="0"/>
      <w:divBdr>
        <w:top w:val="none" w:sz="0" w:space="0" w:color="auto"/>
        <w:left w:val="none" w:sz="0" w:space="0" w:color="auto"/>
        <w:bottom w:val="none" w:sz="0" w:space="0" w:color="auto"/>
        <w:right w:val="none" w:sz="0" w:space="0" w:color="auto"/>
      </w:divBdr>
    </w:div>
    <w:div w:id="1974099574">
      <w:bodyDiv w:val="1"/>
      <w:marLeft w:val="0"/>
      <w:marRight w:val="0"/>
      <w:marTop w:val="0"/>
      <w:marBottom w:val="0"/>
      <w:divBdr>
        <w:top w:val="none" w:sz="0" w:space="0" w:color="auto"/>
        <w:left w:val="none" w:sz="0" w:space="0" w:color="auto"/>
        <w:bottom w:val="none" w:sz="0" w:space="0" w:color="auto"/>
        <w:right w:val="none" w:sz="0" w:space="0" w:color="auto"/>
      </w:divBdr>
    </w:div>
    <w:div w:id="1974291188">
      <w:bodyDiv w:val="1"/>
      <w:marLeft w:val="0"/>
      <w:marRight w:val="0"/>
      <w:marTop w:val="0"/>
      <w:marBottom w:val="0"/>
      <w:divBdr>
        <w:top w:val="none" w:sz="0" w:space="0" w:color="auto"/>
        <w:left w:val="none" w:sz="0" w:space="0" w:color="auto"/>
        <w:bottom w:val="none" w:sz="0" w:space="0" w:color="auto"/>
        <w:right w:val="none" w:sz="0" w:space="0" w:color="auto"/>
      </w:divBdr>
    </w:div>
    <w:div w:id="1974407663">
      <w:bodyDiv w:val="1"/>
      <w:marLeft w:val="0"/>
      <w:marRight w:val="0"/>
      <w:marTop w:val="0"/>
      <w:marBottom w:val="0"/>
      <w:divBdr>
        <w:top w:val="none" w:sz="0" w:space="0" w:color="auto"/>
        <w:left w:val="none" w:sz="0" w:space="0" w:color="auto"/>
        <w:bottom w:val="none" w:sz="0" w:space="0" w:color="auto"/>
        <w:right w:val="none" w:sz="0" w:space="0" w:color="auto"/>
      </w:divBdr>
    </w:div>
    <w:div w:id="1976717332">
      <w:bodyDiv w:val="1"/>
      <w:marLeft w:val="0"/>
      <w:marRight w:val="0"/>
      <w:marTop w:val="0"/>
      <w:marBottom w:val="0"/>
      <w:divBdr>
        <w:top w:val="none" w:sz="0" w:space="0" w:color="auto"/>
        <w:left w:val="none" w:sz="0" w:space="0" w:color="auto"/>
        <w:bottom w:val="none" w:sz="0" w:space="0" w:color="auto"/>
        <w:right w:val="none" w:sz="0" w:space="0" w:color="auto"/>
      </w:divBdr>
    </w:div>
    <w:div w:id="1976984043">
      <w:bodyDiv w:val="1"/>
      <w:marLeft w:val="0"/>
      <w:marRight w:val="0"/>
      <w:marTop w:val="0"/>
      <w:marBottom w:val="0"/>
      <w:divBdr>
        <w:top w:val="none" w:sz="0" w:space="0" w:color="auto"/>
        <w:left w:val="none" w:sz="0" w:space="0" w:color="auto"/>
        <w:bottom w:val="none" w:sz="0" w:space="0" w:color="auto"/>
        <w:right w:val="none" w:sz="0" w:space="0" w:color="auto"/>
      </w:divBdr>
    </w:div>
    <w:div w:id="1978564308">
      <w:bodyDiv w:val="1"/>
      <w:marLeft w:val="0"/>
      <w:marRight w:val="0"/>
      <w:marTop w:val="0"/>
      <w:marBottom w:val="0"/>
      <w:divBdr>
        <w:top w:val="none" w:sz="0" w:space="0" w:color="auto"/>
        <w:left w:val="none" w:sz="0" w:space="0" w:color="auto"/>
        <w:bottom w:val="none" w:sz="0" w:space="0" w:color="auto"/>
        <w:right w:val="none" w:sz="0" w:space="0" w:color="auto"/>
      </w:divBdr>
    </w:div>
    <w:div w:id="1979725567">
      <w:bodyDiv w:val="1"/>
      <w:marLeft w:val="0"/>
      <w:marRight w:val="0"/>
      <w:marTop w:val="0"/>
      <w:marBottom w:val="0"/>
      <w:divBdr>
        <w:top w:val="none" w:sz="0" w:space="0" w:color="auto"/>
        <w:left w:val="none" w:sz="0" w:space="0" w:color="auto"/>
        <w:bottom w:val="none" w:sz="0" w:space="0" w:color="auto"/>
        <w:right w:val="none" w:sz="0" w:space="0" w:color="auto"/>
      </w:divBdr>
    </w:div>
    <w:div w:id="1980960614">
      <w:bodyDiv w:val="1"/>
      <w:marLeft w:val="0"/>
      <w:marRight w:val="0"/>
      <w:marTop w:val="0"/>
      <w:marBottom w:val="0"/>
      <w:divBdr>
        <w:top w:val="none" w:sz="0" w:space="0" w:color="auto"/>
        <w:left w:val="none" w:sz="0" w:space="0" w:color="auto"/>
        <w:bottom w:val="none" w:sz="0" w:space="0" w:color="auto"/>
        <w:right w:val="none" w:sz="0" w:space="0" w:color="auto"/>
      </w:divBdr>
    </w:div>
    <w:div w:id="1982952860">
      <w:bodyDiv w:val="1"/>
      <w:marLeft w:val="0"/>
      <w:marRight w:val="0"/>
      <w:marTop w:val="0"/>
      <w:marBottom w:val="0"/>
      <w:divBdr>
        <w:top w:val="none" w:sz="0" w:space="0" w:color="auto"/>
        <w:left w:val="none" w:sz="0" w:space="0" w:color="auto"/>
        <w:bottom w:val="none" w:sz="0" w:space="0" w:color="auto"/>
        <w:right w:val="none" w:sz="0" w:space="0" w:color="auto"/>
      </w:divBdr>
    </w:div>
    <w:div w:id="1984506876">
      <w:bodyDiv w:val="1"/>
      <w:marLeft w:val="0"/>
      <w:marRight w:val="0"/>
      <w:marTop w:val="0"/>
      <w:marBottom w:val="0"/>
      <w:divBdr>
        <w:top w:val="none" w:sz="0" w:space="0" w:color="auto"/>
        <w:left w:val="none" w:sz="0" w:space="0" w:color="auto"/>
        <w:bottom w:val="none" w:sz="0" w:space="0" w:color="auto"/>
        <w:right w:val="none" w:sz="0" w:space="0" w:color="auto"/>
      </w:divBdr>
    </w:div>
    <w:div w:id="1984507192">
      <w:bodyDiv w:val="1"/>
      <w:marLeft w:val="0"/>
      <w:marRight w:val="0"/>
      <w:marTop w:val="0"/>
      <w:marBottom w:val="0"/>
      <w:divBdr>
        <w:top w:val="none" w:sz="0" w:space="0" w:color="auto"/>
        <w:left w:val="none" w:sz="0" w:space="0" w:color="auto"/>
        <w:bottom w:val="none" w:sz="0" w:space="0" w:color="auto"/>
        <w:right w:val="none" w:sz="0" w:space="0" w:color="auto"/>
      </w:divBdr>
    </w:div>
    <w:div w:id="1988243633">
      <w:bodyDiv w:val="1"/>
      <w:marLeft w:val="0"/>
      <w:marRight w:val="0"/>
      <w:marTop w:val="0"/>
      <w:marBottom w:val="0"/>
      <w:divBdr>
        <w:top w:val="none" w:sz="0" w:space="0" w:color="auto"/>
        <w:left w:val="none" w:sz="0" w:space="0" w:color="auto"/>
        <w:bottom w:val="none" w:sz="0" w:space="0" w:color="auto"/>
        <w:right w:val="none" w:sz="0" w:space="0" w:color="auto"/>
      </w:divBdr>
    </w:div>
    <w:div w:id="1989937667">
      <w:bodyDiv w:val="1"/>
      <w:marLeft w:val="0"/>
      <w:marRight w:val="0"/>
      <w:marTop w:val="0"/>
      <w:marBottom w:val="0"/>
      <w:divBdr>
        <w:top w:val="none" w:sz="0" w:space="0" w:color="auto"/>
        <w:left w:val="none" w:sz="0" w:space="0" w:color="auto"/>
        <w:bottom w:val="none" w:sz="0" w:space="0" w:color="auto"/>
        <w:right w:val="none" w:sz="0" w:space="0" w:color="auto"/>
      </w:divBdr>
    </w:div>
    <w:div w:id="1990356728">
      <w:bodyDiv w:val="1"/>
      <w:marLeft w:val="0"/>
      <w:marRight w:val="0"/>
      <w:marTop w:val="0"/>
      <w:marBottom w:val="0"/>
      <w:divBdr>
        <w:top w:val="none" w:sz="0" w:space="0" w:color="auto"/>
        <w:left w:val="none" w:sz="0" w:space="0" w:color="auto"/>
        <w:bottom w:val="none" w:sz="0" w:space="0" w:color="auto"/>
        <w:right w:val="none" w:sz="0" w:space="0" w:color="auto"/>
      </w:divBdr>
    </w:div>
    <w:div w:id="1994260843">
      <w:bodyDiv w:val="1"/>
      <w:marLeft w:val="0"/>
      <w:marRight w:val="0"/>
      <w:marTop w:val="0"/>
      <w:marBottom w:val="0"/>
      <w:divBdr>
        <w:top w:val="none" w:sz="0" w:space="0" w:color="auto"/>
        <w:left w:val="none" w:sz="0" w:space="0" w:color="auto"/>
        <w:bottom w:val="none" w:sz="0" w:space="0" w:color="auto"/>
        <w:right w:val="none" w:sz="0" w:space="0" w:color="auto"/>
      </w:divBdr>
    </w:div>
    <w:div w:id="1996252409">
      <w:bodyDiv w:val="1"/>
      <w:marLeft w:val="0"/>
      <w:marRight w:val="0"/>
      <w:marTop w:val="0"/>
      <w:marBottom w:val="0"/>
      <w:divBdr>
        <w:top w:val="none" w:sz="0" w:space="0" w:color="auto"/>
        <w:left w:val="none" w:sz="0" w:space="0" w:color="auto"/>
        <w:bottom w:val="none" w:sz="0" w:space="0" w:color="auto"/>
        <w:right w:val="none" w:sz="0" w:space="0" w:color="auto"/>
      </w:divBdr>
    </w:div>
    <w:div w:id="1998072785">
      <w:bodyDiv w:val="1"/>
      <w:marLeft w:val="0"/>
      <w:marRight w:val="0"/>
      <w:marTop w:val="0"/>
      <w:marBottom w:val="0"/>
      <w:divBdr>
        <w:top w:val="none" w:sz="0" w:space="0" w:color="auto"/>
        <w:left w:val="none" w:sz="0" w:space="0" w:color="auto"/>
        <w:bottom w:val="none" w:sz="0" w:space="0" w:color="auto"/>
        <w:right w:val="none" w:sz="0" w:space="0" w:color="auto"/>
      </w:divBdr>
    </w:div>
    <w:div w:id="1999725738">
      <w:bodyDiv w:val="1"/>
      <w:marLeft w:val="0"/>
      <w:marRight w:val="0"/>
      <w:marTop w:val="0"/>
      <w:marBottom w:val="0"/>
      <w:divBdr>
        <w:top w:val="none" w:sz="0" w:space="0" w:color="auto"/>
        <w:left w:val="none" w:sz="0" w:space="0" w:color="auto"/>
        <w:bottom w:val="none" w:sz="0" w:space="0" w:color="auto"/>
        <w:right w:val="none" w:sz="0" w:space="0" w:color="auto"/>
      </w:divBdr>
    </w:div>
    <w:div w:id="1999839956">
      <w:bodyDiv w:val="1"/>
      <w:marLeft w:val="0"/>
      <w:marRight w:val="0"/>
      <w:marTop w:val="0"/>
      <w:marBottom w:val="0"/>
      <w:divBdr>
        <w:top w:val="none" w:sz="0" w:space="0" w:color="auto"/>
        <w:left w:val="none" w:sz="0" w:space="0" w:color="auto"/>
        <w:bottom w:val="none" w:sz="0" w:space="0" w:color="auto"/>
        <w:right w:val="none" w:sz="0" w:space="0" w:color="auto"/>
      </w:divBdr>
    </w:div>
    <w:div w:id="2004115250">
      <w:bodyDiv w:val="1"/>
      <w:marLeft w:val="0"/>
      <w:marRight w:val="0"/>
      <w:marTop w:val="0"/>
      <w:marBottom w:val="0"/>
      <w:divBdr>
        <w:top w:val="none" w:sz="0" w:space="0" w:color="auto"/>
        <w:left w:val="none" w:sz="0" w:space="0" w:color="auto"/>
        <w:bottom w:val="none" w:sz="0" w:space="0" w:color="auto"/>
        <w:right w:val="none" w:sz="0" w:space="0" w:color="auto"/>
      </w:divBdr>
    </w:div>
    <w:div w:id="2005163186">
      <w:bodyDiv w:val="1"/>
      <w:marLeft w:val="0"/>
      <w:marRight w:val="0"/>
      <w:marTop w:val="0"/>
      <w:marBottom w:val="0"/>
      <w:divBdr>
        <w:top w:val="none" w:sz="0" w:space="0" w:color="auto"/>
        <w:left w:val="none" w:sz="0" w:space="0" w:color="auto"/>
        <w:bottom w:val="none" w:sz="0" w:space="0" w:color="auto"/>
        <w:right w:val="none" w:sz="0" w:space="0" w:color="auto"/>
      </w:divBdr>
    </w:div>
    <w:div w:id="2005207757">
      <w:bodyDiv w:val="1"/>
      <w:marLeft w:val="0"/>
      <w:marRight w:val="0"/>
      <w:marTop w:val="0"/>
      <w:marBottom w:val="0"/>
      <w:divBdr>
        <w:top w:val="none" w:sz="0" w:space="0" w:color="auto"/>
        <w:left w:val="none" w:sz="0" w:space="0" w:color="auto"/>
        <w:bottom w:val="none" w:sz="0" w:space="0" w:color="auto"/>
        <w:right w:val="none" w:sz="0" w:space="0" w:color="auto"/>
      </w:divBdr>
    </w:div>
    <w:div w:id="2005208701">
      <w:bodyDiv w:val="1"/>
      <w:marLeft w:val="0"/>
      <w:marRight w:val="0"/>
      <w:marTop w:val="0"/>
      <w:marBottom w:val="0"/>
      <w:divBdr>
        <w:top w:val="none" w:sz="0" w:space="0" w:color="auto"/>
        <w:left w:val="none" w:sz="0" w:space="0" w:color="auto"/>
        <w:bottom w:val="none" w:sz="0" w:space="0" w:color="auto"/>
        <w:right w:val="none" w:sz="0" w:space="0" w:color="auto"/>
      </w:divBdr>
    </w:div>
    <w:div w:id="2006082415">
      <w:bodyDiv w:val="1"/>
      <w:marLeft w:val="0"/>
      <w:marRight w:val="0"/>
      <w:marTop w:val="0"/>
      <w:marBottom w:val="0"/>
      <w:divBdr>
        <w:top w:val="none" w:sz="0" w:space="0" w:color="auto"/>
        <w:left w:val="none" w:sz="0" w:space="0" w:color="auto"/>
        <w:bottom w:val="none" w:sz="0" w:space="0" w:color="auto"/>
        <w:right w:val="none" w:sz="0" w:space="0" w:color="auto"/>
      </w:divBdr>
    </w:div>
    <w:div w:id="2007855148">
      <w:bodyDiv w:val="1"/>
      <w:marLeft w:val="0"/>
      <w:marRight w:val="0"/>
      <w:marTop w:val="0"/>
      <w:marBottom w:val="0"/>
      <w:divBdr>
        <w:top w:val="none" w:sz="0" w:space="0" w:color="auto"/>
        <w:left w:val="none" w:sz="0" w:space="0" w:color="auto"/>
        <w:bottom w:val="none" w:sz="0" w:space="0" w:color="auto"/>
        <w:right w:val="none" w:sz="0" w:space="0" w:color="auto"/>
      </w:divBdr>
    </w:div>
    <w:div w:id="2010598332">
      <w:bodyDiv w:val="1"/>
      <w:marLeft w:val="0"/>
      <w:marRight w:val="0"/>
      <w:marTop w:val="0"/>
      <w:marBottom w:val="0"/>
      <w:divBdr>
        <w:top w:val="none" w:sz="0" w:space="0" w:color="auto"/>
        <w:left w:val="none" w:sz="0" w:space="0" w:color="auto"/>
        <w:bottom w:val="none" w:sz="0" w:space="0" w:color="auto"/>
        <w:right w:val="none" w:sz="0" w:space="0" w:color="auto"/>
      </w:divBdr>
    </w:div>
    <w:div w:id="2011372757">
      <w:bodyDiv w:val="1"/>
      <w:marLeft w:val="0"/>
      <w:marRight w:val="0"/>
      <w:marTop w:val="0"/>
      <w:marBottom w:val="0"/>
      <w:divBdr>
        <w:top w:val="none" w:sz="0" w:space="0" w:color="auto"/>
        <w:left w:val="none" w:sz="0" w:space="0" w:color="auto"/>
        <w:bottom w:val="none" w:sz="0" w:space="0" w:color="auto"/>
        <w:right w:val="none" w:sz="0" w:space="0" w:color="auto"/>
      </w:divBdr>
    </w:div>
    <w:div w:id="2011979759">
      <w:bodyDiv w:val="1"/>
      <w:marLeft w:val="0"/>
      <w:marRight w:val="0"/>
      <w:marTop w:val="0"/>
      <w:marBottom w:val="0"/>
      <w:divBdr>
        <w:top w:val="none" w:sz="0" w:space="0" w:color="auto"/>
        <w:left w:val="none" w:sz="0" w:space="0" w:color="auto"/>
        <w:bottom w:val="none" w:sz="0" w:space="0" w:color="auto"/>
        <w:right w:val="none" w:sz="0" w:space="0" w:color="auto"/>
      </w:divBdr>
    </w:div>
    <w:div w:id="2013333917">
      <w:bodyDiv w:val="1"/>
      <w:marLeft w:val="0"/>
      <w:marRight w:val="0"/>
      <w:marTop w:val="0"/>
      <w:marBottom w:val="0"/>
      <w:divBdr>
        <w:top w:val="none" w:sz="0" w:space="0" w:color="auto"/>
        <w:left w:val="none" w:sz="0" w:space="0" w:color="auto"/>
        <w:bottom w:val="none" w:sz="0" w:space="0" w:color="auto"/>
        <w:right w:val="none" w:sz="0" w:space="0" w:color="auto"/>
      </w:divBdr>
    </w:div>
    <w:div w:id="2013752434">
      <w:bodyDiv w:val="1"/>
      <w:marLeft w:val="0"/>
      <w:marRight w:val="0"/>
      <w:marTop w:val="0"/>
      <w:marBottom w:val="0"/>
      <w:divBdr>
        <w:top w:val="none" w:sz="0" w:space="0" w:color="auto"/>
        <w:left w:val="none" w:sz="0" w:space="0" w:color="auto"/>
        <w:bottom w:val="none" w:sz="0" w:space="0" w:color="auto"/>
        <w:right w:val="none" w:sz="0" w:space="0" w:color="auto"/>
      </w:divBdr>
    </w:div>
    <w:div w:id="2014913802">
      <w:bodyDiv w:val="1"/>
      <w:marLeft w:val="0"/>
      <w:marRight w:val="0"/>
      <w:marTop w:val="0"/>
      <w:marBottom w:val="0"/>
      <w:divBdr>
        <w:top w:val="none" w:sz="0" w:space="0" w:color="auto"/>
        <w:left w:val="none" w:sz="0" w:space="0" w:color="auto"/>
        <w:bottom w:val="none" w:sz="0" w:space="0" w:color="auto"/>
        <w:right w:val="none" w:sz="0" w:space="0" w:color="auto"/>
      </w:divBdr>
    </w:div>
    <w:div w:id="2016151172">
      <w:bodyDiv w:val="1"/>
      <w:marLeft w:val="0"/>
      <w:marRight w:val="0"/>
      <w:marTop w:val="0"/>
      <w:marBottom w:val="0"/>
      <w:divBdr>
        <w:top w:val="none" w:sz="0" w:space="0" w:color="auto"/>
        <w:left w:val="none" w:sz="0" w:space="0" w:color="auto"/>
        <w:bottom w:val="none" w:sz="0" w:space="0" w:color="auto"/>
        <w:right w:val="none" w:sz="0" w:space="0" w:color="auto"/>
      </w:divBdr>
    </w:div>
    <w:div w:id="2017612439">
      <w:bodyDiv w:val="1"/>
      <w:marLeft w:val="0"/>
      <w:marRight w:val="0"/>
      <w:marTop w:val="0"/>
      <w:marBottom w:val="0"/>
      <w:divBdr>
        <w:top w:val="none" w:sz="0" w:space="0" w:color="auto"/>
        <w:left w:val="none" w:sz="0" w:space="0" w:color="auto"/>
        <w:bottom w:val="none" w:sz="0" w:space="0" w:color="auto"/>
        <w:right w:val="none" w:sz="0" w:space="0" w:color="auto"/>
      </w:divBdr>
    </w:div>
    <w:div w:id="2021934394">
      <w:bodyDiv w:val="1"/>
      <w:marLeft w:val="0"/>
      <w:marRight w:val="0"/>
      <w:marTop w:val="0"/>
      <w:marBottom w:val="0"/>
      <w:divBdr>
        <w:top w:val="none" w:sz="0" w:space="0" w:color="auto"/>
        <w:left w:val="none" w:sz="0" w:space="0" w:color="auto"/>
        <w:bottom w:val="none" w:sz="0" w:space="0" w:color="auto"/>
        <w:right w:val="none" w:sz="0" w:space="0" w:color="auto"/>
      </w:divBdr>
    </w:div>
    <w:div w:id="2022000261">
      <w:bodyDiv w:val="1"/>
      <w:marLeft w:val="0"/>
      <w:marRight w:val="0"/>
      <w:marTop w:val="0"/>
      <w:marBottom w:val="0"/>
      <w:divBdr>
        <w:top w:val="none" w:sz="0" w:space="0" w:color="auto"/>
        <w:left w:val="none" w:sz="0" w:space="0" w:color="auto"/>
        <w:bottom w:val="none" w:sz="0" w:space="0" w:color="auto"/>
        <w:right w:val="none" w:sz="0" w:space="0" w:color="auto"/>
      </w:divBdr>
    </w:div>
    <w:div w:id="2022852598">
      <w:bodyDiv w:val="1"/>
      <w:marLeft w:val="0"/>
      <w:marRight w:val="0"/>
      <w:marTop w:val="0"/>
      <w:marBottom w:val="0"/>
      <w:divBdr>
        <w:top w:val="none" w:sz="0" w:space="0" w:color="auto"/>
        <w:left w:val="none" w:sz="0" w:space="0" w:color="auto"/>
        <w:bottom w:val="none" w:sz="0" w:space="0" w:color="auto"/>
        <w:right w:val="none" w:sz="0" w:space="0" w:color="auto"/>
      </w:divBdr>
    </w:div>
    <w:div w:id="2025857992">
      <w:bodyDiv w:val="1"/>
      <w:marLeft w:val="0"/>
      <w:marRight w:val="0"/>
      <w:marTop w:val="0"/>
      <w:marBottom w:val="0"/>
      <w:divBdr>
        <w:top w:val="none" w:sz="0" w:space="0" w:color="auto"/>
        <w:left w:val="none" w:sz="0" w:space="0" w:color="auto"/>
        <w:bottom w:val="none" w:sz="0" w:space="0" w:color="auto"/>
        <w:right w:val="none" w:sz="0" w:space="0" w:color="auto"/>
      </w:divBdr>
    </w:div>
    <w:div w:id="2027518853">
      <w:bodyDiv w:val="1"/>
      <w:marLeft w:val="0"/>
      <w:marRight w:val="0"/>
      <w:marTop w:val="0"/>
      <w:marBottom w:val="0"/>
      <w:divBdr>
        <w:top w:val="none" w:sz="0" w:space="0" w:color="auto"/>
        <w:left w:val="none" w:sz="0" w:space="0" w:color="auto"/>
        <w:bottom w:val="none" w:sz="0" w:space="0" w:color="auto"/>
        <w:right w:val="none" w:sz="0" w:space="0" w:color="auto"/>
      </w:divBdr>
    </w:div>
    <w:div w:id="2027749990">
      <w:bodyDiv w:val="1"/>
      <w:marLeft w:val="0"/>
      <w:marRight w:val="0"/>
      <w:marTop w:val="0"/>
      <w:marBottom w:val="0"/>
      <w:divBdr>
        <w:top w:val="none" w:sz="0" w:space="0" w:color="auto"/>
        <w:left w:val="none" w:sz="0" w:space="0" w:color="auto"/>
        <w:bottom w:val="none" w:sz="0" w:space="0" w:color="auto"/>
        <w:right w:val="none" w:sz="0" w:space="0" w:color="auto"/>
      </w:divBdr>
    </w:div>
    <w:div w:id="2029868232">
      <w:bodyDiv w:val="1"/>
      <w:marLeft w:val="0"/>
      <w:marRight w:val="0"/>
      <w:marTop w:val="0"/>
      <w:marBottom w:val="0"/>
      <w:divBdr>
        <w:top w:val="none" w:sz="0" w:space="0" w:color="auto"/>
        <w:left w:val="none" w:sz="0" w:space="0" w:color="auto"/>
        <w:bottom w:val="none" w:sz="0" w:space="0" w:color="auto"/>
        <w:right w:val="none" w:sz="0" w:space="0" w:color="auto"/>
      </w:divBdr>
    </w:div>
    <w:div w:id="2030912616">
      <w:bodyDiv w:val="1"/>
      <w:marLeft w:val="0"/>
      <w:marRight w:val="0"/>
      <w:marTop w:val="0"/>
      <w:marBottom w:val="0"/>
      <w:divBdr>
        <w:top w:val="none" w:sz="0" w:space="0" w:color="auto"/>
        <w:left w:val="none" w:sz="0" w:space="0" w:color="auto"/>
        <w:bottom w:val="none" w:sz="0" w:space="0" w:color="auto"/>
        <w:right w:val="none" w:sz="0" w:space="0" w:color="auto"/>
      </w:divBdr>
    </w:div>
    <w:div w:id="2032023426">
      <w:bodyDiv w:val="1"/>
      <w:marLeft w:val="0"/>
      <w:marRight w:val="0"/>
      <w:marTop w:val="0"/>
      <w:marBottom w:val="0"/>
      <w:divBdr>
        <w:top w:val="none" w:sz="0" w:space="0" w:color="auto"/>
        <w:left w:val="none" w:sz="0" w:space="0" w:color="auto"/>
        <w:bottom w:val="none" w:sz="0" w:space="0" w:color="auto"/>
        <w:right w:val="none" w:sz="0" w:space="0" w:color="auto"/>
      </w:divBdr>
    </w:div>
    <w:div w:id="2032028117">
      <w:bodyDiv w:val="1"/>
      <w:marLeft w:val="0"/>
      <w:marRight w:val="0"/>
      <w:marTop w:val="0"/>
      <w:marBottom w:val="0"/>
      <w:divBdr>
        <w:top w:val="none" w:sz="0" w:space="0" w:color="auto"/>
        <w:left w:val="none" w:sz="0" w:space="0" w:color="auto"/>
        <w:bottom w:val="none" w:sz="0" w:space="0" w:color="auto"/>
        <w:right w:val="none" w:sz="0" w:space="0" w:color="auto"/>
      </w:divBdr>
    </w:div>
    <w:div w:id="2032946439">
      <w:bodyDiv w:val="1"/>
      <w:marLeft w:val="0"/>
      <w:marRight w:val="0"/>
      <w:marTop w:val="0"/>
      <w:marBottom w:val="0"/>
      <w:divBdr>
        <w:top w:val="none" w:sz="0" w:space="0" w:color="auto"/>
        <w:left w:val="none" w:sz="0" w:space="0" w:color="auto"/>
        <w:bottom w:val="none" w:sz="0" w:space="0" w:color="auto"/>
        <w:right w:val="none" w:sz="0" w:space="0" w:color="auto"/>
      </w:divBdr>
    </w:div>
    <w:div w:id="2033189737">
      <w:bodyDiv w:val="1"/>
      <w:marLeft w:val="0"/>
      <w:marRight w:val="0"/>
      <w:marTop w:val="0"/>
      <w:marBottom w:val="0"/>
      <w:divBdr>
        <w:top w:val="none" w:sz="0" w:space="0" w:color="auto"/>
        <w:left w:val="none" w:sz="0" w:space="0" w:color="auto"/>
        <w:bottom w:val="none" w:sz="0" w:space="0" w:color="auto"/>
        <w:right w:val="none" w:sz="0" w:space="0" w:color="auto"/>
      </w:divBdr>
    </w:div>
    <w:div w:id="2037845356">
      <w:bodyDiv w:val="1"/>
      <w:marLeft w:val="0"/>
      <w:marRight w:val="0"/>
      <w:marTop w:val="0"/>
      <w:marBottom w:val="0"/>
      <w:divBdr>
        <w:top w:val="none" w:sz="0" w:space="0" w:color="auto"/>
        <w:left w:val="none" w:sz="0" w:space="0" w:color="auto"/>
        <w:bottom w:val="none" w:sz="0" w:space="0" w:color="auto"/>
        <w:right w:val="none" w:sz="0" w:space="0" w:color="auto"/>
      </w:divBdr>
    </w:div>
    <w:div w:id="2037929263">
      <w:bodyDiv w:val="1"/>
      <w:marLeft w:val="0"/>
      <w:marRight w:val="0"/>
      <w:marTop w:val="0"/>
      <w:marBottom w:val="0"/>
      <w:divBdr>
        <w:top w:val="none" w:sz="0" w:space="0" w:color="auto"/>
        <w:left w:val="none" w:sz="0" w:space="0" w:color="auto"/>
        <w:bottom w:val="none" w:sz="0" w:space="0" w:color="auto"/>
        <w:right w:val="none" w:sz="0" w:space="0" w:color="auto"/>
      </w:divBdr>
    </w:div>
    <w:div w:id="2038002353">
      <w:bodyDiv w:val="1"/>
      <w:marLeft w:val="0"/>
      <w:marRight w:val="0"/>
      <w:marTop w:val="0"/>
      <w:marBottom w:val="0"/>
      <w:divBdr>
        <w:top w:val="none" w:sz="0" w:space="0" w:color="auto"/>
        <w:left w:val="none" w:sz="0" w:space="0" w:color="auto"/>
        <w:bottom w:val="none" w:sz="0" w:space="0" w:color="auto"/>
        <w:right w:val="none" w:sz="0" w:space="0" w:color="auto"/>
      </w:divBdr>
    </w:div>
    <w:div w:id="2038578225">
      <w:bodyDiv w:val="1"/>
      <w:marLeft w:val="0"/>
      <w:marRight w:val="0"/>
      <w:marTop w:val="0"/>
      <w:marBottom w:val="0"/>
      <w:divBdr>
        <w:top w:val="none" w:sz="0" w:space="0" w:color="auto"/>
        <w:left w:val="none" w:sz="0" w:space="0" w:color="auto"/>
        <w:bottom w:val="none" w:sz="0" w:space="0" w:color="auto"/>
        <w:right w:val="none" w:sz="0" w:space="0" w:color="auto"/>
      </w:divBdr>
    </w:div>
    <w:div w:id="2039117161">
      <w:bodyDiv w:val="1"/>
      <w:marLeft w:val="0"/>
      <w:marRight w:val="0"/>
      <w:marTop w:val="0"/>
      <w:marBottom w:val="0"/>
      <w:divBdr>
        <w:top w:val="none" w:sz="0" w:space="0" w:color="auto"/>
        <w:left w:val="none" w:sz="0" w:space="0" w:color="auto"/>
        <w:bottom w:val="none" w:sz="0" w:space="0" w:color="auto"/>
        <w:right w:val="none" w:sz="0" w:space="0" w:color="auto"/>
      </w:divBdr>
    </w:div>
    <w:div w:id="2039893882">
      <w:bodyDiv w:val="1"/>
      <w:marLeft w:val="0"/>
      <w:marRight w:val="0"/>
      <w:marTop w:val="0"/>
      <w:marBottom w:val="0"/>
      <w:divBdr>
        <w:top w:val="none" w:sz="0" w:space="0" w:color="auto"/>
        <w:left w:val="none" w:sz="0" w:space="0" w:color="auto"/>
        <w:bottom w:val="none" w:sz="0" w:space="0" w:color="auto"/>
        <w:right w:val="none" w:sz="0" w:space="0" w:color="auto"/>
      </w:divBdr>
    </w:div>
    <w:div w:id="2039961137">
      <w:bodyDiv w:val="1"/>
      <w:marLeft w:val="0"/>
      <w:marRight w:val="0"/>
      <w:marTop w:val="0"/>
      <w:marBottom w:val="0"/>
      <w:divBdr>
        <w:top w:val="none" w:sz="0" w:space="0" w:color="auto"/>
        <w:left w:val="none" w:sz="0" w:space="0" w:color="auto"/>
        <w:bottom w:val="none" w:sz="0" w:space="0" w:color="auto"/>
        <w:right w:val="none" w:sz="0" w:space="0" w:color="auto"/>
      </w:divBdr>
    </w:div>
    <w:div w:id="2040544923">
      <w:bodyDiv w:val="1"/>
      <w:marLeft w:val="0"/>
      <w:marRight w:val="0"/>
      <w:marTop w:val="0"/>
      <w:marBottom w:val="0"/>
      <w:divBdr>
        <w:top w:val="none" w:sz="0" w:space="0" w:color="auto"/>
        <w:left w:val="none" w:sz="0" w:space="0" w:color="auto"/>
        <w:bottom w:val="none" w:sz="0" w:space="0" w:color="auto"/>
        <w:right w:val="none" w:sz="0" w:space="0" w:color="auto"/>
      </w:divBdr>
    </w:div>
    <w:div w:id="2043937142">
      <w:bodyDiv w:val="1"/>
      <w:marLeft w:val="0"/>
      <w:marRight w:val="0"/>
      <w:marTop w:val="0"/>
      <w:marBottom w:val="0"/>
      <w:divBdr>
        <w:top w:val="none" w:sz="0" w:space="0" w:color="auto"/>
        <w:left w:val="none" w:sz="0" w:space="0" w:color="auto"/>
        <w:bottom w:val="none" w:sz="0" w:space="0" w:color="auto"/>
        <w:right w:val="none" w:sz="0" w:space="0" w:color="auto"/>
      </w:divBdr>
    </w:div>
    <w:div w:id="2045015246">
      <w:bodyDiv w:val="1"/>
      <w:marLeft w:val="0"/>
      <w:marRight w:val="0"/>
      <w:marTop w:val="0"/>
      <w:marBottom w:val="0"/>
      <w:divBdr>
        <w:top w:val="none" w:sz="0" w:space="0" w:color="auto"/>
        <w:left w:val="none" w:sz="0" w:space="0" w:color="auto"/>
        <w:bottom w:val="none" w:sz="0" w:space="0" w:color="auto"/>
        <w:right w:val="none" w:sz="0" w:space="0" w:color="auto"/>
      </w:divBdr>
    </w:div>
    <w:div w:id="2045977408">
      <w:bodyDiv w:val="1"/>
      <w:marLeft w:val="0"/>
      <w:marRight w:val="0"/>
      <w:marTop w:val="0"/>
      <w:marBottom w:val="0"/>
      <w:divBdr>
        <w:top w:val="none" w:sz="0" w:space="0" w:color="auto"/>
        <w:left w:val="none" w:sz="0" w:space="0" w:color="auto"/>
        <w:bottom w:val="none" w:sz="0" w:space="0" w:color="auto"/>
        <w:right w:val="none" w:sz="0" w:space="0" w:color="auto"/>
      </w:divBdr>
    </w:div>
    <w:div w:id="2046711828">
      <w:bodyDiv w:val="1"/>
      <w:marLeft w:val="0"/>
      <w:marRight w:val="0"/>
      <w:marTop w:val="0"/>
      <w:marBottom w:val="0"/>
      <w:divBdr>
        <w:top w:val="none" w:sz="0" w:space="0" w:color="auto"/>
        <w:left w:val="none" w:sz="0" w:space="0" w:color="auto"/>
        <w:bottom w:val="none" w:sz="0" w:space="0" w:color="auto"/>
        <w:right w:val="none" w:sz="0" w:space="0" w:color="auto"/>
      </w:divBdr>
    </w:div>
    <w:div w:id="2047364274">
      <w:bodyDiv w:val="1"/>
      <w:marLeft w:val="0"/>
      <w:marRight w:val="0"/>
      <w:marTop w:val="0"/>
      <w:marBottom w:val="0"/>
      <w:divBdr>
        <w:top w:val="none" w:sz="0" w:space="0" w:color="auto"/>
        <w:left w:val="none" w:sz="0" w:space="0" w:color="auto"/>
        <w:bottom w:val="none" w:sz="0" w:space="0" w:color="auto"/>
        <w:right w:val="none" w:sz="0" w:space="0" w:color="auto"/>
      </w:divBdr>
    </w:div>
    <w:div w:id="2048530665">
      <w:bodyDiv w:val="1"/>
      <w:marLeft w:val="0"/>
      <w:marRight w:val="0"/>
      <w:marTop w:val="0"/>
      <w:marBottom w:val="0"/>
      <w:divBdr>
        <w:top w:val="none" w:sz="0" w:space="0" w:color="auto"/>
        <w:left w:val="none" w:sz="0" w:space="0" w:color="auto"/>
        <w:bottom w:val="none" w:sz="0" w:space="0" w:color="auto"/>
        <w:right w:val="none" w:sz="0" w:space="0" w:color="auto"/>
      </w:divBdr>
    </w:div>
    <w:div w:id="2052268300">
      <w:bodyDiv w:val="1"/>
      <w:marLeft w:val="0"/>
      <w:marRight w:val="0"/>
      <w:marTop w:val="0"/>
      <w:marBottom w:val="0"/>
      <w:divBdr>
        <w:top w:val="none" w:sz="0" w:space="0" w:color="auto"/>
        <w:left w:val="none" w:sz="0" w:space="0" w:color="auto"/>
        <w:bottom w:val="none" w:sz="0" w:space="0" w:color="auto"/>
        <w:right w:val="none" w:sz="0" w:space="0" w:color="auto"/>
      </w:divBdr>
    </w:div>
    <w:div w:id="2052683053">
      <w:bodyDiv w:val="1"/>
      <w:marLeft w:val="0"/>
      <w:marRight w:val="0"/>
      <w:marTop w:val="0"/>
      <w:marBottom w:val="0"/>
      <w:divBdr>
        <w:top w:val="none" w:sz="0" w:space="0" w:color="auto"/>
        <w:left w:val="none" w:sz="0" w:space="0" w:color="auto"/>
        <w:bottom w:val="none" w:sz="0" w:space="0" w:color="auto"/>
        <w:right w:val="none" w:sz="0" w:space="0" w:color="auto"/>
      </w:divBdr>
    </w:div>
    <w:div w:id="2054385683">
      <w:bodyDiv w:val="1"/>
      <w:marLeft w:val="0"/>
      <w:marRight w:val="0"/>
      <w:marTop w:val="0"/>
      <w:marBottom w:val="0"/>
      <w:divBdr>
        <w:top w:val="none" w:sz="0" w:space="0" w:color="auto"/>
        <w:left w:val="none" w:sz="0" w:space="0" w:color="auto"/>
        <w:bottom w:val="none" w:sz="0" w:space="0" w:color="auto"/>
        <w:right w:val="none" w:sz="0" w:space="0" w:color="auto"/>
      </w:divBdr>
    </w:div>
    <w:div w:id="2054689217">
      <w:bodyDiv w:val="1"/>
      <w:marLeft w:val="0"/>
      <w:marRight w:val="0"/>
      <w:marTop w:val="0"/>
      <w:marBottom w:val="0"/>
      <w:divBdr>
        <w:top w:val="none" w:sz="0" w:space="0" w:color="auto"/>
        <w:left w:val="none" w:sz="0" w:space="0" w:color="auto"/>
        <w:bottom w:val="none" w:sz="0" w:space="0" w:color="auto"/>
        <w:right w:val="none" w:sz="0" w:space="0" w:color="auto"/>
      </w:divBdr>
    </w:div>
    <w:div w:id="2057002647">
      <w:bodyDiv w:val="1"/>
      <w:marLeft w:val="0"/>
      <w:marRight w:val="0"/>
      <w:marTop w:val="0"/>
      <w:marBottom w:val="0"/>
      <w:divBdr>
        <w:top w:val="none" w:sz="0" w:space="0" w:color="auto"/>
        <w:left w:val="none" w:sz="0" w:space="0" w:color="auto"/>
        <w:bottom w:val="none" w:sz="0" w:space="0" w:color="auto"/>
        <w:right w:val="none" w:sz="0" w:space="0" w:color="auto"/>
      </w:divBdr>
    </w:div>
    <w:div w:id="2057046640">
      <w:bodyDiv w:val="1"/>
      <w:marLeft w:val="0"/>
      <w:marRight w:val="0"/>
      <w:marTop w:val="0"/>
      <w:marBottom w:val="0"/>
      <w:divBdr>
        <w:top w:val="none" w:sz="0" w:space="0" w:color="auto"/>
        <w:left w:val="none" w:sz="0" w:space="0" w:color="auto"/>
        <w:bottom w:val="none" w:sz="0" w:space="0" w:color="auto"/>
        <w:right w:val="none" w:sz="0" w:space="0" w:color="auto"/>
      </w:divBdr>
    </w:div>
    <w:div w:id="2057048630">
      <w:bodyDiv w:val="1"/>
      <w:marLeft w:val="0"/>
      <w:marRight w:val="0"/>
      <w:marTop w:val="0"/>
      <w:marBottom w:val="0"/>
      <w:divBdr>
        <w:top w:val="none" w:sz="0" w:space="0" w:color="auto"/>
        <w:left w:val="none" w:sz="0" w:space="0" w:color="auto"/>
        <w:bottom w:val="none" w:sz="0" w:space="0" w:color="auto"/>
        <w:right w:val="none" w:sz="0" w:space="0" w:color="auto"/>
      </w:divBdr>
    </w:div>
    <w:div w:id="2060130872">
      <w:bodyDiv w:val="1"/>
      <w:marLeft w:val="0"/>
      <w:marRight w:val="0"/>
      <w:marTop w:val="0"/>
      <w:marBottom w:val="0"/>
      <w:divBdr>
        <w:top w:val="none" w:sz="0" w:space="0" w:color="auto"/>
        <w:left w:val="none" w:sz="0" w:space="0" w:color="auto"/>
        <w:bottom w:val="none" w:sz="0" w:space="0" w:color="auto"/>
        <w:right w:val="none" w:sz="0" w:space="0" w:color="auto"/>
      </w:divBdr>
    </w:div>
    <w:div w:id="2060662968">
      <w:bodyDiv w:val="1"/>
      <w:marLeft w:val="0"/>
      <w:marRight w:val="0"/>
      <w:marTop w:val="0"/>
      <w:marBottom w:val="0"/>
      <w:divBdr>
        <w:top w:val="none" w:sz="0" w:space="0" w:color="auto"/>
        <w:left w:val="none" w:sz="0" w:space="0" w:color="auto"/>
        <w:bottom w:val="none" w:sz="0" w:space="0" w:color="auto"/>
        <w:right w:val="none" w:sz="0" w:space="0" w:color="auto"/>
      </w:divBdr>
    </w:div>
    <w:div w:id="2060932411">
      <w:bodyDiv w:val="1"/>
      <w:marLeft w:val="0"/>
      <w:marRight w:val="0"/>
      <w:marTop w:val="0"/>
      <w:marBottom w:val="0"/>
      <w:divBdr>
        <w:top w:val="none" w:sz="0" w:space="0" w:color="auto"/>
        <w:left w:val="none" w:sz="0" w:space="0" w:color="auto"/>
        <w:bottom w:val="none" w:sz="0" w:space="0" w:color="auto"/>
        <w:right w:val="none" w:sz="0" w:space="0" w:color="auto"/>
      </w:divBdr>
    </w:div>
    <w:div w:id="2061323971">
      <w:bodyDiv w:val="1"/>
      <w:marLeft w:val="0"/>
      <w:marRight w:val="0"/>
      <w:marTop w:val="0"/>
      <w:marBottom w:val="0"/>
      <w:divBdr>
        <w:top w:val="none" w:sz="0" w:space="0" w:color="auto"/>
        <w:left w:val="none" w:sz="0" w:space="0" w:color="auto"/>
        <w:bottom w:val="none" w:sz="0" w:space="0" w:color="auto"/>
        <w:right w:val="none" w:sz="0" w:space="0" w:color="auto"/>
      </w:divBdr>
    </w:div>
    <w:div w:id="2063094833">
      <w:bodyDiv w:val="1"/>
      <w:marLeft w:val="0"/>
      <w:marRight w:val="0"/>
      <w:marTop w:val="0"/>
      <w:marBottom w:val="0"/>
      <w:divBdr>
        <w:top w:val="none" w:sz="0" w:space="0" w:color="auto"/>
        <w:left w:val="none" w:sz="0" w:space="0" w:color="auto"/>
        <w:bottom w:val="none" w:sz="0" w:space="0" w:color="auto"/>
        <w:right w:val="none" w:sz="0" w:space="0" w:color="auto"/>
      </w:divBdr>
    </w:div>
    <w:div w:id="2063869355">
      <w:bodyDiv w:val="1"/>
      <w:marLeft w:val="0"/>
      <w:marRight w:val="0"/>
      <w:marTop w:val="0"/>
      <w:marBottom w:val="0"/>
      <w:divBdr>
        <w:top w:val="none" w:sz="0" w:space="0" w:color="auto"/>
        <w:left w:val="none" w:sz="0" w:space="0" w:color="auto"/>
        <w:bottom w:val="none" w:sz="0" w:space="0" w:color="auto"/>
        <w:right w:val="none" w:sz="0" w:space="0" w:color="auto"/>
      </w:divBdr>
    </w:div>
    <w:div w:id="2066638345">
      <w:bodyDiv w:val="1"/>
      <w:marLeft w:val="0"/>
      <w:marRight w:val="0"/>
      <w:marTop w:val="0"/>
      <w:marBottom w:val="0"/>
      <w:divBdr>
        <w:top w:val="none" w:sz="0" w:space="0" w:color="auto"/>
        <w:left w:val="none" w:sz="0" w:space="0" w:color="auto"/>
        <w:bottom w:val="none" w:sz="0" w:space="0" w:color="auto"/>
        <w:right w:val="none" w:sz="0" w:space="0" w:color="auto"/>
      </w:divBdr>
    </w:div>
    <w:div w:id="2069037933">
      <w:bodyDiv w:val="1"/>
      <w:marLeft w:val="0"/>
      <w:marRight w:val="0"/>
      <w:marTop w:val="0"/>
      <w:marBottom w:val="0"/>
      <w:divBdr>
        <w:top w:val="none" w:sz="0" w:space="0" w:color="auto"/>
        <w:left w:val="none" w:sz="0" w:space="0" w:color="auto"/>
        <w:bottom w:val="none" w:sz="0" w:space="0" w:color="auto"/>
        <w:right w:val="none" w:sz="0" w:space="0" w:color="auto"/>
      </w:divBdr>
    </w:div>
    <w:div w:id="2071659252">
      <w:bodyDiv w:val="1"/>
      <w:marLeft w:val="0"/>
      <w:marRight w:val="0"/>
      <w:marTop w:val="0"/>
      <w:marBottom w:val="0"/>
      <w:divBdr>
        <w:top w:val="none" w:sz="0" w:space="0" w:color="auto"/>
        <w:left w:val="none" w:sz="0" w:space="0" w:color="auto"/>
        <w:bottom w:val="none" w:sz="0" w:space="0" w:color="auto"/>
        <w:right w:val="none" w:sz="0" w:space="0" w:color="auto"/>
      </w:divBdr>
    </w:div>
    <w:div w:id="2072925973">
      <w:bodyDiv w:val="1"/>
      <w:marLeft w:val="0"/>
      <w:marRight w:val="0"/>
      <w:marTop w:val="0"/>
      <w:marBottom w:val="0"/>
      <w:divBdr>
        <w:top w:val="none" w:sz="0" w:space="0" w:color="auto"/>
        <w:left w:val="none" w:sz="0" w:space="0" w:color="auto"/>
        <w:bottom w:val="none" w:sz="0" w:space="0" w:color="auto"/>
        <w:right w:val="none" w:sz="0" w:space="0" w:color="auto"/>
      </w:divBdr>
    </w:div>
    <w:div w:id="2074620287">
      <w:bodyDiv w:val="1"/>
      <w:marLeft w:val="0"/>
      <w:marRight w:val="0"/>
      <w:marTop w:val="0"/>
      <w:marBottom w:val="0"/>
      <w:divBdr>
        <w:top w:val="none" w:sz="0" w:space="0" w:color="auto"/>
        <w:left w:val="none" w:sz="0" w:space="0" w:color="auto"/>
        <w:bottom w:val="none" w:sz="0" w:space="0" w:color="auto"/>
        <w:right w:val="none" w:sz="0" w:space="0" w:color="auto"/>
      </w:divBdr>
    </w:div>
    <w:div w:id="2074890057">
      <w:bodyDiv w:val="1"/>
      <w:marLeft w:val="0"/>
      <w:marRight w:val="0"/>
      <w:marTop w:val="0"/>
      <w:marBottom w:val="0"/>
      <w:divBdr>
        <w:top w:val="none" w:sz="0" w:space="0" w:color="auto"/>
        <w:left w:val="none" w:sz="0" w:space="0" w:color="auto"/>
        <w:bottom w:val="none" w:sz="0" w:space="0" w:color="auto"/>
        <w:right w:val="none" w:sz="0" w:space="0" w:color="auto"/>
      </w:divBdr>
    </w:div>
    <w:div w:id="2076515045">
      <w:bodyDiv w:val="1"/>
      <w:marLeft w:val="0"/>
      <w:marRight w:val="0"/>
      <w:marTop w:val="0"/>
      <w:marBottom w:val="0"/>
      <w:divBdr>
        <w:top w:val="none" w:sz="0" w:space="0" w:color="auto"/>
        <w:left w:val="none" w:sz="0" w:space="0" w:color="auto"/>
        <w:bottom w:val="none" w:sz="0" w:space="0" w:color="auto"/>
        <w:right w:val="none" w:sz="0" w:space="0" w:color="auto"/>
      </w:divBdr>
    </w:div>
    <w:div w:id="2078747462">
      <w:bodyDiv w:val="1"/>
      <w:marLeft w:val="0"/>
      <w:marRight w:val="0"/>
      <w:marTop w:val="0"/>
      <w:marBottom w:val="0"/>
      <w:divBdr>
        <w:top w:val="none" w:sz="0" w:space="0" w:color="auto"/>
        <w:left w:val="none" w:sz="0" w:space="0" w:color="auto"/>
        <w:bottom w:val="none" w:sz="0" w:space="0" w:color="auto"/>
        <w:right w:val="none" w:sz="0" w:space="0" w:color="auto"/>
      </w:divBdr>
    </w:div>
    <w:div w:id="2081249183">
      <w:bodyDiv w:val="1"/>
      <w:marLeft w:val="0"/>
      <w:marRight w:val="0"/>
      <w:marTop w:val="0"/>
      <w:marBottom w:val="0"/>
      <w:divBdr>
        <w:top w:val="none" w:sz="0" w:space="0" w:color="auto"/>
        <w:left w:val="none" w:sz="0" w:space="0" w:color="auto"/>
        <w:bottom w:val="none" w:sz="0" w:space="0" w:color="auto"/>
        <w:right w:val="none" w:sz="0" w:space="0" w:color="auto"/>
      </w:divBdr>
    </w:div>
    <w:div w:id="2083523081">
      <w:bodyDiv w:val="1"/>
      <w:marLeft w:val="0"/>
      <w:marRight w:val="0"/>
      <w:marTop w:val="0"/>
      <w:marBottom w:val="0"/>
      <w:divBdr>
        <w:top w:val="none" w:sz="0" w:space="0" w:color="auto"/>
        <w:left w:val="none" w:sz="0" w:space="0" w:color="auto"/>
        <w:bottom w:val="none" w:sz="0" w:space="0" w:color="auto"/>
        <w:right w:val="none" w:sz="0" w:space="0" w:color="auto"/>
      </w:divBdr>
    </w:div>
    <w:div w:id="2084836147">
      <w:bodyDiv w:val="1"/>
      <w:marLeft w:val="0"/>
      <w:marRight w:val="0"/>
      <w:marTop w:val="0"/>
      <w:marBottom w:val="0"/>
      <w:divBdr>
        <w:top w:val="none" w:sz="0" w:space="0" w:color="auto"/>
        <w:left w:val="none" w:sz="0" w:space="0" w:color="auto"/>
        <w:bottom w:val="none" w:sz="0" w:space="0" w:color="auto"/>
        <w:right w:val="none" w:sz="0" w:space="0" w:color="auto"/>
      </w:divBdr>
    </w:div>
    <w:div w:id="2089501316">
      <w:bodyDiv w:val="1"/>
      <w:marLeft w:val="0"/>
      <w:marRight w:val="0"/>
      <w:marTop w:val="0"/>
      <w:marBottom w:val="0"/>
      <w:divBdr>
        <w:top w:val="none" w:sz="0" w:space="0" w:color="auto"/>
        <w:left w:val="none" w:sz="0" w:space="0" w:color="auto"/>
        <w:bottom w:val="none" w:sz="0" w:space="0" w:color="auto"/>
        <w:right w:val="none" w:sz="0" w:space="0" w:color="auto"/>
      </w:divBdr>
    </w:div>
    <w:div w:id="2091385605">
      <w:bodyDiv w:val="1"/>
      <w:marLeft w:val="0"/>
      <w:marRight w:val="0"/>
      <w:marTop w:val="0"/>
      <w:marBottom w:val="0"/>
      <w:divBdr>
        <w:top w:val="none" w:sz="0" w:space="0" w:color="auto"/>
        <w:left w:val="none" w:sz="0" w:space="0" w:color="auto"/>
        <w:bottom w:val="none" w:sz="0" w:space="0" w:color="auto"/>
        <w:right w:val="none" w:sz="0" w:space="0" w:color="auto"/>
      </w:divBdr>
    </w:div>
    <w:div w:id="2094664144">
      <w:bodyDiv w:val="1"/>
      <w:marLeft w:val="0"/>
      <w:marRight w:val="0"/>
      <w:marTop w:val="0"/>
      <w:marBottom w:val="0"/>
      <w:divBdr>
        <w:top w:val="none" w:sz="0" w:space="0" w:color="auto"/>
        <w:left w:val="none" w:sz="0" w:space="0" w:color="auto"/>
        <w:bottom w:val="none" w:sz="0" w:space="0" w:color="auto"/>
        <w:right w:val="none" w:sz="0" w:space="0" w:color="auto"/>
      </w:divBdr>
    </w:div>
    <w:div w:id="2095979296">
      <w:bodyDiv w:val="1"/>
      <w:marLeft w:val="0"/>
      <w:marRight w:val="0"/>
      <w:marTop w:val="0"/>
      <w:marBottom w:val="0"/>
      <w:divBdr>
        <w:top w:val="none" w:sz="0" w:space="0" w:color="auto"/>
        <w:left w:val="none" w:sz="0" w:space="0" w:color="auto"/>
        <w:bottom w:val="none" w:sz="0" w:space="0" w:color="auto"/>
        <w:right w:val="none" w:sz="0" w:space="0" w:color="auto"/>
      </w:divBdr>
    </w:div>
    <w:div w:id="2096126096">
      <w:bodyDiv w:val="1"/>
      <w:marLeft w:val="0"/>
      <w:marRight w:val="0"/>
      <w:marTop w:val="0"/>
      <w:marBottom w:val="0"/>
      <w:divBdr>
        <w:top w:val="none" w:sz="0" w:space="0" w:color="auto"/>
        <w:left w:val="none" w:sz="0" w:space="0" w:color="auto"/>
        <w:bottom w:val="none" w:sz="0" w:space="0" w:color="auto"/>
        <w:right w:val="none" w:sz="0" w:space="0" w:color="auto"/>
      </w:divBdr>
    </w:div>
    <w:div w:id="2096583318">
      <w:bodyDiv w:val="1"/>
      <w:marLeft w:val="0"/>
      <w:marRight w:val="0"/>
      <w:marTop w:val="0"/>
      <w:marBottom w:val="0"/>
      <w:divBdr>
        <w:top w:val="none" w:sz="0" w:space="0" w:color="auto"/>
        <w:left w:val="none" w:sz="0" w:space="0" w:color="auto"/>
        <w:bottom w:val="none" w:sz="0" w:space="0" w:color="auto"/>
        <w:right w:val="none" w:sz="0" w:space="0" w:color="auto"/>
      </w:divBdr>
    </w:div>
    <w:div w:id="2096894855">
      <w:bodyDiv w:val="1"/>
      <w:marLeft w:val="0"/>
      <w:marRight w:val="0"/>
      <w:marTop w:val="0"/>
      <w:marBottom w:val="0"/>
      <w:divBdr>
        <w:top w:val="none" w:sz="0" w:space="0" w:color="auto"/>
        <w:left w:val="none" w:sz="0" w:space="0" w:color="auto"/>
        <w:bottom w:val="none" w:sz="0" w:space="0" w:color="auto"/>
        <w:right w:val="none" w:sz="0" w:space="0" w:color="auto"/>
      </w:divBdr>
    </w:div>
    <w:div w:id="2097898131">
      <w:bodyDiv w:val="1"/>
      <w:marLeft w:val="0"/>
      <w:marRight w:val="0"/>
      <w:marTop w:val="0"/>
      <w:marBottom w:val="0"/>
      <w:divBdr>
        <w:top w:val="none" w:sz="0" w:space="0" w:color="auto"/>
        <w:left w:val="none" w:sz="0" w:space="0" w:color="auto"/>
        <w:bottom w:val="none" w:sz="0" w:space="0" w:color="auto"/>
        <w:right w:val="none" w:sz="0" w:space="0" w:color="auto"/>
      </w:divBdr>
    </w:div>
    <w:div w:id="2098668310">
      <w:bodyDiv w:val="1"/>
      <w:marLeft w:val="0"/>
      <w:marRight w:val="0"/>
      <w:marTop w:val="0"/>
      <w:marBottom w:val="0"/>
      <w:divBdr>
        <w:top w:val="none" w:sz="0" w:space="0" w:color="auto"/>
        <w:left w:val="none" w:sz="0" w:space="0" w:color="auto"/>
        <w:bottom w:val="none" w:sz="0" w:space="0" w:color="auto"/>
        <w:right w:val="none" w:sz="0" w:space="0" w:color="auto"/>
      </w:divBdr>
    </w:div>
    <w:div w:id="2098944076">
      <w:bodyDiv w:val="1"/>
      <w:marLeft w:val="0"/>
      <w:marRight w:val="0"/>
      <w:marTop w:val="0"/>
      <w:marBottom w:val="0"/>
      <w:divBdr>
        <w:top w:val="none" w:sz="0" w:space="0" w:color="auto"/>
        <w:left w:val="none" w:sz="0" w:space="0" w:color="auto"/>
        <w:bottom w:val="none" w:sz="0" w:space="0" w:color="auto"/>
        <w:right w:val="none" w:sz="0" w:space="0" w:color="auto"/>
      </w:divBdr>
    </w:div>
    <w:div w:id="2099788323">
      <w:bodyDiv w:val="1"/>
      <w:marLeft w:val="0"/>
      <w:marRight w:val="0"/>
      <w:marTop w:val="0"/>
      <w:marBottom w:val="0"/>
      <w:divBdr>
        <w:top w:val="none" w:sz="0" w:space="0" w:color="auto"/>
        <w:left w:val="none" w:sz="0" w:space="0" w:color="auto"/>
        <w:bottom w:val="none" w:sz="0" w:space="0" w:color="auto"/>
        <w:right w:val="none" w:sz="0" w:space="0" w:color="auto"/>
      </w:divBdr>
    </w:div>
    <w:div w:id="2100639003">
      <w:bodyDiv w:val="1"/>
      <w:marLeft w:val="0"/>
      <w:marRight w:val="0"/>
      <w:marTop w:val="0"/>
      <w:marBottom w:val="0"/>
      <w:divBdr>
        <w:top w:val="none" w:sz="0" w:space="0" w:color="auto"/>
        <w:left w:val="none" w:sz="0" w:space="0" w:color="auto"/>
        <w:bottom w:val="none" w:sz="0" w:space="0" w:color="auto"/>
        <w:right w:val="none" w:sz="0" w:space="0" w:color="auto"/>
      </w:divBdr>
    </w:div>
    <w:div w:id="2101019686">
      <w:bodyDiv w:val="1"/>
      <w:marLeft w:val="0"/>
      <w:marRight w:val="0"/>
      <w:marTop w:val="0"/>
      <w:marBottom w:val="0"/>
      <w:divBdr>
        <w:top w:val="none" w:sz="0" w:space="0" w:color="auto"/>
        <w:left w:val="none" w:sz="0" w:space="0" w:color="auto"/>
        <w:bottom w:val="none" w:sz="0" w:space="0" w:color="auto"/>
        <w:right w:val="none" w:sz="0" w:space="0" w:color="auto"/>
      </w:divBdr>
    </w:div>
    <w:div w:id="2102750783">
      <w:bodyDiv w:val="1"/>
      <w:marLeft w:val="0"/>
      <w:marRight w:val="0"/>
      <w:marTop w:val="0"/>
      <w:marBottom w:val="0"/>
      <w:divBdr>
        <w:top w:val="none" w:sz="0" w:space="0" w:color="auto"/>
        <w:left w:val="none" w:sz="0" w:space="0" w:color="auto"/>
        <w:bottom w:val="none" w:sz="0" w:space="0" w:color="auto"/>
        <w:right w:val="none" w:sz="0" w:space="0" w:color="auto"/>
      </w:divBdr>
    </w:div>
    <w:div w:id="2103333173">
      <w:bodyDiv w:val="1"/>
      <w:marLeft w:val="0"/>
      <w:marRight w:val="0"/>
      <w:marTop w:val="0"/>
      <w:marBottom w:val="0"/>
      <w:divBdr>
        <w:top w:val="none" w:sz="0" w:space="0" w:color="auto"/>
        <w:left w:val="none" w:sz="0" w:space="0" w:color="auto"/>
        <w:bottom w:val="none" w:sz="0" w:space="0" w:color="auto"/>
        <w:right w:val="none" w:sz="0" w:space="0" w:color="auto"/>
      </w:divBdr>
    </w:div>
    <w:div w:id="2104524116">
      <w:bodyDiv w:val="1"/>
      <w:marLeft w:val="0"/>
      <w:marRight w:val="0"/>
      <w:marTop w:val="0"/>
      <w:marBottom w:val="0"/>
      <w:divBdr>
        <w:top w:val="none" w:sz="0" w:space="0" w:color="auto"/>
        <w:left w:val="none" w:sz="0" w:space="0" w:color="auto"/>
        <w:bottom w:val="none" w:sz="0" w:space="0" w:color="auto"/>
        <w:right w:val="none" w:sz="0" w:space="0" w:color="auto"/>
      </w:divBdr>
    </w:div>
    <w:div w:id="2105028842">
      <w:bodyDiv w:val="1"/>
      <w:marLeft w:val="0"/>
      <w:marRight w:val="0"/>
      <w:marTop w:val="0"/>
      <w:marBottom w:val="0"/>
      <w:divBdr>
        <w:top w:val="none" w:sz="0" w:space="0" w:color="auto"/>
        <w:left w:val="none" w:sz="0" w:space="0" w:color="auto"/>
        <w:bottom w:val="none" w:sz="0" w:space="0" w:color="auto"/>
        <w:right w:val="none" w:sz="0" w:space="0" w:color="auto"/>
      </w:divBdr>
    </w:div>
    <w:div w:id="2105300159">
      <w:bodyDiv w:val="1"/>
      <w:marLeft w:val="0"/>
      <w:marRight w:val="0"/>
      <w:marTop w:val="0"/>
      <w:marBottom w:val="0"/>
      <w:divBdr>
        <w:top w:val="none" w:sz="0" w:space="0" w:color="auto"/>
        <w:left w:val="none" w:sz="0" w:space="0" w:color="auto"/>
        <w:bottom w:val="none" w:sz="0" w:space="0" w:color="auto"/>
        <w:right w:val="none" w:sz="0" w:space="0" w:color="auto"/>
      </w:divBdr>
    </w:div>
    <w:div w:id="2105758124">
      <w:bodyDiv w:val="1"/>
      <w:marLeft w:val="0"/>
      <w:marRight w:val="0"/>
      <w:marTop w:val="0"/>
      <w:marBottom w:val="0"/>
      <w:divBdr>
        <w:top w:val="none" w:sz="0" w:space="0" w:color="auto"/>
        <w:left w:val="none" w:sz="0" w:space="0" w:color="auto"/>
        <w:bottom w:val="none" w:sz="0" w:space="0" w:color="auto"/>
        <w:right w:val="none" w:sz="0" w:space="0" w:color="auto"/>
      </w:divBdr>
    </w:div>
    <w:div w:id="2109036464">
      <w:bodyDiv w:val="1"/>
      <w:marLeft w:val="0"/>
      <w:marRight w:val="0"/>
      <w:marTop w:val="0"/>
      <w:marBottom w:val="0"/>
      <w:divBdr>
        <w:top w:val="none" w:sz="0" w:space="0" w:color="auto"/>
        <w:left w:val="none" w:sz="0" w:space="0" w:color="auto"/>
        <w:bottom w:val="none" w:sz="0" w:space="0" w:color="auto"/>
        <w:right w:val="none" w:sz="0" w:space="0" w:color="auto"/>
      </w:divBdr>
    </w:div>
    <w:div w:id="2109495757">
      <w:bodyDiv w:val="1"/>
      <w:marLeft w:val="0"/>
      <w:marRight w:val="0"/>
      <w:marTop w:val="0"/>
      <w:marBottom w:val="0"/>
      <w:divBdr>
        <w:top w:val="none" w:sz="0" w:space="0" w:color="auto"/>
        <w:left w:val="none" w:sz="0" w:space="0" w:color="auto"/>
        <w:bottom w:val="none" w:sz="0" w:space="0" w:color="auto"/>
        <w:right w:val="none" w:sz="0" w:space="0" w:color="auto"/>
      </w:divBdr>
    </w:div>
    <w:div w:id="2113165000">
      <w:bodyDiv w:val="1"/>
      <w:marLeft w:val="0"/>
      <w:marRight w:val="0"/>
      <w:marTop w:val="0"/>
      <w:marBottom w:val="0"/>
      <w:divBdr>
        <w:top w:val="none" w:sz="0" w:space="0" w:color="auto"/>
        <w:left w:val="none" w:sz="0" w:space="0" w:color="auto"/>
        <w:bottom w:val="none" w:sz="0" w:space="0" w:color="auto"/>
        <w:right w:val="none" w:sz="0" w:space="0" w:color="auto"/>
      </w:divBdr>
    </w:div>
    <w:div w:id="2114587742">
      <w:bodyDiv w:val="1"/>
      <w:marLeft w:val="0"/>
      <w:marRight w:val="0"/>
      <w:marTop w:val="0"/>
      <w:marBottom w:val="0"/>
      <w:divBdr>
        <w:top w:val="none" w:sz="0" w:space="0" w:color="auto"/>
        <w:left w:val="none" w:sz="0" w:space="0" w:color="auto"/>
        <w:bottom w:val="none" w:sz="0" w:space="0" w:color="auto"/>
        <w:right w:val="none" w:sz="0" w:space="0" w:color="auto"/>
      </w:divBdr>
    </w:div>
    <w:div w:id="2115637217">
      <w:bodyDiv w:val="1"/>
      <w:marLeft w:val="0"/>
      <w:marRight w:val="0"/>
      <w:marTop w:val="0"/>
      <w:marBottom w:val="0"/>
      <w:divBdr>
        <w:top w:val="none" w:sz="0" w:space="0" w:color="auto"/>
        <w:left w:val="none" w:sz="0" w:space="0" w:color="auto"/>
        <w:bottom w:val="none" w:sz="0" w:space="0" w:color="auto"/>
        <w:right w:val="none" w:sz="0" w:space="0" w:color="auto"/>
      </w:divBdr>
    </w:div>
    <w:div w:id="2116946918">
      <w:bodyDiv w:val="1"/>
      <w:marLeft w:val="0"/>
      <w:marRight w:val="0"/>
      <w:marTop w:val="0"/>
      <w:marBottom w:val="0"/>
      <w:divBdr>
        <w:top w:val="none" w:sz="0" w:space="0" w:color="auto"/>
        <w:left w:val="none" w:sz="0" w:space="0" w:color="auto"/>
        <w:bottom w:val="none" w:sz="0" w:space="0" w:color="auto"/>
        <w:right w:val="none" w:sz="0" w:space="0" w:color="auto"/>
      </w:divBdr>
    </w:div>
    <w:div w:id="2117211190">
      <w:bodyDiv w:val="1"/>
      <w:marLeft w:val="0"/>
      <w:marRight w:val="0"/>
      <w:marTop w:val="0"/>
      <w:marBottom w:val="0"/>
      <w:divBdr>
        <w:top w:val="none" w:sz="0" w:space="0" w:color="auto"/>
        <w:left w:val="none" w:sz="0" w:space="0" w:color="auto"/>
        <w:bottom w:val="none" w:sz="0" w:space="0" w:color="auto"/>
        <w:right w:val="none" w:sz="0" w:space="0" w:color="auto"/>
      </w:divBdr>
    </w:div>
    <w:div w:id="2118016845">
      <w:bodyDiv w:val="1"/>
      <w:marLeft w:val="0"/>
      <w:marRight w:val="0"/>
      <w:marTop w:val="0"/>
      <w:marBottom w:val="0"/>
      <w:divBdr>
        <w:top w:val="none" w:sz="0" w:space="0" w:color="auto"/>
        <w:left w:val="none" w:sz="0" w:space="0" w:color="auto"/>
        <w:bottom w:val="none" w:sz="0" w:space="0" w:color="auto"/>
        <w:right w:val="none" w:sz="0" w:space="0" w:color="auto"/>
      </w:divBdr>
    </w:div>
    <w:div w:id="2119136447">
      <w:bodyDiv w:val="1"/>
      <w:marLeft w:val="0"/>
      <w:marRight w:val="0"/>
      <w:marTop w:val="0"/>
      <w:marBottom w:val="0"/>
      <w:divBdr>
        <w:top w:val="none" w:sz="0" w:space="0" w:color="auto"/>
        <w:left w:val="none" w:sz="0" w:space="0" w:color="auto"/>
        <w:bottom w:val="none" w:sz="0" w:space="0" w:color="auto"/>
        <w:right w:val="none" w:sz="0" w:space="0" w:color="auto"/>
      </w:divBdr>
    </w:div>
    <w:div w:id="2120758128">
      <w:bodyDiv w:val="1"/>
      <w:marLeft w:val="0"/>
      <w:marRight w:val="0"/>
      <w:marTop w:val="0"/>
      <w:marBottom w:val="0"/>
      <w:divBdr>
        <w:top w:val="none" w:sz="0" w:space="0" w:color="auto"/>
        <w:left w:val="none" w:sz="0" w:space="0" w:color="auto"/>
        <w:bottom w:val="none" w:sz="0" w:space="0" w:color="auto"/>
        <w:right w:val="none" w:sz="0" w:space="0" w:color="auto"/>
      </w:divBdr>
    </w:div>
    <w:div w:id="2121412491">
      <w:bodyDiv w:val="1"/>
      <w:marLeft w:val="0"/>
      <w:marRight w:val="0"/>
      <w:marTop w:val="0"/>
      <w:marBottom w:val="0"/>
      <w:divBdr>
        <w:top w:val="none" w:sz="0" w:space="0" w:color="auto"/>
        <w:left w:val="none" w:sz="0" w:space="0" w:color="auto"/>
        <w:bottom w:val="none" w:sz="0" w:space="0" w:color="auto"/>
        <w:right w:val="none" w:sz="0" w:space="0" w:color="auto"/>
      </w:divBdr>
    </w:div>
    <w:div w:id="2127775954">
      <w:bodyDiv w:val="1"/>
      <w:marLeft w:val="0"/>
      <w:marRight w:val="0"/>
      <w:marTop w:val="0"/>
      <w:marBottom w:val="0"/>
      <w:divBdr>
        <w:top w:val="none" w:sz="0" w:space="0" w:color="auto"/>
        <w:left w:val="none" w:sz="0" w:space="0" w:color="auto"/>
        <w:bottom w:val="none" w:sz="0" w:space="0" w:color="auto"/>
        <w:right w:val="none" w:sz="0" w:space="0" w:color="auto"/>
      </w:divBdr>
    </w:div>
    <w:div w:id="2128157604">
      <w:bodyDiv w:val="1"/>
      <w:marLeft w:val="0"/>
      <w:marRight w:val="0"/>
      <w:marTop w:val="0"/>
      <w:marBottom w:val="0"/>
      <w:divBdr>
        <w:top w:val="none" w:sz="0" w:space="0" w:color="auto"/>
        <w:left w:val="none" w:sz="0" w:space="0" w:color="auto"/>
        <w:bottom w:val="none" w:sz="0" w:space="0" w:color="auto"/>
        <w:right w:val="none" w:sz="0" w:space="0" w:color="auto"/>
      </w:divBdr>
    </w:div>
    <w:div w:id="2128960552">
      <w:bodyDiv w:val="1"/>
      <w:marLeft w:val="0"/>
      <w:marRight w:val="0"/>
      <w:marTop w:val="0"/>
      <w:marBottom w:val="0"/>
      <w:divBdr>
        <w:top w:val="none" w:sz="0" w:space="0" w:color="auto"/>
        <w:left w:val="none" w:sz="0" w:space="0" w:color="auto"/>
        <w:bottom w:val="none" w:sz="0" w:space="0" w:color="auto"/>
        <w:right w:val="none" w:sz="0" w:space="0" w:color="auto"/>
      </w:divBdr>
    </w:div>
    <w:div w:id="2129930808">
      <w:bodyDiv w:val="1"/>
      <w:marLeft w:val="0"/>
      <w:marRight w:val="0"/>
      <w:marTop w:val="0"/>
      <w:marBottom w:val="0"/>
      <w:divBdr>
        <w:top w:val="none" w:sz="0" w:space="0" w:color="auto"/>
        <w:left w:val="none" w:sz="0" w:space="0" w:color="auto"/>
        <w:bottom w:val="none" w:sz="0" w:space="0" w:color="auto"/>
        <w:right w:val="none" w:sz="0" w:space="0" w:color="auto"/>
      </w:divBdr>
    </w:div>
    <w:div w:id="2130194933">
      <w:bodyDiv w:val="1"/>
      <w:marLeft w:val="0"/>
      <w:marRight w:val="0"/>
      <w:marTop w:val="0"/>
      <w:marBottom w:val="0"/>
      <w:divBdr>
        <w:top w:val="none" w:sz="0" w:space="0" w:color="auto"/>
        <w:left w:val="none" w:sz="0" w:space="0" w:color="auto"/>
        <w:bottom w:val="none" w:sz="0" w:space="0" w:color="auto"/>
        <w:right w:val="none" w:sz="0" w:space="0" w:color="auto"/>
      </w:divBdr>
    </w:div>
    <w:div w:id="2131781901">
      <w:bodyDiv w:val="1"/>
      <w:marLeft w:val="0"/>
      <w:marRight w:val="0"/>
      <w:marTop w:val="0"/>
      <w:marBottom w:val="0"/>
      <w:divBdr>
        <w:top w:val="none" w:sz="0" w:space="0" w:color="auto"/>
        <w:left w:val="none" w:sz="0" w:space="0" w:color="auto"/>
        <w:bottom w:val="none" w:sz="0" w:space="0" w:color="auto"/>
        <w:right w:val="none" w:sz="0" w:space="0" w:color="auto"/>
      </w:divBdr>
    </w:div>
    <w:div w:id="2132507465">
      <w:bodyDiv w:val="1"/>
      <w:marLeft w:val="0"/>
      <w:marRight w:val="0"/>
      <w:marTop w:val="0"/>
      <w:marBottom w:val="0"/>
      <w:divBdr>
        <w:top w:val="none" w:sz="0" w:space="0" w:color="auto"/>
        <w:left w:val="none" w:sz="0" w:space="0" w:color="auto"/>
        <w:bottom w:val="none" w:sz="0" w:space="0" w:color="auto"/>
        <w:right w:val="none" w:sz="0" w:space="0" w:color="auto"/>
      </w:divBdr>
    </w:div>
    <w:div w:id="2137286918">
      <w:bodyDiv w:val="1"/>
      <w:marLeft w:val="0"/>
      <w:marRight w:val="0"/>
      <w:marTop w:val="0"/>
      <w:marBottom w:val="0"/>
      <w:divBdr>
        <w:top w:val="none" w:sz="0" w:space="0" w:color="auto"/>
        <w:left w:val="none" w:sz="0" w:space="0" w:color="auto"/>
        <w:bottom w:val="none" w:sz="0" w:space="0" w:color="auto"/>
        <w:right w:val="none" w:sz="0" w:space="0" w:color="auto"/>
      </w:divBdr>
    </w:div>
    <w:div w:id="2137598685">
      <w:bodyDiv w:val="1"/>
      <w:marLeft w:val="0"/>
      <w:marRight w:val="0"/>
      <w:marTop w:val="0"/>
      <w:marBottom w:val="0"/>
      <w:divBdr>
        <w:top w:val="none" w:sz="0" w:space="0" w:color="auto"/>
        <w:left w:val="none" w:sz="0" w:space="0" w:color="auto"/>
        <w:bottom w:val="none" w:sz="0" w:space="0" w:color="auto"/>
        <w:right w:val="none" w:sz="0" w:space="0" w:color="auto"/>
      </w:divBdr>
    </w:div>
    <w:div w:id="2138523763">
      <w:bodyDiv w:val="1"/>
      <w:marLeft w:val="0"/>
      <w:marRight w:val="0"/>
      <w:marTop w:val="0"/>
      <w:marBottom w:val="0"/>
      <w:divBdr>
        <w:top w:val="none" w:sz="0" w:space="0" w:color="auto"/>
        <w:left w:val="none" w:sz="0" w:space="0" w:color="auto"/>
        <w:bottom w:val="none" w:sz="0" w:space="0" w:color="auto"/>
        <w:right w:val="none" w:sz="0" w:space="0" w:color="auto"/>
      </w:divBdr>
    </w:div>
    <w:div w:id="2140174987">
      <w:bodyDiv w:val="1"/>
      <w:marLeft w:val="0"/>
      <w:marRight w:val="0"/>
      <w:marTop w:val="0"/>
      <w:marBottom w:val="0"/>
      <w:divBdr>
        <w:top w:val="none" w:sz="0" w:space="0" w:color="auto"/>
        <w:left w:val="none" w:sz="0" w:space="0" w:color="auto"/>
        <w:bottom w:val="none" w:sz="0" w:space="0" w:color="auto"/>
        <w:right w:val="none" w:sz="0" w:space="0" w:color="auto"/>
      </w:divBdr>
    </w:div>
    <w:div w:id="2142531264">
      <w:bodyDiv w:val="1"/>
      <w:marLeft w:val="0"/>
      <w:marRight w:val="0"/>
      <w:marTop w:val="0"/>
      <w:marBottom w:val="0"/>
      <w:divBdr>
        <w:top w:val="none" w:sz="0" w:space="0" w:color="auto"/>
        <w:left w:val="none" w:sz="0" w:space="0" w:color="auto"/>
        <w:bottom w:val="none" w:sz="0" w:space="0" w:color="auto"/>
        <w:right w:val="none" w:sz="0" w:space="0" w:color="auto"/>
      </w:divBdr>
    </w:div>
    <w:div w:id="2142729464">
      <w:bodyDiv w:val="1"/>
      <w:marLeft w:val="0"/>
      <w:marRight w:val="0"/>
      <w:marTop w:val="0"/>
      <w:marBottom w:val="0"/>
      <w:divBdr>
        <w:top w:val="none" w:sz="0" w:space="0" w:color="auto"/>
        <w:left w:val="none" w:sz="0" w:space="0" w:color="auto"/>
        <w:bottom w:val="none" w:sz="0" w:space="0" w:color="auto"/>
        <w:right w:val="none" w:sz="0" w:space="0" w:color="auto"/>
      </w:divBdr>
    </w:div>
    <w:div w:id="2143109369">
      <w:bodyDiv w:val="1"/>
      <w:marLeft w:val="0"/>
      <w:marRight w:val="0"/>
      <w:marTop w:val="0"/>
      <w:marBottom w:val="0"/>
      <w:divBdr>
        <w:top w:val="none" w:sz="0" w:space="0" w:color="auto"/>
        <w:left w:val="none" w:sz="0" w:space="0" w:color="auto"/>
        <w:bottom w:val="none" w:sz="0" w:space="0" w:color="auto"/>
        <w:right w:val="none" w:sz="0" w:space="0" w:color="auto"/>
      </w:divBdr>
    </w:div>
    <w:div w:id="2143452312">
      <w:bodyDiv w:val="1"/>
      <w:marLeft w:val="0"/>
      <w:marRight w:val="0"/>
      <w:marTop w:val="0"/>
      <w:marBottom w:val="0"/>
      <w:divBdr>
        <w:top w:val="none" w:sz="0" w:space="0" w:color="auto"/>
        <w:left w:val="none" w:sz="0" w:space="0" w:color="auto"/>
        <w:bottom w:val="none" w:sz="0" w:space="0" w:color="auto"/>
        <w:right w:val="none" w:sz="0" w:space="0" w:color="auto"/>
      </w:divBdr>
    </w:div>
    <w:div w:id="2144931620">
      <w:bodyDiv w:val="1"/>
      <w:marLeft w:val="0"/>
      <w:marRight w:val="0"/>
      <w:marTop w:val="0"/>
      <w:marBottom w:val="0"/>
      <w:divBdr>
        <w:top w:val="none" w:sz="0" w:space="0" w:color="auto"/>
        <w:left w:val="none" w:sz="0" w:space="0" w:color="auto"/>
        <w:bottom w:val="none" w:sz="0" w:space="0" w:color="auto"/>
        <w:right w:val="none" w:sz="0" w:space="0" w:color="auto"/>
      </w:divBdr>
    </w:div>
    <w:div w:id="2145345509">
      <w:bodyDiv w:val="1"/>
      <w:marLeft w:val="0"/>
      <w:marRight w:val="0"/>
      <w:marTop w:val="0"/>
      <w:marBottom w:val="0"/>
      <w:divBdr>
        <w:top w:val="none" w:sz="0" w:space="0" w:color="auto"/>
        <w:left w:val="none" w:sz="0" w:space="0" w:color="auto"/>
        <w:bottom w:val="none" w:sz="0" w:space="0" w:color="auto"/>
        <w:right w:val="none" w:sz="0" w:space="0" w:color="auto"/>
      </w:divBdr>
    </w:div>
    <w:div w:id="2146005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compliancesolutions.co.uk/digital-portfolio-simon-gillis/digital-portfoli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Hei09</b:Tag>
    <b:SourceType>Book</b:SourceType>
    <b:Guid>{97AF0A3D-4A60-4BF6-9B1F-44441A86B76F}</b:Guid>
    <b:Title>The Practice of Adaptive Leadership: Tools and Tactics for Changing Your Organization and the World</b:Title>
    <b:Year>2009</b:Year>
    <b:City>Boston, MA</b:City>
    <b:Publisher>Harvard Business Press</b:Publisher>
    <b:Author>
      <b:Author>
        <b:NameList>
          <b:Person>
            <b:Last>Heifetz</b:Last>
            <b:First>R.</b:First>
            <b:Middle>A.</b:Middle>
          </b:Person>
          <b:Person>
            <b:Last>Grashow</b:Last>
            <b:First>A.</b:First>
          </b:Person>
          <b:Person>
            <b:Last>Linsky</b:Last>
            <b:First>M.</b:First>
          </b:Person>
        </b:NameList>
      </b:Author>
    </b:Author>
    <b:RefOrder>12</b:RefOrder>
  </b:Source>
  <b:Source>
    <b:Tag>Sch83</b:Tag>
    <b:SourceType>Book</b:SourceType>
    <b:Guid>{A48E8C64-9950-4E7A-9BE9-CCEDD30AB981}</b:Guid>
    <b:Author>
      <b:Author>
        <b:NameList>
          <b:Person>
            <b:Last>Schön</b:Last>
            <b:First>D.A.</b:First>
          </b:Person>
        </b:NameList>
      </b:Author>
    </b:Author>
    <b:Title>The Reflective Practitioner: How Professionals Think in Action</b:Title>
    <b:Year>1983</b:Year>
    <b:City>New York</b:City>
    <b:Publisher>Basic Books</b:Publisher>
    <b:RefOrder>7</b:RefOrder>
  </b:Source>
  <b:Source>
    <b:Tag>Edm99</b:Tag>
    <b:SourceType>JournalArticle</b:SourceType>
    <b:Guid>{307FDE16-53BC-4C86-BB31-46530163BD94}</b:Guid>
    <b:Author>
      <b:Author>
        <b:NameList>
          <b:Person>
            <b:Last>Edmondson</b:Last>
            <b:First>A.C.</b:First>
          </b:Person>
        </b:NameList>
      </b:Author>
    </b:Author>
    <b:Title>Psychological safety and learning behavior in work teams</b:Title>
    <b:JournalName>Administrative Science Quarterly</b:JournalName>
    <b:Year>1999</b:Year>
    <b:Pages>350-383</b:Pages>
    <b:Volume>44</b:Volume>
    <b:Issue>2</b:Issue>
    <b:RefOrder>13</b:RefOrder>
  </b:Source>
  <b:Source>
    <b:Tag>Day071</b:Tag>
    <b:SourceType>JournalArticle</b:SourceType>
    <b:Guid>{9600FFB1-186F-4494-83A8-35CCC6FC35FD}</b:Guid>
    <b:Author>
      <b:Author>
        <b:NameList>
          <b:Person>
            <b:Last>Day</b:Last>
            <b:First>D.V.</b:First>
          </b:Person>
          <b:Person>
            <b:Last>Harrison</b:Last>
            <b:Middle>M.</b:Middle>
            <b:First>M.</b:First>
          </b:Person>
        </b:NameList>
      </b:Author>
    </b:Author>
    <b:Title>A multilevel, identity-based approach to leadership development</b:Title>
    <b:JournalName>Human Resource Management Review</b:JournalName>
    <b:Year>2007</b:Year>
    <b:Pages>360-373</b:Pages>
    <b:Volume>17</b:Volume>
    <b:Issue>4</b:Issue>
    <b:RefOrder>8</b:RefOrder>
  </b:Source>
  <b:Source>
    <b:Tag>Uhl07</b:Tag>
    <b:SourceType>JournalArticle</b:SourceType>
    <b:Guid>{2B18DD02-1F1C-4ED8-BBB8-50DDEC195B73}</b:Guid>
    <b:Title>Complexity Leadership Theory: Shifting leadership from the industrial age to the knowledge era</b:Title>
    <b:Year>2007</b:Year>
    <b:JournalName>The Leadership Quarterly</b:JournalName>
    <b:Pages>298-318</b:Pages>
    <b:Volume>18</b:Volume>
    <b:Issue>4</b:Issue>
    <b:Author>
      <b:Author>
        <b:NameList>
          <b:Person>
            <b:Last>Uhl-Bien</b:Last>
            <b:First>M.</b:First>
          </b:Person>
          <b:Person>
            <b:Last>Marion</b:Last>
            <b:First>R.</b:First>
          </b:Person>
          <b:Person>
            <b:Last>McKelvey</b:Last>
            <b:First>B.</b:First>
          </b:Person>
        </b:NameList>
      </b:Author>
    </b:Author>
    <b:RefOrder>2</b:RefOrder>
  </b:Source>
  <b:Source>
    <b:Tag>Anc07</b:Tag>
    <b:SourceType>JournalArticle</b:SourceType>
    <b:Guid>{6258BA28-DC58-4EE3-A980-B91CF3A365FE}</b:Guid>
    <b:Author>
      <b:Author>
        <b:NameList>
          <b:Person>
            <b:Last>Ancona</b:Last>
            <b:First>D</b:First>
          </b:Person>
          <b:Person>
            <b:Last>Malone</b:Last>
            <b:First>T</b:First>
            <b:Middle>W</b:Middle>
          </b:Person>
          <b:Person>
            <b:Last>Orlikowski</b:Last>
            <b:First>W</b:First>
            <b:Middle>J</b:Middle>
          </b:Person>
          <b:Person>
            <b:Last>Senge</b:Last>
            <b:First>P</b:First>
            <b:Middle>M</b:Middle>
          </b:Person>
        </b:NameList>
      </b:Author>
    </b:Author>
    <b:Title>In Praise of the Incomplete Leader</b:Title>
    <b:JournalName>Harvard Business Review</b:JournalName>
    <b:Year>2007</b:Year>
    <b:Pages>92-100</b:Pages>
    <b:Volume>85</b:Volume>
    <b:Issue>2</b:Issue>
    <b:RefOrder>1</b:RefOrder>
  </b:Source>
  <b:Source>
    <b:Tag>Yuk10</b:Tag>
    <b:SourceType>JournalArticle</b:SourceType>
    <b:Guid>{9F67708F-F388-4B22-ACFD-A3025356D867}</b:Guid>
    <b:Author>
      <b:Author>
        <b:NameList>
          <b:Person>
            <b:Last>Yukl</b:Last>
            <b:First>G.</b:First>
          </b:Person>
          <b:Person>
            <b:Last>Mahsud</b:Last>
            <b:First>R.</b:First>
          </b:Person>
        </b:NameList>
      </b:Author>
    </b:Author>
    <b:Title>Why flexible and adaptive leadership is essential</b:Title>
    <b:JournalName>Consulting Psychology Journal: Practice and Research</b:JournalName>
    <b:Year>2010</b:Year>
    <b:Pages>81-93</b:Pages>
    <b:Volume>62</b:Volume>
    <b:Issue>2</b:Issue>
    <b:RefOrder>5</b:RefOrder>
  </b:Source>
  <b:Source>
    <b:Tag>Den12</b:Tag>
    <b:SourceType>JournalArticle</b:SourceType>
    <b:Guid>{ECB876A2-77B3-4028-8652-EAA0826C5C2E}</b:Guid>
    <b:Title>Leadership in the plural</b:Title>
    <b:Year>2012</b:Year>
    <b:JournalName>The Academy of Management Annals</b:JournalName>
    <b:Pages>211-283</b:Pages>
    <b:Volume>6</b:Volume>
    <b:Issue>1</b:Issue>
    <b:Author>
      <b:Author>
        <b:NameList>
          <b:Person>
            <b:Last>Denis</b:Last>
            <b:First>J.</b:First>
            <b:Middle>L.</b:Middle>
          </b:Person>
          <b:Person>
            <b:Last>Langley</b:Last>
            <b:First>A.</b:First>
          </b:Person>
          <b:Person>
            <b:Last>Sergi</b:Last>
            <b:First>V.</b:First>
          </b:Person>
        </b:NameList>
      </b:Author>
    </b:Author>
    <b:RefOrder>3</b:RefOrder>
  </b:Source>
  <b:Source>
    <b:Tag>Rae16</b:Tag>
    <b:SourceType>JournalArticle</b:SourceType>
    <b:Guid>{47E8F832-99F7-4B8D-8B48-70EE5F4A5C85}</b:Guid>
    <b:Author>
      <b:Author>
        <b:NameList>
          <b:Person>
            <b:Last>Raelin</b:Last>
            <b:First>J.A.</b:First>
          </b:Person>
        </b:NameList>
      </b:Author>
    </b:Author>
    <b:Title>Imagine there are no leaders: Reframing leadership as collaborative agency</b:Title>
    <b:JournalName>Leadership</b:JournalName>
    <b:Year>2016</b:Year>
    <b:Pages>131-158</b:Pages>
    <b:Volume>12</b:Volume>
    <b:Issue>2</b:Issue>
    <b:RefOrder>6</b:RefOrder>
  </b:Source>
  <b:Source>
    <b:Tag>DeH16</b:Tag>
    <b:SourceType>JournalArticle</b:SourceType>
    <b:Guid>{1E7D1FE1-4913-4478-A2A9-F60B9B82B8B5}</b:Guid>
    <b:Author>
      <b:Author>
        <b:NameList>
          <b:Person>
            <b:Last>De Haan</b:Last>
            <b:First>E.</b:First>
          </b:Person>
        </b:NameList>
      </b:Author>
    </b:Author>
    <b:Title>The leadership shadow: How to recognise and avoid derailment, hubris and overdrive</b:Title>
    <b:JournalName>Leadership</b:JournalName>
    <b:Year>2016</b:Year>
    <b:Pages>504-512</b:Pages>
    <b:Volume>12</b:Volume>
    <b:Issue>4</b:Issue>
    <b:RefOrder>10</b:RefOrder>
  </b:Source>
  <b:Source>
    <b:Tag>Sal18</b:Tag>
    <b:SourceType>JournalArticle</b:SourceType>
    <b:Guid>{DAE00653-03F9-40FE-8119-31946152132E}</b:Guid>
    <b:Author>
      <b:Author>
        <b:NameList>
          <b:Person>
            <b:Last>Salovaara</b:Last>
            <b:First>P.</b:First>
          </b:Person>
          <b:Person>
            <b:Last>Bathurst</b:Last>
            <b:First>R.</b:First>
          </b:Person>
        </b:NameList>
      </b:Author>
    </b:Author>
    <b:Title>Power-with leadership practices: An unfinished business</b:Title>
    <b:JournalName>Leadership</b:JournalName>
    <b:Year>2018</b:Year>
    <b:Pages>179-202</b:Pages>
    <b:Volume>14</b:Volume>
    <b:Issue>2</b:Issue>
    <b:RefOrder>9</b:RefOrder>
  </b:Source>
  <b:Source>
    <b:Tag>Bäc19</b:Tag>
    <b:SourceType>JournalArticle</b:SourceType>
    <b:Guid>{643ED4BC-F7E4-4E7E-9FB8-0F97245AB6DB}</b:Guid>
    <b:Title>Doing complexity leadership theory: How agile coaches at Spotify practise enabling leadership</b:Title>
    <b:Year>2019</b:Year>
    <b:Pages>42-60</b:Pages>
    <b:Author>
      <b:Author>
        <b:NameList>
          <b:Person>
            <b:Last>Bäcklander</b:Last>
            <b:First>G.</b:First>
          </b:Person>
        </b:NameList>
      </b:Author>
    </b:Author>
    <b:JournalName>Creativity and Innovation Management</b:JournalName>
    <b:Volume>28</b:Volume>
    <b:Issue>1</b:Issue>
    <b:RefOrder>4</b:RefOrder>
  </b:Source>
  <b:Source>
    <b:Tag>Alv19</b:Tag>
    <b:SourceType>JournalArticle</b:SourceType>
    <b:Guid>{5CA5BDE1-6A1F-43FC-A9E7-BCAD9631548F}</b:Guid>
    <b:Author>
      <b:Author>
        <b:NameList>
          <b:Person>
            <b:Last>Alvesson</b:Last>
            <b:First>M.</b:First>
          </b:Person>
        </b:NameList>
      </b:Author>
    </b:Author>
    <b:Title>Leadership: Convergence and divergence in leadership relations</b:Title>
    <b:JournalName>Journal of Management Inquiry</b:JournalName>
    <b:Year>2019</b:Year>
    <b:Pages>319-334</b:Pages>
    <b:Volume>28</b:Volume>
    <b:Issue>3</b:Issue>
    <b:RefOrder>14</b:RefOrder>
  </b:Source>
  <b:Source>
    <b:Tag>Emp20</b:Tag>
    <b:SourceType>JournalArticle</b:SourceType>
    <b:Guid>{6F4E8FBB-4002-4061-9F41-0F467EBB89D5}</b:Guid>
    <b:Author>
      <b:Author>
        <b:NameList>
          <b:Person>
            <b:Last>Empson</b:Last>
            <b:First>L.</b:First>
          </b:Person>
        </b:NameList>
      </b:Author>
    </b:Author>
    <b:Title>Ambiguous authority and hidden hierarchy: Collective leadership in an elite professional service firm</b:Title>
    <b:JournalName>Leadership</b:JournalName>
    <b:Year>2020</b:Year>
    <b:Pages>62-86</b:Pages>
    <b:Volume>16</b:Volume>
    <b:Issue>1</b:Issue>
    <b:RefOrder>11</b:RefOrder>
  </b:Source>
  <b:Source>
    <b:Tag>Ste23</b:Tag>
    <b:SourceType>BookSection</b:SourceType>
    <b:Guid>{ABFB92EB-20F0-4E79-86A6-D4ECF49403E1}</b:Guid>
    <b:Author>
      <b:Author>
        <b:NameList>
          <b:Person>
            <b:Last>Steele</b:Last>
            <b:First>L.</b:First>
          </b:Person>
          <b:Person>
            <b:Last>Bratton</b:Last>
            <b:First>J.</b:First>
          </b:Person>
        </b:NameList>
      </b:Author>
      <b:Editor>
        <b:NameList>
          <b:Person>
            <b:Last>Bratton</b:Last>
            <b:First>J.</b:First>
          </b:Person>
        </b:NameList>
      </b:Editor>
      <b:BookAuthor>
        <b:NameList>
          <b:Person>
            <b:Last>Bratton</b:Last>
            <b:First>J.</b:First>
          </b:Person>
        </b:NameList>
      </b:BookAuthor>
    </b:Author>
    <b:Title>Artificial intelligence and leadership</b:Title>
    <b:JournalName>in Bratton, J. (ed.) Organizational Leadership.</b:JournalName>
    <b:Year>2026</b:Year>
    <b:Pages>292-311</b:Pages>
    <b:City>London</b:City>
    <b:Publisher>Sage Publications Ltd.</b:Publisher>
    <b:Edition>3</b:Edition>
    <b:BookTitle>Organizational Leadership</b:BookTitle>
    <b:Comments>ISBN: 9781036207434</b:Comments>
    <b:RefOrder>15</b:RefOrder>
  </b:Source>
</b:Sources>
</file>

<file path=customXml/itemProps1.xml><?xml version="1.0" encoding="utf-8"?>
<ds:datastoreItem xmlns:ds="http://schemas.openxmlformats.org/officeDocument/2006/customXml" ds:itemID="{76839E02-F568-4646-85AC-2A88ADBE8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Pages>
  <Words>4506</Words>
  <Characters>25685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SG7014 Leadership Reflection Portfolio - 95+ Working Baseline v2.0</vt:lpstr>
    </vt:vector>
  </TitlesOfParts>
  <Manager/>
  <Company/>
  <LinksUpToDate>false</LinksUpToDate>
  <CharactersWithSpaces>30131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SG7014 Leadership Reflection Portfolio - 95+ Working Baseline v2.0</dc:title>
  <dc:subject>Section-by-section working baseline re-established from the digital portfolio version</dc:subject>
  <dc:creator>Simon.Gillis@iscompliancesolutions.co.uk</dc:creator>
  <cp:keywords>SG7014, leadership, reflection portfolio, working baseline</cp:keywords>
  <dc:description>generated by python-docx</dc:description>
  <cp:lastModifiedBy>Simon Gillis</cp:lastModifiedBy>
  <cp:revision>5</cp:revision>
  <cp:lastPrinted>2026-03-15T13:16:00Z</cp:lastPrinted>
  <dcterms:created xsi:type="dcterms:W3CDTF">2026-08-15T10:02:00Z</dcterms:created>
  <dcterms:modified xsi:type="dcterms:W3CDTF">2026-08-15T10:16:00Z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5181da5f-cc63-4de1-9416-5e2f2be807b0</vt:lpwstr>
  </property>
</Properties>
</file>